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rFonts w:ascii="Noto Serif CJK SC" w:hAnsi="Noto Serif CJK SC" w:eastAsia="Noto Serif CJK SC"/>
        </w:rPr>
        <w:t>Yuan Yin Lao Ren Chinese Originals - Complete Full-Text Source Companion</w:t>
      </w:r>
    </w:p>
    <w:p>
      <w:pPr>
        <w:spacing w:before="0" w:after="80" w:line="259" w:lineRule="auto"/>
      </w:pPr>
      <w:r>
        <w:rPr>
          <w:rFonts w:ascii="Noto Serif CJK SC" w:hAnsi="Noto Serif CJK SC" w:eastAsia="Noto Serif CJK SC"/>
        </w:rPr>
        <w:t>Source-collection companion to: A Compilation of Yuan Yin Lao Ren - 28 December 2025.docx</w:t>
      </w:r>
    </w:p>
    <w:p>
      <w:pPr>
        <w:spacing w:before="0" w:after="80" w:line="259" w:lineRule="auto"/>
      </w:pPr>
      <w:r>
        <w:t>Rebuilt completion pass: 4 July 2026. This edition inserts full Chinese bodies from the collected source PDFs and verified web source pages. It does not back-translate English into Chinese.</w:t>
      </w:r>
    </w:p>
    <w:p>
      <w:pPr>
        <w:spacing w:before="0" w:after="80" w:line="259" w:lineRule="auto"/>
      </w:pPr>
      <w:r>
        <w:rPr>
          <w:rFonts w:ascii="Noto Serif CJK SC" w:hAnsi="Noto Serif CJK SC" w:eastAsia="Noto Serif CJK SC"/>
        </w:rPr>
        <w:t>Important correction: the 恒河大手印 / 大手印浅释 section is no longer collapsed as one undivided source body. It is split into preface plus the full bodies of 第一讲 through 第十七讲.</w:t>
      </w:r>
    </w:p>
    <w:p>
      <w:pPr>
        <w:pStyle w:val="Heading1"/>
      </w:pPr>
      <w:r>
        <w:rPr>
          <w:rFonts w:ascii="Noto Serif CJK SC" w:hAnsi="Noto Serif CJK SC" w:eastAsia="Noto Serif CJK SC"/>
        </w:rPr>
        <w:t>Coverage / Completion Index</w:t>
      </w:r>
    </w:p>
    <w:tbl>
      <w:tblPr>
        <w:tblStyle w:val="TableGrid"/>
        <w:tblW w:type="auto" w:w="0"/>
        <w:tblLook w:firstColumn="1" w:firstRow="1" w:lastColumn="0" w:lastRow="0" w:noHBand="0" w:noVBand="1" w:val="04A0"/>
      </w:tblPr>
      <w:tblGrid>
        <w:gridCol w:w="3389"/>
        <w:gridCol w:w="3389"/>
        <w:gridCol w:w="3389"/>
      </w:tblGrid>
      <w:tr>
        <w:tc>
          <w:tcPr>
            <w:tcW w:type="dxa" w:w="3389"/>
          </w:tcPr>
          <w:p>
            <w:r>
              <w:t>Order</w:t>
            </w:r>
          </w:p>
        </w:tc>
        <w:tc>
          <w:tcPr>
            <w:tcW w:type="dxa" w:w="3389"/>
          </w:tcPr>
          <w:p>
            <w:r>
              <w:t>Chinese source text</w:t>
            </w:r>
          </w:p>
        </w:tc>
        <w:tc>
          <w:tcPr>
            <w:tcW w:type="dxa" w:w="3389"/>
          </w:tcPr>
          <w:p>
            <w:r>
              <w:t>Status</w:t>
            </w:r>
          </w:p>
        </w:tc>
      </w:tr>
      <w:tr>
        <w:tc>
          <w:tcPr>
            <w:tcW w:type="dxa" w:w="3389"/>
          </w:tcPr>
          <w:p>
            <w:r>
              <w:t>1</w:t>
            </w:r>
          </w:p>
        </w:tc>
        <w:tc>
          <w:tcPr>
            <w:tcW w:type="dxa" w:w="3389"/>
          </w:tcPr>
          <w:p>
            <w:r>
              <w:t>心密三祖元音老人传略</w:t>
            </w:r>
          </w:p>
        </w:tc>
        <w:tc>
          <w:tcPr>
            <w:tcW w:type="dxa" w:w="3389"/>
          </w:tcPr>
          <w:p>
            <w:r>
              <w:t>included</w:t>
            </w:r>
          </w:p>
        </w:tc>
      </w:tr>
      <w:tr>
        <w:tc>
          <w:tcPr>
            <w:tcW w:type="dxa" w:w="3389"/>
          </w:tcPr>
          <w:p>
            <w:r>
              <w:t>2</w:t>
            </w:r>
          </w:p>
        </w:tc>
        <w:tc>
          <w:tcPr>
            <w:tcW w:type="dxa" w:w="3389"/>
          </w:tcPr>
          <w:p>
            <w:r>
              <w:t>《悟心铭》浅释</w:t>
            </w:r>
          </w:p>
        </w:tc>
        <w:tc>
          <w:tcPr>
            <w:tcW w:type="dxa" w:w="3389"/>
          </w:tcPr>
          <w:p>
            <w:r>
              <w:t>included</w:t>
            </w:r>
          </w:p>
        </w:tc>
      </w:tr>
      <w:tr>
        <w:tc>
          <w:tcPr>
            <w:tcW w:type="dxa" w:w="3389"/>
          </w:tcPr>
          <w:p>
            <w:r>
              <w:t>3</w:t>
            </w:r>
          </w:p>
        </w:tc>
        <w:tc>
          <w:tcPr>
            <w:tcW w:type="dxa" w:w="3389"/>
          </w:tcPr>
          <w:p>
            <w:r>
              <w:t>禅净密互融互通的修法</w:t>
            </w:r>
          </w:p>
        </w:tc>
        <w:tc>
          <w:tcPr>
            <w:tcW w:type="dxa" w:w="3389"/>
          </w:tcPr>
          <w:p>
            <w:r>
              <w:t>included</w:t>
            </w:r>
          </w:p>
        </w:tc>
      </w:tr>
      <w:tr>
        <w:tc>
          <w:tcPr>
            <w:tcW w:type="dxa" w:w="3389"/>
          </w:tcPr>
          <w:p>
            <w:r>
              <w:t>4</w:t>
            </w:r>
          </w:p>
        </w:tc>
        <w:tc>
          <w:tcPr>
            <w:tcW w:type="dxa" w:w="3389"/>
          </w:tcPr>
          <w:p>
            <w:r>
              <w:t>禅海微澜（含“主人公在什么处”与“物我不二”）</w:t>
            </w:r>
          </w:p>
        </w:tc>
        <w:tc>
          <w:tcPr>
            <w:tcW w:type="dxa" w:w="3389"/>
          </w:tcPr>
          <w:p>
            <w:r>
              <w:t>included</w:t>
            </w:r>
          </w:p>
        </w:tc>
      </w:tr>
      <w:tr>
        <w:tc>
          <w:tcPr>
            <w:tcW w:type="dxa" w:w="3389"/>
          </w:tcPr>
          <w:p>
            <w:r>
              <w:t>5</w:t>
            </w:r>
          </w:p>
        </w:tc>
        <w:tc>
          <w:tcPr>
            <w:tcW w:type="dxa" w:w="3389"/>
          </w:tcPr>
          <w:p>
            <w:r>
              <w:t>如何消除贪嗔痴慢疑</w:t>
            </w:r>
          </w:p>
        </w:tc>
        <w:tc>
          <w:tcPr>
            <w:tcW w:type="dxa" w:w="3389"/>
          </w:tcPr>
          <w:p>
            <w:r>
              <w:t>included</w:t>
            </w:r>
          </w:p>
        </w:tc>
      </w:tr>
      <w:tr>
        <w:tc>
          <w:tcPr>
            <w:tcW w:type="dxa" w:w="3389"/>
          </w:tcPr>
          <w:p>
            <w:r>
              <w:t>6</w:t>
            </w:r>
          </w:p>
        </w:tc>
        <w:tc>
          <w:tcPr>
            <w:tcW w:type="dxa" w:w="3389"/>
          </w:tcPr>
          <w:p>
            <w:r>
              <w:t>成佛的诀窍</w:t>
            </w:r>
          </w:p>
        </w:tc>
        <w:tc>
          <w:tcPr>
            <w:tcW w:type="dxa" w:w="3389"/>
          </w:tcPr>
          <w:p>
            <w:r>
              <w:t>included</w:t>
            </w:r>
          </w:p>
        </w:tc>
      </w:tr>
      <w:tr>
        <w:tc>
          <w:tcPr>
            <w:tcW w:type="dxa" w:w="3389"/>
          </w:tcPr>
          <w:p>
            <w:r>
              <w:t>7</w:t>
            </w:r>
          </w:p>
        </w:tc>
        <w:tc>
          <w:tcPr>
            <w:tcW w:type="dxa" w:w="3389"/>
          </w:tcPr>
          <w:p>
            <w:r>
              <w:t>传心中心法灌顶时之开示</w:t>
            </w:r>
          </w:p>
        </w:tc>
        <w:tc>
          <w:tcPr>
            <w:tcW w:type="dxa" w:w="3389"/>
          </w:tcPr>
          <w:p>
            <w:r>
              <w:t>included</w:t>
            </w:r>
          </w:p>
        </w:tc>
      </w:tr>
      <w:tr>
        <w:tc>
          <w:tcPr>
            <w:tcW w:type="dxa" w:w="3389"/>
          </w:tcPr>
          <w:p>
            <w:r>
              <w:t>8</w:t>
            </w:r>
          </w:p>
        </w:tc>
        <w:tc>
          <w:tcPr>
            <w:tcW w:type="dxa" w:w="3389"/>
          </w:tcPr>
          <w:p>
            <w:r>
              <w:t>略论明心见性</w:t>
            </w:r>
          </w:p>
        </w:tc>
        <w:tc>
          <w:tcPr>
            <w:tcW w:type="dxa" w:w="3389"/>
          </w:tcPr>
          <w:p>
            <w:r>
              <w:t>included</w:t>
            </w:r>
          </w:p>
        </w:tc>
      </w:tr>
      <w:tr>
        <w:tc>
          <w:tcPr>
            <w:tcW w:type="dxa" w:w="3389"/>
          </w:tcPr>
          <w:p>
            <w:r>
              <w:t>9</w:t>
            </w:r>
          </w:p>
        </w:tc>
        <w:tc>
          <w:tcPr>
            <w:tcW w:type="dxa" w:w="3389"/>
          </w:tcPr>
          <w:p>
            <w:r>
              <w:t>佛法修证心要问答集</w:t>
            </w:r>
          </w:p>
        </w:tc>
        <w:tc>
          <w:tcPr>
            <w:tcW w:type="dxa" w:w="3389"/>
          </w:tcPr>
          <w:p>
            <w:r>
              <w:t>included</w:t>
            </w:r>
          </w:p>
        </w:tc>
      </w:tr>
      <w:tr>
        <w:tc>
          <w:tcPr>
            <w:tcW w:type="dxa" w:w="3389"/>
          </w:tcPr>
          <w:p>
            <w:r>
              <w:t>10</w:t>
            </w:r>
          </w:p>
        </w:tc>
        <w:tc>
          <w:tcPr>
            <w:tcW w:type="dxa" w:w="3389"/>
          </w:tcPr>
          <w:p>
            <w:r>
              <w:t>大手印浅释 / 恒河大手印（序 + 17讲）</w:t>
            </w:r>
          </w:p>
        </w:tc>
        <w:tc>
          <w:tcPr>
            <w:tcW w:type="dxa" w:w="3389"/>
          </w:tcPr>
          <w:p>
            <w:r>
              <w:t>included and split</w:t>
            </w:r>
          </w:p>
        </w:tc>
      </w:tr>
      <w:tr>
        <w:tc>
          <w:tcPr>
            <w:tcW w:type="dxa" w:w="3389"/>
          </w:tcPr>
          <w:p>
            <w:r>
              <w:t>11</w:t>
            </w:r>
          </w:p>
        </w:tc>
        <w:tc>
          <w:tcPr>
            <w:tcW w:type="dxa" w:w="3389"/>
          </w:tcPr>
          <w:p>
            <w:r>
              <w:t>元音老人1997年在美国加州法印寺的开示</w:t>
            </w:r>
          </w:p>
        </w:tc>
        <w:tc>
          <w:tcPr>
            <w:tcW w:type="dxa" w:w="3389"/>
          </w:tcPr>
          <w:p>
            <w:r>
              <w:t>included</w:t>
            </w:r>
          </w:p>
        </w:tc>
      </w:tr>
    </w:tbl>
    <w:p>
      <w:pPr>
        <w:pStyle w:val="Heading1"/>
      </w:pPr>
      <w:r>
        <w:rPr>
          <w:rFonts w:ascii="Noto Serif CJK SC" w:hAnsi="Noto Serif CJK SC" w:eastAsia="Noto Serif CJK SC"/>
        </w:rPr>
        <w:t>Main Collected Chinese Source Texts</w:t>
      </w:r>
    </w:p>
    <w:p>
      <w:pPr>
        <w:pStyle w:val="Heading2"/>
      </w:pPr>
      <w:r>
        <w:rPr>
          <w:rFonts w:ascii="Noto Serif CJK SC" w:hAnsi="Noto Serif CJK SC" w:eastAsia="Noto Serif CJK SC"/>
        </w:rPr>
        <w:t>1. 心密三祖元音老人传略 / Biographical Source Text</w:t>
      </w:r>
    </w:p>
    <w:p>
      <w:pPr>
        <w:spacing w:before="0" w:after="80" w:line="259" w:lineRule="auto"/>
      </w:pPr>
      <w:r>
        <w:rPr>
          <w:rFonts w:ascii="Noto Serif CJK SC" w:hAnsi="Noto Serif CJK SC" w:eastAsia="Noto Serif CJK SC"/>
        </w:rPr>
        <w:t>Status: full located biographical source-reference body included</w:t>
      </w:r>
    </w:p>
    <w:p>
      <w:pPr>
        <w:spacing w:before="0" w:after="80" w:line="259" w:lineRule="auto"/>
      </w:pPr>
      <w:r>
        <w:rPr>
          <w:rFonts w:ascii="Noto Serif CJK SC" w:hAnsi="Noto Serif CJK SC" w:eastAsia="Noto Serif CJK SC"/>
        </w:rPr>
        <w:t>Source: XinMiWenJi.pdf, “佛法修证心要 / 序传”, pages 654-659 of extracted PDF text.</w:t>
      </w:r>
    </w:p>
    <w:p>
      <w:pPr>
        <w:spacing w:before="0" w:after="80" w:line="259" w:lineRule="auto"/>
        <w:ind w:firstLine="360"/>
      </w:pPr>
      <w:r>
        <w:rPr>
          <w:rFonts w:ascii="Noto Serif CJK SC" w:hAnsi="Noto Serif CJK SC" w:eastAsia="Noto Serif CJK SC"/>
        </w:rPr>
        <w:t>心密三祖元音老人传略李钟鼎法名元音。一九○五年生于安徽合肥市，行年九十一岁。幼就当地塾师读孔孟遗教。尝思世人生从何来，死往何所？百思不得其解。于极端迷闷时，人恍惚失其所在，因惧而不敢再思考此问题。稍长改读市办高等小学，同父读《金刚经》，似曾相识，但莫明所以，就问父。父曰：此圣人言，非尔幼童所知，但勤读书，日后再精研此宝典，自得无穷真实受用。一九一七年父就任江苏镇江市招商局襄办，乃随之就读镇江中学。镇江乃佛教胜地，寺院众多，高僧辈出，其间尤以金山江天寺与扬州高旻寺并称禅学祖庭。暇时常与同学结伴去佛寺随喜，去时，少年气盛，奔跑跳跃，嬉笑打闹，意气风发，不可一世，忽闻一棒钟声，闹心顿息，静如止水，清凉愉悦而莫知所以！其时，金山有一位悟道高僧，众皆尊为活佛。惜余年幼无知，不知叩请上下，只见众人团团围住他争相问话，乃使劲挤进人群，跪拜僧前。僧亦不问短长，拿起大雄宝殿内的敲木鱼的大槌敲余头曰：好好用功学习，后福无穷！一众惊愕，余亦赧颜而退。一九二三年，父调任上海招商局工作，余亦随之迁居上海，考入上海沪江大学读书。一九二五年，父因工作辛劳，不幸罹伤寒重症，经医治无效，与世长辞。余于悲痛之余，除发奋读书外，为奉养老母，尚须觅一工作。但余性内向，不善交际，更不愿向亲友求助。适逢邮局登报招考邮务员，报名应试，侥幸录取。乃一边工作，一边读书，虽较紧张，亦不觉其苦。当时邮局工作只六小时，时间不长而读大学是学分制，不似现在须整天住校读书，可以选几门相应的课程，读满学分，即可毕业。在工作与读书的过程中，经历了一段人生的旅程，尝到一些人生的况味。深觉世人的纷扰与斗争，皆因金钱与爱情的矛盾而起；而人生如朝露，转瞬即逝，寿命无常。纵殚精竭力，辛劳一生，亦毫无所得，最后只落得个空苦、悲切与失落忧伤的情怀抱憾终去。真太冤</w:t>
      </w:r>
    </w:p>
    <w:p>
      <w:pPr>
        <w:spacing w:before="0" w:after="80" w:line="259" w:lineRule="auto"/>
        <w:ind w:firstLine="360"/>
      </w:pPr>
      <w:r>
        <w:rPr>
          <w:rFonts w:ascii="Noto Serif CJK SC" w:hAnsi="Noto Serif CJK SC" w:eastAsia="Noto Serif CJK SC"/>
        </w:rPr>
        <w:t>苦，太不值得。同时因遭父丧之痛，又研读了先父留下的佛经与禅录，粗粗地理解了一些佛说的妙理与诸大祖师所发挥的精辟玄微言论，深感世人为满足一己物欲之私，贪得无厌地追逐抟取，造业受报，冤冤枉枉地受六道轮回之苦，实在太愚蠢、太悲苦！应及早回头，放舍一切空幻的求取，集中心力，择一适合自己个性的法门，勤恳修习以恢复光明的本来佛性而脱离生死苦海。从而唤醒世人的迷梦，同出苦轮，才是人生的真义，才是人生的价值所在。因发心学佛，立誓不事婚娶。为奉养老母故，虽拟出家，但责无旁贷，不能远离膝下而去。迨文革劫难当头，余因代师传法授徒，被目为四旧迷信头目，毒害青年的坏分子，被隔离审查二年有半，经审查无有不法行为，方始释放。文革期间，因多次被抄家搜查，老母受惊病故。其时四众蒙难，余虽欲披剃，亦无由矣，因之孑然一身直至于今。余初学佛，由同事介绍，随台宗大德兴慈老法师习台教，修净土。每日除研习台教纲宗外，执持弥陀圣号，不敢稍懈。课余，复随范古农老居士学习唯识。冬季并随众打净土七。继经道友介绍，依华严座主应慈老和尚学华严，习禅观。当时能</w:t>
      </w:r>
    </w:p>
    <w:p>
      <w:pPr>
        <w:spacing w:before="0" w:after="80" w:line="259" w:lineRule="auto"/>
        <w:ind w:firstLine="360"/>
      </w:pPr>
      <w:r>
        <w:rPr>
          <w:rFonts w:ascii="Noto Serif CJK SC" w:hAnsi="Noto Serif CJK SC" w:eastAsia="Noto Serif CJK SC"/>
        </w:rPr>
        <w:t>续华严遗教者，唯常州天宁寺冶开老禅德与其高徒月霞和应慈二法</w:t>
      </w:r>
    </w:p>
    <w:p>
      <w:pPr>
        <w:spacing w:before="0" w:after="80" w:line="259" w:lineRule="auto"/>
        <w:ind w:firstLine="360"/>
      </w:pPr>
      <w:r>
        <w:rPr>
          <w:rFonts w:ascii="Noto Serif CJK SC" w:hAnsi="Noto Serif CJK SC" w:eastAsia="Noto Serif CJK SC"/>
        </w:rPr>
        <w:t>师。迨月霞法师圆寂杭州后，只应老硕果仅存，独掌华严大宗，弥觉尊贵。老人教法精严，慈悲尤甚，尝因余工作缠身，不能按时随众听讲，特于星期日，单独为余开讲华严三观与法界玄境。并勉余曰：国内倡导一宗一教者，只此一家，余外弘禅者不习教，研教者不参禅，似不无偏颇。尔应于此好好学习，深入禅观，莫负吾心。余随应老习教参禅似有入处。一日听讲罢，忽然人身顿失，光明历历，透体清凉，轻松无比。禀之于师，师曰：此虽不无消息，但犹是过路客人，非是主人。莫睬他，奋力前进，直至大地平沉，虚空粉碎，方有少分相应。因此更加用功打坐。腊月随众打禅七，第因工作关系，未能善始善终，直至三七期满，亦未得更进一步之消息。随后经一至交道友介绍，往圣寿寺听密宗大阿阇黎王骧陆大师讲《六祖坛经》，颇多契悟。乃于会后随师至其住所印心精舍请益。</w:t>
      </w:r>
    </w:p>
    <w:p>
      <w:pPr>
        <w:spacing w:before="0" w:after="80" w:line="259" w:lineRule="auto"/>
        <w:ind w:firstLine="360"/>
      </w:pPr>
      <w:r>
        <w:rPr>
          <w:rFonts w:ascii="Noto Serif CJK SC" w:hAnsi="Noto Serif CJK SC" w:eastAsia="Noto Serif CJK SC"/>
        </w:rPr>
        <w:t>师问余习何宗？余具实以告曰：参禅。师问：打开本来，亲见本性</w:t>
      </w:r>
    </w:p>
    <w:p>
      <w:pPr>
        <w:spacing w:before="0" w:after="80" w:line="259" w:lineRule="auto"/>
        <w:ind w:firstLine="360"/>
      </w:pPr>
      <w:r>
        <w:rPr>
          <w:rFonts w:ascii="Noto Serif CJK SC" w:hAnsi="Noto Serif CJK SC" w:eastAsia="Noto Serif CJK SC"/>
        </w:rPr>
        <w:t>否？余惭愧嗫嚅曰：尚未得见。师曰：何不随我学密？！余曰：密法</w:t>
      </w:r>
    </w:p>
    <w:p>
      <w:pPr>
        <w:spacing w:before="0" w:after="80" w:line="259" w:lineRule="auto"/>
        <w:ind w:firstLine="360"/>
      </w:pPr>
      <w:r>
        <w:rPr>
          <w:rFonts w:ascii="Noto Serif CJK SC" w:hAnsi="Noto Serif CJK SC" w:eastAsia="Noto Serif CJK SC"/>
        </w:rPr>
        <w:t>仪轨繁复，而我性喜简洁、纯朴，于密不甚相容。师曰：我心中心法</w:t>
      </w:r>
    </w:p>
    <w:p>
      <w:pPr>
        <w:spacing w:before="0" w:after="80" w:line="259" w:lineRule="auto"/>
        <w:ind w:firstLine="360"/>
      </w:pPr>
      <w:r>
        <w:rPr>
          <w:rFonts w:ascii="Noto Serif CJK SC" w:hAnsi="Noto Serif CJK SC" w:eastAsia="Noto Serif CJK SC"/>
        </w:rPr>
        <w:t>乃密宗之心髓，属上上乘无相密法，修之可收事半功倍之效，能直</w:t>
      </w:r>
    </w:p>
    <w:p>
      <w:pPr>
        <w:spacing w:before="0" w:after="80" w:line="259" w:lineRule="auto"/>
        <w:ind w:firstLine="360"/>
      </w:pPr>
      <w:r>
        <w:rPr>
          <w:rFonts w:ascii="Noto Serif CJK SC" w:hAnsi="Noto Serif CJK SC" w:eastAsia="Noto Serif CJK SC"/>
        </w:rPr>
        <w:t>赵朴初居士题词</w:t>
      </w:r>
    </w:p>
    <w:p>
      <w:pPr>
        <w:spacing w:before="0" w:after="80" w:line="259" w:lineRule="auto"/>
        <w:ind w:firstLine="360"/>
      </w:pPr>
      <w:r>
        <w:rPr>
          <w:rFonts w:ascii="Noto Serif CJK SC" w:hAnsi="Noto Serif CJK SC" w:eastAsia="Noto Serif CJK SC"/>
        </w:rPr>
        <w:t>自序</w:t>
      </w:r>
    </w:p>
    <w:p>
      <w:pPr>
        <w:spacing w:before="0" w:after="80" w:line="259" w:lineRule="auto"/>
        <w:ind w:firstLine="360"/>
      </w:pPr>
      <w:r>
        <w:rPr>
          <w:rFonts w:ascii="Noto Serif CJK SC" w:hAnsi="Noto Serif CJK SC" w:eastAsia="Noto Serif CJK SC"/>
        </w:rPr>
        <w:t>心密三祖元音老人传</w:t>
      </w:r>
    </w:p>
    <w:p>
      <w:pPr>
        <w:spacing w:before="0" w:after="80" w:line="259" w:lineRule="auto"/>
        <w:ind w:firstLine="360"/>
      </w:pPr>
      <w:r>
        <w:rPr>
          <w:rFonts w:ascii="Noto Serif CJK SC" w:hAnsi="Noto Serif CJK SC" w:eastAsia="Noto Serif CJK SC"/>
        </w:rPr>
        <w:t>略下见性，不和其他有相密法相共，名虽为密，实际即禅。既无加行与前行的繁琐仪轨，更无观相成功后再行化空之烦劳。而且也与净土宗相通，可以之往生西方与其他诸方佛净土，实合禅、净、密为一体之大法也。释迦文佛在此宗法本《佛心经亦通大随求陀罗尼》上说：此法为末法众生了生脱死最当机之法，仗佛密咒与手印之慈力加持，修之既能迅速消障开慧，圆证菩提。也可假第四印之功力往生西方极乐净土，还可随愿往生诸方佛土。可见此法乃以禅为体、密为用、净土为归，摄三宗为一体，适合末法众生修习成道之大法。师又道：参禅全凭自力，学人须起疑情，全力参究，方有入处。如疑情难起，即不得力。而且现代人工作忙碌，空闲时间不太多，不能象古人那样花二十至三十年的时间来专心致志的参究话头。所以参禅悟道者少，因而导致禅宗不振。如学心中心法，假佛力加持修行，那就大不一样了。余以师言词恳切而有理，乃受法归依。经灌顶后回家修习，坐第一印第一座，即全身飞起，如直升飞机直冲霄汉，因惊怖而出定。方知此法果与他法不同，乃潜心循序修习，不再见异思迁，改修他法。此法有六个印与一则咒，修法简练易学，既不用修加行与前行，更不须观想或观相，如禅宗一样从第八识起修，且有佛力加持，故易直下见性。闻师言，密咒为佛、菩萨于禅定中将自己的心化作的密语，如吾人打电报时用的密电码；手印如重要文件加盖的印信，又如电视机上的天线。以之沟通学人与佛、菩萨之心灵，打成一片，故加持力大，证道迅速。净土宗念佛名号同样也是假佛力修行，但念佛名号属外来，不及持佛心咒力大。所以憨山大师曾说，如念佛不得力，可改持咒，即是此理。心密之所以有六个手印，因每个手印作用不同。第一印为菩提心印。乃教学人立大志、发大愿，上求佛道，下化众生，巩固修道之初心也。如造百丈高楼，须先打牢墙脚，筑好基础一样，基础不固，楼要倒塌。学道不立大志，不发大愿，势必遇难而退，遭挫即止，绝不能百折不挠地艰苦奋斗到底，证成圣果。所以此印最为重要。在密宗中手印有一万多种，以此印为诸印之王。第二印为菩提心成就印。可以消除宿障，治疗诸病，为开慧之前奏。我于修此印后，即腹泻三次，身心颇觉轻、利、明、快，盖得此印加持之力，将宿世污、染、垢、秽尽从大便排出故也。</w:t>
      </w:r>
    </w:p>
    <w:p>
      <w:pPr>
        <w:spacing w:before="0" w:after="80" w:line="259" w:lineRule="auto"/>
        <w:ind w:firstLine="360"/>
      </w:pPr>
      <w:r>
        <w:rPr>
          <w:rFonts w:ascii="Noto Serif CJK SC" w:hAnsi="Noto Serif CJK SC" w:eastAsia="Noto Serif CJK SC"/>
        </w:rPr>
        <w:t>第三印为正授菩提印。乃诸佛、菩萨放光加持学人，推之前进，</w:t>
      </w:r>
    </w:p>
    <w:p>
      <w:pPr>
        <w:spacing w:before="0" w:after="80" w:line="259" w:lineRule="auto"/>
        <w:ind w:firstLine="360"/>
      </w:pPr>
      <w:r>
        <w:rPr>
          <w:rFonts w:ascii="Noto Serif CJK SC" w:hAnsi="Noto Serif CJK SC" w:eastAsia="Noto Serif CJK SC"/>
        </w:rPr>
        <w:t>迅速入定之要印，亦为医治他人疾病之妙着。我于修法时期，偶而事烦心乱，加持此印，即能迅速改观而深入禅定。并蒙诸佛、菩萨慈悲加持，为远方友好治病数次，亦能于修法后痊愈。第四印为如来母印。为开慧、成道与往生净土之大印。故于从一至六印修完二轮后，专修第二与第四印时，第二印只修一天而第四印须修六天，可见此印之重要。很多同仁均于修此印时，打开本来，得见真性。第五印为如来善集陀罗尼印。此印乃集合诸佛密咒之功德、威力与妙用于一体之印。其力至大，其势飞猛，能降伏恶魔，破除外道邪法，并能移山倒海，消除翻种子等的烦恼。故修心中心法无入魔之恶，亦无受外道邪法困扰之患。</w:t>
      </w:r>
    </w:p>
    <w:p>
      <w:pPr>
        <w:spacing w:before="0" w:after="80" w:line="259" w:lineRule="auto"/>
        <w:ind w:firstLine="360"/>
      </w:pPr>
      <w:r>
        <w:rPr>
          <w:rFonts w:ascii="Noto Serif CJK SC" w:hAnsi="Noto Serif CJK SC" w:eastAsia="Noto Serif CJK SC"/>
        </w:rPr>
        <w:t>第六印为如来语印。所有佛所说之经与菩萨所造之论，于修此法</w:t>
      </w:r>
    </w:p>
    <w:p>
      <w:pPr>
        <w:spacing w:before="0" w:after="80" w:line="259" w:lineRule="auto"/>
        <w:ind w:firstLine="360"/>
      </w:pPr>
      <w:r>
        <w:rPr>
          <w:rFonts w:ascii="Noto Serif CJK SC" w:hAnsi="Noto Serif CJK SC" w:eastAsia="Noto Serif CJK SC"/>
        </w:rPr>
        <w:t>后均能一目了然，通达理解，无稍疑惑；并能召请诸佛、菩萨，得诸加持，发大神通。此六个印须循序连贯修习，不可跳跃、躐等而修，更不可断断续续、进进停停地修。我遵师嘱每天按时上座，每座坐足二小时，勤勤恳恳地按师所说口诀心念耳闻地修习，从不间断。于坐满一百座后，即加座猛修，从每天坐四小时逐渐增至六小时、八小时，乃至十八小时。每逢星期日及例假日，整天在家习坐，不外出游乐。师因之常勉余代为说法，嘉勉同参。余于修第四印时，一夜于睡梦中忽闻老母一声咳嗽，顿时身心、世界一齐消失而了了分明灵知不昧。晨起请益于师，师曰：虽是一则可喜的消息，但尤欠火候在，更须努力精进，不可稍懈。一日，修法毕，步行赴邮局上早班，途经四川北路，忽然一声爆炸，身心、马路、车辆与行人当下一齐消殒而灵知了了，一念不生，亦不觉人在走路。及至到了邮局门前，忽生一念：到了。果于眼前出现邮局大门。脚步未动，人已到了邮局，身轻松而心透脱，有如卸却千斤重担相似，欢欣鼓舞，不胜雀跃！佛法之妙有如是乎！此情此景岂笔墨所能形容？！一日晏坐中见佛前来托一日轮与我，刚伸手接时，日轮忽然爆炸，佛、我、日轮、世界与虚空一时并消，妙明真心朗然现前！佛恩浩大，加持、接引众生无微不至！余感恩之余，不觉大哭一场！我等后生小子诚粉身碎骨难报深恩于万一也。又一日打坐中见一老太太安坐在盘龙椅上，旁立一童子，召余</w:t>
      </w:r>
    </w:p>
    <w:p>
      <w:pPr>
        <w:spacing w:before="0" w:after="80" w:line="259" w:lineRule="auto"/>
        <w:ind w:firstLine="360"/>
      </w:pPr>
      <w:r>
        <w:rPr>
          <w:rFonts w:ascii="Noto Serif CJK SC" w:hAnsi="Noto Serif CJK SC" w:eastAsia="Noto Serif CJK SC"/>
        </w:rPr>
        <w:t>曰：来来来，我有一卷《心经》传授与你。余应曰：这卷无字《心经》深妙难思，您老怎么传授？老太太乃下座，余亦礼拜而退。偶于修六印时，神忽离体，方于室内巡行间，道友来访扣门，复与身合。此等琐事，皆如梦幻，本不足道，简列一二，为请诸方指正云。</w:t>
      </w:r>
    </w:p>
    <w:p>
      <w:pPr>
        <w:spacing w:before="0" w:after="80" w:line="259" w:lineRule="auto"/>
        <w:ind w:firstLine="360"/>
      </w:pPr>
      <w:r>
        <w:rPr>
          <w:rFonts w:ascii="Noto Serif CJK SC" w:hAnsi="Noto Serif CJK SC" w:eastAsia="Noto Serif CJK SC"/>
        </w:rPr>
        <w:t>我师公大愚阿阇黎为敦促我等师兄弟上上升进故，常设难考问</w:t>
      </w:r>
    </w:p>
    <w:p>
      <w:pPr>
        <w:spacing w:before="0" w:after="80" w:line="259" w:lineRule="auto"/>
        <w:ind w:firstLine="360"/>
      </w:pPr>
      <w:r>
        <w:rPr>
          <w:rFonts w:ascii="Noto Serif CJK SC" w:hAnsi="Noto Serif CJK SC" w:eastAsia="Noto Serif CJK SC"/>
        </w:rPr>
        <w:t>我等。如问：一千七百则公案，一串串却时如何？一师兄答：苦！师公追问：谁苦？师兄不能答，余从旁掩耳而出。师公曰：有人救出你了。又如，一师兄拿了师公的扇子道：这是愚公的。愚公后问曰：大愚的，为什么在你手里？余代答曰：请问什么在我手外？公首肯。又如，愚公问：你们观心观到了没有？师兄答：观到了。愚公进问：在什么处？余从旁伸出手掌云：和盘托出。此等家丑，本不值外扬，聊供阅者一笑而已。光阴荏苒，一忽数十年。其间虽经不懈努力勤修并多次打七与打九座专修，奈根浅障重，毫无所得，实不敢向人前吐露只字片语，有污视听。第因先师圆化时，法席后继无人，勉召余暂代讲席。不得已，勉为其难。于一九五八年受阿阇黎灌顶后忝列师位。应诸方召唤，赴各地寺院、精舍与协会开讲楞严、法华、楞伽、华严、金刚、圆觉、心经、弥陀与六祖坛经等，并赴各地禅学讲座与禅学同仁研讨禅录。足迹东自辽、吉、黑三省，西到云南、四川，南始广东、海南，北迄甘、宁、青等省，几走遍全国各地。受法弟子除国内四众外，海外如美国、德国、法国、加拿大与日本等国亦有少数闻风来归者。关于著作方面，因水平有限，复因弘法事务烦多，无多空余时间写作。只从一九七八年开始应各地同参之请，为辅导后进进修、释疑、除惑，草缀了几篇不像样的陋文，如《略论明心见性》、《〈悟心铭〉浅释》、《碧岩录讲座》、《禅海微澜》、《往生西方的关键问题》、禅七和灌顶授法</w:t>
      </w:r>
    </w:p>
    <w:p>
      <w:pPr>
        <w:spacing w:before="0" w:after="80" w:line="259" w:lineRule="auto"/>
        <w:ind w:firstLine="360"/>
      </w:pPr>
      <w:r>
        <w:rPr>
          <w:rFonts w:ascii="Noto Serif CJK SC" w:hAnsi="Noto Serif CJK SC" w:eastAsia="Noto Serif CJK SC"/>
        </w:rPr>
        <w:t>开示录等，已先后在各种佛教刊物、杂志上发表。另外尚有《心经抉隐》，《楞严经要解》与《大手印浅释》等，正在筹备印刷中，未及与广大佛教同仁见面。总之，数十年如一日，代师弘化，为佛宣扬，奔驰各地，兢兢业业，未敢稍懈。幸蒙佛慈垂佑，四众匡护，未堕先师盛德，辜负诸佛深恩。余深深感谢诸佛、菩萨与广大信众扶持、呵护之厚德外，又不胜侥幸、惭愧之至也。一九九六年二月二十八日</w:t>
      </w:r>
    </w:p>
    <w:p>
      <w:pPr>
        <w:pStyle w:val="Heading2"/>
      </w:pPr>
      <w:r>
        <w:rPr>
          <w:rFonts w:ascii="Noto Serif CJK SC" w:hAnsi="Noto Serif CJK SC" w:eastAsia="Noto Serif CJK SC"/>
        </w:rPr>
        <w:t>2. 《悟心铭》浅释 / Full Chinese Source Text</w:t>
      </w:r>
    </w:p>
    <w:p>
      <w:pPr>
        <w:spacing w:before="0" w:after="80" w:line="259" w:lineRule="auto"/>
      </w:pPr>
      <w:r>
        <w:rPr>
          <w:rFonts w:ascii="Noto Serif CJK SC" w:hAnsi="Noto Serif CJK SC" w:eastAsia="Noto Serif CJK SC"/>
        </w:rPr>
        <w:t>Status: full Chinese body included</w:t>
      </w:r>
    </w:p>
    <w:p>
      <w:pPr>
        <w:spacing w:before="0" w:after="80" w:line="259" w:lineRule="auto"/>
      </w:pPr>
      <w:r>
        <w:rPr>
          <w:rFonts w:ascii="Noto Serif CJK SC" w:hAnsi="Noto Serif CJK SC" w:eastAsia="Noto Serif CJK SC"/>
        </w:rPr>
        <w:t>Source: WuXinMingQianShi.pdf downloaded from Dhanaka 心中心法 ebook page.</w:t>
      </w:r>
    </w:p>
    <w:p>
      <w:pPr>
        <w:spacing w:before="0" w:after="80" w:line="259" w:lineRule="auto"/>
        <w:ind w:firstLine="360"/>
      </w:pPr>
      <w:r>
        <w:rPr>
          <w:rFonts w:ascii="Noto Serif CJK SC" w:hAnsi="Noto Serif CJK SC" w:eastAsia="Noto Serif CJK SC"/>
        </w:rPr>
        <w:t>元音老人</w:t>
      </w:r>
    </w:p>
    <w:p>
      <w:pPr>
        <w:spacing w:before="0" w:after="80" w:line="259" w:lineRule="auto"/>
        <w:ind w:firstLine="360"/>
      </w:pPr>
      <w:r>
        <w:rPr>
          <w:rFonts w:ascii="Noto Serif CJK SC" w:hAnsi="Noto Serif CJK SC" w:eastAsia="Noto Serif CJK SC"/>
        </w:rPr>
        <w:t>心中心密法，系藉佛菩萨慈悲加被之力修</w:t>
      </w:r>
    </w:p>
    <w:p>
      <w:pPr>
        <w:spacing w:before="0" w:after="80" w:line="259" w:lineRule="auto"/>
        <w:ind w:firstLine="360"/>
      </w:pPr>
      <w:r>
        <w:rPr>
          <w:rFonts w:ascii="Noto Serif CJK SC" w:hAnsi="Noto Serif CJK SC" w:eastAsia="Noto Serif CJK SC"/>
        </w:rPr>
        <w:t>行，故易于得定，打开本来，证悟真心。譬之旅行，自力修行者，全靠自己两脚行走，修心密则如乘船、乘车，更或乘飞机，所以快速、稳当，有事半功倍之效。先师骧陆公，为扶助心密行人更加快速地了悟真心、超凡入圣起见，著有《悟心铭》一首，共四十句，每句四字，共一百六十字，虽文短而字少，但义理丰富深长。整个成佛之真谛和修心要诀，均宣示无遗。诚可谓文约义丰，言简意赅之精要著作，亦现代不可多得之悟心评唱！学者如于修法之余，每天将其朗诵几遍烂熟于胸中，久久自于境缘上一触即发，由真实体中得大机大用。兹为帮助后进者了达其含蓄之玄旨，易于悟心起见，乃逐句浅释，尚望学人珍重，勿轻视之！《悟心铭》全文</w:t>
      </w:r>
    </w:p>
    <w:p>
      <w:pPr>
        <w:spacing w:before="0" w:after="80" w:line="259" w:lineRule="auto"/>
        <w:ind w:firstLine="360"/>
      </w:pPr>
      <w:r>
        <w:rPr>
          <w:rFonts w:ascii="Noto Serif CJK SC" w:hAnsi="Noto Serif CJK SC" w:eastAsia="Noto Serif CJK SC"/>
        </w:rPr>
        <w:t>不是有心不是无心不是不见不是不闻了了觉知不着见闻荡然无住是名无</w:t>
      </w:r>
    </w:p>
    <w:p>
      <w:pPr>
        <w:spacing w:before="0" w:after="80" w:line="259" w:lineRule="auto"/>
        <w:ind w:firstLine="360"/>
      </w:pPr>
      <w:r>
        <w:rPr>
          <w:rFonts w:ascii="Noto Serif CJK SC" w:hAnsi="Noto Serif CJK SC" w:eastAsia="Noto Serif CJK SC"/>
        </w:rPr>
        <w:t>心</w:t>
      </w:r>
    </w:p>
    <w:p>
      <w:pPr>
        <w:spacing w:before="0" w:after="80" w:line="259" w:lineRule="auto"/>
        <w:ind w:firstLine="360"/>
      </w:pPr>
      <w:r>
        <w:rPr>
          <w:rFonts w:ascii="Noto Serif CJK SC" w:hAnsi="Noto Serif CJK SC" w:eastAsia="Noto Serif CJK SC"/>
        </w:rPr>
        <w:t>心若无住妄依何立妄既不立夙障自除问心何来因境而起境亦不有同属幻影妙用恒沙尽是缘心缘心息处顿证无生无生实相非可眼见杳杳冥冥其中有精证悟之者名曰见性是故无求心自宁一无心可惑即是大定得大定者无动无静无得无失无喜无嗔本位不移起应万机不变随缘即无生死成佛要诀如是而已</w:t>
      </w:r>
    </w:p>
    <w:p>
      <w:pPr>
        <w:spacing w:before="0" w:after="80" w:line="259" w:lineRule="auto"/>
        <w:ind w:firstLine="360"/>
      </w:pPr>
      <w:r>
        <w:rPr>
          <w:rFonts w:ascii="Noto Serif CJK SC" w:hAnsi="Noto Serif CJK SC" w:eastAsia="Noto Serif CJK SC"/>
        </w:rPr>
        <w:t>浅释</w:t>
      </w:r>
    </w:p>
    <w:p>
      <w:pPr>
        <w:spacing w:before="0" w:after="80" w:line="259" w:lineRule="auto"/>
        <w:ind w:firstLine="360"/>
      </w:pPr>
      <w:r>
        <w:rPr>
          <w:rFonts w:ascii="Noto Serif CJK SC" w:hAnsi="Noto Serif CJK SC" w:eastAsia="Noto Serif CJK SC"/>
        </w:rPr>
        <w:t>《悟心铭》开始即说：“不是有心，不是无心。这二句把妙明真心之体和妙用和盘描绘出来。以妙明真心，既不属有，亦不是无。你说它有，无相可见，无声可闻；你说它无，语默动静，行住坐卧，无一不是它在起作用。古德譬之“海中盐味”“色里胶青”，虽不能目睹，而体实不无。释迦文佛告诉我们，它是真空妙有，妙有真空的大宝藏。所谓真空者，别于顽空和断灭空，以妙有故，空而不空，不空而空；所谓妙有者，别于妄有或实有，以真空故，有而不有，不有而有也。次就相用说来，也是非有非无，非无非有的。你说它无，形形色色历然现前，而妙用恒沙；你说它有，一切色相，皆因缘所生，无有自体，所起事用，宛如水月空花，无可把持。</w:t>
      </w:r>
    </w:p>
    <w:p>
      <w:pPr>
        <w:spacing w:before="0" w:after="80" w:line="259" w:lineRule="auto"/>
        <w:ind w:firstLine="360"/>
      </w:pPr>
      <w:r>
        <w:rPr>
          <w:rFonts w:ascii="Noto Serif CJK SC" w:hAnsi="Noto Serif CJK SC" w:eastAsia="Noto Serif CJK SC"/>
        </w:rPr>
        <w:t>《心经》云：“色即是空，空即是色。就是说色空不二，非有非无。以一切色相皆是真空妙体之所显现，而真空妙体亦不能离开色相而显其用，更非离色相而别有。譬如水起之波，水即是波，波即是水，离波即不可得水，离水亦不可得波。吾人用功，既不可执色相为实有而粘着不舍，更不能偏离色相，废有而着空。故不论上座习定，下座起用，均须无所取舍，方契中道之理，走上真空妙有的大道。学者修法，修至妄念消融时，则能念之心，所持之咒，一时脱落，内而身心，外而世界一齐消殒，化为乌有。净裸裸一丝不挂，赤洒洒一尘不染，但了了分明，非同木石。这一丝不挂一片虚明的是什么？不是当人非有非无之妙明真心，历历现前，又是什么？！当斯时也，色空不能到，有无不能及；说无之时，周遍法界，说有之时，纤毫不立；诸子百家，百工技艺，乃至诸佛净土，恒沙众生，无不融会于中矣。</w:t>
      </w:r>
    </w:p>
    <w:p>
      <w:pPr>
        <w:spacing w:before="0" w:after="80" w:line="259" w:lineRule="auto"/>
        <w:ind w:firstLine="360"/>
      </w:pPr>
      <w:r>
        <w:rPr>
          <w:rFonts w:ascii="Noto Serif CJK SC" w:hAnsi="Noto Serif CJK SC" w:eastAsia="Noto Serif CJK SC"/>
        </w:rPr>
        <w:t>第二句：“不是不见，不是不闻。这教我们做功夫，不可死做，而要活泼泼地历境练心；不要闭目不见，塞耳不闻，须要见无所见，闻无所闻，才能灵活妙用，证成大道。我常见一些错用功者，闭着眼睛，不见事物，塞住耳朵，不闻音声，以为这样就能把心练空，成道了。殊不知纵然你闭目塞耳、心不接境时，可以做到心死不动，一旦开眼去塞，心对境时，妄心又不免随着色声转动不停。以除境灭心，非真了故，何况在闭目塞耳时，内心未必不在暗暗蠢动哩！另外，闭目塞耳，更有一大过患，假如学者用闭塞的功夫，真正做到心死不动了，那又做到黑山背后死水中去了，非但不能成佛，且有沦为土木金石之虞。所以学者不可不慎！要真正做到心不为境转，还靠在境界上锻炼。宗下所谓：“在地上跌倒，还在地上爬起！”离境趋空，终成泡影！《金刚经》云：“凡所有相，皆是虚妄！一切色声，皆因缘生，无有实体；任你美色</w:t>
      </w:r>
    </w:p>
    <w:p>
      <w:pPr>
        <w:spacing w:before="0" w:after="80" w:line="259" w:lineRule="auto"/>
        <w:ind w:firstLine="360"/>
      </w:pPr>
      <w:r>
        <w:rPr>
          <w:rFonts w:ascii="Noto Serif CJK SC" w:hAnsi="Noto Serif CJK SC" w:eastAsia="Noto Serif CJK SC"/>
        </w:rPr>
        <w:t>当前，妙声充耳，俱不过阳焰、空花、海市蜃楼，一时假现。认清此理，再经时日之推移，和千万次境上的艰苦锻炼，自然心宁神静，遇境安然不动。洞山禅师《五位君臣颂》颂第四位“偏中至”修道位云：“偏中至，二刃交锋不须避，好手还如火中莲，丈夫自有冲天志！”即教我们活泼用功，历境练心，不须回避见闻，以启将来之大机大用也。第三句：“了了觉知，不着见闻！这是承上二句“不是不见，不是不闻”而进一步申说应怎样灵活地做功夫，方不致走入歧路。我人修行，是修成活佛，所以不是死坐不动，沉空滞寂，坐在黑山背后，可以了道的。云门云：“即此见闻非见闻，无余声色可呈君！</w:t>
      </w:r>
    </w:p>
    <w:p>
      <w:pPr>
        <w:spacing w:before="0" w:after="80" w:line="259" w:lineRule="auto"/>
        <w:ind w:firstLine="360"/>
      </w:pPr>
      <w:r>
        <w:rPr>
          <w:rFonts w:ascii="Noto Serif CJK SC" w:hAnsi="Noto Serif CJK SC" w:eastAsia="Noto Serif CJK SC"/>
        </w:rPr>
        <w:t>”明白畅晓地告诉我们，你要彻见</w:t>
      </w:r>
    </w:p>
    <w:p>
      <w:pPr>
        <w:spacing w:before="0" w:after="80" w:line="259" w:lineRule="auto"/>
        <w:ind w:firstLine="360"/>
      </w:pPr>
      <w:r>
        <w:rPr>
          <w:rFonts w:ascii="Noto Serif CJK SC" w:hAnsi="Noto Serif CJK SC" w:eastAsia="Noto Serif CJK SC"/>
        </w:rPr>
        <w:t>真心吗？就在你现前见色闻声处。了悟这见</w:t>
      </w:r>
    </w:p>
    <w:p>
      <w:pPr>
        <w:spacing w:before="0" w:after="80" w:line="259" w:lineRule="auto"/>
        <w:ind w:firstLine="360"/>
      </w:pPr>
      <w:r>
        <w:rPr>
          <w:rFonts w:ascii="Noto Serif CJK SC" w:hAnsi="Noto Serif CJK SC" w:eastAsia="Noto Serif CJK SC"/>
        </w:rPr>
        <w:t>色闻声底是谁？离开这见色闻声底，你就无处去寻觅它了；假使你着在见色闻声上，又</w:t>
      </w:r>
    </w:p>
    <w:p>
      <w:pPr>
        <w:spacing w:before="0" w:after="80" w:line="259" w:lineRule="auto"/>
        <w:ind w:firstLine="360"/>
      </w:pPr>
      <w:r>
        <w:rPr>
          <w:rFonts w:ascii="Noto Serif CJK SC" w:hAnsi="Noto Serif CJK SC" w:eastAsia="Noto Serif CJK SC"/>
        </w:rPr>
        <w:t>被声色所迷，也见不着它了。这是何等灵活的功夫，岂是死坐不动，不见不闻可以见道的？又云：“玄虚大道本无著，见色闻声不用聋！”可见做功夫须活做不可死做；死做不但不能成道，还有流入魔外之虞。所以先师告诉我们，做功夫须在行住坐卧、动静闲忙处活用，不可如木石无知，而要了了分明；虽了了分明而又不可着在声色上！换句话说，就是要见无所见，闻无所闻，而不是不见不闻，这样才得灵活妙用。即或在座上也要正念昭昭，了了分明而不可茫然无知，落入昏沉或无记。永嘉大师云：“惺惺寂寂是，惺惺狂想非；寂寂惺惺是，寂寂无记非。”即此“了了觉知，不着见闻”之注脚也。第四句：“荡然无住，是名无心。我们平常认为无心，就是一念不生，而一念不生，就是压念不起。所以大家都用死压功夫，压住念头不让它起来，以为一个念</w:t>
      </w:r>
    </w:p>
    <w:p>
      <w:pPr>
        <w:spacing w:before="0" w:after="80" w:line="259" w:lineRule="auto"/>
        <w:ind w:firstLine="360"/>
      </w:pPr>
      <w:r>
        <w:rPr>
          <w:rFonts w:ascii="Noto Serif CJK SC" w:hAnsi="Noto Serif CJK SC" w:eastAsia="Noto Serif CJK SC"/>
        </w:rPr>
        <w:t>头没有就是好功夫，更以为一念不生的时间，由短而长，便是功夫的上上升进，殊不知这样死做下去，非但不能成佛，成个土木金石倒有份在！因为佛是活泼泼的大觉者，恒沙妙用的伟丈夫，岂是如木石的死硬块，毫无知觉的塑雕像。做功夫，不在多种多样的差别境上锻炼自己，心无所住，只是死压心念不起，还能起什么妙用？不见六祖大师当年救卧轮公案？卧轮禅师初以为压念不起是好功夫，故有颂云：“卧轮有伎俩，能断百思想，对境心不起，菩提日日长！”六祖一见，知走入死水歧途，故救之云：“惠能无伎俩，不断百思想，对境心数起，菩提作么长！”卧轮知错改正，方始入道。是知无心，不是压念不起，更不是无念之时，由短而长，方为增进，真正无心的功夫，是尽管应缘接物而心无所住；尽管日理万机而意无所染。衷心犹如水上绘画一样，一笔起处，水面马上会合，毫无痕迹，这才</w:t>
      </w:r>
    </w:p>
    <w:p>
      <w:pPr>
        <w:spacing w:before="0" w:after="80" w:line="259" w:lineRule="auto"/>
        <w:ind w:firstLine="360"/>
      </w:pPr>
      <w:r>
        <w:rPr>
          <w:rFonts w:ascii="Noto Serif CJK SC" w:hAnsi="Noto Serif CJK SC" w:eastAsia="Noto Serif CJK SC"/>
        </w:rPr>
        <w:t>是无心的真好功夫。《金刚经》云：“应无所住而生其心！这个“应无所住”的“应”字，往往被人误解作“应当”“应该”的“应”字。其实不然，这个“应”字是“应缘接物”的“应”是教我们在日常生活中应付一切事件，接应所有人物，都要心无所住，荡然无染。而不是只告诉我们在理地上应该或应当无所住着的。我们倘能应缘而无所住，则恒沙妙用的灵活真心自然无所遮蔽地时时现前了。所以无念是活的，是应缘而无所住染；不是压念不起，死在那里不动。我们只要念起无住，不攀缘，不停留，随用随息，即是无念。昔时，僧问赵州：“如何是无念？”州云：“急水上打球子！赵州后更反问投子：“急水上打球子，意旨如何？”投子云：“念念不停留！”可见念起无住即无念，而不是一念不生方为无念也。又懒融禅师《无心颂》云：“恰恰用心时，恰恰无心用；无心恰恰用，常用恰恰无！</w:t>
      </w:r>
    </w:p>
    <w:p>
      <w:pPr>
        <w:spacing w:before="0" w:after="80" w:line="259" w:lineRule="auto"/>
        <w:ind w:firstLine="360"/>
      </w:pPr>
      <w:r>
        <w:rPr>
          <w:rFonts w:ascii="Noto Serif CJK SC" w:hAnsi="Noto Serif CJK SC" w:eastAsia="Noto Serif CJK SC"/>
        </w:rPr>
        <w:t>”即正在用心时，亦不见</w:t>
      </w:r>
    </w:p>
    <w:p>
      <w:pPr>
        <w:spacing w:before="0" w:after="80" w:line="259" w:lineRule="auto"/>
        <w:ind w:firstLine="360"/>
      </w:pPr>
      <w:r>
        <w:rPr>
          <w:rFonts w:ascii="Noto Serif CJK SC" w:hAnsi="Noto Serif CJK SC" w:eastAsia="Noto Serif CJK SC"/>
        </w:rPr>
        <w:t>有心起用，道尽无心的意旨和妙用矣。第五句：“心若无住，妄依何立？”修道人个个讨厌妄心，要消灭它，打倒它。殊不知妄本不有，只是思想作祟，一切外境宛如水月，皆非实有，众生无知，误认为有，执而不舍，乃成为妄。倘能当下一觉，照破幻境，妄即化为乌有。如人做梦，正在做梦时，也认为实有，及至醒来，痕迹也无。良由真心如镜光，一切色、声、香、味、触、法，皆如镜中所现之影。凡夫愚昧无知，背镜光而取影，造业受报，生死不了；二乘圣人，虽不着尘境，但又背镜影而住光，以有所住，又成法妄，只了分段生死，不了变易生死；一乘学者，悟透佛法、世法，不即镜影，亦不离镜影。以一切影像皆是镜光所成，镜即是影，影即是镜；离镜无影，离影无镜，既不可背镜住影，亦无须离影求镜。既深知影镜皆无所住，当能心无爱憎之情，境无取舍之住。</w:t>
      </w:r>
    </w:p>
    <w:p>
      <w:pPr>
        <w:spacing w:before="0" w:after="80" w:line="259" w:lineRule="auto"/>
        <w:ind w:firstLine="360"/>
      </w:pPr>
      <w:r>
        <w:rPr>
          <w:rFonts w:ascii="Noto Serif CJK SC" w:hAnsi="Noto Serif CJK SC" w:eastAsia="Noto Serif CJK SC"/>
        </w:rPr>
        <w:t>故学者不必怕妄，但深契一乘玄旨，于境无取无舍，无喜无嗔，则妄自除矣。复次，众多学者，莫不以“无明”难破，甚有谈虎色变之慨。其实，所谓“无明”者，亦非实有，不过是妄心作怪，粘着尘境，迷而不觉，假名而已。行者果能当下凛然一觉，则妄境破，无明自销。譬如千年暗室一灯能明，无须历时消除。故所谓无明者，妄心者，只是我人不觉之故，倘能时时观照，处处凛觉，令心清空廓澈，无所住执，还愁什么无明不破，妄心不息哩！？第六句：“妄既不立，夙障自除。良以心本通灵无碍，只以迷境着相而成障。所谓夙障者，即多生历劫迷相造业而积累之妄习，迷障遮蔽本性之明，不得自在受用，而复痛苦、艰辛、烦恼无尽也。今既知一切事相本空，心不留碍，业且不有，虚妄之障，又将安寄？大梅禅师云：“一切业障</w:t>
      </w:r>
    </w:p>
    <w:p>
      <w:pPr>
        <w:spacing w:before="0" w:after="80" w:line="259" w:lineRule="auto"/>
        <w:ind w:firstLine="360"/>
      </w:pPr>
      <w:r>
        <w:rPr>
          <w:rFonts w:ascii="Noto Serif CJK SC" w:hAnsi="Noto Serif CJK SC" w:eastAsia="Noto Serif CJK SC"/>
        </w:rPr>
        <w:t>在达人份上，如热汤消冰，光明去暗，无所驻足。”盖所谓障者，亦是假名，无有实体。经云：“罪从心生，还将心灭！”又云：</w:t>
      </w:r>
    </w:p>
    <w:p>
      <w:pPr>
        <w:spacing w:before="0" w:after="80" w:line="259" w:lineRule="auto"/>
        <w:ind w:firstLine="360"/>
      </w:pPr>
      <w:r>
        <w:rPr>
          <w:rFonts w:ascii="Noto Serif CJK SC" w:hAnsi="Noto Serif CJK SC" w:eastAsia="Noto Serif CJK SC"/>
        </w:rPr>
        <w:t>“心</w:t>
      </w:r>
    </w:p>
    <w:p>
      <w:pPr>
        <w:spacing w:before="0" w:after="80" w:line="259" w:lineRule="auto"/>
        <w:ind w:firstLine="360"/>
      </w:pPr>
      <w:r>
        <w:rPr>
          <w:rFonts w:ascii="Noto Serif CJK SC" w:hAnsi="Noto Serif CJK SC" w:eastAsia="Noto Serif CJK SC"/>
        </w:rPr>
        <w:t>生则种种障生，心灭则种种障灭！”倘能直下无心则妄无立处，妄既不立，则夙障自除矣。或谓“现业易消，定业难免；心业易除，身业难灭”，此亦不可一概而论。不见达摩大师嘱二祖神光曰：“子将有杀身之报，但为正法免遭毁谤故，此债可予免还。”又一古德中风嘴歪，侍者笑谓云：“和尚终日诃佛骂祖，今日受报了。”古德云：“尔随侍我数十年，如此看我？须知一切业障在祖师身上，犹如空花水月，虽还报犹如不还报，而且要还即还，要不还即不还，你看我嘴歪不歪！”随说随用手一拍嘴巴，嘴即正了，并斥侍者云：“尔等执相众生，于本来空中作业障想，于无偿还中作偿还想，是以业障不了，受累无穷也。”由此可知一切业障系于心，心果真空，无所谓障，更无所谓还不还。以无还无不还故，正不必执不还为不还，尽</w:t>
      </w:r>
    </w:p>
    <w:p>
      <w:pPr>
        <w:spacing w:before="0" w:after="80" w:line="259" w:lineRule="auto"/>
        <w:ind w:firstLine="360"/>
      </w:pPr>
      <w:r>
        <w:rPr>
          <w:rFonts w:ascii="Noto Serif CJK SC" w:hAnsi="Noto Serif CJK SC" w:eastAsia="Noto Serif CJK SC"/>
        </w:rPr>
        <w:t>管还而犹不还也。僧问古德：“如何是业障？”德云：“本来空！”僧进问云：“如何是本来空？”德云：“业障！”本来空不是顽空或断灭空，而是一切事物、业障的当体本来就是空无所有。故二祖神光大师，虽受初祖之嘱，于传法三祖后，仍去还杀身之债，而无难色，并于临刑时高唱云：“将头临白刃，犹如斩春风！”这是何等气概，此真了的弘范也。第七句：“问心何来？因境而起。“心本无生因境有！”这是毗舍浮佛的名言。我人之心——即思想，本来没有，因对境而生起影像，执着不舍，才生起妄想，这就是心。这个心是根——心、尘——境集合而生起的，所以叫作“集起为心”，它是六尘落谢的影子，纯属虚幻，无有实体。佛经中所说的“一切唯心造”和“三界唯心，万法唯识”的“心”字就是指这个由客观外境反映而生起的虚幻影像心。所以它也是外境，也是客体，而且也不离物质，不可把它</w:t>
      </w:r>
    </w:p>
    <w:p>
      <w:pPr>
        <w:spacing w:before="0" w:after="80" w:line="259" w:lineRule="auto"/>
        <w:ind w:firstLine="360"/>
      </w:pPr>
      <w:r>
        <w:rPr>
          <w:rFonts w:ascii="Noto Serif CJK SC" w:hAnsi="Noto Serif CJK SC" w:eastAsia="Noto Serif CJK SC"/>
        </w:rPr>
        <w:t>看作主观的心，当作主宰世界的“真神”而宝贝它。我们做功夫，既要不着森罗万象的外境，更要把这幻影妄心销尽。所谓内而身心，外而世界一起销殒，妙明真心，方才现</w:t>
      </w:r>
    </w:p>
    <w:p>
      <w:pPr>
        <w:spacing w:before="0" w:after="80" w:line="259" w:lineRule="auto"/>
        <w:ind w:firstLine="360"/>
      </w:pPr>
      <w:r>
        <w:rPr>
          <w:rFonts w:ascii="Noto Serif CJK SC" w:hAnsi="Noto Serif CJK SC" w:eastAsia="Noto Serif CJK SC"/>
        </w:rPr>
        <w:t>前。反是，把这虚幻心当作主观实体，真性</w:t>
      </w:r>
    </w:p>
    <w:p>
      <w:pPr>
        <w:spacing w:before="0" w:after="80" w:line="259" w:lineRule="auto"/>
        <w:ind w:firstLine="360"/>
      </w:pPr>
      <w:r>
        <w:rPr>
          <w:rFonts w:ascii="Noto Serif CJK SC" w:hAnsi="Noto Serif CJK SC" w:eastAsia="Noto Serif CJK SC"/>
        </w:rPr>
        <w:t>就被掩没不见了。因之，我们所说“一切唯心造”的“心”字，是把它视作被消灭的客观对象来处理的，并非说它是万物的主宰者，这要请广大学佛者搞清楚，不要误会才好！第八句：“境亦不有，同属幻影！经云：“心不自心，因境故心；境不自境，因心故境。”这就把心与境，境与心的相因相成的关系说得一清二楚。心既因境而有，境亦不能离心独立，因境系因缘生，无有自体。比如镜影，虽有万别千差之相，如无镜光，影不能现；境亦如是，无心境无成，即或有美景佳境，无心领受鉴赏，有亦同无。以境不自境，不自谓为美妙胜境也。心与境既相对而生，离一即无，则境与心，皆非真</w:t>
      </w:r>
    </w:p>
    <w:p>
      <w:pPr>
        <w:spacing w:before="0" w:after="80" w:line="259" w:lineRule="auto"/>
        <w:ind w:firstLine="360"/>
      </w:pPr>
      <w:r>
        <w:rPr>
          <w:rFonts w:ascii="Noto Serif CJK SC" w:hAnsi="Noto Serif CJK SC" w:eastAsia="Noto Serif CJK SC"/>
        </w:rPr>
        <w:t>实，同属虚幻之影像矣。或许有人要说，娑婆世界所有景物，皆我人共业所招的业果，假而非真，谓为幻影，可以说得；至于西方极乐世界，乃阿弥陀佛多生历劫精勤修行，为广大众生造福，积累功德，缘熟果满所感之真境，似不可谓为幻影。关于这一点，确应好好讨论一下。因为现在修净土的人很多，如不把净土真相搞清楚，不明白净土究竟是怎么一回事，修行起来不易得力，更谈不到深证念佛三昧，上品往生了。首先就相来说，娑婆是业障众生造业所招的五浊恶果，而极乐是弥陀愿满德圆所感的清净世界，故一是秽浊丑恶，一是美妙庄严，大有区别。但土从心生，离心无土，离土无心；心即土，土即心。故经云：“欲净其土，先净其心！“随其心净，即佛土净！是教我人识得净土为何物，好下手用功证取，以免徒取外相，流入歧途。</w:t>
      </w:r>
    </w:p>
    <w:p>
      <w:pPr>
        <w:spacing w:before="0" w:after="80" w:line="259" w:lineRule="auto"/>
        <w:ind w:firstLine="360"/>
      </w:pPr>
      <w:r>
        <w:rPr>
          <w:rFonts w:ascii="Noto Serif CJK SC" w:hAnsi="Noto Serif CJK SC" w:eastAsia="Noto Serif CJK SC"/>
        </w:rPr>
        <w:t>既然土外无心，心外无土，心土不相分离，而一真法界——真心——又在圣不增，在凡不减，则极乐净土系从净妙真心中流出，而娑婆秽土离清净佛性亦何可得？以是，极乐虽净，娑婆虽秽，同是真心中显现之影像，犹如镜光中显现之影，虽有形式之殊，净秽之别，但皆如水中之月，了不可得，绝不可因极乐为净月影而妄谓可得也。次就真假来说，《金刚经》谓：“凡所有相，皆是虚妄！”以相如上文所说，皆镜中之影，了不可得，故假而非真，绝不因净、秽、美、丑而分真假。所以极乐国土，虽尽善尽美，亦是虚妄之相。进一步来说，说真道假，皆是我等凡夫执相立名，妄加分别之过。以所谓真假，乃相对而有，离一即不可得，故皆假名。真假既相对而有，则说真之时，假即在其中矣；说假之时，真亦在其中矣。谚云：“假作真时真亦假。”于无真假处妄作真假，宁非庸人自扰？复次，镜必显影故，有真心不无假相，</w:t>
      </w:r>
    </w:p>
    <w:p>
      <w:pPr>
        <w:spacing w:before="0" w:after="80" w:line="259" w:lineRule="auto"/>
        <w:ind w:firstLine="360"/>
      </w:pPr>
      <w:r>
        <w:rPr>
          <w:rFonts w:ascii="Noto Serif CJK SC" w:hAnsi="Noto Serif CJK SC" w:eastAsia="Noto Serif CJK SC"/>
        </w:rPr>
        <w:t>无相无从显示真心，故《弥陀经》宣示极乐庄严；影不离镜故，有假相不无真心，无真心无从成其假相，故《金刚经》显示妙体，一法不立。性相既不相离，密切有如水之与波，故见相即见性，无有一物可当真，故谓全假即真；见性不废相，圆成差别妙用，故谓全真即假。真假假真，全是我人妄心作祟，实则灵妙真心，一物不立，有何真假之可言哉？故如说极乐世界是真，则娑婆世界亦真；如谓娑婆系假，则极乐亦假。故净秽二土皆从一真法界中流出，绝不可因在缠凡夫，迷昧真心，造业受报，而否定其灵性，谓所现秽土业相，非从佛性真心中宣流也。再说极乐世界，有四土九品之别。最下层凡圣同居土，虽有种种庄严妙相，但方便有余土与实报庄严土，则土愈高而相愈清淡妙微，至最高常寂光净土，则更净妙微明而一相不立。虽一相不立，亦不出上述三土之</w:t>
      </w:r>
    </w:p>
    <w:p>
      <w:pPr>
        <w:spacing w:before="0" w:after="80" w:line="259" w:lineRule="auto"/>
        <w:ind w:firstLine="360"/>
      </w:pPr>
      <w:r>
        <w:rPr>
          <w:rFonts w:ascii="Noto Serif CJK SC" w:hAnsi="Noto Serif CJK SC" w:eastAsia="Noto Serif CJK SC"/>
        </w:rPr>
        <w:t>外。故执相修行者，只得下品往生，空相见</w:t>
      </w:r>
    </w:p>
    <w:p>
      <w:pPr>
        <w:spacing w:before="0" w:after="80" w:line="259" w:lineRule="auto"/>
        <w:ind w:firstLine="360"/>
      </w:pPr>
      <w:r>
        <w:rPr>
          <w:rFonts w:ascii="Noto Serif CJK SC" w:hAnsi="Noto Serif CJK SC" w:eastAsia="Noto Serif CJK SC"/>
        </w:rPr>
        <w:t>性者，始能往生上品。以是真修净土者，既不执相，亦不废相，只一切放下，端身正坐，诚心敬意，执持名号，以呼吸为数珠，昼夜六时，绵绵密密念去，久久不懈，自得念佛三昧。到那时，不等命终生西，已早预上品莲位矣。第九句：“妙用恒沙，尽是缘心。上面说过，吾人做功夫，不可死压念头不起，将妄心灭尽；只可活转，念起不睬，不令攀缘相续。原因就是将来要起大机大用，还要藉这妄心。这妄心如果压死了，真心也就无从起妙用了。比如水因风起浪，浪若去尽，水也就没有了。《圆觉经》于“居一切时，不起妄念”后接着就说：“于诸妄心亦不息灭。”即教吾人用活功夫以启将来般若妙用也。我等凡夫的日常起居与一切创作、发明，无一不是这“妄心”的妙用。离开它，我们就像痴子、傻子一样，不能成就什么事</w:t>
      </w:r>
    </w:p>
    <w:p>
      <w:pPr>
        <w:spacing w:before="0" w:after="80" w:line="259" w:lineRule="auto"/>
        <w:ind w:firstLine="360"/>
      </w:pPr>
      <w:r>
        <w:rPr>
          <w:rFonts w:ascii="Noto Serif CJK SC" w:hAnsi="Noto Serif CJK SC" w:eastAsia="Noto Serif CJK SC"/>
        </w:rPr>
        <w:t>业。在凡夫位，既是它在起作用；将来成贤成圣，所起广大神用，也离不开它。不过在凡夫位，因有住着，称作妄心、识神；在圣贤位，去尽粘缚，称为般若、灵知罢了。我尝问人：识神与真如相去多少？闻者大惊，谓真如与识神，一是真心，一是妄识，何可相提并论？并以玄沙禅师偈作佐证云：“学道之人不识真，只为从来认识神；无量劫来生死本，痴人唤作本来人！”余闻之，不觉哈哈大笑道：“阁下识得《本来人》否？若不识，真如就变为识神；若识得，识神就是真如，何有二致？”上面说过，波本是水，水不离波；离波觅水，水从何得？而且水不起波澜，只是死水，何能壮阔？真如不假识神，亦是痴儿，无从起用。玄沙一偈，不是说识神不好，问题症结在识不识得本来人！若识得，则识神由主人指挥，成就一切波澜壮阔的妙用；若识不得，则恶仆凌主，背叛作乱矣。第十句：“缘心息处，顿证无生！</w:t>
      </w:r>
    </w:p>
    <w:p>
      <w:pPr>
        <w:spacing w:before="0" w:after="80" w:line="259" w:lineRule="auto"/>
        <w:ind w:firstLine="360"/>
      </w:pPr>
      <w:r>
        <w:rPr>
          <w:rFonts w:ascii="Noto Serif CJK SC" w:hAnsi="Noto Serif CJK SC" w:eastAsia="Noto Serif CJK SC"/>
        </w:rPr>
        <w:t>经云：“息下狂心，即是菩提！”这个道理，就和我们上面所举的影与镜、水与波一样，影与波俱不能离镜与水，同样，妄心也不离菩提正觉。以不离故，除去妄心，即无正觉。故修道人要亲证不生不灭的真如实性，不可用什么手段去除妄心，而只能用一个“息”字功夫，将这对境攀缘的妄心停息</w:t>
      </w:r>
    </w:p>
    <w:p>
      <w:pPr>
        <w:spacing w:before="0" w:after="80" w:line="259" w:lineRule="auto"/>
        <w:ind w:firstLine="360"/>
      </w:pPr>
      <w:r>
        <w:rPr>
          <w:rFonts w:ascii="Noto Serif CJK SC" w:hAnsi="Noto Serif CJK SC" w:eastAsia="Noto Serif CJK SC"/>
        </w:rPr>
        <w:t>下来，就如波浪息处即是水一样，妙明真心</w:t>
      </w:r>
    </w:p>
    <w:p>
      <w:pPr>
        <w:spacing w:before="0" w:after="80" w:line="259" w:lineRule="auto"/>
        <w:ind w:firstLine="360"/>
      </w:pPr>
      <w:r>
        <w:rPr>
          <w:rFonts w:ascii="Noto Serif CJK SC" w:hAnsi="Noto Serif CJK SC" w:eastAsia="Noto Serif CJK SC"/>
        </w:rPr>
        <w:t>就豁然现前了。学者果知一切外境，皆如阳焰、空花，无有实体，不去攀缘，不生妄念。则神宁智清，灵光独耀，衷心明净，如镜照物，无取无舍，无爱无憎；虽了了分明而一念不生，一念不生而了了分明，当下即亲证无生实相矣。无须于息心之外更用何拙力也。一切法门不管是念佛、持咒，还是参禅，俱不过是“息”字的工具和手段，教你由念佛，或是持咒、参禅，将狂心息下，从而打开本来，明见真心罢了。并非从念佛、持咒，</w:t>
      </w:r>
    </w:p>
    <w:p>
      <w:pPr>
        <w:spacing w:before="0" w:after="80" w:line="259" w:lineRule="auto"/>
        <w:ind w:firstLine="360"/>
      </w:pPr>
      <w:r>
        <w:rPr>
          <w:rFonts w:ascii="Noto Serif CJK SC" w:hAnsi="Noto Serif CJK SC" w:eastAsia="Noto Serif CJK SC"/>
        </w:rPr>
        <w:t>或参禅中得个什么奇特玄妙。古德云：“佛法无你用心处！”又云：“穿衣吃饭即是，举心动念即乖！”以佛性众生本具，非从外得，不用求，不用取，故无须用力也。相反，着力向外追求，从他讨取，则愈求愈远，越用力取越不得。是以佛法是最伟大的省力事业，非同世法须惨淡营谋、苦心筹措而后可得也。老子曰：“为道日损！”学人果能将自己所会、所知、所有的一切一切统统放下，则狂心息处，顿证无生矣。谚云：“踏破铁鞋无觅处，得来全不费工夫！”良有以也。第十一、十二句：“无生实相，非可眼见；杳杳冥冥，其中有精！这个不生不灭，不来不去，不增不减的真如妙性，是大而无外，小而无内的平等真实之相。《金刚经》云：“凡所有相，皆是虚妄。”有相之相，皆因缘所成，无有自体，故皆虚幻不实；真实之相，是无相的净妙大相。大相无形故，眼不能见。但功夫做到桶底脱落，能所双亡时，心地法眼，可以见道。</w:t>
      </w:r>
    </w:p>
    <w:p>
      <w:pPr>
        <w:spacing w:before="0" w:after="80" w:line="259" w:lineRule="auto"/>
        <w:ind w:firstLine="360"/>
      </w:pPr>
      <w:r>
        <w:rPr>
          <w:rFonts w:ascii="Noto Serif CJK SC" w:hAnsi="Noto Serif CJK SC" w:eastAsia="Noto Serif CJK SC"/>
        </w:rPr>
        <w:t>但这个“见”，不是眼睛看见的“见”，而是见地、知见、体会、领悟之意。因为它虽杳杳冥冥，无相可见，无味可嗅，但非断灭、顽空，而是有“真精”“妙体”的。这“真精妙体”，换句话说，就是“离念的灵知”当你功夫做到根尘脱落，人法双忘时，自然时到神知，一下子领悟，证验这净裸裸，赤洒洒，灵明真精，就是你本命元辰。既证悟了妙性，回过头来以影不离镜故，则目所见、耳所闻、身所触的万象森罗，无一不是它——真精——的显现，无一不是它的妙用，无一不是它的注脚。学人到此地步，则时时闻道，处处见性了。六祖云：“真见性人，抡刀上阵，亦是见性！大慧云：“彻悟人，肉眼亦能见道！”性相不二的妙理，一语宣泄无遗！第十三句：“证悟之者，名曰见性。明心见性一词，现代修道人都把它看作是高不可攀的圣贤边事，非我等凡夫所可攀</w:t>
      </w:r>
    </w:p>
    <w:p>
      <w:pPr>
        <w:spacing w:before="0" w:after="80" w:line="259" w:lineRule="auto"/>
        <w:ind w:firstLine="360"/>
      </w:pPr>
      <w:r>
        <w:rPr>
          <w:rFonts w:ascii="Noto Serif CJK SC" w:hAnsi="Noto Serif CJK SC" w:eastAsia="Noto Serif CJK SC"/>
        </w:rPr>
        <w:t>登、企及的。要了生死，只好念念阿弥陀佛，往生西方去吧，殊不知明心见性并非难事，更不是高不可攀的（其中道理我在《略论明心见性》一文中叙述甚详，现不复赘）。我们只按上述方法，息下狂心，不着前境，亦不息灭正念，更不求奇特玄妙，则了了分明中，无一念可得；虽无一念可得，而了了分明，不落昏昧无记。此即上节所说之“杳杳冥冥，其中有精”之“真精”，亦即永嘉大师所谓“寂寂惺惺，惺惺寂寂”的大道。学者把握时机，当此分明而无念的一发千钧之时，将其一把擒来，即谓之见性！若稍停机伫思，又被它影子所惑；若舍此而别求，或疑为另有玄妙，则杳不可得矣！洞山禅师《五位君臣颂》于见道位“偏中正”颂曰：“偏中正，失晓老婆逢古镜，分明觌面别无真，休更迷头还认影！”即箴规我人于关键时刻，猛着精彩，心领神会，而勿错过良机也。审如斯，明心见性，亦何难哉？</w:t>
      </w:r>
    </w:p>
    <w:p>
      <w:pPr>
        <w:spacing w:before="0" w:after="80" w:line="259" w:lineRule="auto"/>
        <w:ind w:firstLine="360"/>
      </w:pPr>
      <w:r>
        <w:rPr>
          <w:rFonts w:ascii="Noto Serif CJK SC" w:hAnsi="Noto Serif CJK SC" w:eastAsia="Noto Serif CJK SC"/>
        </w:rPr>
        <w:t>惜末法学人根钝、习重，多着神通，此时不见神奇、玄妙，误认为非是而匆匆滑过，古德尝叹息云：只为亲切甚，转令荐得迟。良可慨也！修道人于初见性后，并非即了，还须时时观照，历境练心，着力打磨，了除习气，方能了生脱死。否则，见境生心，妄念动荡不停，是谓悟后迷，生死依旧不了。故古德多于悟后作牧牛行，绵密保任，以臻圆熟，非一悟即可了手。虽间或也有顿悟、顿修、顿证者，无须做保任功夫，但毕竟为数不多，不可一概而论。洞山禅师于“偏中正”见道位后，更颂修道位“偏中至”，即教吾人于见道后，不可得少为足，更须历境练心，除尽妄习，上上升进，以臻究竟也。关于此点，宗下有三关之说，即一、破本参明见真性，为破初关——截断众流；二、绵密保护，长养圣胎，于一切境缘上自在无碍，乃至不用保而毫无走着，是为破重关——涵盖乾坤；</w:t>
      </w:r>
    </w:p>
    <w:p>
      <w:pPr>
        <w:pStyle w:val="Heading3"/>
      </w:pPr>
      <w:r>
        <w:rPr>
          <w:rFonts w:ascii="Noto Serif CJK SC" w:hAnsi="Noto Serif CJK SC" w:eastAsia="Noto Serif CJK SC"/>
        </w:rPr>
        <w:t>三、放任而为，无所不是。能入佛，亦能入</w:t>
      </w:r>
    </w:p>
    <w:p>
      <w:pPr>
        <w:spacing w:before="0" w:after="80" w:line="259" w:lineRule="auto"/>
        <w:ind w:firstLine="360"/>
      </w:pPr>
      <w:r>
        <w:rPr>
          <w:rFonts w:ascii="Noto Serif CJK SC" w:hAnsi="Noto Serif CJK SC" w:eastAsia="Noto Serif CJK SC"/>
        </w:rPr>
        <w:t>魔，所谓路途即家舍，家舍即路途，是为破</w:t>
      </w:r>
    </w:p>
    <w:p>
      <w:pPr>
        <w:spacing w:before="0" w:after="80" w:line="259" w:lineRule="auto"/>
        <w:ind w:firstLine="360"/>
      </w:pPr>
      <w:r>
        <w:rPr>
          <w:rFonts w:ascii="Noto Serif CJK SC" w:hAnsi="Noto Serif CJK SC" w:eastAsia="Noto Serif CJK SC"/>
        </w:rPr>
        <w:t>末后牢关——随波逐流。第十四句：“是故无求，心自宁一。古德云：“人到无求品自高！人有所求，正是粘境着相的反映，心苟真空，不见一物，还求个什么？或曰：非求他物，乃求生西，成佛也。曰：本来是佛，不用求，求则不见。上面说过，息下狂心，即是菩提，只须息，不用求。傅大士云：“夜夜抱佛眠，朝朝还共起。”它时时在你六根门头放光，不缺分毫，还求个什么？至于说，求生西方，只须一心念佛，于念佛外，别无他心，所谓全佛是心，全心是佛，心佛道交，打成一片，则决定能生净土。以弥陀乃当人自心之佛，净土乃自心本具之极乐；念佛唤醒自心弥陀，往生自心本具之</w:t>
      </w:r>
    </w:p>
    <w:p>
      <w:pPr>
        <w:spacing w:before="0" w:after="80" w:line="259" w:lineRule="auto"/>
        <w:ind w:firstLine="360"/>
      </w:pPr>
      <w:r>
        <w:rPr>
          <w:rFonts w:ascii="Noto Serif CJK SC" w:hAnsi="Noto Serif CJK SC" w:eastAsia="Noto Serif CJK SC"/>
        </w:rPr>
        <w:t>净土，何用求为？念佛者，贵得一心，一心</w:t>
      </w:r>
    </w:p>
    <w:p>
      <w:pPr>
        <w:spacing w:before="0" w:after="80" w:line="259" w:lineRule="auto"/>
        <w:ind w:firstLine="360"/>
      </w:pPr>
      <w:r>
        <w:rPr>
          <w:rFonts w:ascii="Noto Serif CJK SC" w:hAnsi="Noto Serif CJK SC" w:eastAsia="Noto Serif CJK SC"/>
        </w:rPr>
        <w:t>即无心，既然无心，还求个什么？若着意念心外之佛，求生心外之土，则去道远矣！复次，得念佛三昧者，不见有心、佛、众生之</w:t>
      </w:r>
    </w:p>
    <w:p>
      <w:pPr>
        <w:spacing w:before="0" w:after="80" w:line="259" w:lineRule="auto"/>
        <w:ind w:firstLine="360"/>
      </w:pPr>
      <w:r>
        <w:rPr>
          <w:rFonts w:ascii="Noto Serif CJK SC" w:hAnsi="Noto Serif CJK SC" w:eastAsia="Noto Serif CJK SC"/>
        </w:rPr>
        <w:t>别，东方、西方之异，虽生而无生，无生而无不生，又何用求往生哩！又求取若极，即无求取，是故从事求取者，求取至究竟，仍归无求无取也。生西不离信愿行，以行能摄信愿故，能精进不懈，一心念佛，信愿即在其中矣。我人苟能真正做到无求、无得，则心不求宁而自宁，不欲一而自一。功夫做到这步田地，则归家稳坐，绝学无为，安闲度日，逍遥自在矣。第十五句：“无心可惑，即是大定。关于得定，人皆以为有入定出定之别。坐在这里，不动、不想、不吃、不尿，是入定；一有举动、言说，便是出定。其实，这错会了定的意义。因为坐在这里不动，是死定，不是大定。大定是无出入的。它是对任何境而不惑，随缘起用而无所住，不是死坐不动而有所入的。关于此理，儒家也曾描绘说：“泰山崩于前而色不变；糜鹿兴于左而</w:t>
      </w:r>
    </w:p>
    <w:p>
      <w:pPr>
        <w:spacing w:before="0" w:after="80" w:line="259" w:lineRule="auto"/>
        <w:ind w:firstLine="360"/>
      </w:pPr>
      <w:r>
        <w:rPr>
          <w:rFonts w:ascii="Noto Serif CJK SC" w:hAnsi="Noto Serif CJK SC" w:eastAsia="Noto Serif CJK SC"/>
        </w:rPr>
        <w:t>目不瞬。”因为死坐不动，只是压念不起，灭其受想不是真了，任你定得百万劫，时劫一过，又复起念着相造业受报。故虽得四空定，生非想非非想天，依旧落轮回，生死不能了。这种死定，古德喻如搬石压草，石去草又复生，故非究竟。南岳磨砖度马祖，即救其出死定也。修大乘佛法者，不取这种死定，以非究竟，不得真实受用故。昔梁武帝出猎，得一入定五百年之老古椎，甚为惊奇赞叹，思欲与志公禅师较短长，乃令众宫女裸体与二公入浴。老古椎初尚能视听自如，继而闭目不能动，再后，不得不推开众宫女，逃走去矣。反观志公，言笑自若，无动无惊，非活定力，曷克臻此！可见得定不在死坐不动，更不在死坐之时间长短，而须历境练心，对境不惑，起大机用而无所受，方为真定也。复次，关于定无出入之真理，《六祖坛</w:t>
      </w:r>
    </w:p>
    <w:p>
      <w:pPr>
        <w:spacing w:before="0" w:after="80" w:line="259" w:lineRule="auto"/>
        <w:ind w:firstLine="360"/>
      </w:pPr>
      <w:r>
        <w:rPr>
          <w:rFonts w:ascii="Noto Serif CJK SC" w:hAnsi="Noto Serif CJK SC" w:eastAsia="Noto Serif CJK SC"/>
        </w:rPr>
        <w:t>经》智隍禅师入道因缘与宗下语录女子入定</w:t>
      </w:r>
    </w:p>
    <w:p>
      <w:pPr>
        <w:spacing w:before="0" w:after="80" w:line="259" w:lineRule="auto"/>
        <w:ind w:firstLine="360"/>
      </w:pPr>
      <w:r>
        <w:rPr>
          <w:rFonts w:ascii="Noto Serif CJK SC" w:hAnsi="Noto Serif CJK SC" w:eastAsia="Noto Serif CJK SC"/>
        </w:rPr>
        <w:t>公案，即是明证，学者毋庸置疑。</w:t>
      </w:r>
    </w:p>
    <w:p>
      <w:pPr>
        <w:spacing w:before="0" w:after="80" w:line="259" w:lineRule="auto"/>
        <w:ind w:firstLine="360"/>
      </w:pPr>
      <w:r>
        <w:rPr>
          <w:rFonts w:ascii="Noto Serif CJK SC" w:hAnsi="Noto Serif CJK SC" w:eastAsia="Noto Serif CJK SC"/>
        </w:rPr>
        <w:t>第十六至十八句：“得大定者，无动无静，无得无失，无喜无嗔，本位不移，起应万机。上面说，得大定是心无所惑，而不是死</w:t>
      </w:r>
    </w:p>
    <w:p>
      <w:pPr>
        <w:spacing w:before="0" w:after="80" w:line="259" w:lineRule="auto"/>
        <w:ind w:firstLine="360"/>
      </w:pPr>
      <w:r>
        <w:rPr>
          <w:rFonts w:ascii="Noto Serif CJK SC" w:hAnsi="Noto Serif CJK SC" w:eastAsia="Noto Serif CJK SC"/>
        </w:rPr>
        <w:t>坐不动，这里进一步描绘一下对境不惑的行</w:t>
      </w:r>
    </w:p>
    <w:p>
      <w:pPr>
        <w:spacing w:before="0" w:after="80" w:line="259" w:lineRule="auto"/>
        <w:ind w:firstLine="360"/>
      </w:pPr>
      <w:r>
        <w:rPr>
          <w:rFonts w:ascii="Noto Serif CJK SC" w:hAnsi="Noto Serif CJK SC" w:eastAsia="Noto Serif CJK SC"/>
        </w:rPr>
        <w:t>状。修道人往往静中能定，动中即不定；座上能定，下座即不定；也有人得时欢乐，失时忧恼；顺心合意则喜，违己逆情则嗔。这种安住能不动，对境要生心，打作二橛的人，不为真定。真得大定的人，动静一如，闲忙一致，于事既无成、败、得、失之心，亦无爱、嗔、取、舍之意；于心既无喜、怒、哀、乐之情，更无见、闻、觉、知之染；心空如洗，活泼泼地任运随缘，应机起用，绝不会在清净山林中即定，到繁嚣都市即乱；也不会遇事失照，而移易本位的。是以大定乃超越于事物之表，逍遥于情尘之外，不为任何事境所左右，得真实受用的，而不是披枷带锁捆住手脚，死在那里不动的。</w:t>
      </w:r>
    </w:p>
    <w:p>
      <w:pPr>
        <w:spacing w:before="0" w:after="80" w:line="259" w:lineRule="auto"/>
        <w:ind w:firstLine="360"/>
      </w:pPr>
      <w:r>
        <w:rPr>
          <w:rFonts w:ascii="Noto Serif CJK SC" w:hAnsi="Noto Serif CJK SC" w:eastAsia="Noto Serif CJK SC"/>
        </w:rPr>
        <w:t>我们在日常动用中练得应物接缘而心</w:t>
      </w:r>
    </w:p>
    <w:p>
      <w:pPr>
        <w:spacing w:before="0" w:after="80" w:line="259" w:lineRule="auto"/>
        <w:ind w:firstLine="360"/>
      </w:pPr>
      <w:r>
        <w:rPr>
          <w:rFonts w:ascii="Noto Serif CJK SC" w:hAnsi="Noto Serif CJK SC" w:eastAsia="Noto Serif CJK SC"/>
        </w:rPr>
        <w:t>无粘染，无所住着，就是不移本位。这个本位，就是一乘法界之位，也就是佛位。</w:t>
      </w:r>
    </w:p>
    <w:p>
      <w:pPr>
        <w:spacing w:before="0" w:after="80" w:line="259" w:lineRule="auto"/>
        <w:ind w:firstLine="360"/>
      </w:pPr>
      <w:r>
        <w:rPr>
          <w:rFonts w:ascii="Noto Serif CJK SC" w:hAnsi="Noto Serif CJK SC" w:eastAsia="Noto Serif CJK SC"/>
        </w:rPr>
        <w:t>《法</w:t>
      </w:r>
    </w:p>
    <w:p>
      <w:pPr>
        <w:spacing w:before="0" w:after="80" w:line="259" w:lineRule="auto"/>
        <w:ind w:firstLine="360"/>
      </w:pPr>
      <w:r>
        <w:rPr>
          <w:rFonts w:ascii="Noto Serif CJK SC" w:hAnsi="Noto Serif CJK SC" w:eastAsia="Noto Serif CJK SC"/>
        </w:rPr>
        <w:t>华经》说：“是法住法位，世间相常住。”简单地说，就是做一切事情，不作做事想；说一切话，不作说话想；显现森罗万象，也不作显现想。这样，尽管做而未曾做，尽管说而未曾说，尽管显而未曾显；但也不是不做、不说、不显，就是本位不移，就是起应万机，也就是世间相常住了。（关于世间相常住之</w:t>
      </w:r>
    </w:p>
    <w:p>
      <w:pPr>
        <w:spacing w:before="0" w:after="80" w:line="259" w:lineRule="auto"/>
        <w:ind w:firstLine="360"/>
      </w:pPr>
      <w:r>
        <w:rPr>
          <w:rFonts w:ascii="Noto Serif CJK SC" w:hAnsi="Noto Serif CJK SC" w:eastAsia="Noto Serif CJK SC"/>
        </w:rPr>
        <w:t>理，兹再略述一下：一．一切事相皆从真心</w:t>
      </w:r>
    </w:p>
    <w:p>
      <w:pPr>
        <w:spacing w:before="0" w:after="80" w:line="259" w:lineRule="auto"/>
        <w:ind w:firstLine="360"/>
      </w:pPr>
      <w:r>
        <w:rPr>
          <w:rFonts w:ascii="Noto Serif CJK SC" w:hAnsi="Noto Serif CJK SC" w:eastAsia="Noto Serif CJK SC"/>
        </w:rPr>
        <w:t>生，是谓住法位，真心常住，故事相亦常住。</w:t>
      </w:r>
    </w:p>
    <w:p>
      <w:pPr>
        <w:pStyle w:val="Heading3"/>
      </w:pPr>
      <w:r>
        <w:rPr>
          <w:rFonts w:ascii="Noto Serif CJK SC" w:hAnsi="Noto Serif CJK SC" w:eastAsia="Noto Serif CJK SC"/>
        </w:rPr>
        <w:t>二．事相中有变迁，所谓沧海桑田，但相续</w:t>
      </w:r>
    </w:p>
    <w:p>
      <w:pPr>
        <w:spacing w:before="0" w:after="80" w:line="259" w:lineRule="auto"/>
        <w:ind w:firstLine="360"/>
      </w:pPr>
      <w:r>
        <w:rPr>
          <w:rFonts w:ascii="Noto Serif CJK SC" w:hAnsi="Noto Serif CJK SC" w:eastAsia="Noto Serif CJK SC"/>
        </w:rPr>
        <w:t>不断，并非断灭。如水与月虽有流逝与盈虚，但卒无绝流与消长者。三．一切事相皆虚幻无生，故亦不灭。《华严经》云：“十世古今，始终不离于当念；无边刹海，自他不隔于毫端。”以时间、空间之相，皆因妄念生灭，分别而有。如一念不生，则竖超三际，横遍十虚。任你过去极久远之事，无不历然现前。如智者大师诵《法华经》至“药王品”入法华三昧前方，便亲证灵山一会，俨然未</w:t>
      </w:r>
    </w:p>
    <w:p>
      <w:pPr>
        <w:spacing w:before="0" w:after="80" w:line="259" w:lineRule="auto"/>
        <w:ind w:firstLine="360"/>
      </w:pPr>
      <w:r>
        <w:rPr>
          <w:rFonts w:ascii="Noto Serif CJK SC" w:hAnsi="Noto Serif CJK SC" w:eastAsia="Noto Serif CJK SC"/>
        </w:rPr>
        <w:t>散，即世间相常住之铁证也。第十九句：“不变随缘，即无生死。众所周知，学佛修道，就是为了了生死。但怎样才能真正了脱生死呢？这个问题，恐怕不是每个学佛人都能知道的。以所谓生死者，有二种生死：一是分段生死，一是变易生死。分段生死，是六道轮回，这较易理解。变易生死，是超六道轮回外的一重无形生死，乃修行不究竟之法障，故一般人较难知晓。现在约略解释一下：阿罗汉等小乘圣者虽断见、思二惑，不受分段生死轮回之苦，但偏于空理，以为有法可修，有道可成，有生死可了，有涅槃可证。拘泥于依所知障助缘所感之界外净土，住在法上，不思变易其身、随缘度生，所知愚惑未尽，是一重无生死之法执生死也。要了这种生死，先须知晓修法只如服药，不可执着不舍；次须明确生死涅槃等空花，无生死可了，无涅槃可证，一法不立，</w:t>
      </w:r>
    </w:p>
    <w:p>
      <w:pPr>
        <w:spacing w:before="0" w:after="80" w:line="259" w:lineRule="auto"/>
        <w:ind w:firstLine="360"/>
      </w:pPr>
      <w:r>
        <w:rPr>
          <w:rFonts w:ascii="Noto Serif CJK SC" w:hAnsi="Noto Serif CJK SC" w:eastAsia="Noto Serif CJK SC"/>
        </w:rPr>
        <w:t>无智无得；而后更要了悟，起大机用，随缘</w:t>
      </w:r>
    </w:p>
    <w:p>
      <w:pPr>
        <w:spacing w:before="0" w:after="80" w:line="259" w:lineRule="auto"/>
        <w:ind w:firstLine="360"/>
      </w:pPr>
      <w:r>
        <w:rPr>
          <w:rFonts w:ascii="Noto Serif CJK SC" w:hAnsi="Noto Serif CJK SC" w:eastAsia="Noto Serif CJK SC"/>
        </w:rPr>
        <w:t>变化，广度众生而本位无所易，不是住在法</w:t>
      </w:r>
    </w:p>
    <w:p>
      <w:pPr>
        <w:spacing w:before="0" w:after="80" w:line="259" w:lineRule="auto"/>
        <w:ind w:firstLine="360"/>
      </w:pPr>
      <w:r>
        <w:rPr>
          <w:rFonts w:ascii="Noto Serif CJK SC" w:hAnsi="Noto Serif CJK SC" w:eastAsia="Noto Serif CJK SC"/>
        </w:rPr>
        <w:t>上不动。一部《心经》就是叫我人先空凡夫根、尘、识之愚执，次空小乘圣人四谛、十二因缘之法执，后空菩萨之智执，起大机用，归无所得，方证阿耨多罗三藐三菩提。真正了生死者，以无法可得，随缘不变故。尽管在六道中头出头没，不见有生死、道别之异；尽管随缘变化身形，度尽一切众生，而本位不易，不见一众生得度。昔有僧问大随禅师：“尊师圆寂后往生何所？”大随云：“我师东家作马，西家作牛！”僧赞其彻悟了手，一法不立，随缘向异类中行，而本体无丝毫移易也。洞山禅师《五位君臣颂》末后颂“兼中到”云：“不涉有无谁敢和，人人尽欲出常流，折合还归炭里坐！”即颂此最后一位，真了生死者以不了为真了，非离六道，安住净土为真了也。所以说无余涅槃者，无涅槃可证，无所住处之涅槃也。</w:t>
      </w:r>
    </w:p>
    <w:p>
      <w:pPr>
        <w:spacing w:before="0" w:after="80" w:line="259" w:lineRule="auto"/>
        <w:ind w:firstLine="360"/>
      </w:pPr>
      <w:r>
        <w:rPr>
          <w:rFonts w:ascii="Noto Serif CJK SC" w:hAnsi="Noto Serif CJK SC" w:eastAsia="Noto Serif CJK SC"/>
        </w:rPr>
        <w:t>不变随缘，从体起用；随缘不变，摄用归体。体用如如，无住无染，无移无异，斯真了生死矣。第二十句最后结束说：“成佛要诀，如是而已。上面三十八句，把整个成佛奥秘和诀窍统统宣示无遗。或许有人说，这些说话，也稀松寻常，并不见有什么奇特、玄妙。难道</w:t>
      </w:r>
    </w:p>
    <w:p>
      <w:pPr>
        <w:spacing w:before="0" w:after="80" w:line="259" w:lineRule="auto"/>
        <w:ind w:firstLine="360"/>
      </w:pPr>
      <w:r>
        <w:rPr>
          <w:rFonts w:ascii="Noto Serif CJK SC" w:hAnsi="Noto Serif CJK SC" w:eastAsia="Noto Serif CJK SC"/>
        </w:rPr>
        <w:t>成佛是这么不起眼的事？不是说成佛是法</w:t>
      </w:r>
    </w:p>
    <w:p>
      <w:pPr>
        <w:spacing w:before="0" w:after="80" w:line="259" w:lineRule="auto"/>
        <w:ind w:firstLine="360"/>
      </w:pPr>
      <w:r>
        <w:rPr>
          <w:rFonts w:ascii="Noto Serif CJK SC" w:hAnsi="Noto Serif CJK SC" w:eastAsia="Noto Serif CJK SC"/>
        </w:rPr>
        <w:t>力无边、神通广大吗？这里并没有说什么神通玄妙呀！殊不知佛法原无奇特处，亦不可作道理会，切不可惹是生非，我人只心无所住随缘度日，做一个无事道人即是。要成六通俱足的果地佛，须先于因地上明悟本性，于明见真性后，勤除习气，分破无明，方能显发神通。不是一下子即能证成三身俱足，六通齐发的果地佛的。关于明悟本性，更有人以神通作准绳。</w:t>
      </w:r>
    </w:p>
    <w:p>
      <w:pPr>
        <w:spacing w:before="0" w:after="80" w:line="259" w:lineRule="auto"/>
        <w:ind w:firstLine="360"/>
      </w:pPr>
      <w:r>
        <w:rPr>
          <w:rFonts w:ascii="Noto Serif CJK SC" w:hAnsi="Noto Serif CJK SC" w:eastAsia="Noto Serif CJK SC"/>
        </w:rPr>
        <w:t>以为发了神通，才为明心见性，否则，即不为见性。这都是凡夫执有、着神奇的恶习。执这种恶习的人，非但自误，而且误人。因</w:t>
      </w:r>
    </w:p>
    <w:p>
      <w:pPr>
        <w:spacing w:before="0" w:after="80" w:line="259" w:lineRule="auto"/>
        <w:ind w:firstLine="360"/>
      </w:pPr>
      <w:r>
        <w:rPr>
          <w:rFonts w:ascii="Noto Serif CJK SC" w:hAnsi="Noto Serif CJK SC" w:eastAsia="Noto Serif CJK SC"/>
        </w:rPr>
        <w:t>为所谓真性者，不在别处，即在当人六根门</w:t>
      </w:r>
    </w:p>
    <w:p>
      <w:pPr>
        <w:spacing w:before="0" w:after="80" w:line="259" w:lineRule="auto"/>
        <w:ind w:firstLine="360"/>
      </w:pPr>
      <w:r>
        <w:rPr>
          <w:rFonts w:ascii="Noto Serif CJK SC" w:hAnsi="Noto Serif CJK SC" w:eastAsia="Noto Serif CJK SC"/>
        </w:rPr>
        <w:t>头放光。宗下所谓“目中童子眼前人，海底金乌天上日”。自己不识，不知以之保养，长大成佛，反责识者为非，叫他不要承当，岂不可悲可笑？！若就神通说来，我人一举手、一投足、一言、一笑、一吐、一咳，无不是神通妙用。庞居士所谓：“神通及妙用，运水与搬柴！以这些举措、言谈、咳吐、造作，何一不是真心在起妙用？死人的手、足、口、舌会言笑、操作吗？自己整天在神用中而不自知，反而向外别求神通，这不是宗下所谓“坐在饭桶边，饿煞人无数”么？另外，执有神通，就是有法可得，也就是法执，将来非但不能成佛，成魔倒有份在！须知所谓神通者，乃真心妙用为神，无所住着、无所阻隔为通，而不可在神奇玄妙上会。</w:t>
      </w:r>
    </w:p>
    <w:p>
      <w:pPr>
        <w:spacing w:before="0" w:after="80" w:line="259" w:lineRule="auto"/>
        <w:ind w:firstLine="360"/>
      </w:pPr>
      <w:r>
        <w:rPr>
          <w:rFonts w:ascii="Noto Serif CJK SC" w:hAnsi="Noto Serif CJK SC" w:eastAsia="Noto Serif CJK SC"/>
        </w:rPr>
        <w:t>一作神奇玄特想，即毒素入心，障自悟门，无成道份矣。今之修道者，一百人即有五十双迷着在神奇玄妙上，都忙着搞些障眼法，弄些小神通，而沾沾自喜，以为这是成道的象征，殊不知这是弄精魂！即玄沙所呵的“学道之人不识真，只为从来认识神”的识神用事，几曾梦见佛法在！这些无知之徒，把毕生精力，枉费在无所谓的枝末上，而不务正修。一俟腊月三十日到来，所谓神通者，不知去向，又恁么昏昏糊糊地向阎罗老子报到去了。而且因为在世炫奇称能，着相造业故，还要受惨重的恶报！这些蠢汉，自己不上正轨，不修根本大法，还要以神通来考验、衡量他人。他哪里知道，学佛是自修、自悟的，人家悟不悟，于你何事？人家悟了，你不能因之成道；人家不悟，对你亦无所损，何用你去考验他？复次，你要衡量他人，须先有超人之见，你用神通来衡量人，自己已先落下风。因悟道</w:t>
      </w:r>
    </w:p>
    <w:p>
      <w:pPr>
        <w:spacing w:before="0" w:after="80" w:line="259" w:lineRule="auto"/>
        <w:ind w:firstLine="360"/>
      </w:pPr>
      <w:r>
        <w:rPr>
          <w:rFonts w:ascii="Noto Serif CJK SC" w:hAnsi="Noto Serif CJK SC" w:eastAsia="Noto Serif CJK SC"/>
        </w:rPr>
        <w:t>根本在对境不惑，不在神通发不发。你若对境起惑，任你发什么大神通，都无真实受用，都不能了生死。</w:t>
      </w:r>
    </w:p>
    <w:p>
      <w:pPr>
        <w:spacing w:before="0" w:after="80" w:line="259" w:lineRule="auto"/>
        <w:ind w:firstLine="360"/>
      </w:pPr>
      <w:r>
        <w:rPr>
          <w:rFonts w:ascii="Noto Serif CJK SC" w:hAnsi="Noto Serif CJK SC" w:eastAsia="Noto Serif CJK SC"/>
        </w:rPr>
        <w:t>根本未明的人遇事不能无染，任你修法</w:t>
      </w:r>
    </w:p>
    <w:p>
      <w:pPr>
        <w:spacing w:before="0" w:after="80" w:line="259" w:lineRule="auto"/>
        <w:ind w:firstLine="360"/>
      </w:pPr>
      <w:r>
        <w:rPr>
          <w:rFonts w:ascii="Noto Serif CJK SC" w:hAnsi="Noto Serif CJK SC" w:eastAsia="Noto Serif CJK SC"/>
        </w:rPr>
        <w:t>而通，或依他——神鬼精灵——而通，以着境住相故，烦恼依旧，不得自在。相反对境不惑的人，心空如洗，毫无粘附，虽一时未通，无须多时，自然五通齐发。以对境能不惑，即是漏尽通，根本已固，不愁枝末不茂盛也。所以我们要常常自考自验，对境是不是无动于衷？如一时尚未臻稳固，不无动摇，能从多动而少动、而不动，即是上上升进，即是成道的象征。不可在神通上着眼，误认发神通才是悟道，更不可以自己意境考验他人，以免妄念丛生失自道心。同时，发了神通亦不要用，以无住无得故，不可向人示现也。最后，还有一桩紧要事，学者不可不知。尝有青年人，以为身心空闲，环境清幽，才能办道，以是每每不抓紧时机，努力修持，</w:t>
      </w:r>
    </w:p>
    <w:p>
      <w:pPr>
        <w:spacing w:before="0" w:after="80" w:line="259" w:lineRule="auto"/>
        <w:ind w:firstLine="360"/>
      </w:pPr>
      <w:r>
        <w:rPr>
          <w:rFonts w:ascii="Noto Serif CJK SC" w:hAnsi="Noto Serif CJK SC" w:eastAsia="Noto Serif CJK SC"/>
        </w:rPr>
        <w:t>而坐等良时、佳境到来。哪知凡夫障重事烦，所谓“驴事未去，马事又来”，何时有清闲无事的时节？至于地方，更毋庸费心选择，以学佛贵在心地上用功，不重山林死坐。上面说了很多，对境心无粘染，才是真功夫。要对境无染，不在尘境上练心，死坐在山林里，怎么可以练出不动心来？所以只须识得一切色、声等尘境，俱是当人真心所现影像，如镜光所现镜影，无可取着；同时真心离尘境亦不可得，如镜影即是镜光，镜光不离镜影，故亦无所舍。时时如此观照历练，心空意闲，任运自在，无求无得，即天真佛！还要等什么佳境良辰到来哩。奉劝大众，乘此年轻有为时，抓紧时机，努力奋斗，切莫唐丧光阴，坐失良机，待白了少年头，空悲切！珍重！</w:t>
      </w:r>
    </w:p>
    <w:p>
      <w:pPr>
        <w:pStyle w:val="Heading2"/>
      </w:pPr>
      <w:r>
        <w:rPr>
          <w:rFonts w:ascii="Noto Serif CJK SC" w:hAnsi="Noto Serif CJK SC" w:eastAsia="Noto Serif CJK SC"/>
        </w:rPr>
        <w:t>3. 禅净密互融互通的修法 / Full Chinese Source Text</w:t>
      </w:r>
    </w:p>
    <w:p>
      <w:pPr>
        <w:spacing w:before="0" w:after="80" w:line="259" w:lineRule="auto"/>
      </w:pPr>
      <w:r>
        <w:rPr>
          <w:rFonts w:ascii="Noto Serif CJK SC" w:hAnsi="Noto Serif CJK SC" w:eastAsia="Noto Serif CJK SC"/>
        </w:rPr>
        <w:t>Status: full Chinese body included</w:t>
      </w:r>
    </w:p>
    <w:p>
      <w:pPr>
        <w:spacing w:before="0" w:after="80" w:line="259" w:lineRule="auto"/>
        <w:ind w:firstLine="360"/>
      </w:pPr>
      <w:r>
        <w:rPr>
          <w:rFonts w:ascii="Noto Serif CJK SC" w:hAnsi="Noto Serif CJK SC" w:eastAsia="Noto Serif CJK SC"/>
        </w:rPr>
        <w:t>Source: XinMiWenJi.pdf, pages 1097-1114 of extracted PDF text; cross-checked with FJDH page title/content.</w:t>
      </w:r>
    </w:p>
    <w:p>
      <w:pPr>
        <w:spacing w:before="0" w:after="80" w:line="259" w:lineRule="auto"/>
        <w:ind w:firstLine="360"/>
      </w:pPr>
      <w:r>
        <w:rPr>
          <w:rFonts w:ascii="Noto Serif CJK SC" w:hAnsi="Noto Serif CJK SC" w:eastAsia="Noto Serif CJK SC"/>
        </w:rPr>
        <w:t>学佛互相毁谤，不知不觉中就造了业。学净的人不知道密宗，就瞎说密宗是鬼神教，只有净土最好。我曾经在东北听过XX大师说密宗最不好。他是一位很了不起的大师，我听后问他：“你修净土，是不是念密咒？念大悲咒？念往生咒？念十小咒？”他答：“是啊！”我说这些咒不是密咒吗？您自己离不开密宗，毁谤佛法有罪啊！即便是律宗弘一大师，也曾说过密宗是鬼神教，后来他看了密宗全文，才知道密宗这么完美，从浅入深，从小到大，和禅宗无二无别，才知道自己错了，写了一篇忏悔文收录在文集里。谈密密宗修持次第这些都是不知道密宗而信口瞎说，只知道自己，不知道别人，信口瞎说。密宗是鬼神教吗？密宗一开始，免不了有一点鬼神的意味，那是因为西藏人根器差，他们要有点神秘、有点感应，要想神秘就得靠鬼神快些，学佛法就慢。密宗修到后面与鬼神就不相干了，密宗讲九乘次第，讲九步法。初讲外三乘，也就是先学显教、学小乘、学佛乘、学菩萨乘。这些教理都要通达后，才修内三乘。内三乘是实际修行，教理通了再修密法。这个法教怎么消业障、除灾、治病、发财等。发财便是财神法，财神就是鬼神，所以是有鬼神法，不是没有。但这是刚刚开始，密宗后面有圆满大法，譬如西藏白教的大手印，大手印所说和禅宗完全一致。大手印讲见定行，见是见到本性，认识本性，认识本性之后才有定力，知道世间一切都是假相，不要去追逐。知见正，行为就合道了，自然守戒。在定功上修大法，把习气净了，证成圣果，因此和禅宗说的一模一样。红教的大圆满法也是一样，我们的身体有五种光，外面也有五种光，外面的五种光，刺激自己的五种光，把整个身体化成虹光体，且对虹光体不加执着。红教说得很清楚，假使我们证到这种虹光体，但执着这个虹光体，那还是宇宙之间的游魂。宇宙间的游魂还未成道，要成道则需把这个虹光体也化无，这样才能向上升进，就等于禅宗的法身向</w:t>
      </w:r>
    </w:p>
    <w:p>
      <w:pPr>
        <w:spacing w:before="0" w:after="80" w:line="259" w:lineRule="auto"/>
        <w:ind w:firstLine="360"/>
      </w:pPr>
      <w:r>
        <w:rPr>
          <w:rFonts w:ascii="Noto Serif CJK SC" w:hAnsi="Noto Serif CJK SC" w:eastAsia="Noto Serif CJK SC"/>
        </w:rPr>
        <w:t>上。禅宗说破三关，最后破牢关，牢关就是法身向上，重关就是法身正位，也就是一切境界都不住、不动摇。法身向上就是发了大神通而不住神通，无佛可成，一切不着。说密开启智慧宝藏现在大陆修行倾向密宗。很多人误会密宗是秘密的，说密宗是搞神通的，是鬼神法，这些都是误会。密宗并不是什么秘密的秘，密宗的密是把秘密的智慧宝藏打开，见到我们的本来面目。本来面目在哪里呢？不知道。就是科学家、医学家或解剖学家把心脏剖开，把头脑剖开也找不到。因为我们的真如妙体是无相可得，从有相的角度来看是看不到的。言语道断，心行路绝，这是真理，所以法相宗说“人空法空”，二空的真理叫真如，这种真理是抽象的。宗论家也说</w:t>
      </w:r>
    </w:p>
    <w:p>
      <w:pPr>
        <w:spacing w:before="0" w:after="80" w:line="259" w:lineRule="auto"/>
        <w:ind w:firstLine="360"/>
      </w:pPr>
      <w:r>
        <w:rPr>
          <w:rFonts w:ascii="Noto Serif CJK SC" w:hAnsi="Noto Serif CJK SC" w:eastAsia="Noto Serif CJK SC"/>
        </w:rPr>
        <w:t>缘起性空，说一切事一切物都无自体，都是因缘和成，没有本体。性</w:t>
      </w:r>
    </w:p>
    <w:p>
      <w:pPr>
        <w:spacing w:before="0" w:after="80" w:line="259" w:lineRule="auto"/>
        <w:ind w:firstLine="360"/>
      </w:pPr>
      <w:r>
        <w:rPr>
          <w:rFonts w:ascii="Noto Serif CJK SC" w:hAnsi="Noto Serif CJK SC" w:eastAsia="Noto Serif CJK SC"/>
        </w:rPr>
        <w:t>是空的，没有东西，心空真理，真如佛性，密宗也不外是这些道理。需用三密加持的修法，身口意三密加持，把我们的心意打开，见到自己本来面目，所以打开秘密宝藏是密宗。并不是什么秘密不传或显神通。佛也说过，末法时众生业障深重，密宗最应机，没有佛菩萨的加持难以修证成功。密宗热的情形之下，有位大师做了几篇文章，在北京的《法音》杂志发表，发表密宗热之中的佛法修证问题。密宗热都是向西藏去学习藏密，藏密真正讲起来并不一定适合汉地人修持，因为藏密是根据西藏的风俗习惯及他们的文化水平而订出来的。从修四加行、五加行开始，皈依十万，大礼拜十万次，再念百字明十万遍，供曼达十</w:t>
      </w:r>
    </w:p>
    <w:p>
      <w:pPr>
        <w:spacing w:before="0" w:after="80" w:line="259" w:lineRule="auto"/>
        <w:ind w:firstLine="360"/>
      </w:pPr>
      <w:r>
        <w:rPr>
          <w:rFonts w:ascii="Noto Serif CJK SC" w:hAnsi="Noto Serif CJK SC" w:eastAsia="Noto Serif CJK SC"/>
        </w:rPr>
        <w:t>万。先修前行再修正行，等于走弯路，汉人有自己儒释道的文化传</w:t>
      </w:r>
    </w:p>
    <w:p>
      <w:pPr>
        <w:spacing w:before="0" w:after="80" w:line="259" w:lineRule="auto"/>
        <w:ind w:firstLine="360"/>
      </w:pPr>
      <w:r>
        <w:rPr>
          <w:rFonts w:ascii="Noto Serif CJK SC" w:hAnsi="Noto Serif CJK SC" w:eastAsia="Noto Serif CJK SC"/>
        </w:rPr>
        <w:t>统，有很好的根基，不一定需要向西藏人学西藏的密法。汉地有自己的密法，唐朝时有唐密，晋朝惠果大师把密法传给日本的空海大师，日本现在也有密法传承称为东密。中国密法传到明代朱元璋时完全断灭，他担心密法搞神通会把他的皇帝位也搞掉，所以禁止人民再传密法。现在我们传的心中心法是唐朝传下来的密法，是老早就有的，并不是现在才创的。法本在大藏经的《佛心经品亦通大随求陀罗尼》篇，这是中国人的密法，能够直指人心，见性成佛，这种修法让你能够亲见本来，见自本性，明白了什么是心，什么是性，让我们知道之后，依此去修，保护自己的心性，这就省去许多</w:t>
      </w:r>
    </w:p>
    <w:p>
      <w:pPr>
        <w:spacing w:before="0" w:after="80" w:line="259" w:lineRule="auto"/>
        <w:ind w:firstLine="360"/>
      </w:pPr>
      <w:r>
        <w:rPr>
          <w:rFonts w:ascii="Noto Serif CJK SC" w:hAnsi="Noto Serif CJK SC" w:eastAsia="Noto Serif CJK SC"/>
        </w:rPr>
        <w:t>弯路，所以这个法很好。明心见性并不难，大家都把明心见性看成很难很难，认为那是圣人的事，凡人做不到。其实一切众生本具如来佛性，可惜我们不识，追逐外境之垢，被外境所迷，现在指点我们，让我们能够认识自己的本性，所以明心见性并不难。修持密法的好处是藉佛力加持，加持等于帮助我们走路一样。自力修持等于两只脚走路。藉借佛的力量加持我们修行，等于是搭汽车或乘飞机，这样自然省力多了。所以密法修持实际上和修禅是一样的，并不是什么秘密或搞神通，因此大家对密法不要误会。西藏的密法就有点不一样了。因为西藏人执着，习气很强，他们要有一点小神通的感应。因此一开始有鬼神法，怎么消灾除障、怎么发财。刚开始西藏密法只是应机采用一些鬼神法，到后来修九乘次第、前面的叫事业部，之后再修生起次第。生起就从无到有生起来，气脉明点观想成就，观想人的身体有三脉五轮，或三脉七轮，各个不同修法。修法虽然不同，但都是用来摄心，把我们的思想抓住，叫它不要动，所以叫观想成就。观想成就之后，要知道这不是真正成就，因为佛性是无相的，与有相的不相干。观想等于我们的身体生大疮，先用药来治疗，使疮口慢慢收缩成一个小疮口。收成小小一个伤口，但疮还是毒呀！还是不行，因此要从生起次第进入圆满次第。圆满次第就是把生起次</w:t>
      </w:r>
    </w:p>
    <w:p>
      <w:pPr>
        <w:spacing w:before="0" w:after="80" w:line="259" w:lineRule="auto"/>
        <w:ind w:firstLine="360"/>
      </w:pPr>
      <w:r>
        <w:rPr>
          <w:rFonts w:ascii="Noto Serif CJK SC" w:hAnsi="Noto Serif CJK SC" w:eastAsia="Noto Serif CJK SC"/>
        </w:rPr>
        <w:t>第相化空，一点相都没有，这样才能见到本性，因此密宗后面的修</w:t>
      </w:r>
    </w:p>
    <w:p>
      <w:pPr>
        <w:spacing w:before="0" w:after="80" w:line="259" w:lineRule="auto"/>
        <w:ind w:firstLine="360"/>
      </w:pPr>
      <w:r>
        <w:rPr>
          <w:rFonts w:ascii="Noto Serif CJK SC" w:hAnsi="Noto Serif CJK SC" w:eastAsia="Noto Serif CJK SC"/>
        </w:rPr>
        <w:t>法完全与禅宗的修法一致。密宗修生起次第、圆满次第。圆满次第分为大圆满次第、无比圆满次第、无上圆满次第，修到最后和禅宗完全一致。谈禅说密原相通举个例子来证明禅宗与密宗完全相通。因为红教说虹光身证成，执着虹光身，那还是宇宙间的一个游魂，要认识连这个虹光身也不可得。同样的，禅宗也有这类公案，如有一次有个参禅师父问曹洞宗的祖师曹山：“师父啊！朗月当头是如何？”“朗月当头”就是一个明亮得不得了的月亮，照在我头顶上，像佛像上的大圆光圈，照遍周身，这样不是一个光明体吗？不是很好吗？曹山祖师说：“犹是阶下汉”，还在色界之下，还没登堂入室。禅师说：“请师父慈悲，拉我</w:t>
      </w:r>
    </w:p>
    <w:p>
      <w:pPr>
        <w:spacing w:before="0" w:after="80" w:line="259" w:lineRule="auto"/>
        <w:ind w:firstLine="360"/>
      </w:pPr>
      <w:r>
        <w:rPr>
          <w:rFonts w:ascii="Noto Serif CJK SC" w:hAnsi="Noto Serif CJK SC" w:eastAsia="Noto Serif CJK SC"/>
        </w:rPr>
        <w:t>一把吧！”曹山祖师答：“月落相见”。一个朗月当头的月亮，落掉之后再相见面，就是说把你的光也化空，把执着的光明相化掉。我们做工夫有三种境界，空、乐、明。当我人修法修至能所双亡，心法双泯时，世界化空，大地平沉、虚空粉碎，当斯时也，虽然一无所有，但虚明凝寂，一灵不昧，了了常知，非如木石。做到这个境界才是开悟，真正化空。所以今天有乐得不得了叫般若味重重，乐之后就大放光明，但这三种都不能住，住在乐上就不出欲界，住在光明上就不出色界，住在空上就不出空界，不出无色界，因此这三种都不能住，不住就出三界了。现在与大家来探讨佛法的修证问题。佛法本无言可说，因一切众生都具如来的无漏自性，凡有言说都失真义。因为大家都向外追求，迷失本性，贪求无厌而造业受报，感得释迦佛出生于世，现身说法。说种种的法实际上都是叫我们认识本来面目。法法平等，都是一样的，只因众生根器不同，应众生之机而应病予药，说不同的法。禅宗参话头与念话头禅宗本来是中国四大宗里最优秀的一宗，它最圆顿，单刀直入，直指见性，直指人心，见性成佛。其他宗派难免在外兜兜圈子。但是现在的禅宗行人，对于参话头起疑情很困难，于是“参”话头变成了“念”话头，把话头挂在嘴边──念佛是谁。不起疑情就隔不断内外，妄念也隔不断。疑情一起，包围周身，整个身心都在疑情里，这样才能隔断内外，使内不能出，外不能入，才能得到很好的消息，才能打开见到本来面目。现在的人把话头拿来用念的，一天到晚在那里念“念佛是谁”。不起疑情就隔不断内外，一天到晚念“念佛是谁”，念得再久也得不到佛力加持，这样还不如念“阿弥陀佛”要好一些。光念“念佛是谁”不起疑情，就隔不断内外，妄念不断，见不到真如本性，使禅宗沦为以法眷相传，难怪太虚大</w:t>
      </w:r>
    </w:p>
    <w:p>
      <w:pPr>
        <w:spacing w:before="0" w:after="80" w:line="259" w:lineRule="auto"/>
        <w:ind w:firstLine="360"/>
      </w:pPr>
      <w:r>
        <w:rPr>
          <w:rFonts w:ascii="Noto Serif CJK SC" w:hAnsi="Noto Serif CJK SC" w:eastAsia="Noto Serif CJK SC"/>
        </w:rPr>
        <w:t>师感叹的说：“现在禅宗儿孙，都是法眷传法，而不是明心见性传</w:t>
      </w:r>
    </w:p>
    <w:p>
      <w:pPr>
        <w:spacing w:before="0" w:after="80" w:line="259" w:lineRule="auto"/>
        <w:ind w:firstLine="360"/>
      </w:pPr>
      <w:r>
        <w:rPr>
          <w:rFonts w:ascii="Noto Serif CJK SC" w:hAnsi="Noto Serif CJK SC" w:eastAsia="Noto Serif CJK SC"/>
        </w:rPr>
        <w:t>法……何曾悟心来？”法眷等于画图的画卷，长长的一卷，前面写“正法眼藏”四个字。从第一代祖师开始写到现在，代代相传，其实老师还没开悟，徒弟也还没有开悟，使佛法扫地了！真令人痛心！在这种情况之下，大家倾向密宗的修法，这是密宗热的最大因素。</w:t>
      </w:r>
    </w:p>
    <w:p>
      <w:pPr>
        <w:spacing w:before="0" w:after="80" w:line="259" w:lineRule="auto"/>
        <w:ind w:firstLine="360"/>
      </w:pPr>
      <w:r>
        <w:rPr>
          <w:rFonts w:ascii="Noto Serif CJK SC" w:hAnsi="Noto Serif CJK SC" w:eastAsia="Noto Serif CJK SC"/>
        </w:rPr>
        <w:t>谈禅话头之由来最初禅师都是直接指示，并没叫人去参话头。六祖大师之前，师师相传都是直接指示，并没叫人参话头，六祖大师传惠明也是直接传示──不思善不思恶。“不思善不思恶”就是一切放下，不要动念头。惠明良久不动念，六祖大师就直接指示“正与这么时”，“那个”就是你的本来面目。“那个”很清爽，要你一念不生，不是叫你摸着石头说不知道，它还是有知觉、有灵性。“那个”一念不生，无止无界，无觉无受，但不是木头也不是石头，那就是你的本来面目，这就叫直指，就叫明心见性。后来的人不明白直指，就说那“不是直指”是“问话”，就变成六祖大师问他“哪一个是你的本来面目呀？”“那个”、“哪个”，中国人写起来都一样是“那个”。中国人的“那”和“哪”，见仁见智，解释各有不同。当下明悟就知道那是一种指示，等于英文的“That”，假如你不明白就是“What”。这里面就有了伸缩性。在大陆就曾为了这两个字，在“问话”与“指示”之间争辩不休。现在我们不必再打官司，看后来的祖师便知道了。譬如，灵训问归宗：“如何是佛”，归宗禅师说：“即汝便是”——你就是佛。于岫大夫问紫玉禅师：“如何是佛”，禅师叫他：“大夫！”他答应了，禅师说“即如是，无别物”。再如大梅问马祖“如何是佛”，马祖说：“即心是佛”。这些都是直接指示，不用参话头。到了宋朝，人心渐下，因为释迦牟尼佛己经圆寂五百年，到了正法五百年过后一千年的相法时代。以前那种直接指示的法门得来不费工夫，不必经过劳动，好像不必费心费力，就能得到祖传遗产。正因为不必付出心血，就不知道来处艰辛，不知道珍惜，不断挥霍，把钞票花光。禅也一样。哇！这就是呀？“这就是”，为什么我还不发神通？尤其是现代人，告诉他“一念不生，了了分明，就是本来面目”，既然是本来面目就要发神通，为什么还不发呢？总以为未见神通玄妙，以为不是，不肯承当，反向心外求法，以期神效，故不得已祖师们才不再直接指示，改用参话头，兜兜圈子，用一则无意味的话头，安在学人心上，生起大疑情，使整个身心掼入疑团内，时节因缘到来，桶底脱落，从宋朝开始才有参话头。本来参话头也不是千篇一律的参一则刻板话头，而是因人而异，也就是禅师看来者的根器如何，指他一个话头，后来明师少了，才</w:t>
      </w:r>
    </w:p>
    <w:p>
      <w:pPr>
        <w:spacing w:before="0" w:after="80" w:line="259" w:lineRule="auto"/>
        <w:ind w:firstLine="360"/>
      </w:pPr>
      <w:r>
        <w:rPr>
          <w:rFonts w:ascii="Noto Serif CJK SC" w:hAnsi="Noto Serif CJK SC" w:eastAsia="Noto Serif CJK SC"/>
        </w:rPr>
        <w:t>千篇一律参一个“念佛是谁”。念佛是谁，也很好。在“谁”的上面用力去参，“念佛究竟是谁”，是我在念吗？如果是我，身体是我吗？身体显然不是，一口气不来，死了，身体还在，佛号也念不出来。现在我能念“阿弥陀佛”，“阿弥陀佛”，这到底是谁在念啊？让你在那里起疑情，这样才能隔断内外。疑情不起，光在那里念话头是无用的。所以说，佛法现在渐渐衰微了。大手印譬如白教修的最高深法──大手印法。大手印法并不是另外再起一个手印或结什么手印、念什么咒。为什么叫手印呢？就是我们的一法界，就是我们的无漏自性。如西游记里的孙悟空翻跟斗，一翻就是多少里。释迦佛说：“你在我掌里翻翻看！”孙悟空心想，你的手有多大？我一下子就翻出去了。真的能够翻出去吗？他翻了几个跟斗还是翻不出去，还在释迦佛的手掌心。真法界尽虚空遍法界就是一只手，所以不结手印，无手印之手印，所以叫大手印。</w:t>
      </w:r>
    </w:p>
    <w:p>
      <w:pPr>
        <w:spacing w:before="0" w:after="80" w:line="259" w:lineRule="auto"/>
        <w:ind w:firstLine="360"/>
      </w:pPr>
      <w:r>
        <w:rPr>
          <w:rFonts w:ascii="Noto Serif CJK SC" w:hAnsi="Noto Serif CJK SC" w:eastAsia="Noto Serif CJK SC"/>
        </w:rPr>
        <w:t>大圆满法</w:t>
      </w:r>
    </w:p>
    <w:p>
      <w:pPr>
        <w:spacing w:before="0" w:after="80" w:line="259" w:lineRule="auto"/>
        <w:ind w:firstLine="360"/>
      </w:pPr>
      <w:r>
        <w:rPr>
          <w:rFonts w:ascii="Noto Serif CJK SC" w:hAnsi="Noto Serif CJK SC" w:eastAsia="Noto Serif CJK SC"/>
        </w:rPr>
        <w:t>红教的密法——大圆满法，和禅宗完全一致。大圆满法分两步：一是彻却，一是妥嘎。彻却就是立断——当下就把妄念断掉，让你明心见性。妥嘎就是顿超——法身向上。禅宗讲破三关——初关、重关、牢关，最后法身向上。大圆满所说和禅宗完全一致。修妥嘎就是把肉体完全化为虹光体，皮肤肌肉骨头完全化成光体，走的时候一道光，连肉身都没有了。若你已经证成虹光体，假如心里仍有个虹光体存在，那你还是宇宙之间一游魂，并不究竟，因为还有黏着。正如禅宗所说：才有所著，即成窠臼。不论修什么法，起初修，入手虽有不同，譬如净土宗从念佛入手；禅宗从参话头入手；密宗从持咒结手印入手，但修到后面都是归于禅，都归入禅定，但到最后无不归于净土。我们的心是土，土就是心，心清净了，才是真正的净土，心上还有一点东西，就不是净土了。禅宗修到最后打开本心见性之后，并没了脱生死，明心见性之后才是破初关。破初关虽见到本性，但生死未了。因为才断见惑，思惑</w:t>
      </w:r>
    </w:p>
    <w:p>
      <w:pPr>
        <w:spacing w:before="0" w:after="80" w:line="259" w:lineRule="auto"/>
        <w:ind w:firstLine="360"/>
      </w:pPr>
      <w:r>
        <w:rPr>
          <w:rFonts w:ascii="Noto Serif CJK SC" w:hAnsi="Noto Serif CJK SC" w:eastAsia="Noto Serif CJK SC"/>
        </w:rPr>
        <w:t>未断。知见正确，但是我们的思惑，即思想对境生心还是免不了。因为八识的种子还在，遇缘就起现行，所以生死未了。因为这个缘故，净土宗常常毁谤禅宗，说禅宗不好，明心见性了，生死却未了。不如净土往生西方，一见弥陀，一切都解决了。这是一般人不知道禅宗</w:t>
      </w:r>
    </w:p>
    <w:p>
      <w:pPr>
        <w:spacing w:before="0" w:after="80" w:line="259" w:lineRule="auto"/>
        <w:ind w:firstLine="360"/>
      </w:pPr>
      <w:r>
        <w:rPr>
          <w:rFonts w:ascii="Noto Serif CJK SC" w:hAnsi="Noto Serif CJK SC" w:eastAsia="Noto Serif CJK SC"/>
        </w:rPr>
        <w:t>的立场，禅宗自己也知道并不是明心见性生死就了。临济大师就讲</w:t>
      </w:r>
    </w:p>
    <w:p>
      <w:pPr>
        <w:spacing w:before="0" w:after="80" w:line="259" w:lineRule="auto"/>
        <w:ind w:firstLine="360"/>
      </w:pPr>
      <w:r>
        <w:rPr>
          <w:rFonts w:ascii="Noto Serif CJK SC" w:hAnsi="Noto Serif CJK SC" w:eastAsia="Noto Serif CJK SC"/>
        </w:rPr>
        <w:t>得很清楚，第一句荐得，自救不了，他讲“看取棚头弄傀儡，抽线全籍里头人”，如同看木偶戏，戏中孙悟空大战白骨精，很精彩，但没有里头的拉线人，木偶再好也不会动。人也一样，人讲话、走路及种种动作，都是佛性在里面抽线。认识了佛性的妙用仍自救不了，因为八识的种子还在，你遇境还是会生心，你的思想还在动。法相宗讲得更清楚，“发起初心欢喜地，俱生犹自现缠眠，远行地后纯无漏，观察圆明照大千。”发起是开发，如生意人开发事业，科</w:t>
      </w:r>
    </w:p>
    <w:p>
      <w:pPr>
        <w:spacing w:before="0" w:after="80" w:line="259" w:lineRule="auto"/>
        <w:ind w:firstLine="360"/>
      </w:pPr>
      <w:r>
        <w:rPr>
          <w:rFonts w:ascii="Noto Serif CJK SC" w:hAnsi="Noto Serif CJK SC" w:eastAsia="Noto Serif CJK SC"/>
        </w:rPr>
        <w:t>学家开发新科技，修佛法的人打开了自己的秘密宝藏见到本性，见</w:t>
      </w:r>
    </w:p>
    <w:p>
      <w:pPr>
        <w:spacing w:before="0" w:after="80" w:line="259" w:lineRule="auto"/>
        <w:ind w:firstLine="360"/>
      </w:pPr>
      <w:r>
        <w:rPr>
          <w:rFonts w:ascii="Noto Serif CJK SC" w:hAnsi="Noto Serif CJK SC" w:eastAsia="Noto Serif CJK SC"/>
        </w:rPr>
        <w:t>到登地菩萨。初地是欢喜地。“俱生”是俱生的法执及我执还跟着你，缠住你的本性，使你遇境生心，昏昏昧昧，如同睡觉一样。“远行地后纯无漏”就是作功夫，由初地上升到二地、三地、四地、五地、六地、七地，到了七地菩萨是远行地，八地是不动地，到了第八地才进入无漏，漏尽通之后才真正进入道通。到了这里才不退转，否则还是会退转的。也就是到了这里，第八识的种子消了，才转第九识庵摩罗识。庵摩罗识译成中文叫白净识，证到白净识也还没有到家，</w:t>
      </w:r>
    </w:p>
    <w:p>
      <w:pPr>
        <w:spacing w:before="0" w:after="80" w:line="259" w:lineRule="auto"/>
        <w:ind w:firstLine="360"/>
      </w:pPr>
      <w:r>
        <w:rPr>
          <w:rFonts w:ascii="Noto Serif CJK SC" w:hAnsi="Noto Serif CJK SC" w:eastAsia="Noto Serif CJK SC"/>
        </w:rPr>
        <w:t>俱生我执虽然消了，但俱生法执的种子还在，也就是分别我执与法</w:t>
      </w:r>
    </w:p>
    <w:p>
      <w:pPr>
        <w:spacing w:before="0" w:after="80" w:line="259" w:lineRule="auto"/>
        <w:ind w:firstLine="360"/>
      </w:pPr>
      <w:r>
        <w:rPr>
          <w:rFonts w:ascii="Noto Serif CJK SC" w:hAnsi="Noto Serif CJK SC" w:eastAsia="Noto Serif CJK SC"/>
        </w:rPr>
        <w:t>执消掉了，还要在事上锻炼，要把无始无明的尘沙惑除了，才能从九识转十识。这才是真正的见性成佛。所以禅宗的功夫要作得很长，不是一下子就能消掉的，这要看我们用功的程度，要三大阿僧祗劫，三大即见到位、修道位、证道位三个阶段。三个阶段时间的长久要看用功程度。释迦佛成佛是燃灯佛授记的，释迦佛用功精进勇猛，提前七劫成佛，所以三大阿僧祗劫的时间长短不一定，要看你自己用不用功。阿难和释迦佛是堂兄弟，他们一起发心学佛，释迦佛成果地佛时，阿难还没悟道。由这里可以看出来，功夫就在自己，精进勇猛就快，懒惰就慢。因此之故，在这末法时代，靠自己的力量修行更困难，得藉佛的力量加持修行方得力。</w:t>
      </w:r>
    </w:p>
    <w:p>
      <w:pPr>
        <w:spacing w:before="0" w:after="80" w:line="259" w:lineRule="auto"/>
        <w:ind w:firstLine="360"/>
      </w:pPr>
      <w:r>
        <w:rPr>
          <w:rFonts w:ascii="Noto Serif CJK SC" w:hAnsi="Noto Serif CJK SC" w:eastAsia="Noto Serif CJK SC"/>
        </w:rPr>
        <w:t>中国固有的密法心中心法</w:t>
      </w:r>
    </w:p>
    <w:p>
      <w:pPr>
        <w:spacing w:before="0" w:after="80" w:line="259" w:lineRule="auto"/>
        <w:ind w:firstLine="360"/>
      </w:pPr>
      <w:r>
        <w:rPr>
          <w:rFonts w:ascii="Noto Serif CJK SC" w:hAnsi="Noto Serif CJK SC" w:eastAsia="Noto Serif CJK SC"/>
        </w:rPr>
        <w:t>“心中心法”并不是从日本学来，也不是从西藏学来，既不属于东密也不属于藏密，是我国唐朝固有的密法。因无人传授，连我师公也不知道有这个密法，直到他出家赴江西庐山净土宗的祖庭东林寺参学才得此法。慧远法师在东林寺创设净土法门，净土宗有两种，一是念佛三昧，一是般舟三昧。念佛三昧好修，盘起腿来静坐，手结法界定印，口念阿弥陀佛，就能得到念佛三昧。般舟三昧就难修了，整天在房间里走，不准坐也不准睡。般舟三昧修成，佛就在你面前现身摩顶。我师公发大心，修别人难修之法，选择了般舟三昧。整天不睡觉在房里走，肉体很难吃得消，他的双腿肿得走不动，但大愿已发，走不动也不停，就在地上爬行，爬到两个手掌都肿，爬不动了，就在地上滚！他吃了这么大的苦，经过这样的修炼，心死透了，入了大定，入定中感得普贤菩萨现身，为他摩顶说法，说：“在这末法时代能修这种苦行是很难能可贵的，但是密部里有心中心法，可藉佛力加持，不要像你这样吃大苦。修心中心法，藉佛力加持，可收事半功倍之效，这个法你好好的修，修好之后你再下山去普传大众”。现在的日本及西藏也有这种法，但不轻易传授，要几十年修行后才传。诺那活佛是西藏人，他到上海“只”传一个人，别人向他请法，</w:t>
      </w:r>
    </w:p>
    <w:p>
      <w:pPr>
        <w:spacing w:before="0" w:after="80" w:line="259" w:lineRule="auto"/>
        <w:ind w:firstLine="360"/>
      </w:pPr>
      <w:r>
        <w:rPr>
          <w:rFonts w:ascii="Noto Serif CJK SC" w:hAnsi="Noto Serif CJK SC" w:eastAsia="Noto Serif CJK SC"/>
        </w:rPr>
        <w:t>请他传法，他说：“你们都不够资格，这是无相密，一下手就直下见</w:t>
      </w:r>
    </w:p>
    <w:p>
      <w:pPr>
        <w:spacing w:before="0" w:after="80" w:line="259" w:lineRule="auto"/>
        <w:ind w:firstLine="360"/>
      </w:pPr>
      <w:r>
        <w:rPr>
          <w:rFonts w:ascii="Noto Serif CJK SC" w:hAnsi="Noto Serif CJK SC" w:eastAsia="Noto Serif CJK SC"/>
        </w:rPr>
        <w:t>性的法，这种法不容易修，你们只能修生起次第，先把气脉明点修</w:t>
      </w:r>
    </w:p>
    <w:p>
      <w:pPr>
        <w:spacing w:before="0" w:after="80" w:line="259" w:lineRule="auto"/>
        <w:ind w:firstLine="360"/>
      </w:pPr>
      <w:r>
        <w:rPr>
          <w:rFonts w:ascii="Noto Serif CJK SC" w:hAnsi="Noto Serif CJK SC" w:eastAsia="Noto Serif CJK SC"/>
        </w:rPr>
        <w:t>好。”在日本也不轻易传心中心法，有位台湾去的年青和尚，去日本高野山学密法六年，他看到心中心法的法本，就请师父传法给他，他师父说：“你还是个小和尚，不够资格，等相当于阿阇黎的位置时，资格够了再传吧！”他问：“我在这里住六年还不能学吗？”师父不传，他没有办法就下山到西藏去学。西藏佛教有白教、黄教、红教、花教等教派，除了红教之外其他几教都没有心中心法。红教师</w:t>
      </w:r>
    </w:p>
    <w:p>
      <w:pPr>
        <w:spacing w:before="0" w:after="80" w:line="259" w:lineRule="auto"/>
        <w:ind w:firstLine="360"/>
      </w:pPr>
      <w:r>
        <w:rPr>
          <w:rFonts w:ascii="Noto Serif CJK SC" w:hAnsi="Noto Serif CJK SC" w:eastAsia="Noto Serif CJK SC"/>
        </w:rPr>
        <w:t>父说：“你要学心中心法可以，再住十年，先学其他密法后，我再传</w:t>
      </w:r>
    </w:p>
    <w:p>
      <w:pPr>
        <w:spacing w:before="0" w:after="80" w:line="259" w:lineRule="auto"/>
        <w:ind w:firstLine="360"/>
      </w:pPr>
      <w:r>
        <w:rPr>
          <w:rFonts w:ascii="Noto Serif CJK SC" w:hAnsi="Noto Serif CJK SC" w:eastAsia="Noto Serif CJK SC"/>
        </w:rPr>
        <w:t>法给你。”可见西藏和日本都有心中心法，但不轻传，它属密法的高深部门心髓部份。所以普贤菩萨对我们师公说，你好好修，修好后下山去广传大众，以补禅宗和净土宗的不足。也就是普贤菩萨看时间因缘，认为心中心法出世的因缘到了。因为参禅的人疑情起不来，打不开，见不到本性。用心中心法来补救禅宗和净土宗之不足，我师公在山上修了八年才证道，之后才下山广传心中心法。我师公下山准备传心中心法时，大家对心法很陌生，不知道什么</w:t>
      </w:r>
    </w:p>
    <w:p>
      <w:pPr>
        <w:spacing w:before="0" w:after="80" w:line="259" w:lineRule="auto"/>
        <w:ind w:firstLine="360"/>
      </w:pPr>
      <w:r>
        <w:rPr>
          <w:rFonts w:ascii="Noto Serif CJK SC" w:hAnsi="Noto Serif CJK SC" w:eastAsia="Noto Serif CJK SC"/>
        </w:rPr>
        <w:t>心密三祖元音阿阇黎佛法修证心要问答集</w:t>
      </w:r>
    </w:p>
    <w:p>
      <w:pPr>
        <w:spacing w:before="0" w:after="80" w:line="259" w:lineRule="auto"/>
        <w:ind w:firstLine="360"/>
      </w:pPr>
      <w:r>
        <w:rPr>
          <w:rFonts w:ascii="Noto Serif CJK SC" w:hAnsi="Noto Serif CJK SC" w:eastAsia="Noto Serif CJK SC"/>
        </w:rPr>
        <w:t>禅净密互融互通的修</w:t>
      </w:r>
    </w:p>
    <w:p>
      <w:pPr>
        <w:spacing w:before="0" w:after="80" w:line="259" w:lineRule="auto"/>
        <w:ind w:firstLine="360"/>
      </w:pPr>
      <w:r>
        <w:rPr>
          <w:rFonts w:ascii="Noto Serif CJK SC" w:hAnsi="Noto Serif CJK SC" w:eastAsia="Noto Serif CJK SC"/>
        </w:rPr>
        <w:t>叫心中心法，没有人愿意跟他学，他只好显点神通，引起人们注意。佛法是正法，不要搞神通，我师公这样一显神通，引起太虚大师和印光大师的批评，认为显神通就是帮助鬼神教，对佛法的光明没有助益，我师公说：“我也不愿意显神通，但为传法之便，因为中国的密法中断很长的时间！”修心中心法最重要的是要行十种行愿，也就是要发十种行愿，才有资格修心中心法。修十种行愿之后才能与心中心法相应。（一）佛佛俱信。法法无疑。清净僧众。尊视如师。（二）持戒不缺。摄心常定。诸法空相。平等无著。（三）慈心众生。励行戒杀。视众生如己。不忍食其肉。（四）人有所求。等心施舍。温和谦下。娇慢不生。（五）不违本愿。常利自他。不自称赞。不见他过。（六）贫富贵贱。性本不二。口常软语。令生欢喜。心意质直。远离谄媚。随顺人情。善转俗谛。（七）佛说教诫。体会力行。护持佛法。如护己命。救护众生。而不望报。众生骄慢。亦不退心。（八）不轻正法。不使他轻。不谤三宝。不令他谤。有轻谤者。善言开解。令其信入。不堕邪网。</w:t>
      </w:r>
    </w:p>
    <w:p>
      <w:pPr>
        <w:spacing w:before="0" w:after="80" w:line="259" w:lineRule="auto"/>
        <w:ind w:firstLine="360"/>
      </w:pPr>
      <w:r>
        <w:rPr>
          <w:rFonts w:ascii="Noto Serif CJK SC" w:hAnsi="Noto Serif CJK SC" w:eastAsia="Noto Serif CJK SC"/>
        </w:rPr>
        <w:t>（九）常护正念。不亏暗室。胜行坚固。不厌疲劳。发弘誓愿。摄心</w:t>
      </w:r>
    </w:p>
    <w:p>
      <w:pPr>
        <w:spacing w:before="0" w:after="80" w:line="259" w:lineRule="auto"/>
        <w:ind w:firstLine="360"/>
      </w:pPr>
      <w:r>
        <w:rPr>
          <w:rFonts w:ascii="Noto Serif CJK SC" w:hAnsi="Noto Serif CJK SC" w:eastAsia="Noto Serif CJK SC"/>
        </w:rPr>
        <w:t>不退。常住大乘。破除邪见。（十）所修本法。一一遍持。清净密印。莫污染结。须为自利利他而修。不因名闻利养而用。佛佛具信，法法无碍不论是东方佛、西方佛、北方佛、南方佛或四维上下左右佛，佛</w:t>
      </w:r>
    </w:p>
    <w:p>
      <w:pPr>
        <w:spacing w:before="0" w:after="80" w:line="259" w:lineRule="auto"/>
        <w:ind w:firstLine="360"/>
      </w:pPr>
      <w:r>
        <w:rPr>
          <w:rFonts w:ascii="Noto Serif CJK SC" w:hAnsi="Noto Serif CJK SC" w:eastAsia="Noto Serif CJK SC"/>
        </w:rPr>
        <w:t>佛具信，不是那一尊好，那一尊不好。譬如有些人讲阿弥陀佛比释</w:t>
      </w:r>
    </w:p>
    <w:p>
      <w:pPr>
        <w:spacing w:before="0" w:after="80" w:line="259" w:lineRule="auto"/>
        <w:ind w:firstLine="360"/>
      </w:pPr>
      <w:r>
        <w:rPr>
          <w:rFonts w:ascii="Noto Serif CJK SC" w:hAnsi="Noto Serif CJK SC" w:eastAsia="Noto Serif CJK SC"/>
        </w:rPr>
        <w:t>迦佛高，又说那一尊比那一尊高，其实佛佛平等，无有高下。法法无碍，现在的人常常互相批评，净土批评禅宗，禅宗的又看不起净土。心中心法是密宗里的上乘佛法。上次我们也讲过，密宗里有九乘次第，有外三乘、内三乘、密三乘。这心中心法属于密三乘中顶尖的法，即最后一个无比相应大圆满法，也就是与红教大圆满相应的法。诸位可能有疑问，大圆满是红教中最高的佛法，而心中心法不</w:t>
      </w:r>
    </w:p>
    <w:p>
      <w:pPr>
        <w:spacing w:before="0" w:after="80" w:line="259" w:lineRule="auto"/>
        <w:ind w:firstLine="360"/>
      </w:pPr>
      <w:r>
        <w:rPr>
          <w:rFonts w:ascii="Noto Serif CJK SC" w:hAnsi="Noto Serif CJK SC" w:eastAsia="Noto Serif CJK SC"/>
        </w:rPr>
        <w:t>属于红教的大圆满，怎么会相应呢？现在来解释一下。红教大圆满法分二部，一部是“彻却”，汉文译义就是“立断”，妄念一起就把它断掉，不随之流浪，使其心现前。二部是“脱嗄”，译文为“顿超”，修之能超出三界，了断生死轮回。心中心法修的就是立断、顿超，它是无相密，以一个咒、六个手印来修持，直下见性，不要修什么相来过渡。有相法须修戒相后，把相化空，才能见到本性。需走很多弯路，不能立断、顿超。我人本性是无相可见、摸不着、闻不到的，大家一下子无从下</w:t>
      </w:r>
    </w:p>
    <w:p>
      <w:pPr>
        <w:spacing w:before="0" w:after="80" w:line="259" w:lineRule="auto"/>
        <w:ind w:firstLine="360"/>
      </w:pPr>
      <w:r>
        <w:rPr>
          <w:rFonts w:ascii="Noto Serif CJK SC" w:hAnsi="Noto Serif CJK SC" w:eastAsia="Noto Serif CJK SC"/>
        </w:rPr>
        <w:t>手，因此西藏密宗要走很多弯路，先要磕大头等四加行，再做前行</w:t>
      </w:r>
    </w:p>
    <w:p>
      <w:pPr>
        <w:spacing w:before="0" w:after="80" w:line="259" w:lineRule="auto"/>
        <w:ind w:firstLine="360"/>
      </w:pPr>
      <w:r>
        <w:rPr>
          <w:rFonts w:ascii="Noto Serif CJK SC" w:hAnsi="Noto Serif CJK SC" w:eastAsia="Noto Serif CJK SC"/>
        </w:rPr>
        <w:t>观想，把相观起来，有个着手处，才能进一步修见性法。大圆满“彻却”也要先修气脉明点，在气上下手，观脉管，三脉七轮，（中脉、左右二脉，顶轮、喉轮、心轮、脐轮、会阴轮……）观好后，再把这个相观空。这叫大圆满彻却前行，就是修行前的方便。我们用六印一咒，不要观什么脉管，当下把我们的妄心聚在一个咒上，就是念的时候心念耳闻，用心念咒，耳朵听清楚自己念咒的声音，把意根妄想抓住，使妄念不起，当下即能深入禅定。这样的修行，就是观世音菩萨耳根圆通法门。娑婆众生六根当中，耳根最灵敏。譬如眼晴能看很多东西，很远都能看见，但是用一张纸一隔就看不见了；耳朵不然，隔着大山声音还听得到。又譬如睡着了，拿张纸给他看，他也不能醒，但一喊叫，他就醒了。所以耳根最灵敏，用耳根来修法最好。《楞严经》说得很清楚，二十五位大菩萨，说各自的用功方法，观世音菩萨说从耳根入，最后佛叫文殊菩萨选择，娑婆世界众生用那一根修法最得当、最快，文殊菩萨选择观世音菩萨耳根法门。因为耳根最利，所以我们现在就用耳根来听自己念咒的声音，把意根抓住，第六意识就不动了。这样修法比大圆满更直接、更“立断”。</w:t>
      </w:r>
    </w:p>
    <w:p>
      <w:pPr>
        <w:spacing w:before="0" w:after="80" w:line="259" w:lineRule="auto"/>
        <w:ind w:firstLine="360"/>
      </w:pPr>
      <w:r>
        <w:rPr>
          <w:rFonts w:ascii="Noto Serif CJK SC" w:hAnsi="Noto Serif CJK SC" w:eastAsia="Noto Serif CJK SC"/>
        </w:rPr>
        <w:t>心念耳闻，如法修行</w:t>
      </w:r>
    </w:p>
    <w:p>
      <w:pPr>
        <w:spacing w:before="0" w:after="80" w:line="259" w:lineRule="auto"/>
        <w:ind w:firstLine="360"/>
      </w:pPr>
      <w:r>
        <w:rPr>
          <w:rFonts w:ascii="Noto Serif CJK SC" w:hAnsi="Noto Serif CJK SC" w:eastAsia="Noto Serif CJK SC"/>
        </w:rPr>
        <w:t>大家注意，修法时一定要心念耳闻，要如法，绝对不能嘴念咒而心想别样事情，有口无心，没用处。念佛也是一样，念“阿弥陀佛”，口念心散乱，思想乱七八糟，佛号念不上，将来西方极乐世界升不到，因为心太乱了。心不清净，佛现身时，也看不见。永明寿大师说（永明寿大师是禅宗大祖师，又是净土宗大祖师，他是法眼宗的徒孙，最后皈心净土，所以是净土宗大祖师），“口念弥陀心散乱，喊破</w:t>
      </w:r>
    </w:p>
    <w:p>
      <w:pPr>
        <w:spacing w:before="0" w:after="80" w:line="259" w:lineRule="auto"/>
        <w:ind w:firstLine="360"/>
      </w:pPr>
      <w:r>
        <w:rPr>
          <w:rFonts w:ascii="Noto Serif CJK SC" w:hAnsi="Noto Serif CJK SC" w:eastAsia="Noto Serif CJK SC"/>
        </w:rPr>
        <w:t>喉咙亦徒然”。为什么这样说呢？他说心如水也。心永清净，就像河里的水清静了，天上的月亮影子就显现出来，阿弥陀佛等于是天上</w:t>
      </w:r>
    </w:p>
    <w:p>
      <w:pPr>
        <w:spacing w:before="0" w:after="80" w:line="259" w:lineRule="auto"/>
        <w:ind w:firstLine="360"/>
      </w:pPr>
      <w:r>
        <w:rPr>
          <w:rFonts w:ascii="Noto Serif CJK SC" w:hAnsi="Noto Serif CJK SC" w:eastAsia="Noto Serif CJK SC"/>
        </w:rPr>
        <w:t>的月亮，我们的心等于是水。水不清净，天上的月亮显现不出来；心</w:t>
      </w:r>
    </w:p>
    <w:p>
      <w:pPr>
        <w:spacing w:before="0" w:after="80" w:line="259" w:lineRule="auto"/>
        <w:ind w:firstLine="360"/>
      </w:pPr>
      <w:r>
        <w:rPr>
          <w:rFonts w:ascii="Noto Serif CJK SC" w:hAnsi="Noto Serif CJK SC" w:eastAsia="Noto Serif CJK SC"/>
        </w:rPr>
        <w:t>不清净，阿弥陀佛在你心里显不出来，那就见不到阿弥陀佛来接引，就不能往生了。大势至菩萨教导我们“都摄六根，净念相继”，要以一句弥陀圣号，把眼耳鼻舌身意六根抓住，清凊静静地念阿弥陀佛，念到一心不乱，才能往生西方极乐世界。六根当中意根是最难摄的，一静下来，妄想就来了。因为动惯了，不静下来还不知道，有时候心乱，还不知道，静下来后就容易看见。这是什么缘故？因为水清静了，泥沙沉下来就看见了，水不清静，就看不见泥沙，所以坐下来就看见了。妄念颠倒，很难掌握住不</w:t>
      </w:r>
    </w:p>
    <w:p>
      <w:pPr>
        <w:spacing w:before="0" w:after="80" w:line="259" w:lineRule="auto"/>
        <w:ind w:firstLine="360"/>
      </w:pPr>
      <w:r>
        <w:rPr>
          <w:rFonts w:ascii="Noto Serif CJK SC" w:hAnsi="Noto Serif CJK SC" w:eastAsia="Noto Serif CJK SC"/>
        </w:rPr>
        <w:t>起妄念，所以要用心念耳闻的办法来抓摄六根，把妄想打断、身心</w:t>
      </w:r>
    </w:p>
    <w:p>
      <w:pPr>
        <w:spacing w:before="0" w:after="80" w:line="259" w:lineRule="auto"/>
        <w:ind w:firstLine="360"/>
      </w:pPr>
      <w:r>
        <w:rPr>
          <w:rFonts w:ascii="Noto Serif CJK SC" w:hAnsi="Noto Serif CJK SC" w:eastAsia="Noto Serif CJK SC"/>
        </w:rPr>
        <w:t>脱落，本来的佛性就显现了。所以，如法修持非常重要，不如法修持就不能见性。大家修心中心法，修了很多时了，应该有所成就。为什么呢？因为本来是佛，只要肯放下，就能恢复本来，就能见道。修了很多时，为什么还不行呢？就是因为不如法。第一种不如法的人就是坐坐停停，停停坐坐，今天坐坐，明天说身体不好、事情很忙，就把功夫耽搁下来，这样修就不行。譬如烧饭，饭没烧好就拿下来，冷一冷然后再烧，再拿下来，这饭就烧僵了。我们学法修行，犹如逆水行舟，若不用劲撑船，船就被水冲下来，所以断断续续修行不好。第二种是没有心念耳闻，耳朵没有在听，而是一面念咒，一面打妄想：“这个事怎么办？那个事怎么解决？”这就是不如法，妄心就斩不断，斩不断怎么打得开本来呢？怎么见得到本性呢？第三种重要原因是下坐时不观照，忘记掉了。在坐上修法勤勤恳恳，下坐后随妄念转，跟着境界跑，等于一曝十寒，功夫很难做上。尤其是现在这个动荡的时期，比如大家都做股票，心思都到股票上去了，“唉呀，我买的股票赚钱了吧，涨价了吧，跌价了吧，折本了吧。”颠颠倒倒地妄想，不观照。用功需时时观照，念头一起就看见，不要跟着跑，要了了觉知这能说、能见、能闻的是我的本性，不为境转才行。这些缺点不改进不能见道。</w:t>
      </w:r>
    </w:p>
    <w:p>
      <w:pPr>
        <w:spacing w:before="0" w:after="80" w:line="259" w:lineRule="auto"/>
        <w:ind w:firstLine="360"/>
      </w:pPr>
      <w:r>
        <w:rPr>
          <w:rFonts w:ascii="Noto Serif CJK SC" w:hAnsi="Noto Serif CJK SC" w:eastAsia="Noto Serif CJK SC"/>
        </w:rPr>
        <w:t>心地法门</w:t>
      </w:r>
    </w:p>
    <w:p>
      <w:pPr>
        <w:spacing w:before="0" w:after="80" w:line="259" w:lineRule="auto"/>
        <w:ind w:firstLine="360"/>
      </w:pPr>
      <w:r>
        <w:rPr>
          <w:rFonts w:ascii="Noto Serif CJK SC" w:hAnsi="Noto Serif CJK SC" w:eastAsia="Noto Serif CJK SC"/>
        </w:rPr>
        <w:t>修心中心法，上座时用金刚持的方法，嘴唇微动持咒不出声。出声念咒伤气，默念伤血。我们修法首先要注意身体，不能把身体弄坏，所以打坐、修行要把身体保护好。但是坐到种子翻腾、心里烦乱，坐也坐不住的时候，或是坐到昏然入睡，乱梦当前时，就要出声念咒，把那些混乱的妄念和睡魔除掉才能入定。没有到这种情况的时候，还是用金刚持的方法持咒。持咒的快慢是每分钟十至十二次。念的时候，要心念耳闻，就是一个字一个字的从心里过，不是有口无心的去念，要用耳朵聆听这从心里发出来的咒音，听得清清爽爽，这样才能将妄念摄住不动而渐渐入定。我们的六根，眼、耳、鼻、舌、身、意，其中的意根好比猴子一样乱动惯了，你要它安静不动不起妄念很难，但不把它摄住不动就不能入定、开慧成道，因之大势至菩萨教我们念佛须“都摄六根，净念相继。”就是念佛时要至诚恳切地以“阿弥陀佛”这句圣号把眼耳鼻舌身意都抓住，叫它不要动，才能安然入定。这六根当中，以意、耳二根最难摄。眼晴闭上不看东西就能摄住眼根，嘴持咒就能摄住舌根（舌头），鼻子不闻异味就能摄住鼻根，身体不接触外境就能摄住身根。但是人的耳朵最灵敏，很远很远的声音都能听见，隔着一座大山的声音也听得见，外面噪音会吵得你心烦。至于意根，更难摄住，不要它动，意念会不由自主地从心里跳出来。为什么呢？这是多生累劫的习气，动惯了，不动不行。这在佛经中叫“作意”。也是法相宗所说的五个遍行心所，意、触、受、想、思的第一个心所，它存在于八识当中，时时刻刻在蠢动，像流水一样不停地流，所以叫流住生灭，微细得很，只是我们平时看不见。有人说，“我们不修法不打坐没有念头，一修法打坐倒有念头了，</w:t>
      </w:r>
    </w:p>
    <w:p>
      <w:pPr>
        <w:spacing w:before="0" w:after="80" w:line="259" w:lineRule="auto"/>
        <w:ind w:firstLine="360"/>
      </w:pPr>
      <w:r>
        <w:rPr>
          <w:rFonts w:ascii="Noto Serif CJK SC" w:hAnsi="Noto Serif CJK SC" w:eastAsia="Noto Serif CJK SC"/>
        </w:rPr>
        <w:t>是不是修法修坏了，才有念头？”不是。这是因为平时心乱，看不见</w:t>
      </w:r>
    </w:p>
    <w:p>
      <w:pPr>
        <w:spacing w:before="0" w:after="80" w:line="259" w:lineRule="auto"/>
        <w:ind w:firstLine="360"/>
      </w:pPr>
      <w:r>
        <w:rPr>
          <w:rFonts w:ascii="Noto Serif CJK SC" w:hAnsi="Noto Serif CJK SC" w:eastAsia="Noto Serif CJK SC"/>
        </w:rPr>
        <w:t>念头在乱动，等到你心里稍微静下来后，就看见念头在动了。这怎么办呢？怎么将妄念息下来呢？唯一的办法就是用耳根来摄意根。用耳根静听念佛的声音把妄念摄住，因为心无二用，一心听念佛，专注在佛号上，妄念就自然不动了。所以念佛要专注在“南无阿弥陀佛”六字或“阿弥陀佛”四字上，一个字一个字地听得清清楚楚，才能把妄念摄住不动。同样，持咒也需要一字一字从心里过，耳朵听得清清楚楚，才能如法。所以打坐的要旨就是“心念耳闻”，摄住妄念不动而入定。不然你坐在这里，嘴里念咒或佛号，脑子里面却七想八</w:t>
      </w:r>
    </w:p>
    <w:p>
      <w:pPr>
        <w:spacing w:before="0" w:after="80" w:line="259" w:lineRule="auto"/>
        <w:ind w:firstLine="360"/>
      </w:pPr>
      <w:r>
        <w:rPr>
          <w:rFonts w:ascii="Noto Serif CJK SC" w:hAnsi="Noto Serif CJK SC" w:eastAsia="Noto Serif CJK SC"/>
        </w:rPr>
        <w:t>想，那就不能入定。一定要心念耳闻，死心塌地的打坐。但是，最重要的还是在“心空”。修行为的是跳出三界外，不在五行中，所以一切都要放下，才能入道。在家人比出家人多一重障碍，有家庭、烦恼多，驴事未去，马事又来，事情多得不得了。所以，我们时时要警惕，看破这些事相都是假的，不可得，心里不恋着它，粗妄才可不起。接下来精勤用功打坐持咒，细妄又不免来侵袭，这是多生历劫的患习，动惯了，一下子停不下来，但不要怕它。念头跳出来你能看见，不理睬它，妄念自然化去。念头来了你看不见，那你就跟着念头跑了，这就不能入定了。打坐的时候最要紧的就是一切放下，心里要清清楚楚，念头一来就看到它，不睬它，也不要讨厌它、压制它，讨厌的本身就是一种妄心。压制也不行，压是压不死的，比如搬石头压草，石头拿掉之后，草又生起来了，这是不行的。纵或压死了，倒变成土木金石，不能起用了。所以要用活泼泼的转化法，不能用压制法。念头来了，只不睬它，把咒提起来，妄念自然转化掉。如此精进修法打坐，修到一心不乱时，咒也就自然化脱提不起来了。这是什么缘故呢？因为我们持咒的心还是妄心，有能有所，即有能念之心与所念之咒。（念佛也是如此，有能念之心与所念之佛），能所相对，即是妄心。相对的都是虚假的，不是真实的，真实之心是绝对而无相的，凡是有相的东西都是虚幻的。假如我们真的持到一心不乱时，一切相对虚幻的东西就都脱落化为乌有了。这时身、心和世界就统统空掉，虚空也粉碎，其实不虚的天真本性才会全体显露出来。</w:t>
      </w:r>
    </w:p>
    <w:p>
      <w:pPr>
        <w:spacing w:before="0" w:after="80" w:line="259" w:lineRule="auto"/>
        <w:ind w:firstLine="360"/>
      </w:pPr>
      <w:r>
        <w:rPr>
          <w:rFonts w:ascii="Noto Serif CJK SC" w:hAnsi="Noto Serif CJK SC" w:eastAsia="Noto Serif CJK SC"/>
        </w:rPr>
        <w:t>经过灌顶修心中心法，有一个拉肚子的过程，这不要怕，这是法</w:t>
      </w:r>
    </w:p>
    <w:p>
      <w:pPr>
        <w:spacing w:before="0" w:after="80" w:line="259" w:lineRule="auto"/>
        <w:ind w:firstLine="360"/>
      </w:pPr>
      <w:r>
        <w:rPr>
          <w:rFonts w:ascii="Noto Serif CJK SC" w:hAnsi="Noto Serif CJK SC" w:eastAsia="Noto Serif CJK SC"/>
        </w:rPr>
        <w:t>的力量产生作用的缘故。这个法有极大的加持力量，叫你把污秽、垢染、习障都从大便排掉，换一换肚皮，这是好事，所以不要怕。理悟还得亲证修法一段时间后，看禅宗的东西，有点理解了，那是理上的悟道，文字理解没有多大用处。因为没有亲证，定力不够，道理虽然明</w:t>
      </w:r>
    </w:p>
    <w:p>
      <w:pPr>
        <w:spacing w:before="0" w:after="80" w:line="259" w:lineRule="auto"/>
        <w:ind w:firstLine="360"/>
      </w:pPr>
      <w:r>
        <w:rPr>
          <w:rFonts w:ascii="Noto Serif CJK SC" w:hAnsi="Noto Serif CJK SC" w:eastAsia="Noto Serif CJK SC"/>
        </w:rPr>
        <w:t>白一些，但是事情来了就挡不住了。所以解悟不能了生死，一定要</w:t>
      </w:r>
    </w:p>
    <w:p>
      <w:pPr>
        <w:spacing w:before="0" w:after="80" w:line="259" w:lineRule="auto"/>
        <w:ind w:firstLine="360"/>
      </w:pPr>
      <w:r>
        <w:rPr>
          <w:rFonts w:ascii="Noto Serif CJK SC" w:hAnsi="Noto Serif CJK SC" w:eastAsia="Noto Serif CJK SC"/>
        </w:rPr>
        <w:t>证悟，亲自见到本性才有力量。见到当然不是眼睛见到，而是心地法眼亲证本性，本性是没有相的，眼睛只能见有相的东西，那时候</w:t>
      </w:r>
    </w:p>
    <w:p>
      <w:pPr>
        <w:spacing w:before="0" w:after="80" w:line="259" w:lineRule="auto"/>
        <w:ind w:firstLine="360"/>
      </w:pPr>
      <w:r>
        <w:rPr>
          <w:rFonts w:ascii="Noto Serif CJK SC" w:hAnsi="Noto Serif CJK SC" w:eastAsia="Noto Serif CJK SC"/>
        </w:rPr>
        <w:t>你人也没有了，还有什么眼睛？还有什么看见？法身虽无相可见，但不是断灭空，它是真实的大功能、大能量，世界上举凡一切事相、境界都是它显现、变幻的，比如电，眼不能见，但离开它，世界就不能运转。又如“海水中盐味”，海水人能看见，海水里的盐味就看不见，但它确实有呀！我们用功到身心、世界都化空，便时到神知，心领神会而见道了，所以叫做心地法眼可以见道。见道了是不是就成功了呢？很多人以为这样子就成功了，不是的，没有成功，还差得远哩！刚打开宝藏见到一点影子，仅是法身边事，不相干，生死犹不能了，还须努力向前，除尽恶习才是了手时。基于此点，净土宗人常常说禅宗不好——纵然明心见性，生死也不能了，还不如净土宗念佛稳妥，生到西方极乐世界了生死的好。刚刚明心见性的时候只是初悟，破本参，才跨过第一道门坎，妄习犹在，生死不能了。须勤于保护，历境练心，把多生历劫执着的妄习消灭光，真正做到与《金刚经》所说“凡所有相，皆是虚妄”相应，处顺境而不喜，遇逆境而不恼，丝毫无动于衷，才能了思惑而了分段生死。《金刚经》说“过去、现在、未来心皆不可得。”心既不可得，还动什么？真见性的人只有这个觉性，其它一切都不可得，还须更向上，觉性与不可得也不住才为真了。若见境生心，随念而转，就不是见性开悟的人。罗汉之所以有四果之分，也是在是否生心动念上划分的。初果罗汉在山林里，清净无染，但是，到城市里就不免眼花缭乱思念纷起了，这就是思惑末了之故。思惑者，对境生心，迷于事相之思想也，就是对幻境惑当真实，产生占有之妄想也。在打坐的过程当中，有很多现象出现，如美好的佛、菩萨光明等善相，或丑恶的魇相，都不要理睬它。有相的东西都是假的，一着相，就容易着魔。还有，当你从有相过渡到无相的时候要起一些娈</w:t>
      </w:r>
    </w:p>
    <w:p>
      <w:pPr>
        <w:spacing w:before="0" w:after="80" w:line="259" w:lineRule="auto"/>
        <w:ind w:firstLine="360"/>
      </w:pPr>
      <w:r>
        <w:rPr>
          <w:rFonts w:ascii="Noto Serif CJK SC" w:hAnsi="Noto Serif CJK SC" w:eastAsia="Noto Serif CJK SC"/>
        </w:rPr>
        <w:t>化。如身体没有了，或手脚和头没有了等等，都不可管他。更或气要</w:t>
      </w:r>
    </w:p>
    <w:p>
      <w:pPr>
        <w:spacing w:before="0" w:after="80" w:line="259" w:lineRule="auto"/>
        <w:ind w:firstLine="360"/>
      </w:pPr>
      <w:r>
        <w:rPr>
          <w:rFonts w:ascii="Noto Serif CJK SC" w:hAnsi="Noto Serif CJK SC" w:eastAsia="Noto Serif CJK SC"/>
        </w:rPr>
        <w:t>断了、头要爆炸了，也毋须惊怖，这是身心将脱落的前奏。一害怕、一惊觉，即前功尽弃而出定了。等到火候到时一下子大爆炸，内而身、心，外而世界一起消殒，虚空也粉碎，本性即现前。不过你不能着相求这个爆炸，一着相即被妄念所遮，非但不能爆炸，连空也入不了。密宗就有这个好处，常常得佛菩萨的加被，以外界的爆炸声引起内心的爆炸。但是千万不能要求，想象它什么时间来，更不能将心等它或迎它来。打坐定境中的一切形象都不能理睬，须置之不</w:t>
      </w:r>
    </w:p>
    <w:p>
      <w:pPr>
        <w:spacing w:before="0" w:after="80" w:line="259" w:lineRule="auto"/>
        <w:ind w:firstLine="360"/>
      </w:pPr>
      <w:r>
        <w:rPr>
          <w:rFonts w:ascii="Noto Serif CJK SC" w:hAnsi="Noto Serif CJK SC" w:eastAsia="Noto Serif CJK SC"/>
        </w:rPr>
        <w:t>理。《金刚经》的警句须牢牢记住：“凡所有相，皆是虚妄。”一切色相都是假的，不睬它就没事。一理睬执着它，就有着魔之虞。二果罗汉，前念才动，后念就觉，虽然能不住相而于觉后归家稳坐，但是念有起灭，还是有生有灭。所以还要有三番生天落地的生死，然后才能了分段生死。因此，打开本来之人并不是大事完结，还要好好地勤除习气，进入三果罗汉达遇事不动心的阶段，更向上进入无为之境，达到阿毗跋致（不退转）的地步，才为初步了手。有思想、有妄情、有造作都是有为。修行从初地、二地、三地……到七地都是有为，入八地才是无为。七地虽然已证到无为了，但是还有个无为在，还有个无为的影子，还是不干净。到八地，无为的影子才取消。所以，我们每个人要衡量一下自己，看看是否对境心一点都不动，平时如还有妄心起伏，那就不行，在境界当中，若着境更不行。一切时、一切处心空如洗，能够随缘起用，不执着，真空妙有、妙有真空的运用那才是真开悟。念起不随除了打坐之外，最重要的是平时用功。时时看着自己，念头一起就看见，不跟着跑。念头起了看不见，跑了一大段才觉得，才知道，那就不行。禅宗说：不怕念起，只怕觉迟。念头起了不怕，只怕你不知道，跟着念头跑，就是生死；跟着念头跑了一大段才知道，就是已死去多时了，也就证明你将来生死不能了。假若我们能作到前念起，后念觉，不跟念头跑，就能受生自在了。受生自在不是已了生死，还有生死在，不过在生死当头能够自己作主，要到哪里就到哪里，不受业障牵连，随业受报了。功夫程度第一步：念起不随做功夫的第一步：念起不随。能作到念起不随就能于生死当中做得主，不为业牵，得大自在。第二步：亲证无为一切事情尽管来，我心不动。这是真正随顺，而不是压住它不动。压住它不动是不行的。要尽管应酬各种事情，随顺一切事缘，没</w:t>
      </w:r>
    </w:p>
    <w:p>
      <w:pPr>
        <w:spacing w:before="0" w:after="80" w:line="259" w:lineRule="auto"/>
        <w:ind w:firstLine="360"/>
      </w:pPr>
      <w:r>
        <w:rPr>
          <w:rFonts w:ascii="Noto Serif CJK SC" w:hAnsi="Noto Serif CJK SC" w:eastAsia="Noto Serif CJK SC"/>
        </w:rPr>
        <w:t>有什么好的，没有什么坏的差别感，好的不喜，坏的不厌，这样我们的心才能平静，而达到平等无为之境。作到这个地步就能变化自在了，分段生死就能变化自在了，分段生死也就了了。第一步是在生死当中得自在，第二步是变化自在，能变粗为细，变短为长，到达第八地菩萨的位次，能显现三种意生身。第三步：微细流注消灭微细流注就是上面讲的作意。作意在八识心田里流动，你平时看也看不见，深入金刚普陀大定，才能见到而消灭它。到这一步，微细流注都消灭光后，能显现百千万亿化身，度百千万亿众生。这时候才真到家，不是一开悟就好了，差得远，所以，还要好好的用功。没有菩提心是不能成道的。什么叫菩提心呢？简单讲解就是“上求下化”，上求佛道，下化众生。我们修法是为了下化众生，而不是为了自了。今天大家能得这个法其是无上的福报。因为修禅需要几十年尽</w:t>
      </w:r>
    </w:p>
    <w:p>
      <w:pPr>
        <w:spacing w:before="0" w:after="80" w:line="259" w:lineRule="auto"/>
        <w:ind w:firstLine="360"/>
      </w:pPr>
      <w:r>
        <w:rPr>
          <w:rFonts w:ascii="Noto Serif CJK SC" w:hAnsi="Noto Serif CJK SC" w:eastAsia="Noto Serif CJK SC"/>
        </w:rPr>
        <w:t>心参究才能打开本来。现在一天到晚的参禅，时间不允许。依靠心</w:t>
      </w:r>
    </w:p>
    <w:p>
      <w:pPr>
        <w:spacing w:before="0" w:after="80" w:line="259" w:lineRule="auto"/>
        <w:ind w:firstLine="360"/>
      </w:pPr>
      <w:r>
        <w:rPr>
          <w:rFonts w:ascii="Noto Serif CJK SC" w:hAnsi="Noto Serif CJK SC" w:eastAsia="Noto Serif CJK SC"/>
        </w:rPr>
        <w:t>中心法，假佛力加持就方便快速多了，参禅自力修行等于用两只脚走路，修心中心法得佛力加持等于乘车子、乘飞机，所以二者有时速上的不同。你们得到这个法须珍惜、慎重、爱护，更要连续不断地精勤修行，不能今天修修，明天停停，那决定不能成就，心中心法更妙在融万法于一炉。释迦佛讲，修心中心结第四印能生西方净土，更能十方净土随愿往生，就是净土宗；打开本来见到本性，就是禅</w:t>
      </w:r>
    </w:p>
    <w:p>
      <w:pPr>
        <w:spacing w:before="0" w:after="80" w:line="259" w:lineRule="auto"/>
        <w:ind w:firstLine="360"/>
      </w:pPr>
      <w:r>
        <w:rPr>
          <w:rFonts w:ascii="Noto Serif CJK SC" w:hAnsi="Noto Serif CJK SC" w:eastAsia="Noto Serif CJK SC"/>
        </w:rPr>
        <w:t>宗；证到最后，心通十方世界，十方世界在我心中圆，诸佛在我心</w:t>
      </w:r>
    </w:p>
    <w:p>
      <w:pPr>
        <w:spacing w:before="0" w:after="80" w:line="259" w:lineRule="auto"/>
        <w:ind w:firstLine="360"/>
      </w:pPr>
      <w:r>
        <w:rPr>
          <w:rFonts w:ascii="Noto Serif CJK SC" w:hAnsi="Noto Serif CJK SC" w:eastAsia="Noto Serif CJK SC"/>
        </w:rPr>
        <w:t>中，我在诸佛心中，光光互摄重重无尽彼此交参无碍，这就是华严宗。所以，我们说心密一宗包括诸宗无余，实非过语。此法得之不易，务请大家好好用功，坚持打坐、观照，切勿等闲视之，更重要的还是在座下用功，不是坐两个小时算数，可以放野马，乱来了。还须于行、坐、住、卧处时时不忘观照，才能与大道相应。修行的六个要点第一、一切放下，死心塌地。恋着世间事物放不下，有什么用呢？这世界上的事事物物都是因缘合成，无有实体，犹如过眼云烟，虚而不实，求不得，拿不走。</w:t>
      </w:r>
    </w:p>
    <w:p>
      <w:pPr>
        <w:spacing w:before="0" w:after="80" w:line="259" w:lineRule="auto"/>
        <w:ind w:firstLine="360"/>
      </w:pPr>
      <w:r>
        <w:rPr>
          <w:rFonts w:ascii="Noto Serif CJK SC" w:hAnsi="Noto Serif CJK SC" w:eastAsia="Noto Serif CJK SC"/>
        </w:rPr>
        <w:t>即连各位自己的身体也是假有，留不住，不可得，身外的东西就可想而知了。所以认事物为真、抓牢不放，是不值达者一笑的愚痴之事，学佛修道是大智大慧的大丈夫的事业，不是小根小慧的人所能胜任的。要成道第一，要看破一切。死心塌地的打坐，才能入定开</w:t>
      </w:r>
    </w:p>
    <w:p>
      <w:pPr>
        <w:spacing w:before="0" w:after="80" w:line="259" w:lineRule="auto"/>
        <w:ind w:firstLine="360"/>
      </w:pPr>
      <w:r>
        <w:rPr>
          <w:rFonts w:ascii="Noto Serif CJK SC" w:hAnsi="Noto Serif CJK SC" w:eastAsia="Noto Serif CJK SC"/>
        </w:rPr>
        <w:t>悟，假加在座上想这样、想那样，妄念纷飞地乱想那就完了，一定要</w:t>
      </w:r>
    </w:p>
    <w:p>
      <w:pPr>
        <w:spacing w:before="0" w:after="80" w:line="259" w:lineRule="auto"/>
        <w:ind w:firstLine="360"/>
      </w:pPr>
      <w:r>
        <w:rPr>
          <w:rFonts w:ascii="Noto Serif CJK SC" w:hAnsi="Noto Serif CJK SC" w:eastAsia="Noto Serif CJK SC"/>
        </w:rPr>
        <w:t>一切放下，像个死人一样才行。第二、打坐持咒，心念耳闻。这是修心密的要诀，对入定开悟，关系非常重大，所以再三提示大家，要毫无折扣地照之实行。人的妄念动惯了，不专心致志的倾听持咒的心声，把意根摄住，妄念息不下来，妄念不息何能入定、开悟？所以必须心念耳闻，一个字一个字从心里念出来，耳朵听得清清楚楚，才能摄住意根不起妄念，而渐渐入定。第三、念起即觉，不压不随。念头来时，要能看见，如果看不见就跟着它跑了，一跟念跑，就妄念纷飞不能入定了，所以要念起即觉，既不随之流浪，也不压制不起，只不理睬它，提起正念，一心持咒，妄念自然化去而安然入定。第四、按时上座，不急不缓。每天按时上座，养成习惯就容易入定，最好早上打坐，凌晨更好。坐时不要急于入定，心情平和地以一种平常心安然入座，不急不缓地从容持咒，既不要求入定开悟，更不妄求神通。以要求入定、开悟、发神通等的一念即是妄心，此心一起，即障自悟门，非但不得开悟，而且不能入定。第五、下座观照，绵绵密密。把打坐中的静定功夫推广到日常动用中去，在行、住、坐、卧当中冷冷自用，绵绵密密地观照，一切无住，既不让境界拉着跑，也不随妄念流浪。第六、心量广大，容纳一切。修道人心量不能小，要宽宏大量地容纳一切，纵然宽宏大量地容纳一切，纵然别人对我不好，我对他还要更好，没有丝毫爱、恶、喜、厌的观念。随缘随份地做一切善事，时时处处潇洒自在，没有患得患失之心，亦无毁誉成败之念，这就是最大的神通。记住这六点，照之修行，绝定能打开本来，亲证佛性，做好这六点，丝毫不懈，保证能圆证菩提，得大成就！</w:t>
      </w:r>
    </w:p>
    <w:p>
      <w:pPr>
        <w:pStyle w:val="Heading2"/>
      </w:pPr>
      <w:r>
        <w:rPr>
          <w:rFonts w:ascii="Noto Serif CJK SC" w:hAnsi="Noto Serif CJK SC" w:eastAsia="Noto Serif CJK SC"/>
        </w:rPr>
        <w:t>4. 禅海微澜（含“主人公在什么处”与“物我不二”）/ Full Chinese Source Text</w:t>
      </w:r>
    </w:p>
    <w:p>
      <w:pPr>
        <w:spacing w:before="0" w:after="80" w:line="259" w:lineRule="auto"/>
        <w:ind w:firstLine="360"/>
      </w:pPr>
      <w:r>
        <w:rPr>
          <w:rFonts w:ascii="Noto Serif CJK SC" w:hAnsi="Noto Serif CJK SC" w:eastAsia="Noto Serif CJK SC"/>
        </w:rPr>
        <w:t>Status: full source article body included; target subsections included within full 禅海微澜</w:t>
      </w:r>
    </w:p>
    <w:p>
      <w:pPr>
        <w:spacing w:before="0" w:after="80" w:line="259" w:lineRule="auto"/>
        <w:ind w:firstLine="360"/>
      </w:pPr>
      <w:r>
        <w:rPr>
          <w:rFonts w:ascii="Noto Serif CJK SC" w:hAnsi="Noto Serif CJK SC" w:eastAsia="Noto Serif CJK SC"/>
        </w:rPr>
        <w:t>Source: XinMiWenJi.pdf, pages 791-928 of extracted PDF text. This includes the “高峰、主人公在什么处” and “物我不二” bodies, plus surrounding 禅海微澜 source material.</w:t>
      </w:r>
    </w:p>
    <w:p>
      <w:pPr>
        <w:spacing w:before="0" w:after="80" w:line="259" w:lineRule="auto"/>
        <w:ind w:firstLine="360"/>
      </w:pPr>
      <w:r>
        <w:rPr>
          <w:rFonts w:ascii="Noto Serif CJK SC" w:hAnsi="Noto Serif CJK SC" w:eastAsia="Noto Serif CJK SC"/>
        </w:rPr>
        <w:t>载于《禅》刊一九九三年第三期、一九九四年第一至四期、一九九五年第三期高峰、主人公在什么处高峰妙禅师初参断桥伦和尚，令参“生从何来，死从何去”话。即日夜不懈，不眠不休。后参雪岩钦和尚，钦问：“阿谁与你拖个死尸来？”师未及答话，即被打出。如是不知经过几多次，师非但毫无怨忿之意，却更虔诚参叩。（这在今人不用说经过多次棒打，即稍为语重一点，即心怀不满，把脚底板给你看了。于此可见古人用功多么恳切诚笃！这样精诚专一的用功，哪得不开悟、证道？！吾等后辈小子对之能不惭惶愧汗而奋起精进乎？）师于参话次，偶于梦中忆断桥伦室中所举“万法归一，一归何处”话，疑情顿发，三昼夜目不交睫。（参禅贵起疑情，疑情一发，笼罩全身，凝作一团，好消息即将至矣。）一日适逢达摩祖师忌辰，随众往诣三塔讽经，偶抬头，睹壁间五祖演和尚。（临济宗杨歧会一支白云端和尚嗣，圆悟勤和尚之师。）遗像赞云：“百年三万六千朝，反复原来是这汉。”蓦然省悟，打破拖死尸话头。悟后，诣南明，再谒钦和尚。钦一见便问：“阿谁与你拖个死尸到这里来？”师便喝！（悟后气概便不凡。）钦拈棒，（再勘过。）师把住云：“今日打我不得。”（的是可儿。）钦曰：“为什么打不得？”（苍天苍天，放过一着。）师拂袖便出。（赖有这一着。）翌日，钦问：“万法归一，一归何处？”（天下慈父心。）师曰：“狗舔热油铛。”（也知你欲进不能，欲退不得。）钦曰：“那里学这虚头来？”（你问阿谁？由和尚钝置来。）师云：“正要和尚疑着。”（得理不让人。）钦休去。（奈何伊不得，只索饮气吞声。）自是机锋不让。（天上天下，唯吾独尊。）一日，钦作寻常问话云：“日间浩浩时还作得主么？”（垂钓千尺意在金鳞；好肉上挖疮作么？）师曰：“作得主。”（将谓将谓，原来</w:t>
      </w:r>
    </w:p>
    <w:p>
      <w:pPr>
        <w:spacing w:before="0" w:after="80" w:line="259" w:lineRule="auto"/>
        <w:ind w:firstLine="360"/>
      </w:pPr>
      <w:r>
        <w:rPr>
          <w:rFonts w:ascii="Noto Serif CJK SC" w:hAnsi="Noto Serif CJK SC" w:eastAsia="Noto Serif CJK SC"/>
        </w:rPr>
        <w:t>原来。果然失却定盘星。）钦进问云：“睡梦中作得主么？”（雪上加霜，再犯不容！）师答云：“作得主。”（犹自不惺惺，脚跟下泥深多少！）钦更问云：“正睡着时，无梦无想，无见无闻，主人公正在什么处？”（请问和尚。不妨更加一槌！岂在别处。）师无语。（古佛过去久矣；早纳败阙了也。）钦嘱曰：“从今日始，也不要你学佛学法，也不要你穷古穷今，但只饥来吃饭，困来眠，才眠觉来，却抖擞精神，问我这一觉主人公在什么处安身立命？”（莫瞒人家男女好；“活”马权作“死”马医。）师乃奋志参究。自誓：拼一生做个粥饭僧，决要这着子明白。（不愧须眉，好男儿岂甘与草木同腐！）一日午睡，同宿友僧莽撞，推师枕落地，扑通一声，师乃大彻。（已迟八刻！这僧莫非大悲菩萨现身么？）（注：括号内系本文作者的著语。）我们读了这则公案，除了由衷地崇敬赞仰高峰祖师精诚不懈的参究精神与深彻的悟境外，同时也获得了下述的珍贵启示：</w:t>
      </w:r>
    </w:p>
    <w:p>
      <w:pPr>
        <w:spacing w:before="0" w:after="80" w:line="259" w:lineRule="auto"/>
        <w:ind w:firstLine="360"/>
      </w:pPr>
      <w:r>
        <w:rPr>
          <w:rFonts w:ascii="Noto Serif CJK SC" w:hAnsi="Noto Serif CJK SC" w:eastAsia="Noto Serif CJK SC"/>
        </w:rPr>
        <w:t>第一、如果我们真要超轮回，了生死，参禅必须放舍一切，死心</w:t>
      </w:r>
    </w:p>
    <w:p>
      <w:pPr>
        <w:spacing w:before="0" w:after="80" w:line="259" w:lineRule="auto"/>
        <w:ind w:firstLine="360"/>
      </w:pPr>
      <w:r>
        <w:rPr>
          <w:rFonts w:ascii="Noto Serif CJK SC" w:hAnsi="Noto Serif CJK SC" w:eastAsia="Noto Serif CJK SC"/>
        </w:rPr>
        <w:t>塌地抱定一则无义味话头，朝于斯，夕于斯，流离于斯，颠沛于斯，孜孜兀兀地日夜参究，方能打开本来，亲证实相。绝不是懂得一些</w:t>
      </w:r>
    </w:p>
    <w:p>
      <w:pPr>
        <w:spacing w:before="0" w:after="80" w:line="259" w:lineRule="auto"/>
        <w:ind w:firstLine="360"/>
      </w:pPr>
      <w:r>
        <w:rPr>
          <w:rFonts w:ascii="Noto Serif CJK SC" w:hAnsi="Noto Serif CJK SC" w:eastAsia="Noto Serif CJK SC"/>
        </w:rPr>
        <w:t>文字义理，会打两句机锋，下得几句转语或舞文弄墨地写得几首偈</w:t>
      </w:r>
    </w:p>
    <w:p>
      <w:pPr>
        <w:spacing w:before="0" w:after="80" w:line="259" w:lineRule="auto"/>
        <w:ind w:firstLine="360"/>
      </w:pPr>
      <w:r>
        <w:rPr>
          <w:rFonts w:ascii="Noto Serif CJK SC" w:hAnsi="Noto Serif CJK SC" w:eastAsia="Noto Serif CJK SC"/>
        </w:rPr>
        <w:t>颂，就作为开悟的；更不是在色身强健，生活优裕时，过得轻松愉快，安祥自在，即是开悟。第二、参禅必须起疑情。以疑情生起，方能遮断妄念，蕴集爆发力。一旦时节因缘到来，如火药碰到火星，顿时爆炸，当下打开玄关、识锁，亲见本真。否则，妄念不断，无力爆发，徒丧光阴。故古德云：“大疑大悟，小疑小悟，不疑不悟。”非虚语也。第三、说得口头禅与舞文弄墨的禅客，虽然一时看起来也不无禅味，但这只是暂时的假相，他们心中并非清空廓彻，眼前总有个物在；即使勉强静心打坐，心中也隐隐地有个物在，光明始终不得透脱，如何能消融身、心、世界，而亲证本来！既未亲证本来，又如何能息却猿心意马而得泰然大定？所以一旦逆境来临，平时说的那种安祥愉悦的心情，便不知飞向何处去了。这种人不要说于睡梦中作不得主，便是于白天寻常日用中也作不得主；不要说于较难觉察的顺境中不能做到泰然不动，无有丝毫移易；即是较易知晓的逆境来时，也不能不随境流转而忿怒怨懑。尤</w:t>
      </w:r>
    </w:p>
    <w:p>
      <w:pPr>
        <w:spacing w:before="0" w:after="80" w:line="259" w:lineRule="auto"/>
        <w:ind w:firstLine="360"/>
      </w:pPr>
      <w:r>
        <w:rPr>
          <w:rFonts w:ascii="Noto Serif CJK SC" w:hAnsi="Noto Serif CJK SC" w:eastAsia="Noto Serif CJK SC"/>
        </w:rPr>
        <w:t>高峰、主人公在什么处</w:t>
      </w:r>
    </w:p>
    <w:p>
      <w:pPr>
        <w:spacing w:before="0" w:after="80" w:line="259" w:lineRule="auto"/>
        <w:ind w:firstLine="360"/>
      </w:pPr>
      <w:r>
        <w:rPr>
          <w:rFonts w:ascii="Noto Serif CJK SC" w:hAnsi="Noto Serif CJK SC" w:eastAsia="Noto Serif CJK SC"/>
        </w:rPr>
        <w:t>开示悟入佛知见</w:t>
      </w:r>
    </w:p>
    <w:p>
      <w:pPr>
        <w:spacing w:before="0" w:after="80" w:line="259" w:lineRule="auto"/>
        <w:ind w:firstLine="360"/>
      </w:pPr>
      <w:r>
        <w:rPr>
          <w:rFonts w:ascii="Noto Serif CJK SC" w:hAnsi="Noto Serif CJK SC" w:eastAsia="Noto Serif CJK SC"/>
        </w:rPr>
        <w:t>物我不二眼处闻声始得知直指与参话头大机大用其当病魔来侵时，更是无法抵御而痛苦呻吟，万般无奈。大慧杲禅师呵斥此等禅客如药水汞，遇火即飞，不得真实受用，又如何能了生死、出轮回？故告诫我等后辈参禅务必真参实究，不可在言句义理边讨消息也。第四、高峰禅师的前两答“作得主”确是好功夫。是我辈后学做功夫的典范与榜样。我们学佛修道，就是为了在生死岸头做得主，不为业障所牵累而沉沦苦海。要做到这一点，就须于生时首先在白天日常动用中作得主，不为顺逆境缘所迁移，不为喜怒哀乐之妄情转换，而后方能于睡梦中作得主。假如这一点也做不到，还说什么了生死呢？因为生死的根源，就是妄念不息，随境攀缘呀！就现阶段的用功人说来，白天能作主、不为境缘所牵已是不易，何况更须于睡梦中作得主呢？睡梦是半昏迷，死时四大分散是大昏</w:t>
      </w:r>
    </w:p>
    <w:p>
      <w:pPr>
        <w:spacing w:before="0" w:after="80" w:line="259" w:lineRule="auto"/>
        <w:ind w:firstLine="360"/>
      </w:pPr>
      <w:r>
        <w:rPr>
          <w:rFonts w:ascii="Noto Serif CJK SC" w:hAnsi="Noto Serif CJK SC" w:eastAsia="Noto Serif CJK SC"/>
        </w:rPr>
        <w:t>迷。假如半昏迷作不得主，大昏迷如何能作主而了生死呢？所以修</w:t>
      </w:r>
    </w:p>
    <w:p>
      <w:pPr>
        <w:spacing w:before="0" w:after="80" w:line="259" w:lineRule="auto"/>
        <w:ind w:firstLine="360"/>
      </w:pPr>
      <w:r>
        <w:rPr>
          <w:rFonts w:ascii="Noto Serif CJK SC" w:hAnsi="Noto Serif CJK SC" w:eastAsia="Noto Serif CJK SC"/>
        </w:rPr>
        <w:t>心了道，出生死轮回，必先于睡梦中作得主。但是任你慷慨豪放、意气风发之士，白天纵能于顺逆境缘上既无牵挂也无嗔爱，但于睡梦中往往情不自禁地为梦魔所摄而随之流转。今高峰禅师能于睡梦中作得主，不为梦魔所牵，这是何等定功！不经出几番大汗的苦苦参究，何能致此？！修心人功夫做到这步田地，确是不易！我等如何能不钦仰赞叹！反观现在做功夫的人，大都不肯脚踏实地地孜孜参究，而是避重就轻地在文字义理上作道理会，或是向他人口边讨消息。领会得一些相似的道理后，便舞文弄墨地写文章，作偈颂，下转语，以为彻悟证道了。其实这只是食他人的残羹馊饭，非干己事，于生死岸头丝毫作不得主。出言吐语，写文作颂，要从自己胸襟中流露出来，方能盖天盖地。有些人做功夫时，偶尔得了一点定境，例如：色身长大、飞空，呼吸中断，进入胎息状态，或是发了某种神通，便认为已经证道成圣了。其实这仅是禅定中显现的一些幻境，离证道还远在。在禅定中任何境界都不能着，一着便停滞不前，尤其是发了某些神通，更不能沾沾自喜，以为有得；一有得意，非但不能证道，入魔大有份在！《楞严经》说的五十种阴魔，就是说这种虚幻过程，是障道的阴魔，修道人千万不能着，以免误入歧途而堕魔道。有些狂妄人引用《心经》与《金刚经》的话说，“色即是空，空即是色”、“凡所有相，皆是虚妄”。一切境相既皆虚幻不实、不可得，那么</w:t>
      </w:r>
    </w:p>
    <w:p>
      <w:pPr>
        <w:spacing w:before="0" w:after="80" w:line="259" w:lineRule="auto"/>
        <w:ind w:firstLine="360"/>
      </w:pPr>
      <w:r>
        <w:rPr>
          <w:rFonts w:ascii="Noto Serif CJK SC" w:hAnsi="Noto Serif CJK SC" w:eastAsia="Noto Serif CJK SC"/>
        </w:rPr>
        <w:t>管它顺、逆、美、恶，我只无心应之，不为所牵即得，何用参禅、念佛？假如有禅可参、有佛可念，岂不妄上加妄？这些话语，看来未尝不是，但是一旦碰到逆境或遭一场意外事故，便鸡飞蛋打一场空了。也有些人误以为一悟便了，初破本参，便以为到家，不再勤于观照，历境练心，以致习气依旧，狂妄傲慢，不得真实受用。到头来，落得个悟后迷，仍随生死流浪，宁不冤苦？更有些人误听人言，以神通来验证开悟与否。当功夫得力，恰到好处，忽然身心世界化空、粉碎而灵明不昧，了了分明时，因不见神通玄妙，不知这是什么而误以为不是自己本命元辰，匆匆滑过，岂不可惜！？自己既错过了这千钧一发之机，贻误了本身，又以此来否定他人，此诚自作孽不可活者也。古德尝叹息云：“只为亲切甚，转令荐得迟！”良可慨也。今天我们把这则公案录供大家参考，就是希望大家从中吸取教训，知所改进，努力向上，真实证取，以免虚度光阴，错过一生。我们在学习、赞仰了公案中主人公的为道精诚和深厚的功力后，还要进一步将公案的精微处与为道的关键来和大家探讨一下，俾大家深明宗下的的旨，直下穷源，不为半途的功夫所误，方不负古人的深心。高峰祖师的前二答：“作得主”确是好功夫，非一般禅和子所能企及。但就宗下“顿悟”的立场细详起来，不免逊色，兹将其幽微处略述如下：禅宗是直下见性顿悟成佛的，不是次第渐修的法门。古德尝云：“等妙二觉犹是它提草鞋汉。”等妙二觉也不屑一顾，遑论等妙二觉以下呢？所以宗下不许有个中间过程，不能夹杂一点功夫痕迹。禅——正法眼藏，涅槃妙心——是一丝不挂，一尘不染，净裸裸、赤洒洒的。既无相对的客观物境，也无主观能见能闻的人，更有谁来作谁的主呢？雪岩钦和尚在前二问“谁与你拖死尸来？”与“万法归一，一归何处？”勘不破高峰后，故作寻常说话以钓高峰，看他</w:t>
      </w:r>
    </w:p>
    <w:p>
      <w:pPr>
        <w:spacing w:before="0" w:after="80" w:line="259" w:lineRule="auto"/>
        <w:ind w:firstLine="360"/>
      </w:pPr>
      <w:r>
        <w:rPr>
          <w:rFonts w:ascii="Noto Serif CJK SC" w:hAnsi="Noto Serif CJK SC" w:eastAsia="Noto Serif CJK SC"/>
        </w:rPr>
        <w:t>是否已经剿绝至无功用地。哪知高峰脚根未稳，一钓即上，哑然答</w:t>
      </w:r>
    </w:p>
    <w:p>
      <w:pPr>
        <w:spacing w:before="0" w:after="80" w:line="259" w:lineRule="auto"/>
        <w:ind w:firstLine="360"/>
      </w:pPr>
      <w:r>
        <w:rPr>
          <w:rFonts w:ascii="Noto Serif CJK SC" w:hAnsi="Noto Serif CJK SC" w:eastAsia="Noto Serif CJK SC"/>
        </w:rPr>
        <w:t>云：“作得主。”这不是有落处、有相对的主客了吗？这和净裸裸的禅就不相应了。这答话在宗下说来是“伤锋犯手，不剿绝”。这样就捆了自己的手脚。迨至第二次答作得主，更把自己浑身捆了个结实，动弹不得了。到第三次问：“无梦无想，无见无闻时，主人公在什么</w:t>
      </w:r>
    </w:p>
    <w:p>
      <w:pPr>
        <w:spacing w:before="0" w:after="80" w:line="259" w:lineRule="auto"/>
        <w:ind w:firstLine="360"/>
      </w:pPr>
      <w:r>
        <w:rPr>
          <w:rFonts w:ascii="Noto Serif CJK SC" w:hAnsi="Noto Serif CJK SC" w:eastAsia="Noto Serif CJK SC"/>
        </w:rPr>
        <w:t>处？”就只好咽气吞声，死于句下了。等到后来时机成熟，枕子落地，彻底打脱，始如梦方醒，主人公原来不在别处。举凡山河大地，草木丛林，无不是主人公之显现；鸟语花香，莺歌燕舞，无不是主人公之妙用！有什么主不主，更有什么作不作？前所答者，岂不狼藉不堪？！</w:t>
      </w:r>
    </w:p>
    <w:p>
      <w:pPr>
        <w:spacing w:before="0" w:after="80" w:line="259" w:lineRule="auto"/>
        <w:ind w:firstLine="360"/>
      </w:pPr>
      <w:r>
        <w:rPr>
          <w:rFonts w:ascii="Noto Serif CJK SC" w:hAnsi="Noto Serif CJK SC" w:eastAsia="Noto Serif CJK SC"/>
        </w:rPr>
        <w:t>最后，就雪岩之问另作三答，以飨同参，并藉作与高峰禅师相见</w:t>
      </w:r>
    </w:p>
    <w:p>
      <w:pPr>
        <w:spacing w:before="0" w:after="80" w:line="259" w:lineRule="auto"/>
        <w:ind w:firstLine="360"/>
      </w:pPr>
      <w:r>
        <w:rPr>
          <w:rFonts w:ascii="Noto Serif CJK SC" w:hAnsi="Noto Serif CJK SC" w:eastAsia="Noto Serif CJK SC"/>
        </w:rPr>
        <w:t>之礼：</w:t>
      </w:r>
    </w:p>
    <w:p>
      <w:pPr>
        <w:pStyle w:val="Heading3"/>
      </w:pPr>
      <w:r>
        <w:rPr>
          <w:rFonts w:ascii="Noto Serif CJK SC" w:hAnsi="Noto Serif CJK SC" w:eastAsia="Noto Serif CJK SC"/>
        </w:rPr>
        <w:t>一、问：白天作得主么？</w:t>
      </w:r>
    </w:p>
    <w:p>
      <w:pPr>
        <w:spacing w:before="0" w:after="80" w:line="259" w:lineRule="auto"/>
        <w:ind w:firstLine="360"/>
      </w:pPr>
      <w:r>
        <w:rPr>
          <w:rFonts w:ascii="Noto Serif CJK SC" w:hAnsi="Noto Serif CJK SC" w:eastAsia="Noto Serif CJK SC"/>
        </w:rPr>
        <w:t>答：饥来吃饭困来睡。</w:t>
      </w:r>
    </w:p>
    <w:p>
      <w:pPr>
        <w:pStyle w:val="Heading3"/>
      </w:pPr>
      <w:r>
        <w:rPr>
          <w:rFonts w:ascii="Noto Serif CJK SC" w:hAnsi="Noto Serif CJK SC" w:eastAsia="Noto Serif CJK SC"/>
        </w:rPr>
        <w:t>二、问：睡梦中作得主么？</w:t>
      </w:r>
    </w:p>
    <w:p>
      <w:pPr>
        <w:spacing w:before="0" w:after="80" w:line="259" w:lineRule="auto"/>
        <w:ind w:firstLine="360"/>
      </w:pPr>
      <w:r>
        <w:rPr>
          <w:rFonts w:ascii="Noto Serif CJK SC" w:hAnsi="Noto Serif CJK SC" w:eastAsia="Noto Serif CJK SC"/>
        </w:rPr>
        <w:t>答：朝阳升起月含山。</w:t>
      </w:r>
    </w:p>
    <w:p>
      <w:pPr>
        <w:pStyle w:val="Heading3"/>
      </w:pPr>
      <w:r>
        <w:rPr>
          <w:rFonts w:ascii="Noto Serif CJK SC" w:hAnsi="Noto Serif CJK SC" w:eastAsia="Noto Serif CJK SC"/>
        </w:rPr>
        <w:t>三、问：无梦无想，无见无闻时，主人公在什么处？</w:t>
      </w:r>
    </w:p>
    <w:p>
      <w:pPr>
        <w:spacing w:before="0" w:after="80" w:line="259" w:lineRule="auto"/>
        <w:ind w:firstLine="360"/>
      </w:pPr>
      <w:r>
        <w:rPr>
          <w:rFonts w:ascii="Noto Serif CJK SC" w:hAnsi="Noto Serif CJK SC" w:eastAsia="Noto Serif CJK SC"/>
        </w:rPr>
        <w:t>答：太虚饮光消契阔；风摇浅碧柳丝轻。</w:t>
      </w:r>
    </w:p>
    <w:p>
      <w:pPr>
        <w:spacing w:before="0" w:after="80" w:line="259" w:lineRule="auto"/>
        <w:ind w:firstLine="360"/>
      </w:pPr>
      <w:r>
        <w:rPr>
          <w:rFonts w:ascii="Noto Serif CJK SC" w:hAnsi="Noto Serif CJK SC" w:eastAsia="Noto Serif CJK SC"/>
        </w:rPr>
        <w:t>开示悟入佛知见</w:t>
      </w:r>
    </w:p>
    <w:p>
      <w:pPr>
        <w:spacing w:before="0" w:after="80" w:line="259" w:lineRule="auto"/>
        <w:ind w:firstLine="360"/>
      </w:pPr>
      <w:r>
        <w:rPr>
          <w:rFonts w:ascii="Noto Serif CJK SC" w:hAnsi="Noto Serif CJK SC" w:eastAsia="Noto Serif CJK SC"/>
        </w:rPr>
        <w:t>世尊悲愍众生本具如来智慧德相而不自知，迷于声色，沉沦六道，出苦无期，乃降生于世，现身说法，以觉醒众生迷梦，证此寂灭一心，出离苦海，而登觉岸。但因众生烦恼垢重，不敢顿示此灵妙一心。始于阿含会上且说人天十善，免堕三途。及后说无常、空苦、无我、四谛及十二因缘之法，令众生权出三界，勉离生死。次说般若，以显真空妙有，而破二乘偏空之执。四十年后，佛将涅槃，方于法华会上，纯谈实相，直示一心，以显平等佛性，三乘同归，五性齐入，凡有心者皆可成佛。至此方尽世尊本怀，度生原意。盖此心体，本自灵明，廓彻周遍，灵融湛寂，如如无拘，凡圣一际，生佛等同。然迷之则生死无端，悟之则轮回顿息。要在忘言以神会，绝虑而心通。故参禅行人贵起疑情，藉以隔断迷情妄念而打开本来，亲证自性也。但参禅下手时，须先端正修因——以何为修，以何为归。方针既明，宗旨既定，而后可以空其所得。盖禅之一词，系禅那之简称，其意为静虑或思惟修，因行人心情不同，要求各别，修证亦各异。据圭峰宗密禅师《禅原序》云：“禅门有浅有深，阶级殊等，依其修因证果之不同，约可分为五类：</w:t>
      </w:r>
    </w:p>
    <w:p>
      <w:pPr>
        <w:pStyle w:val="Heading3"/>
      </w:pPr>
      <w:r>
        <w:rPr>
          <w:rFonts w:ascii="Noto Serif CJK SC" w:hAnsi="Noto Serif CJK SC" w:eastAsia="Noto Serif CJK SC"/>
        </w:rPr>
        <w:t>一、带异计，欣上厌下而修者，是外道禅。</w:t>
      </w:r>
    </w:p>
    <w:p>
      <w:pPr>
        <w:pStyle w:val="Heading3"/>
      </w:pPr>
      <w:r>
        <w:rPr>
          <w:rFonts w:ascii="Noto Serif CJK SC" w:hAnsi="Noto Serif CJK SC" w:eastAsia="Noto Serif CJK SC"/>
        </w:rPr>
        <w:t>二、正信因果，亦以欣厌心而修者，是凡夫禅。</w:t>
      </w:r>
    </w:p>
    <w:p>
      <w:pPr>
        <w:pStyle w:val="Heading3"/>
      </w:pPr>
      <w:r>
        <w:rPr>
          <w:rFonts w:ascii="Noto Serif CJK SC" w:hAnsi="Noto Serif CJK SC" w:eastAsia="Noto Serif CJK SC"/>
        </w:rPr>
        <w:t>三、悟我空偏真之理而修者，是小乘禅。</w:t>
      </w:r>
    </w:p>
    <w:p>
      <w:pPr>
        <w:pStyle w:val="Heading3"/>
      </w:pPr>
      <w:r>
        <w:rPr>
          <w:rFonts w:ascii="Noto Serif CJK SC" w:hAnsi="Noto Serif CJK SC" w:eastAsia="Noto Serif CJK SC"/>
        </w:rPr>
        <w:t>四、悟我法俱空所显真理而修者，是大乘禅（以上四类皆有四</w:t>
      </w:r>
    </w:p>
    <w:p>
      <w:pPr>
        <w:spacing w:before="0" w:after="80" w:line="259" w:lineRule="auto"/>
        <w:ind w:firstLine="360"/>
      </w:pPr>
      <w:r>
        <w:rPr>
          <w:rFonts w:ascii="Noto Serif CJK SC" w:hAnsi="Noto Serif CJK SC" w:eastAsia="Noto Serif CJK SC"/>
        </w:rPr>
        <w:t>色四空之异）。</w:t>
      </w:r>
    </w:p>
    <w:p>
      <w:pPr>
        <w:pStyle w:val="Heading3"/>
      </w:pPr>
      <w:r>
        <w:rPr>
          <w:rFonts w:ascii="Noto Serif CJK SC" w:hAnsi="Noto Serif CJK SC" w:eastAsia="Noto Serif CJK SC"/>
        </w:rPr>
        <w:t>五、若顿悟自心本来清净，元无烦恼，无漏智性，本自具足，</w:t>
      </w:r>
    </w:p>
    <w:p>
      <w:pPr>
        <w:spacing w:before="0" w:after="80" w:line="259" w:lineRule="auto"/>
        <w:ind w:firstLine="360"/>
      </w:pPr>
      <w:r>
        <w:rPr>
          <w:rFonts w:ascii="Noto Serif CJK SC" w:hAnsi="Noto Serif CJK SC" w:eastAsia="Noto Serif CJK SC"/>
        </w:rPr>
        <w:t>此心即佛，毕竟无异。依此而修者，是最上乘禅。亦名一行三昧，亦名真如三昧，此是一切三昧根本，若能念念修习，自然渐得百</w:t>
      </w:r>
    </w:p>
    <w:p>
      <w:pPr>
        <w:spacing w:before="0" w:after="80" w:line="259" w:lineRule="auto"/>
        <w:ind w:firstLine="360"/>
      </w:pPr>
      <w:r>
        <w:rPr>
          <w:rFonts w:ascii="Noto Serif CJK SC" w:hAnsi="Noto Serif CJK SC" w:eastAsia="Noto Serif CJK SC"/>
        </w:rPr>
        <w:t>高峰、主人公在什么处</w:t>
      </w:r>
    </w:p>
    <w:p>
      <w:pPr>
        <w:spacing w:before="0" w:after="80" w:line="259" w:lineRule="auto"/>
        <w:ind w:firstLine="360"/>
      </w:pPr>
      <w:r>
        <w:rPr>
          <w:rFonts w:ascii="Noto Serif CJK SC" w:hAnsi="Noto Serif CJK SC" w:eastAsia="Noto Serif CJK SC"/>
        </w:rPr>
        <w:t>开示悟入佛知见</w:t>
      </w:r>
    </w:p>
    <w:p>
      <w:pPr>
        <w:spacing w:before="0" w:after="80" w:line="259" w:lineRule="auto"/>
        <w:ind w:firstLine="360"/>
      </w:pPr>
      <w:r>
        <w:rPr>
          <w:rFonts w:ascii="Noto Serif CJK SC" w:hAnsi="Noto Serif CJK SC" w:eastAsia="Noto Serif CJK SC"/>
        </w:rPr>
        <w:t>物我不二眼处闻声始得知直指与参话头大机大用千三昧，达摩门下辗转相传者，是此禅也。”由此看来，禅宗所传之禅既为第五种，那么，禅宗行人在未参话</w:t>
      </w:r>
    </w:p>
    <w:p>
      <w:pPr>
        <w:spacing w:before="0" w:after="80" w:line="259" w:lineRule="auto"/>
        <w:ind w:firstLine="360"/>
      </w:pPr>
      <w:r>
        <w:rPr>
          <w:rFonts w:ascii="Noto Serif CJK SC" w:hAnsi="Noto Serif CJK SC" w:eastAsia="Noto Serif CJK SC"/>
        </w:rPr>
        <w:t>头前，应先开佛知见，明白自己本具如来智慧与佛无异，而后抱定</w:t>
      </w:r>
    </w:p>
    <w:p>
      <w:pPr>
        <w:spacing w:before="0" w:after="80" w:line="259" w:lineRule="auto"/>
        <w:ind w:firstLine="360"/>
      </w:pPr>
      <w:r>
        <w:rPr>
          <w:rFonts w:ascii="Noto Serif CJK SC" w:hAnsi="Noto Serif CJK SC" w:eastAsia="Noto Serif CJK SC"/>
        </w:rPr>
        <w:t>一则话头，孜孜兀兀地参究，更由明眼宗师的善巧提示，方能打开本来，悟入佛知见。《法华经》所尊贵的就是毫无隐秘地直示我们：一切众生本具与佛同样灵明、微妙、圆满、廓彻的寂灭心体。以之修行，无不成就。故而该经最关紧要的精髓，即在开示悟入佛知见。历代宗师为敦促学人用功，诱导行人省悟，辅助后人升进计，对此用功关键，皆各有微妙而明彻的宣扬、评唱，这在禅录中实不少见。清末，南京赤山发祖系当代临济宗大德，道风远播，龙象咸归，一时知名之士，如月霞、楚泉等均慕名聚集会下随师参究。一日，师上堂示众云：“选佛场开英才现，各自道出真见来。这里是选佛场，锻炼龙象的，不是叫你们来吃闲饭、睡觉、打盹的。今天</w:t>
      </w:r>
    </w:p>
    <w:p>
      <w:pPr>
        <w:spacing w:before="0" w:after="80" w:line="259" w:lineRule="auto"/>
        <w:ind w:firstLine="360"/>
      </w:pPr>
      <w:r>
        <w:rPr>
          <w:rFonts w:ascii="Noto Serif CJK SC" w:hAnsi="Noto Serif CJK SC" w:eastAsia="Noto Serif CJK SC"/>
        </w:rPr>
        <w:t>我要考考你们，看那个是个中豪杰，宗门英才。法华宝经全经的要</w:t>
      </w:r>
    </w:p>
    <w:p>
      <w:pPr>
        <w:spacing w:before="0" w:after="80" w:line="259" w:lineRule="auto"/>
        <w:ind w:firstLine="360"/>
      </w:pPr>
      <w:r>
        <w:rPr>
          <w:rFonts w:ascii="Noto Serif CJK SC" w:hAnsi="Noto Serif CJK SC" w:eastAsia="Noto Serif CJK SC"/>
        </w:rPr>
        <w:t>旨在开示悟入佛知见，其中奥意，历代祖师皆各出手眼，有层层入胜的开示与宣扬，确是如华似锦，美不胜收。大家读了，无不敬仰赞叹，获益匪浅。但那是各位祖师的，不是你们自己的。拾人家的唾余，住在文字、语句上，于悟道无益。今天我要你们各自从自己胸襟中流露出的说来，看谁具有真知灼见。”发祖道罢，从签筒中抽出一枝标有名字的竹签点名云：“楚泉（扬州高旻寺来果和尚的法祖），你先来说。开，怎么开？”泉无语。祖责云：“你在这里多日做什么的？！这样参禅，简直是闹儿戏，唐丧光阴，如何有出头之日？跪下参！”祖命维那焚香，打止静板，嘱大家一起参，并说要个别考问的。一枝香一会儿点完了，维那打板开静。祖追问楚泉云：“怎么开？”泉仍不能答。祖叹云：“如是参禅，何时能了！”继令跪参。二枝香过，泉仍无语。祖不罢休，责云：“今天开不出，就叫你跪死在这里！”逼令继续跪参。可怜楚泉心急如焚，跪在那里脚膝又痛，黄豆般大的汗珠，不断地往下滴。看看第三枝香烧完，维那举板打开静，笃笃一响，楚泉忽然猛省，高声道云：“有了有了，开出来</w:t>
      </w:r>
    </w:p>
    <w:p>
      <w:pPr>
        <w:spacing w:before="0" w:after="80" w:line="259" w:lineRule="auto"/>
        <w:ind w:firstLine="360"/>
      </w:pPr>
      <w:r>
        <w:rPr>
          <w:rFonts w:ascii="Noto Serif CJK SC" w:hAnsi="Noto Serif CJK SC" w:eastAsia="Noto Serif CJK SC"/>
        </w:rPr>
        <w:t>了。”祖问云：“怎么开？”泉应声云：“开出本有。”祖逐一继问</w:t>
      </w:r>
    </w:p>
    <w:p>
      <w:pPr>
        <w:spacing w:before="0" w:after="80" w:line="259" w:lineRule="auto"/>
        <w:ind w:firstLine="360"/>
      </w:pPr>
      <w:r>
        <w:rPr>
          <w:rFonts w:ascii="Noto Serif CJK SC" w:hAnsi="Noto Serif CJK SC" w:eastAsia="Noto Serif CJK SC"/>
        </w:rPr>
        <w:t>云：“示？”泉云：“示出本无。”“悟什么？”“悟无有无。”“怎么</w:t>
      </w:r>
    </w:p>
    <w:p>
      <w:pPr>
        <w:spacing w:before="0" w:after="80" w:line="259" w:lineRule="auto"/>
        <w:ind w:firstLine="360"/>
      </w:pPr>
      <w:r>
        <w:rPr>
          <w:rFonts w:ascii="Noto Serif CJK SC" w:hAnsi="Noto Serif CJK SC" w:eastAsia="Noto Serif CJK SC"/>
        </w:rPr>
        <w:t>入？”“入出无碍。”祖闻后，赞云：“好！这卷子交得爽丽，不逼你们，不肯用功。终日悠悠散散的，如何能了！今日不枉你跪了三枝香。”</w:t>
      </w:r>
    </w:p>
    <w:p>
      <w:pPr>
        <w:spacing w:before="0" w:after="80" w:line="259" w:lineRule="auto"/>
        <w:ind w:firstLine="360"/>
      </w:pPr>
      <w:r>
        <w:rPr>
          <w:rFonts w:ascii="Noto Serif CJK SC" w:hAnsi="Noto Serif CJK SC" w:eastAsia="Noto Serif CJK SC"/>
        </w:rPr>
        <w:t>祖于高兴之余，继点月霞（月霞系常州天宁寺冶开大禅德的法</w:t>
      </w:r>
    </w:p>
    <w:p>
      <w:pPr>
        <w:spacing w:before="0" w:after="80" w:line="259" w:lineRule="auto"/>
        <w:ind w:firstLine="360"/>
      </w:pPr>
      <w:r>
        <w:rPr>
          <w:rFonts w:ascii="Noto Serif CJK SC" w:hAnsi="Noto Serif CJK SC" w:eastAsia="Noto Serif CJK SC"/>
        </w:rPr>
        <w:t>子）云：“月霞，你试道看，怎么开示悟入？”霞不假思索，应声云：“我藉楚兄的四句答话用一用。”祖云：“怎么借用？”霞云：“开出本有是理法界，示出本无是事法界，悟无有无乃理事无碍法界，入出无碍系事事无碍法界。”祖大声赞云：“好！比楚泉尤较些子。这里不枉是选佛场，今天一下子选出了两尊佛。”正是，“不是一番寒澈骨，怎得梅花扑鼻香！”前贤不畏艰辛地用功，所以才有成就，我们也不可辜负自己，殷勤参究，精进不懈，方可不让古人专美于前。今试就“开示悟入”四字，换为首尾各赋一颂，以飨读者，不知尚符佛祖之意，勉为交卷否？（一）开出无形面，示作十界身，悟在迷未了，入魔亦无碍！（二）要尽心花开，方明无情示，本来不迷悟，识智何出入！</w:t>
      </w:r>
    </w:p>
    <w:p>
      <w:pPr>
        <w:spacing w:before="0" w:after="80" w:line="259" w:lineRule="auto"/>
        <w:ind w:firstLine="360"/>
      </w:pPr>
      <w:r>
        <w:rPr>
          <w:rFonts w:ascii="Noto Serif CJK SC" w:hAnsi="Noto Serif CJK SC" w:eastAsia="Noto Serif CJK SC"/>
        </w:rPr>
        <w:t>物我不二僧问大随禅师（沩山灵佑禅师法嗣）：“大千坏时，法身坏不坏？”随曰：“法身也坏。”此语疑煞天下人。但投子青禅师闻之，便装香作礼，称大随乃古佛出世。法身真如妙体乃不生不灭，不来不去，不动不摇，不变不易，亘古常青之妙体，如何随大千世间坏时而毁灭？此语与佛所说大相径庭，莫非错下名言，淆惑世人，要落金刚地狱么？但如真错了，投子青是大禅德，为什么要装香作礼，赞他是古佛再世呢？原来所谓世间者，不论什么事物，都是我们广大众生的佛性——法身——所变化显现，离开法身，什么也没有。《法华经》说：“是法住法位，世间相常住。”就是说世间的一切事物无一不是依法身显现而建立的。以“是法”就是不论什么事物，而“法位”就是一真法界，也就是说世间相就是法身，法身就是世间相。我们知道，理以事显，事以理成，理和事是分不开的。理事既无可分，故经云：“性相不二、心境一体。”既然心——法身常住不坏，那么世间相也就自然常住了。从世间相的表面上看，似乎是沧海桑田，瞬息万变不久长的，但事物的本体实无坏灭，不过在这边坏了，到那边又生了，搬了一个场而已。苏东坡先生在《前赤壁赋》中说：“客亦知夫水与月乎？逝者如斯，而未尝往也；盈虚者如彼而卒莫消长也。盖将自其变者而观之，则天地曾不能以一瞬；自其不变者而观之，则物与我皆无尽也。”他假水和月说明万物的假相在变化而实体未尝变易。同时又进一步说明心情不豁达执假相的人看世间是沧海桑田，瞬息万变的，而开朗明智之士识得事物与众生一致的真体，就知道天地间的一切一切皆是长住不变的了。肇法师在《物不迁论》中也举数例详论了事物毫无变迁的真理，就不一一例举，请诸仁自己去检阅吧。事物之所以不变迁，不消灭，究其实际，就在显现、建立这些事物的根本——法身——是法尔不生不灭，亘古常存的。今僧问：“大千坏时法身也坏了吗？”大千若真个坏了，法身岂不</w:t>
      </w:r>
    </w:p>
    <w:p>
      <w:pPr>
        <w:spacing w:before="0" w:after="80" w:line="259" w:lineRule="auto"/>
        <w:ind w:firstLine="360"/>
      </w:pPr>
      <w:r>
        <w:rPr>
          <w:rFonts w:ascii="Noto Serif CJK SC" w:hAnsi="Noto Serif CJK SC" w:eastAsia="Noto Serif CJK SC"/>
        </w:rPr>
        <w:t>也坏了吗？问话之僧因不明物我不二之理而有此问。大随乃大手笔宗师，不和你说长道短，大谈佛理，只顺其语脉上下搭，叫你知痛觉痒，于心念不行处，蓦然回首，瞥见本性。乃随声答曰：“法身也坏。”这一答大有雷霆万钧之重，因尽人皆知法身是不生不灭、不变不易的，怎么说法身也坏呢？难道是醉汉说胡话吗？但大随是当代</w:t>
      </w:r>
    </w:p>
    <w:p>
      <w:pPr>
        <w:spacing w:before="0" w:after="80" w:line="259" w:lineRule="auto"/>
        <w:ind w:firstLine="360"/>
      </w:pPr>
      <w:r>
        <w:rPr>
          <w:rFonts w:ascii="Noto Serif CJK SC" w:hAnsi="Noto Serif CJK SC" w:eastAsia="Noto Serif CJK SC"/>
        </w:rPr>
        <w:t>大德呀，怎么如是说呢？这一突如其来的雷震，就将学人平时义</w:t>
      </w:r>
    </w:p>
    <w:p>
      <w:pPr>
        <w:spacing w:before="0" w:after="80" w:line="259" w:lineRule="auto"/>
        <w:ind w:firstLine="360"/>
      </w:pPr>
      <w:r>
        <w:rPr>
          <w:rFonts w:ascii="Noto Serif CJK SC" w:hAnsi="Noto Serif CJK SC" w:eastAsia="Noto Serif CJK SC"/>
        </w:rPr>
        <w:t>解、妄想全盘震落。在这急如闪电的一念不生的刹那，这僧如皮下有血，即将于斯得个消息去归家稳坐。禅师家答话有正说，有直指，有旁敲，有反激等等不同的手法。其目的不外使来问者于言下知机，语端省悟。故皆就来者之机，施以适宜的指示或恶辣的钳锤，以剿绝学人粘缚而亲证本来，此即宗下所谓大机大用也。如严阳尊者参赵州问：“一物不将来时如何？”州曰：“放下着。”尊者曰：“既是一物不将来，放下个什么？”州曰：“放不下，担起去。”尊者言下大悟。这“担起去”一语常常使人发生争论。有人说担起去是反激法，你不知过错，放不下就让你挑着走，从而使你反省，没东西不用挑，挑着走还是有东西，逼你认识放不下的东西，放下而开悟；有的说担起去是呵斥句。你问一物不将来时如何？你心中明明有一个“一物不将来”在，这等于心中还有个“空”在，有个空，还是有住，应该放下，空也不住才是。你强调“放下个什么？”不认账，就浇你一盆恶水，呵斥你，担起去！这等于云际参南泉，虽累经开示而不开悟，南泉呵斥曰“去！你不会我话”一样，叫他言下知痛，回头自荐也。更有人说：这是直指法。本性空灵，一丝不挂，一尘不染，这一物不将来正是本性显现时。这个心无可心，放无可放的正是当人安身立命处，故叫他担起去，也就是嘱咐他当仁不让，当下承当也。所以严阳尊者当下大悟。这三种说法各说各有理，各不相让，各有千秋。真是一点水墨三处成龙。但依拙见，反激也好，呵斥也好，直指也好，会得的自可横弄竖拈皆成妙谛，但如认着个“一物不将来”，有个空境在，则失之远矣。大随答此僧之问，欲其在已明白的常理上反省其未明之事理。因学佛者，人人都知道佛说法身常住不坏，今闻“法身也坏”之说与佛相违，何能接受？这就逼令其生疑。在他欲进不能，欲罢不得之际，蓦然冷灰爆豆，猛省尽十方世界是自己全身，尽十方世界是自己光</w:t>
      </w:r>
    </w:p>
    <w:p>
      <w:pPr>
        <w:spacing w:before="0" w:after="80" w:line="259" w:lineRule="auto"/>
        <w:ind w:firstLine="360"/>
      </w:pPr>
      <w:r>
        <w:rPr>
          <w:rFonts w:ascii="Noto Serif CJK SC" w:hAnsi="Noto Serif CJK SC" w:eastAsia="Noto Serif CJK SC"/>
        </w:rPr>
        <w:t>高峰、主人公在什么处</w:t>
      </w:r>
    </w:p>
    <w:p>
      <w:pPr>
        <w:spacing w:before="0" w:after="80" w:line="259" w:lineRule="auto"/>
        <w:ind w:firstLine="360"/>
      </w:pPr>
      <w:r>
        <w:rPr>
          <w:rFonts w:ascii="Noto Serif CJK SC" w:hAnsi="Noto Serif CJK SC" w:eastAsia="Noto Serif CJK SC"/>
        </w:rPr>
        <w:t>开示悟入佛知见</w:t>
      </w:r>
    </w:p>
    <w:p>
      <w:pPr>
        <w:spacing w:before="0" w:after="80" w:line="259" w:lineRule="auto"/>
        <w:ind w:firstLine="360"/>
      </w:pPr>
      <w:r>
        <w:rPr>
          <w:rFonts w:ascii="Noto Serif CJK SC" w:hAnsi="Noto Serif CJK SC" w:eastAsia="Noto Serif CJK SC"/>
        </w:rPr>
        <w:t>物我不二眼处闻声始得知直指与参话头大机大用明。大千原与法身共一体，从不相离，大千若坏，法身岂不也坏！但法身是亘古常存永不败坏的，那么，大千也不坏了，使此僧从反面证得真理。一言之下使人悟得法华真谛，大随真是狮子儿，接人之手段微妙如此，真令人景仰赞叹之至。古德颂法华世间相常住云：“世间相常住，黄莺啼绿树；真个可怜生，动着便飞去！”我们的法身就是这么瑰丽潇洒，是无物不具，无所不知的。但这无尽的艳丽的风光是无法将它描绘出来的。正如禅师家所说“好个风流画不成！”今这位大禅德仅淡淡地用了“黄莺啼绿树”就将这一派无尽风流的美丽春光全盘勾勒出来，真不愧是画龙点睛之笔。我们用功修法识得这无限美好风光，初见本性后务须善于保任。时时处处观照，外不为事境所牵，内不被见闻觉知所染，时时空净无住。万万不可轻狂，以为到家了事。须知初见本性只如初生婴儿，不能自立起用，须在境上磨练，勤除旧习，保养圣胎，迨其成长方能起用。否则，狂妄放纵，即将夭折于襁褓中。所以此颂于“黄莺啼绿树”后接下来就说：“真个可怜生，动着便飞去。”你不妥善保护，狂妄乱动，虽然已初见本性也将落个悟后迷。有人问，学佛者于修法外是否还须习气功以补助之？我曾赋一颂。其中也曾谈到悟后保任的问题，今录之如下：心地法门诞生王，岂假气功助锋芒！心外取法求有得，徒自辛劳落空亡。根尘脱处自性现，绵密保任莫轻忘；立定脚跟毋偏颇，一无所求道真常。大随禅师答此僧问是令其反躬自穷而悟物我不二之理，大师若不彻悟性相一体焉能顺其语脉下搭，轻令此僧言下知归。故投子装香作礼而称其为古佛再世也。禅师家如功夫未到物我不二之地，出言吐语难免不闹笑话。兹举一例：昔禅者冯济川见明月庵壁间画一髑髅，乃于旁题一颂云：“尸在这里，其人何在？乃知一灵，不居皮袋。”观其颂彼只悟常理色身不是真我，性灵乃真我。性灵是常住不灭，可以离开肉体自由来去，不为肉体所拘的。所以说：“乃知一灵，</w:t>
      </w:r>
    </w:p>
    <w:p>
      <w:pPr>
        <w:spacing w:before="0" w:after="80" w:line="259" w:lineRule="auto"/>
        <w:ind w:firstLine="360"/>
      </w:pPr>
      <w:r>
        <w:rPr>
          <w:rFonts w:ascii="Noto Serif CJK SC" w:hAnsi="Noto Serif CJK SC" w:eastAsia="Noto Serif CJK SC"/>
        </w:rPr>
        <w:t>不居皮袋。”尚未悟物我不二，性相一体之秘。大慧杲禅师来庵，见</w:t>
      </w:r>
    </w:p>
    <w:p>
      <w:pPr>
        <w:spacing w:before="0" w:after="80" w:line="259" w:lineRule="auto"/>
        <w:ind w:firstLine="360"/>
      </w:pPr>
      <w:r>
        <w:rPr>
          <w:rFonts w:ascii="Noto Serif CJK SC" w:hAnsi="Noto Serif CJK SC" w:eastAsia="Noto Serif CJK SC"/>
        </w:rPr>
        <w:t>之不肯，另作一颂云：“即此形骸，即是其人；一灵皮袋，皮袋一灵。”真悟道人，深知一即一切，一切即一，无自他之分，物我之隔。故宗下常言“拈一茎草作丈六金身”，即此意也。同样一个案例，在悟道人指授下，风光即迥不相同。昔裴休相国随侍黄檗禅师次，见壁间达摩大师像问禅师曰：“像在这里，人今何在？”师召裴休曰：“裴休。”休应诺。师曰：“不在别处。”休当下有省。在明眼大师指授下悟来多少庆快！此参禅所以贵有明师指授也。从此可知悟道就是悟物我不二。如果尚存向外驰求之意，希望有得之心，常在揣摩法身如何才是，拟度报身、化身如何获得，那就还</w:t>
      </w:r>
    </w:p>
    <w:p>
      <w:pPr>
        <w:spacing w:before="0" w:after="80" w:line="259" w:lineRule="auto"/>
        <w:ind w:firstLine="360"/>
      </w:pPr>
      <w:r>
        <w:rPr>
          <w:rFonts w:ascii="Noto Serif CJK SC" w:hAnsi="Noto Serif CJK SC" w:eastAsia="Noto Serif CJK SC"/>
        </w:rPr>
        <w:t>在弄影，未曾真悟本来，不名道人。不见临济祖师道：你一念清净心</w:t>
      </w:r>
    </w:p>
    <w:p>
      <w:pPr>
        <w:spacing w:before="0" w:after="80" w:line="259" w:lineRule="auto"/>
        <w:ind w:firstLine="360"/>
      </w:pPr>
      <w:r>
        <w:rPr>
          <w:rFonts w:ascii="Noto Serif CJK SC" w:hAnsi="Noto Serif CJK SC" w:eastAsia="Noto Serif CJK SC"/>
        </w:rPr>
        <w:t>光是你屋里法身佛；一念无分别心光是你屋里报身佛；一念无差别心光是你屋里化身佛。在教家论此三身为极则，在山僧见处则不然，此三种身是名言，亦是三种依明，都是光影。大德，你且认取弄影的“人”是诸佛之本源。识得此人，一切处是你归舍处。可见三身人人本具，清净无染就是法身；光明朗照就是报身；事物变现无著就是化身。不须拟摸求取，只于识得本有后，息妄除习，念念不忘此真人便是佛祖。憨山大师云：“般若所以收功之速者，以人人本具此心光也。”圭峰大师云：“真理可以顿达，惟多生积习难以卒除，长须觉察，损之又损，方能圆证。”可见悟道不难，难在悟后不忘保任耳。今人聪明有余，老实不足。尝见已悟本有之人，以习气重故，往往为境所夺，随妄念流浪而不知止，以致功夫不能上进，落得个半青半黄或者悟后迷的下场，诚可哀也。其未悟者固无论矣，已悟之人不知念念归真，严密保护，任其流浪沉沦，不亦冤乎？！吾人苟能于悟后念念不忘照顾此无位真人，如《弥陀经》所说专心致志念佛一样，若一日，若二日乃至七日念念相续不忘地保护本真，则智慧日生。何况一年二年，必然打成一片。综上所述，我们只要不畏艰难，不怕路遥，端正观念，精进修习，识得此离念的灵知便是我人的本来面目，然后严加保护，在事境上不懈地锻炼，勤除妄习，则会万物归自己，亲证物我不二的圆满圣果，绝非难事。谚云：天下无难事，只怕有心人。既然不论什么难事，只要肯攀登的有心人皆能成办，那么，彼丈夫，我亦丈夫；彼能成，我亦能成，何畏患之有哉？请与诸仁共勉。</w:t>
      </w:r>
    </w:p>
    <w:p>
      <w:pPr>
        <w:spacing w:before="0" w:after="80" w:line="259" w:lineRule="auto"/>
        <w:ind w:firstLine="360"/>
      </w:pPr>
      <w:r>
        <w:rPr>
          <w:rFonts w:ascii="Noto Serif CJK SC" w:hAnsi="Noto Serif CJK SC" w:eastAsia="Noto Serif CJK SC"/>
        </w:rPr>
        <w:t>眼处闻声始得知洞山良价祖师于悟得无情说法后作颂云：“也大奇，也大奇，无情说法不思议，若将耳听终难会，眼处闻声始得知。”这是他明悟了无说之说的微妙，豁开了正眼，流露出来的庆快心声。原本斯道是无言可说、无话可表的无限风流奇特的韵事，一落言诠，便成窠臼，而非本来面目了。所以古德尝说：“若问此事，父母所生口，终不向你道。”或云：“欲会斯道，须向‘言语道断，心行路绝’处荐。”或又云：“向上一着，千圣不传。”等等。总之，斯道是不可言传，只可意会的至理。究实讲来，非但出世悟道之大事无可言传，即世俗之事往往到了微妙处亦莫可言宣，只可心领神会。“此时无声胜有声”即是描绘此种微妙境界。说法、开示，只好旁敲侧击，烘云托月，略示端倪，无法将真心全盘描绘出来给人看。因此物无可比拟，说似一物即不中，无法开口。不然，怎么说“向上一着，千圣不传”呢？难道学佛修道也保守秘密，</w:t>
      </w:r>
    </w:p>
    <w:p>
      <w:pPr>
        <w:spacing w:before="0" w:after="80" w:line="259" w:lineRule="auto"/>
        <w:ind w:firstLine="360"/>
      </w:pPr>
      <w:r>
        <w:rPr>
          <w:rFonts w:ascii="Noto Serif CJK SC" w:hAnsi="Noto Serif CJK SC" w:eastAsia="Noto Serif CJK SC"/>
        </w:rPr>
        <w:t>像世人的祖传秘方一样，秘不传人，任其湮灭吗？假如真这样，释</w:t>
      </w:r>
    </w:p>
    <w:p>
      <w:pPr>
        <w:spacing w:before="0" w:after="80" w:line="259" w:lineRule="auto"/>
        <w:ind w:firstLine="360"/>
      </w:pPr>
      <w:r>
        <w:rPr>
          <w:rFonts w:ascii="Noto Serif CJK SC" w:hAnsi="Noto Serif CJK SC" w:eastAsia="Noto Serif CJK SC"/>
        </w:rPr>
        <w:t>迦文佛也无须从兜率下生，现身说法了。但到这关键时刻，要接引人又无可言表。怎么办呢？祖师们有一着绝妙的活，拂袖归方丈，微露一线风光，以让心有灵犀一点通的英俊汉子从这里悟去。这无声之说确实胜似有声，昔傅大士为梁武帝讲《金刚经》，升座后，以戒尺挥案一下，便下座归方丈。宝志公在侧云：“大士讲经竟。”请看，多少神俊利落！这金刚般若岂是言语讲得清的。又如须菩提洞中宴坐，释提桓因雨花供养，须菩提问：“阿谁为我雨花？”帝释云：“我敬尊者善说般若，故雨花为供。”须菩提云：“我未尝说法。”帝释云：“你无说，我无闻，斯真般若精髓。”可见无说无闻乃正说正闻也。学者读了“眼处闻声始得知”这首颂，往往误会以为要能眼处闻声，须发神通始得。就像现在做气功的人，有特异功能，耳朵能看字，眼睛能闻声一样，六根能互用了，才能听见无情说的法。殊不知无情说法是无说而说，不是有个微细的声音，等你不用耳朵听，用</w:t>
      </w:r>
    </w:p>
    <w:p>
      <w:pPr>
        <w:spacing w:before="0" w:after="80" w:line="259" w:lineRule="auto"/>
        <w:ind w:firstLine="360"/>
      </w:pPr>
      <w:r>
        <w:rPr>
          <w:rFonts w:ascii="Noto Serif CJK SC" w:hAnsi="Noto Serif CJK SC" w:eastAsia="Noto Serif CJK SC"/>
        </w:rPr>
        <w:t>眼睛也能闻时，才能听见的。这无情说法是触景生慧，心领神会，无闻而闻的一种心开意解的微妙神境。正不须等你发了神通才能听见它的法音。比如我们早上看见开得无比艳丽的鲜花，到晚上萎谢了，就明白人事的无常；看见月亮时圆时缺而月体实无盈亏，就反省人身与万物，假相虽有生灭、消失，而本体实无来去、增损；又比如世俗间的“楚润而雨，月晕而风”见微知著的经验之谈，又何尝要发神通而后才能知道呢？但从另一方面看来，我们能触景生情，举一反三未尝不是神通妙用，因为我们一举手、一投足，乃至穿衣吃饭，屙屎放尿，无一不是当人本性的神用。离开本性，这个世界就毫无生气，什么亦动不了。所以庞居士说：“神通与妙用，运水与搬柴。”这不是一切举措与诸思想言论俱是神通妙用的明确写照吗？由此看来，所谓神通就是神用无阻，不住着在物境上，为事物遮隔阻断，而随缘应用无碍。这是人人本具的功德，是极稀松平常的事，没有什么希奇神妙，不必大惊小怪，更不消执着追求。当然，我们经过勤苦锻炼，除尽物欲的盖障，是可以发挥超常的神用的，能听到常人听不到的微细声音。如达摩大师闻蚁行如雷鸣；道信禅师度牛头融时，虽然睡得鼾声如雷，却听见懒融禅师身上的二个白虱打架，一个跌在地上跌断了腿呼痛，而不倒单未睡觉的懒融却无闻。这种神通看来希奇，确实引人神往，但这是人人本具的功能，不是从外追求得来的。我们只要息妄归真，于识得本性后加以绵密保任，不随念走，不跟境流，漏尽烦恼，恢复本性光明，即能六通齐发。若未悟本真，向外求取，徒劳神思，决不可得。即或得之，着相住境，皆是蕴魔，非但不能成圣，着魔倒有份在。仰山禅师云：“我今分明向汝说，切莫凑泊，但向自己性海如实而修，不要三明六通。何以故？此是圣末边事，如今只要识心达性，但得其本，不愁其末，他时日后自具足在。若未得本，总将情学他，向外驰求，亦不能得，得亦不真。”这话说得真是对，为道者金玉良言。尝见某些自以为得神通者，不经多时，所谓神通不知到哪里去了，能看见的看不见了，能听见或先知的也听不见或不知道了。有的因用某种起用的密法求得来的神通，因心未空故，乍见某种恐怖形相吓得魂不附体而发了精神病。有的因先知某种劫难将发生而身心不安，精神不宁生了大病，并于临命终时什么亦不知不晓，糊里</w:t>
      </w:r>
    </w:p>
    <w:p>
      <w:pPr>
        <w:spacing w:before="0" w:after="80" w:line="259" w:lineRule="auto"/>
        <w:ind w:firstLine="360"/>
      </w:pPr>
      <w:r>
        <w:rPr>
          <w:rFonts w:ascii="Noto Serif CJK SC" w:hAnsi="Noto Serif CJK SC" w:eastAsia="Noto Serif CJK SC"/>
        </w:rPr>
        <w:t>高峰、主人公在什么处</w:t>
      </w:r>
    </w:p>
    <w:p>
      <w:pPr>
        <w:spacing w:before="0" w:after="80" w:line="259" w:lineRule="auto"/>
        <w:ind w:firstLine="360"/>
      </w:pPr>
      <w:r>
        <w:rPr>
          <w:rFonts w:ascii="Noto Serif CJK SC" w:hAnsi="Noto Serif CJK SC" w:eastAsia="Noto Serif CJK SC"/>
        </w:rPr>
        <w:t>开示悟入佛知见</w:t>
      </w:r>
    </w:p>
    <w:p>
      <w:pPr>
        <w:spacing w:before="0" w:after="80" w:line="259" w:lineRule="auto"/>
        <w:ind w:firstLine="360"/>
      </w:pPr>
      <w:r>
        <w:rPr>
          <w:rFonts w:ascii="Noto Serif CJK SC" w:hAnsi="Noto Serif CJK SC" w:eastAsia="Noto Serif CJK SC"/>
        </w:rPr>
        <w:t>物我不二眼处闻声始得知直指与参话头大机大用糊涂地随业流向恶道去了。更有的因鬼、神、或精灵附体，发了些所谓的神通，给人家治病、看风水、算命什么的，不多时便精神错乱呜呼哀哉了。我说这些话不是吓唬大家，实因见得多了，不忍让后进者步入歧途，修道不成，反贻祸患，所以大声疾呼，希望大家真诚修道，勿求神通。要发神通，须于明心见性后，更在日用中精勤磨炼，将妄习消尽，先证漏尽通，然后启发五神通。那才是真正证得的本性本具的神通；那才是永远不会消亡亘古常存不变的神通。这是《大日经》说的修行正路，学者千万不要滑口读过。在修行途中除了上述的不能着神通以求外，还有许多常见的误解，今择其要略述于后：</w:t>
      </w:r>
    </w:p>
    <w:p>
      <w:pPr>
        <w:pStyle w:val="Heading3"/>
      </w:pPr>
      <w:r>
        <w:rPr>
          <w:rFonts w:ascii="Noto Serif CJK SC" w:hAnsi="Noto Serif CJK SC" w:eastAsia="Noto Serif CJK SC"/>
        </w:rPr>
        <w:t>一、重奇特玄妙不重正知见。</w:t>
      </w:r>
    </w:p>
    <w:p>
      <w:pPr>
        <w:spacing w:before="0" w:after="80" w:line="259" w:lineRule="auto"/>
        <w:ind w:firstLine="360"/>
      </w:pPr>
      <w:r>
        <w:rPr>
          <w:rFonts w:ascii="Noto Serif CJK SC" w:hAnsi="Noto Serif CJK SC" w:eastAsia="Noto Serif CJK SC"/>
        </w:rPr>
        <w:t>时人学佛往往只循颠倒见，不重正知见，所以成就者少。大慧杲禅师云：“学人如问：‘如何是佛？’答他：‘即心即佛。’却以为寻常，不予重视。及至问：‘如何是佛？’云：‘灯笼缘壁上天台。’便道是‘奇特’。岂不是循颠倒？”于此可见古人已启重奇特玄妙之端，难怪近时人更倍加趋重玄妙。你如叫他端坐参禅或念佛，他便以为枯燥无味，无甚玄妙而不修；如教他修个天眼通或他心通等法，则欣然从命，乐于接受。殊不知这只是引人入歧途而不能了生死的幻术依通，习之唐丧光阴，毫无实益，弄得不好还要造业受报。但时人趋之若鹜，惟恐不得其传。此所以步入歧途而不自知，视寻常正知见如粪土，塞自悟门而不得入佛知见之大病也。</w:t>
      </w:r>
    </w:p>
    <w:p>
      <w:pPr>
        <w:pStyle w:val="Heading3"/>
      </w:pPr>
      <w:r>
        <w:rPr>
          <w:rFonts w:ascii="Noto Serif CJK SC" w:hAnsi="Noto Serif CJK SC" w:eastAsia="Noto Serif CJK SC"/>
        </w:rPr>
        <w:t>二、着死空，以为空而不动是道，不识这镇日起作用的是真</w:t>
      </w:r>
    </w:p>
    <w:p>
      <w:pPr>
        <w:spacing w:before="0" w:after="80" w:line="259" w:lineRule="auto"/>
        <w:ind w:firstLine="360"/>
      </w:pPr>
      <w:r>
        <w:rPr>
          <w:rFonts w:ascii="Noto Serif CJK SC" w:hAnsi="Noto Serif CJK SC" w:eastAsia="Noto Serif CJK SC"/>
        </w:rPr>
        <w:t>性。不用功的人勿论。真肯用功者往往着空相，以为空而不动是道而不知斯道重在识得本来，不着相，不为境转而能活泼泼地起用方得真实受用。如云际参南泉问：“摩尼珠人不识，如来藏里亲收得。如何是如来藏？”泉曰：“与汝往来者是。”（意即妄念来去不停之处也）际曰：“不往来者如何？”（意指空而不动也）泉曰：“亦是。”际进问曰：“如何是珠？”（此问是正着）泉召曰：“云际。”际应诺（急须在此处着眼，这应诺的是谁？），而不识（可惜许，这汉竟懵然错过）。泉呵曰：“去！汝不会我语！”</w:t>
      </w:r>
    </w:p>
    <w:p>
      <w:pPr>
        <w:spacing w:before="0" w:after="80" w:line="259" w:lineRule="auto"/>
        <w:ind w:firstLine="360"/>
      </w:pPr>
      <w:r>
        <w:rPr>
          <w:rFonts w:ascii="Noto Serif CJK SC" w:hAnsi="Noto Serif CJK SC" w:eastAsia="Noto Serif CJK SC"/>
        </w:rPr>
        <w:t>由此可见，只住空而不识本来者只是金而非宝珠。欲得真实受用，须于识得本来后绵密保任，除尽旧习，方能渐臻玄奥。常住空中只能炼成土木金石般的死水一潭，是病非道。故真明心见性者绝不常住死空也。</w:t>
      </w:r>
    </w:p>
    <w:p>
      <w:pPr>
        <w:pStyle w:val="Heading3"/>
      </w:pPr>
      <w:r>
        <w:rPr>
          <w:rFonts w:ascii="Noto Serif CJK SC" w:hAnsi="Noto Serif CJK SC" w:eastAsia="Noto Serif CJK SC"/>
        </w:rPr>
        <w:t>三、一念不生常默在定。</w:t>
      </w:r>
    </w:p>
    <w:p>
      <w:pPr>
        <w:spacing w:before="0" w:after="80" w:line="259" w:lineRule="auto"/>
        <w:ind w:firstLine="360"/>
      </w:pPr>
      <w:r>
        <w:rPr>
          <w:rFonts w:ascii="Noto Serif CJK SC" w:hAnsi="Noto Serif CJK SC" w:eastAsia="Noto Serif CJK SC"/>
        </w:rPr>
        <w:t>一般人总以为明心见性的人是时时一念不生地住在默然空中的，否则，即不名开悟。其实发明心性即为大总持，能起一切妙用而无所不具。若一念不生的守住空境，不能活泼泼见之于用，即死在空相上，非但不能得真实受用，也无从彻见全身。昔有一会和尚曾参南泉来，有僧问：“和尚见南泉后如何？”会默然。僧又进问云：“和尚未见南泉前怎么生？”会曰：“不可更别有也。”观此语会和尚着在默然空里。所以玄沙和尚说他：“百尺竿头坐的人，虽然得入未为真，百尺竿头更进步，十方世界现全身。”斯道须净裸裸、赤洒洒；纵横自在、与夺无拘；一丝不挂、一尘不染；定亦得、动亦得；行住坐卧无可无不可，方是真悟。</w:t>
      </w:r>
    </w:p>
    <w:p>
      <w:pPr>
        <w:pStyle w:val="Heading3"/>
      </w:pPr>
      <w:r>
        <w:rPr>
          <w:rFonts w:ascii="Noto Serif CJK SC" w:hAnsi="Noto Serif CJK SC" w:eastAsia="Noto Serif CJK SC"/>
        </w:rPr>
        <w:t>四、背诵佛经积累功德以求开悟。</w:t>
      </w:r>
    </w:p>
    <w:p>
      <w:pPr>
        <w:spacing w:before="0" w:after="80" w:line="259" w:lineRule="auto"/>
        <w:ind w:firstLine="360"/>
      </w:pPr>
      <w:r>
        <w:rPr>
          <w:rFonts w:ascii="Noto Serif CJK SC" w:hAnsi="Noto Serif CJK SC" w:eastAsia="Noto Serif CJK SC"/>
        </w:rPr>
        <w:t>有很多学佛者因见佛说诵经功德不可思议，乃着功德相以多诵为贵而不参究其中奥意。以为诵得愈多功德愈大乃至能倒背顺背，功德愈不可思议，这样积累功德即可开悟。殊不知这样诵而不知其意，只如鹦鹉学舌，何能打开心扉，亲见佛性？大愚芝和尚闻有僧日诵《金刚经》百部，乃令侍者请至问曰：“闻你日诵《金刚经》百部否？”僧云：“是。”芝曰：“汝可曾参经意？”僧云：“不曾。”芝曰：“汝但日诵一部，参究佛意，若一句下悟去，如饮海水一滴，便知百川之味。”僧如教。一日诵至“应如是知，如是见，如是信解，不生法相”处，蓦然有省。可见诵经须参究佛意方有入处。只贪功德，多多益善，只植善因，种福田而无真实成佛之功德也。</w:t>
      </w:r>
    </w:p>
    <w:p>
      <w:pPr>
        <w:pStyle w:val="Heading3"/>
      </w:pPr>
      <w:r>
        <w:rPr>
          <w:rFonts w:ascii="Noto Serif CJK SC" w:hAnsi="Noto Serif CJK SC" w:eastAsia="Noto Serif CJK SC"/>
        </w:rPr>
        <w:t>五、贵机锋敏捷不重真实行履。</w:t>
      </w:r>
    </w:p>
    <w:p>
      <w:pPr>
        <w:spacing w:before="0" w:after="80" w:line="259" w:lineRule="auto"/>
        <w:ind w:firstLine="360"/>
      </w:pPr>
      <w:r>
        <w:rPr>
          <w:rFonts w:ascii="Noto Serif CJK SC" w:hAnsi="Noto Serif CJK SC" w:eastAsia="Noto Serif CJK SC"/>
        </w:rPr>
        <w:t>时人都以为开悟人一定机锋敏捷，若应机稍迟，定未悟道。其实</w:t>
      </w:r>
    </w:p>
    <w:p>
      <w:pPr>
        <w:spacing w:before="0" w:after="80" w:line="259" w:lineRule="auto"/>
        <w:ind w:firstLine="360"/>
      </w:pPr>
      <w:r>
        <w:rPr>
          <w:rFonts w:ascii="Noto Serif CJK SC" w:hAnsi="Noto Serif CJK SC" w:eastAsia="Noto Serif CJK SC"/>
        </w:rPr>
        <w:t>这和开悟后未发神通须待除习一样，不是衡量道人悟与未悟的一定</w:t>
      </w:r>
    </w:p>
    <w:p>
      <w:pPr>
        <w:spacing w:before="0" w:after="80" w:line="259" w:lineRule="auto"/>
        <w:ind w:firstLine="360"/>
      </w:pPr>
      <w:r>
        <w:rPr>
          <w:rFonts w:ascii="Noto Serif CJK SC" w:hAnsi="Noto Serif CJK SC" w:eastAsia="Noto Serif CJK SC"/>
        </w:rPr>
        <w:t>标准。如宝峰元首座，有道之士也，答话机锋迟钝。洪觉范号为“元五斗”。盖开口答话，须待炊得五斗米熟，方答得一转语。</w:t>
      </w:r>
    </w:p>
    <w:p>
      <w:pPr>
        <w:spacing w:before="0" w:after="80" w:line="259" w:lineRule="auto"/>
        <w:ind w:firstLine="360"/>
      </w:pPr>
      <w:r>
        <w:rPr>
          <w:rFonts w:ascii="Noto Serif CJK SC" w:hAnsi="Noto Serif CJK SC" w:eastAsia="Noto Serif CJK SC"/>
        </w:rPr>
        <w:t>大慧杲云：“修道者不必有机锋方为开悟。昔云盖智和尚道眼明白。因太守入山憩谈空亭，问：‘如何是空亭？’智云：‘只是个谈空亭。’太守不喜，另举问本禅师。本云：‘只将亭说法，何用口谈空。’太守乃喜，迁本住云盖。若论道，以本较智，则大远在，乃知真实事不可以机锋取。”可见说得口滑者未必皆真悟道人也。总之，吾人修道贵见地纯正，死心塌地真实参究。不可稍存侥幸之心，走捷径而误入旁门，搞神通而错投魔道；更不可误听匪言惑乱本性，塞自悟门而唐丧光阴，错过一生。关于无情说法，固须眼处闻声始得知，即宗下大德无声之直指，学人也未尝不须眼处闻声也。例如：天龙竖指，俱胝会得一指头禅；龙潭吹烛，德山省悟；鸟窠吹毛，侍者得旨。这岂不与因无情无声之说而省悟无二无别么？盖所谓有情无情与有声无声者乃吾人之妄情分别也。吾人因无明故，执取色身四大为我，遗弃其余为器世间，判为无情。殊不知这山河大地，草木丛林无一非我。苟功夫得力，妄情消融，内而身心，外而世界一齐消殒，则真心无所不遍，哪里还有有情无情之分与有声无声之别？就世俗讲，吾人一旦舍报，离开色体，这色壳岂不也和木石一样变成无情了吗？所以我们只要不妄执分别，有情无情就融为一体；有声无声化作一团，无彼此之分了。经云：“有情无情同圆种智。”即此之谓也。有情无情和有声无声既无分，也就不存在眼闻耳闻之别了。这一点会通了，眼处闻声，毫无神奇可言，正不须发神通而后得知也。说到神通，耳处闻声也未尝不是神通，因耳朵能闻声全是真心的作用，离开真心什么也听不见。现代科学家也明白了一点不是耳朵所闻的道理。他们说，眼睛不能见，耳朵不能闻，我们之所以能见、能闻，全是大脑的作用。大脑一有病，眼就不能见，耳就不能闻了。他们把能见能闻的功能归之于大脑已较常人进了一步，但还不完全正确。因为大脑神经只如电网，要起作用还需通电，电不通，电网虽密布也不起作用，这电就是我们的真心呀！所以我们的一言一行、一举一动，莫不是真心的妙用。我们整天在妙用之中而不自知，反向别处另求妙用，岂不愚痴之甚！？宗下大德尝云：“坐在饭箩边，饿煞人无数。”良可慨也。再进一步说，假如在问法闻法的紧要关头，心有所住，智有所隔，虽经明眼宗师亲切指示，何能抓住这稍纵即逝的刹那而默契妙语，明见本性？故此耳闻虽非神通而又非不神通；非不神通而又不</w:t>
      </w:r>
    </w:p>
    <w:p>
      <w:pPr>
        <w:spacing w:before="0" w:after="80" w:line="259" w:lineRule="auto"/>
        <w:ind w:firstLine="360"/>
      </w:pPr>
      <w:r>
        <w:rPr>
          <w:rFonts w:ascii="Noto Serif CJK SC" w:hAnsi="Noto Serif CJK SC" w:eastAsia="Noto Serif CJK SC"/>
        </w:rPr>
        <w:t>着神通，斯真正神通也。但因此种真正神通皆人人能办到的，大家反倒以为稀松平常不以为奇了。至若非一般人所能者，以少见多怪故，视为神奇，执为神通。其实也是人人皆具的，只以妄情所隔，五欲所盖，不能显发而已。我们苟能如上所说，通身放下，在行住坐卧处时时回光返照，一念薰修，则隳破生死情关，放大光明，现大神通非难事也。正是：无情说法无可议，眼处闻声亦非奇。穿衣吃饭寻常事，皆我神用莫狐疑。无说有闻皆不着，随缘任运自得宜。</w:t>
      </w:r>
    </w:p>
    <w:p>
      <w:pPr>
        <w:spacing w:before="0" w:after="80" w:line="259" w:lineRule="auto"/>
        <w:ind w:firstLine="360"/>
      </w:pPr>
      <w:r>
        <w:rPr>
          <w:rFonts w:ascii="Noto Serif CJK SC" w:hAnsi="Noto Serif CJK SC" w:eastAsia="Noto Serif CJK SC"/>
        </w:rPr>
        <w:t>直指与参话头达摩西来传佛心印，直指人心，见性成佛，未闻有参话头之说。盖禅乃涅槃妙心，正法眼藏，系人人本具的天真佛性，不因修得，不用求成。只因迷于声色，忘失本真，造业受报方才沉沦六道。苟能醒悟一切声色货利皆如空花水月，无可追求，毅然放舍，毫无粘着，则不须修法，当下即可回复本真而归家稳坐。因之，从上诸祖皆直接指示学人，令于言下悟去，不用钝置学人绕路参话头，唐丧光阴。如问：“如何是佛？”则答曰：“即心是佛。”或问：“清谈对面，非佛而何？”或曰：“我与汝道，恐汝不信。”俟学人诚惶诚恐地道：“和尚诚语，学人焉敢不信！”则答曰：“即汝便是。”更或召唤学人，俟伊应诺，则指示曰：“即此是，别无他物。”或反下一问：“是什么？”使学人反省而悟。宗门诸祖上自释迦文佛拈花，迦叶微笑印心，开斯雄迈古今独树一帜的教外别传宗派后，下至唐宋以前的列圣先贤所有开示学人的语句、偈颂，莫不赤裸裸地直示学人以真心，从不教人做参话头功夫。如宝志公道：“斯道本来现成，不用求，不用学，无你用心处，只当下一息便是。”又于《十二时歌》中末二句道：“未了之人听一言，只这如今谁动口？！”说得多少亲切明白。善慧大士曰：“有物先天地，无形本寂寥；能为万物主，不逐四时凋。”另又直指云：“夜夜抱佛眠，朝朝还共起。起坐镇相随，语默同居止。纤毫不相离，如身影相似。欲识佛去处，只这语声是。”大士《心王铭》，更是千古箴铭，其中道：“决定是有，不见其形；身内居停，面门出入，应物随形，非去来今。”说得多少坦率、真切、痛快，大士真可谓老婆心切矣。南岳慧思曰：“道源不远，性海非遥；但向己求，莫从他觅，觅即不得，得亦不真。”又曰：“顿悟心源开宝藏，隐显通灵现真相；纵令逼塞满虚空，看时不见微尘相；可笑物兮无比况，口吐明珠光晃晃。”又曰：“天不能盖地不载，无去无来无障碍，无长无短无青黄，不在中间及内外，超群出众太虚玄，指物传心人不会。”古人直指传心，可谓婆心切矣，而人不会，良可哀也。</w:t>
      </w:r>
    </w:p>
    <w:p>
      <w:pPr>
        <w:spacing w:before="0" w:after="80" w:line="259" w:lineRule="auto"/>
        <w:ind w:firstLine="360"/>
      </w:pPr>
      <w:r>
        <w:rPr>
          <w:rFonts w:ascii="Noto Serif CJK SC" w:hAnsi="Noto Serif CJK SC" w:eastAsia="Noto Serif CJK SC"/>
        </w:rPr>
        <w:t>布袋和尚云：“只个心心心是佛，十方世界最灵物；纵横妙用可怜生，一切不如心真实。”又曰：“吾有一躯佛，世人皆不识。不塑亦不装，不雕亦不刻。无一滴灰泥，无一点彩色。人画画不成，贼偷偷不得。体相本自然，清净非拂拭。虽然是一躯，分身千百亿。”此谚说得如此爽快明白，使人一见了然无疑，还用参什么话头呢？祖师禅就这么直截了当，使人于言下大悟去，不用迂回曲折地绕路做功夫。但这直下开示人见性，无修无证亦无得的法门，不仅禅宗如此，即密宗的高深密法阿底约嘎，也不例外。他们开示学人：“应知佛与传承诸上师及我心无别”；“见、定、行一切行持皆摄于心”；“一切染净诸法统统在现前离垢、空明、豁朗的内证智——本觉或本性中完全具矣”；“不须用界智为入门而勤修，只悟此当前种种显现皆我真心所化之相，无取无求，即超越勤修与因果”。这种种开示与禅师的说法无二无别，也是教人当下识自本心，见自本性。但他们不能一下手就习此法，须从四加行修起，慢慢地进入生起次第，修有相密，再渐渐地过渡到圆满次第，将有相化空，才能缓缓地与此法相应。其间不知要耽搁多少岁月，哪能和禅宗一样底直截了当，痛快径捷？！所以在一切修行的法门中，以禅宗为最简便、最迅速、最圆顿的法门。吾人得之，真不知从何世修来这么大的福根！但到唐宋以后，人心渐劣，根性渐薄，不珍视直指之真理至言而崇尚玄奇之悄语僻词，以为纯正之语无甚奇特，不予谨奉遵守，以之绵密保任，长养圣胎从而圆证菩提正果，反致因鄙视而流落六道无有出期。就如纨绔子弟以祖传家业非由自己艰苦经营得来，不知珍惜，挥霍无度，最终沦为饿殍一样。祖师们于哀愍之余，乃随机一变直指为参话头。将一则无义味、无理路的说话置于学人心头，如吞栗棘蓬相似，令其吐不出，咽不下，欲进不得，欲罢不能地生起大疑情。经一番苦参精研，于行不知行，坐不知坐时，忽然碰着磕着，如于十字街头觌见亲阿爹相似，亲证本来。方知佛本现成，勤苦追求，皆是骑驴觅驴，白费辛苦，曷胜冤屈！然非经此一番艰辛参究，本真何由得见？祖师用心亦良苦矣。参话头固须起大疑情，方能隔断妄想、妄念，打破无明，从而亲见本真。否则，即不起作用，参到驴年，亦无由开悟。此所谓大疑大悟，小疑小悟，不疑不悟也。但伶俐汉，实不须费多少手脚，吃多少辛苦，用若干年来参究。只于祖师们一句无理路话头劈面摔来而自</w:t>
      </w:r>
    </w:p>
    <w:p>
      <w:pPr>
        <w:spacing w:before="0" w:after="80" w:line="259" w:lineRule="auto"/>
        <w:ind w:firstLine="360"/>
      </w:pPr>
      <w:r>
        <w:rPr>
          <w:rFonts w:ascii="Noto Serif CJK SC" w:hAnsi="Noto Serif CJK SC" w:eastAsia="Noto Serif CJK SC"/>
        </w:rPr>
        <w:t>己无理可申，无言可答，无心可心时，回光一瞥：这诸念皆空，而有一明明不空者知诸念之空，这是什么？即可以大悟矣。</w:t>
      </w:r>
    </w:p>
    <w:p>
      <w:pPr>
        <w:spacing w:before="0" w:after="80" w:line="259" w:lineRule="auto"/>
        <w:ind w:firstLine="360"/>
      </w:pPr>
      <w:r>
        <w:rPr>
          <w:rFonts w:ascii="Noto Serif CJK SC" w:hAnsi="Noto Serif CJK SC" w:eastAsia="Noto Serif CJK SC"/>
        </w:rPr>
        <w:t>祖师们的无义味无理路话头，不是硬要你答出个道理来，而是要</w:t>
      </w:r>
    </w:p>
    <w:p>
      <w:pPr>
        <w:spacing w:before="0" w:after="80" w:line="259" w:lineRule="auto"/>
        <w:ind w:firstLine="360"/>
      </w:pPr>
      <w:r>
        <w:rPr>
          <w:rFonts w:ascii="Noto Serif CJK SC" w:hAnsi="Noto Serif CJK SC" w:eastAsia="Noto Serif CJK SC"/>
        </w:rPr>
        <w:t>你于无言可说，一念不生时反省这“不会”的是谁？如问师：“如何是佛？”答曰：“东山水上行。”或曰：“灯笼缘壁上天台。”使你摸不着头脑，逼你言语道断，心行路绝，你此时虽然无念可生，但非如木石无知，只于这千钧一发的关键时刻回光一瞥：“这是阿谁？”则参禅事毕矣。不能于斯悟者，参话头起疑情，经多年的苦心孤诣，确能大彻大悟。但这还要明眼师家适当的钳槌锻炼，相机随宜的提示和关键时刻恰到好处的点拨方能圆成。如一个人闭门造车般的盲参瞎练，就很难开悟了。如果疑情提不起，而在念话头，那就更无望了。降及近代，参禅同仁大都起不起疑情。如参“念佛是谁”，他们不在“谁”上着力参究，而在口里念“念佛是谁”，这就失却“参”的作用了，以致虽经多年用功而不能开悟。今日禅宗之所以衰微若此者，不皆由人才寥落，缺少真悟之士传承弘扬，沦为“法眷传法”之故欤？念“念佛是谁？”还不如念阿弥陀佛。因为念阿弥陀佛，有佛力加持，将来可藉以往生西方净土；念“念佛是谁”，既不能起疑情而开悟，也不得佛力加持而生西，除种一点善因外，恐怕别无收获了。现代参禅同仁既不能起疑情，又因工作关系，无法花二、三十年的时间来辛勤参究，倒不如仿效古法直接指示学人见性的方法，为来参者开发自性。让他们悟后绵密保任，勤除习气，以臻圆满，而造就广大人才，振兴圣教，或较为得计。讲到直指学人见性，定会遭到诸方的反对和责难。他们因久习于参话头见性，总以为不经自己刻苦参究而悟得的，不是见性。所谓“从门入者不是家珍”，从书上看来的，或经他人指授的都无用，一定要自己真参实究打开来的，方是真悟，方才得力。话是不错，确实须自己做功夫，做到妄念消融，内而身心，外而世界一齐消殒，方为亲证。但是现阶段的禅和子疑情起不起，话头参来无用，打不开本来，见不着本性，才不得已为相应时节因缘而改古法为今用啊！讲到佛性、真心，其实以直示而一念回光荐得者，与苦参数十年荐得者，乃至与修心中心密法，以佛力加持而荐得者，卒无二样。不过其中力用略有不同而已。一念回光荐得者力最薄，遇事不得力，</w:t>
      </w:r>
    </w:p>
    <w:p>
      <w:pPr>
        <w:spacing w:before="0" w:after="80" w:line="259" w:lineRule="auto"/>
        <w:ind w:firstLine="360"/>
      </w:pPr>
      <w:r>
        <w:rPr>
          <w:rFonts w:ascii="Noto Serif CJK SC" w:hAnsi="Noto Serif CJK SC" w:eastAsia="Noto Serif CJK SC"/>
        </w:rPr>
        <w:t>常为事境所牵，作不得主；苦参数十年荐得者力最胜，以多走冤枉路故，脚劲充厚，遇事能运用自如，无有走着。但力薄者只要不得少为足，时时提高警惕，在行住坐卧处，日常动用中，精勤锻炼，将旷劫多生的执着妄习渐渐除尽，也能上上升进而臻于圆满成就，此本是古德指授教化后人之轨范。关于参话头，古德也并非没有微词。如广慧琏禅师上堂示众云：“佛法本来无事，从上诸圣尽是捏怪，说些微妙的奇言奥语，惑乱人心；后来教参话头，更是强生枝节，压良为贱，埋没儿孙。更有云门、赵州、德山等辈死不惺惺，一生受屈。老僧这里即不然，即或释迦老子出来，也贬向他方世界，教他绝路去。何以故，免得丧我儿孙。老僧与么道，你等诸人作么生会？若于这里会者，岂不庆快！教你脱却衣衫，作个潇洒地衲僧在；若不会，来年更有新条在，恼乱春风卒未休。”这则说话，说得多少透彻、剿绝，那里有我们商量用心处？！我们大家只要安分守己，随缘就活，不妄自举心动念，节外生枝地乱起知解——要脱离生死，修行悟道，要成佛具智慧辩才、神通，要建立佛国净土……当下即是朗朗乾坤，清平世界。不用费什么手脚即便恢复天真佛性，归家稳坐，乐享太平。于此可见，明心见性不是非参话头不可的。即在唐宋时，诸大祖师也多有精要的直示。兹略举数例如下：</w:t>
      </w:r>
    </w:p>
    <w:p>
      <w:pPr>
        <w:spacing w:before="0" w:after="80" w:line="259" w:lineRule="auto"/>
        <w:ind w:firstLine="360"/>
      </w:pPr>
      <w:r>
        <w:rPr>
          <w:rFonts w:ascii="Noto Serif CJK SC" w:hAnsi="Noto Serif CJK SC" w:eastAsia="Noto Serif CJK SC"/>
        </w:rPr>
        <w:t>永明寿禅师云：“自古佛祖心心相授，并无一法与人。只教你执定</w:t>
      </w:r>
    </w:p>
    <w:p>
      <w:pPr>
        <w:spacing w:before="0" w:after="80" w:line="259" w:lineRule="auto"/>
        <w:ind w:firstLine="360"/>
      </w:pPr>
      <w:r>
        <w:rPr>
          <w:rFonts w:ascii="Noto Serif CJK SC" w:hAnsi="Noto Serif CJK SC" w:eastAsia="Noto Serif CJK SC"/>
        </w:rPr>
        <w:t>金刚王宝剑，斩断一切所知、所见、所闻、所觉、所悟，只剩这赤条条、光裸裸，一尘不染，一丝不挂的，便大事了毕。”并作偈云：“化人问幻士，空谷答泉声；欲会吾宗旨，泥牛水上行。”真净文云：“佛法至妙无二，但如实知自心，则究竟本来成佛。”有颂云：佛性天真事，谁云别有师？穿衣吃饭处，謦欬掉臂时，惟吾自心用，何尝动所思，众生皆平等，日用自多疑。又云：不拟心思量，一一天真，一一明妙，所以迷自心而众生，悟自心即成佛。</w:t>
      </w:r>
    </w:p>
    <w:p>
      <w:pPr>
        <w:spacing w:before="0" w:after="80" w:line="259" w:lineRule="auto"/>
        <w:ind w:firstLine="360"/>
      </w:pPr>
      <w:r>
        <w:rPr>
          <w:rFonts w:ascii="Noto Serif CJK SC" w:hAnsi="Noto Serif CJK SC" w:eastAsia="Noto Serif CJK SC"/>
        </w:rPr>
        <w:t>佛果云：“但只退步，愈退愈明，愈不会愈有力量；异念才起，拟心</w:t>
      </w:r>
    </w:p>
    <w:p>
      <w:pPr>
        <w:spacing w:before="0" w:after="80" w:line="259" w:lineRule="auto"/>
        <w:ind w:firstLine="360"/>
      </w:pPr>
      <w:r>
        <w:rPr>
          <w:rFonts w:ascii="Noto Serif CJK SC" w:hAnsi="Noto Serif CJK SC" w:eastAsia="Noto Serif CJK SC"/>
        </w:rPr>
        <w:t>才生，即猛然割断，令不相续，则智慧洞然，步步踏实地，自然得大解脱。”云门云：“你诸人无端走来这里觅什么？老僧只管吃饭屙屎，别解作什么？！”又云：“学者不信自心，不悟自心，不得自心明妙受</w:t>
      </w:r>
    </w:p>
    <w:p>
      <w:pPr>
        <w:spacing w:before="0" w:after="80" w:line="259" w:lineRule="auto"/>
        <w:ind w:firstLine="360"/>
      </w:pPr>
      <w:r>
        <w:rPr>
          <w:rFonts w:ascii="Noto Serif CJK SC" w:hAnsi="Noto Serif CJK SC" w:eastAsia="Noto Serif CJK SC"/>
        </w:rPr>
        <w:t>用，不得自心安乐解脱。心外妄有禅道，安立奇特，妄生取舍，纵修</w:t>
      </w:r>
    </w:p>
    <w:p>
      <w:pPr>
        <w:spacing w:before="0" w:after="80" w:line="259" w:lineRule="auto"/>
        <w:ind w:firstLine="360"/>
      </w:pPr>
      <w:r>
        <w:rPr>
          <w:rFonts w:ascii="Noto Serif CJK SC" w:hAnsi="Noto Serif CJK SC" w:eastAsia="Noto Serif CJK SC"/>
        </w:rPr>
        <w:t>行，落外道、二乘、禅寂、断见境界。”</w:t>
      </w:r>
    </w:p>
    <w:p>
      <w:pPr>
        <w:spacing w:before="0" w:after="80" w:line="259" w:lineRule="auto"/>
        <w:ind w:firstLine="360"/>
      </w:pPr>
      <w:r>
        <w:rPr>
          <w:rFonts w:ascii="Noto Serif CJK SC" w:hAnsi="Noto Serif CJK SC" w:eastAsia="Noto Serif CJK SC"/>
        </w:rPr>
        <w:t>大慧杲云：“至理忘言，时人不悉，强习他法，以为功能，不知自性</w:t>
      </w:r>
    </w:p>
    <w:p>
      <w:pPr>
        <w:spacing w:before="0" w:after="80" w:line="259" w:lineRule="auto"/>
        <w:ind w:firstLine="360"/>
      </w:pPr>
      <w:r>
        <w:rPr>
          <w:rFonts w:ascii="Noto Serif CJK SC" w:hAnsi="Noto Serif CJK SC" w:eastAsia="Noto Serif CJK SC"/>
        </w:rPr>
        <w:t>是个微妙大解脱门，具足一切妙用，从古至今，无少欠缺。犹如日轮，远近斯照，虽及众色，不与一切和合，灵烛妙明，非假锻炼。为不了故，取于物象，但如捏目，妄起空华，枉自疲劳，若能返照，无第二人，举措施为，无非实相。人每言自根钝，试返照，看能知钝者，还钝也无？”又示汪彦章云：“若自生退屈，谓根性陋劣，更求入</w:t>
      </w:r>
    </w:p>
    <w:p>
      <w:pPr>
        <w:spacing w:before="0" w:after="80" w:line="259" w:lineRule="auto"/>
        <w:ind w:firstLine="360"/>
      </w:pPr>
      <w:r>
        <w:rPr>
          <w:rFonts w:ascii="Noto Serif CJK SC" w:hAnsi="Noto Serif CJK SC" w:eastAsia="Noto Serif CJK SC"/>
        </w:rPr>
        <w:t>头处，正是含元殿里问长安在甚处耳。正提撕时是阿谁？能知根性</w:t>
      </w:r>
    </w:p>
    <w:p>
      <w:pPr>
        <w:spacing w:before="0" w:after="80" w:line="259" w:lineRule="auto"/>
        <w:ind w:firstLine="360"/>
      </w:pPr>
      <w:r>
        <w:rPr>
          <w:rFonts w:ascii="Noto Serif CJK SC" w:hAnsi="Noto Serif CJK SC" w:eastAsia="Noto Serif CJK SC"/>
        </w:rPr>
        <w:t>陋劣底又是阿谁？求入头处底又是阿谁？妙喜不避口业，分明为居士道破，只是个汪彦章，更无二个；只有一个汪彦章，更那里得个提撕底，知根性陋劣底，求入头处底来？当知皆汪彦章影子，并不干他汪彦章事。若是真个汪彦章，根性必不陋劣，必不求入头处，但信得自家主人不及，并不消得许多劳攘。”“妙喜者已是老婆心切，更须下个注脚：人位即是汪彦章，信位即是知根性陋劣求入头处底。若于正提撕话头时，返思能提撕底，还是汪彦章否？到这里间不容发，若伫思停机，则被影子惑矣。”诸如此类的坦率真诚、悲心为人，使人当下见性的直指明示，翻阅禅录，真是指不胜屈。一方面固是诸大祖师老婆心切，毫无保留地欲人同出苦海，共证真常；另一方面也可于此看出悟心证道不是非参话头不可。我们只须于师家明示下，豁然省悟，深信不疑这能</w:t>
      </w:r>
    </w:p>
    <w:p>
      <w:pPr>
        <w:spacing w:before="0" w:after="80" w:line="259" w:lineRule="auto"/>
        <w:ind w:firstLine="360"/>
      </w:pPr>
      <w:r>
        <w:rPr>
          <w:rFonts w:ascii="Noto Serif CJK SC" w:hAnsi="Noto Serif CJK SC" w:eastAsia="Noto Serif CJK SC"/>
        </w:rPr>
        <w:t>起功用的就是我人自己的本来面目，没有什么玄妙奇特，只要于行</w:t>
      </w:r>
    </w:p>
    <w:p>
      <w:pPr>
        <w:spacing w:before="0" w:after="80" w:line="259" w:lineRule="auto"/>
        <w:ind w:firstLine="360"/>
      </w:pPr>
      <w:r>
        <w:rPr>
          <w:rFonts w:ascii="Noto Serif CJK SC" w:hAnsi="Noto Serif CJK SC" w:eastAsia="Noto Serif CJK SC"/>
        </w:rPr>
        <w:t>住坐卧间绵密保任，与自己的着相妄习作斗争，渐渐底将它除净，即能臻于玄奥。如或疑此直指明示的方法，学人悟来恐不得力，也可另换手法。就学人来问时，用一句无理路的答话掼过去，逼得他无言可答，无理可申时，指他回光一瞥而亲证本来。如问：“如何是佛？”答曰：“面向西看东。”学人闻后因无理可循，必然一呆，不知所措，即追问：“这无言可对的是谁？”他必更不会。再追问：“这眼目空动，欲言不得，欲罢不能的还是你自家的本来面目否？”学人于此必然有省，如再不会，可更进一步指示：“欲亲见佛性，会取这‘不会的’，别无其他！”我想，经这一番详示，再不会，恐怕就不是吾道中人了。这直指见性成道法门是一超直入的雄伟心法，他是诞生王子，不假外在功勋，所以不用习禅定和一切有相修法，诞生王子必定接位称王；一切有为禅定修法，功夫再好，只是立功受奖的外围大臣，永</w:t>
      </w:r>
    </w:p>
    <w:p>
      <w:pPr>
        <w:spacing w:before="0" w:after="80" w:line="259" w:lineRule="auto"/>
        <w:ind w:firstLine="360"/>
      </w:pPr>
      <w:r>
        <w:rPr>
          <w:rFonts w:ascii="Noto Serif CJK SC" w:hAnsi="Noto Serif CJK SC" w:eastAsia="Noto Serif CJK SC"/>
        </w:rPr>
        <w:t>高峰、主人公在什么处</w:t>
      </w:r>
    </w:p>
    <w:p>
      <w:pPr>
        <w:spacing w:before="0" w:after="80" w:line="259" w:lineRule="auto"/>
        <w:ind w:firstLine="360"/>
      </w:pPr>
      <w:r>
        <w:rPr>
          <w:rFonts w:ascii="Noto Serif CJK SC" w:hAnsi="Noto Serif CJK SC" w:eastAsia="Noto Serif CJK SC"/>
        </w:rPr>
        <w:t>开示悟入佛知见</w:t>
      </w:r>
    </w:p>
    <w:p>
      <w:pPr>
        <w:spacing w:before="0" w:after="80" w:line="259" w:lineRule="auto"/>
        <w:ind w:firstLine="360"/>
      </w:pPr>
      <w:r>
        <w:rPr>
          <w:rFonts w:ascii="Noto Serif CJK SC" w:hAnsi="Noto Serif CJK SC" w:eastAsia="Noto Serif CJK SC"/>
        </w:rPr>
        <w:t>物我不二眼处闻声始得知直指与参话头大机大用远不得为王。所以六祖说：“只论见性，不论禅定解脱。”我们能确认这无知的灵知就是我们的真心、佛性，毫不怀疑，真是了不起的大事因缘，没有福德的人是担当不起的！但是话要说回来，确认这尊贵无比的佛性后，不能荒唐放逸，以为到家无事。须严加保护，妥善长养，使其内不随妄念流浪，外不为物境牵流，日就月将，渐臻圆满，才得真实受用。否则，狂妄无羁，任其走着，则一无是处。非但生死依旧，而且未得为得，也将沉沦恶趣，可不慎哉！讲到保任，原非难事。只是平日动荡惯了，易被妄念和物境牵流而忘却保任，往往随妄念流浪了好多转，跟物境迁流了许多时，才猛然省悟，所以功夫不能成片。这保任功夫的难，就难在时时不忘记。古德云：“不怕念起，只怕觉迟。”绝非虚语。我们倘能提高警惕，集中心力观牢心念起处，不随之流转；任何事物当前皆不粘染，不消三五年，即能打成一片。复次，“保任”功夫是由浅入深的两部功夫，不是一回事。“保”者，保护也；“任”者，放任也。做功夫先从保护下手，如婴儿降生后，须妥善保养，以免夭折一样。等有为的保护功夫做到圆满，在日常动用中毫无走着时，才能进入“任”字功夫。任其自由行动，要坐便坐，要行便行，毫无拘束，方能进入无为正位。更向上，浑化其无为之迹，无所谓无为不无为，镇日如痴如呆，饥来吃饭，困来打眠，方得真实受用。但如因做“保”字功夫时，用功过切，看得过紧，时间长了，呆如木鸡，死而不化，则又非是。故做功夫有三难：一是认识本来，立稳脚跟，无所狐疑难；二是认识本来后，绵密保任不忘难；三是不死于保护，活泼放任难。过此三者，则天上天下唯尔独尊矣！或问：“大慧杲禅师斥诸方静坐观心为默照邪禅。今子教人于直指见性后，绵密观照，保护真心，岂不落入默照邪禅之列？”答曰：大慧斥诸方为默照邪禅者，以诸方不知有——不识本性——只在那里空坐，徒劳无益，更有落入死水、无记之虞，所以斥为邪禅。今我们大家先识本性，而后加以绵密保护，不是空保；是有主、知妙有的保，犹如有了孩子后加以养育的保，不是没有孩子的空保。这和大</w:t>
      </w:r>
    </w:p>
    <w:p>
      <w:pPr>
        <w:spacing w:before="0" w:after="80" w:line="259" w:lineRule="auto"/>
        <w:ind w:firstLine="360"/>
      </w:pPr>
      <w:r>
        <w:rPr>
          <w:rFonts w:ascii="Noto Serif CJK SC" w:hAnsi="Noto Serif CJK SC" w:eastAsia="Noto Serif CJK SC"/>
        </w:rPr>
        <w:t>慧斥责的邪禅截然不同，不可混为一谈。识自本心，见自本性，在修</w:t>
      </w:r>
    </w:p>
    <w:p>
      <w:pPr>
        <w:spacing w:before="0" w:after="80" w:line="259" w:lineRule="auto"/>
        <w:ind w:firstLine="360"/>
      </w:pPr>
      <w:r>
        <w:rPr>
          <w:rFonts w:ascii="Noto Serif CJK SC" w:hAnsi="Noto Serif CJK SC" w:eastAsia="Noto Serif CJK SC"/>
        </w:rPr>
        <w:t>法的途程上如此重要，就更突出了直指的重要性和关键性。直指见性既如此重要，诸大祖师能为学人开发自性，令其当下悟者，而免迂回曲折地多走弯路，真是功德太大了。禅门五宗的诸大</w:t>
      </w:r>
    </w:p>
    <w:p>
      <w:pPr>
        <w:spacing w:before="0" w:after="80" w:line="259" w:lineRule="auto"/>
        <w:ind w:firstLine="360"/>
      </w:pPr>
      <w:r>
        <w:rPr>
          <w:rFonts w:ascii="Noto Serif CJK SC" w:hAnsi="Noto Serif CJK SC" w:eastAsia="Noto Serif CJK SC"/>
        </w:rPr>
        <w:t>祖师能为学人畅晓无疑地直示真心的，代不乏人，但其中说得最直接痛快，令人闻后即能悟道的莫过临济祖师。他非但把如何是当人的佛性及这性在什么处说得一清二楚，而且把悟后如何做保任功夫以及功夫向上升进的历程，也用“三玄三要”毫无保留地表泄出来。不似他宗把说到嘴边的关键话又咽了回去，使人反而生疑，摸不着头脑，这大概就是今日他宗皆绝响，唯临济尚能延续的原因吧。临济祖师开示学人说：“我与诸佛不别者，乃认得这说法之人，听法之人，他是无依的人，他是诸佛之母，诸佛皆从此出。”又云：“竖起眉毛，挺起脊梁，露出巍巍堂堂这说法之人、听法之人，便是活佛活祖。”又云：“赤肉团上有一无位真人，常出入人之面门。”又云：“欲识此无位真人么？即今说法、听法者是。”又云：“人要求真正见解，</w:t>
      </w:r>
    </w:p>
    <w:p>
      <w:pPr>
        <w:spacing w:before="0" w:after="80" w:line="259" w:lineRule="auto"/>
        <w:ind w:firstLine="360"/>
      </w:pPr>
      <w:r>
        <w:rPr>
          <w:rFonts w:ascii="Noto Serif CJK SC" w:hAnsi="Noto Serif CJK SC" w:eastAsia="Noto Serif CJK SC"/>
        </w:rPr>
        <w:t>不要求殊胜，殊胜自至。何以谓之真正见解？你四大色身不解说法</w:t>
      </w:r>
    </w:p>
    <w:p>
      <w:pPr>
        <w:spacing w:before="0" w:after="80" w:line="259" w:lineRule="auto"/>
        <w:ind w:firstLine="360"/>
      </w:pPr>
      <w:r>
        <w:rPr>
          <w:rFonts w:ascii="Noto Serif CJK SC" w:hAnsi="Noto Serif CJK SC" w:eastAsia="Noto Serif CJK SC"/>
        </w:rPr>
        <w:t>听法，脾胃肝胆不解说法听法，虚空、物境不解说法听法，是什么解说法听法？是你目前历历的勿一个形段孤明，是这个解说法听法，若如是见，便得与佛祖不别。”又云：“你欲识佛祖么？只你能听法的便是，如信不及而向外求，设求得者，皆是文字名相，终不得他活佛活祖之意。”又云：“约山僧见处与世尊不别，每日多般用处欠少什么？六道神光未曾间息，若能如是见得即是一生无事人。”又云：“你欲得生死去住自由，即今识取听法的人，无形无相，无住处，活泼泼地应万般设施用处，只是无处所，觅着转远，求之转乖，号为秘密。”……临济祖师见得真，说得苦，“说法、听法之人”这句反覆叮咛嘱咐学人的话，多不胜举。总是要人当下信得及，识得透，才能了毕大事。我们后辈学子果能于斯识得本性的端倪，毫不怀疑地于行住坐卧中加以绵密保任，消尽妄习，圆证菩提，方不辜负临济公赤诚为人的本怀。至于“三玄三要”更是临济公心诣。因他用心细密，亲历过来，说得清楚透彻。他说大凡演唱宗乘，一句中须具三玄，一玄门须具三要。这三玄三要，我们要细细参透，方知由初悟，渐臻圆满的玄奥。</w:t>
      </w:r>
    </w:p>
    <w:p>
      <w:pPr>
        <w:spacing w:before="0" w:after="80" w:line="259" w:lineRule="auto"/>
        <w:ind w:firstLine="360"/>
      </w:pPr>
      <w:r>
        <w:rPr>
          <w:rFonts w:ascii="Noto Serif CJK SC" w:hAnsi="Noto Serif CJK SC" w:eastAsia="Noto Serif CJK SC"/>
        </w:rPr>
        <w:t>但历来诸方对这三玄三要究竟是哪三玄哪三要呢？各执一词，争论</w:t>
      </w:r>
    </w:p>
    <w:p>
      <w:pPr>
        <w:spacing w:before="0" w:after="80" w:line="259" w:lineRule="auto"/>
        <w:ind w:firstLine="360"/>
      </w:pPr>
      <w:r>
        <w:rPr>
          <w:rFonts w:ascii="Noto Serif CJK SC" w:hAnsi="Noto Serif CJK SC" w:eastAsia="Noto Serif CJK SC"/>
        </w:rPr>
        <w:t>不息，相持不下。如古塔主、洪觉范、张无尽等，有的说是藉此为涂毒鼓声，一死便休；有的说是截断众流，壁立万仞，偷心全死而悟本来；有的说似清凉寂灭幢等。惟古塔主独排众议，谓临济公既说三玄，应还他三玄，怎可以一语而概之。乃采集言句表彰三玄，但于中</w:t>
      </w:r>
    </w:p>
    <w:p>
      <w:pPr>
        <w:spacing w:before="0" w:after="80" w:line="259" w:lineRule="auto"/>
        <w:ind w:firstLine="360"/>
      </w:pPr>
      <w:r>
        <w:rPr>
          <w:rFonts w:ascii="Noto Serif CJK SC" w:hAnsi="Noto Serif CJK SC" w:eastAsia="Noto Serif CJK SC"/>
        </w:rPr>
        <w:t>又遗漏几要，不无支离破碎之感。在此众论纷纭，莫衷一是之际，汾阳昭禅师乃以一偈而概之曰：“三玄三要事难分，得意忘言道易亲；一句明明该万象，重阳九月菊花新。”他是临济公第五代孙，他说难分，谁敢再分。以是三玄三要之诣，尘封高阁，决无有再提起者。迨至清初天童密云悟禅师的法嗣三峰禅师出世，进问乃师本宗初祖三玄三要的的旨，悟师以汾阳昭偈答之，三峰不肯，请师清楚明晰地指出三玄是哪三玄？而且一玄有三要，三玄就应有九要，九要又是哪九要？不可笼统颟顸地说一句事难分而作罢。因此引起师弟不睦，更因此争论。清雍正帝目为犯上，阻止三峰语录流通，焚毁其书，致今日无从查阅此公如何申述三玄三要之玄旨，诚为莫大的憾事！于兹无可奈何之际，谨就诸先贤关于三玄三要之论述，择其适合为近代人用功之轨范者略录之于后：临济公说“一句中具三玄”。在要弄清三玄之前，先要明白这一句是哪一句，不明白这一句又何从透三玄呢？原来这一句就是上面说的“赤肉团上有一无位真人，即今说法、听法者是”。这一句最关紧要，是三玄三要的总纲。明白这一句，识得本来面目，才可往下谈玄要——用功的过程。否则，如纸上谈兵，空说无益。所谓说法听法的无位真人，即本来天真、不因造作、不用修成而无依倚的本色道人也。我们现在能说法听法的不是四大色体，乃各人目前历历孤明而无形相的“灵明妙觉”。我们会得这个“妙觉”，只为初悟，习气未除，自救不了，需要历境练心，上上升进方能与佛祖把手共行。所以临济公把这段历进的途程分为三玄三要。从这句说法听法的无位真人上因各人的根基和所悟的深浅不同，分为三玄。是哪三玄呢？第一是体中玄，第二意中玄，第三是句中玄。盖从悟得的妙体上发而为之的大意，由意产生妙用拈出而为言句。临济公于每一玄，各有一句说话，今为读者易于明了契入起见，将三句提示，颠倒过来，由浅入深的从第三句中玄开始分段略说如后：</w:t>
      </w:r>
    </w:p>
    <w:p>
      <w:pPr>
        <w:pStyle w:val="Heading3"/>
      </w:pPr>
      <w:r>
        <w:rPr>
          <w:rFonts w:ascii="Noto Serif CJK SC" w:hAnsi="Noto Serif CJK SC" w:eastAsia="Noto Serif CJK SC"/>
        </w:rPr>
        <w:t>一、句中玄：“看取棚头弄傀儡，抽牵全藉里头人。”</w:t>
      </w:r>
    </w:p>
    <w:p>
      <w:pPr>
        <w:spacing w:before="0" w:after="80" w:line="259" w:lineRule="auto"/>
        <w:ind w:firstLine="360"/>
      </w:pPr>
      <w:r>
        <w:rPr>
          <w:rFonts w:ascii="Noto Serif CJK SC" w:hAnsi="Noto Serif CJK SC" w:eastAsia="Noto Serif CJK SC"/>
        </w:rPr>
        <w:t>这句话就是说我们看木偶戏，木头人会动，全靠人在里面抽线。教我们由此明白我们之所以能言能行全是佛性的作用，离开佛性，这个色体就如木头一样，不能动弹，藉此提示而明悟本来。但这只是初悟，执着习气犹在，故此时自救不了。但在悟后，只要不放逸，不得少为足，精勤绵密地做保任功夫，即能除尽习气而了断生死。</w:t>
      </w:r>
    </w:p>
    <w:p>
      <w:pPr>
        <w:spacing w:before="0" w:after="80" w:line="259" w:lineRule="auto"/>
        <w:ind w:firstLine="360"/>
      </w:pPr>
      <w:r>
        <w:rPr>
          <w:rFonts w:ascii="Noto Serif CJK SC" w:hAnsi="Noto Serif CJK SC" w:eastAsia="Noto Serif CJK SC"/>
        </w:rPr>
        <w:t>故这里就功夫上进的程序分为三要：初要：初悟时脱离诸相，识得本真，是为句中玄初段。中要：既识本真，习气犹在，即当绵密保护，不可稍懈。上要：以自己保自己，则有想象光影，思欲离之，但功力不够，犹不能忘。此时任你保护严密，但有相而不能忘，所以临济公说自救不了。</w:t>
      </w:r>
    </w:p>
    <w:p>
      <w:pPr>
        <w:pStyle w:val="Heading3"/>
      </w:pPr>
      <w:r>
        <w:rPr>
          <w:rFonts w:ascii="Noto Serif CJK SC" w:hAnsi="Noto Serif CJK SC" w:eastAsia="Noto Serif CJK SC"/>
        </w:rPr>
        <w:t>二、意中玄：“妙解岂容无著问，沤和争负截流机！”</w:t>
      </w:r>
    </w:p>
    <w:p>
      <w:pPr>
        <w:spacing w:before="0" w:after="80" w:line="259" w:lineRule="auto"/>
        <w:ind w:firstLine="360"/>
      </w:pPr>
      <w:r>
        <w:rPr>
          <w:rFonts w:ascii="Noto Serif CJK SC" w:hAnsi="Noto Serif CJK SC" w:eastAsia="Noto Serif CJK SC"/>
        </w:rPr>
        <w:t>斯道妙理难解至于不可以言解，斯真妙矣。既妙至无可言解，则起念来问者，岂不错乎？即善问如无著菩萨者，至此亦无能措词。盖无为法门，其初已悟截流之机——即识得本来入于正位，则群流——妄想——皆断。沤和者乃水中之泡一起一灭和而成块也，任你百千万亿有言说的问答沤块，怎能负担得起截断众流的大机大用？意思是任你百千问答，终归有解，岂能如无解之妙解，一齐放下，无问无答当下即截断众流，而端坐证无为。这里就功夫进度也分三要：初要：接句中玄上要，因保任功夫绵密，能离却想象光影，然犹有离在意中。中要：功夫更加绵密，忘却“离”字，遂入无为正位。身心轻安，受用无比。其始也返照之意多；今也变返照而为寂照，端拱无为，一无事道人而已。上要：此时无所谓功夫，无功之功，其功甚大，即无为亦浑化其迹，无所谓无为矣。此时不求神通变化，而神通自来！到此地位已明两玄六要，可以教化人天，故临济公云：此句荐得可以为人天师。</w:t>
      </w:r>
    </w:p>
    <w:p>
      <w:pPr>
        <w:pStyle w:val="Heading3"/>
      </w:pPr>
      <w:r>
        <w:rPr>
          <w:rFonts w:ascii="Noto Serif CJK SC" w:hAnsi="Noto Serif CJK SC" w:eastAsia="Noto Serif CJK SC"/>
        </w:rPr>
        <w:t>三、体中玄：“三要印开朱点窄，未容拟议主宾分。”</w:t>
      </w:r>
    </w:p>
    <w:p>
      <w:pPr>
        <w:spacing w:before="0" w:after="80" w:line="259" w:lineRule="auto"/>
        <w:ind w:firstLine="360"/>
      </w:pPr>
      <w:r>
        <w:rPr>
          <w:rFonts w:ascii="Noto Serif CJK SC" w:hAnsi="Noto Serif CJK SC" w:eastAsia="Noto Serif CJK SC"/>
        </w:rPr>
        <w:t>此三要不是上面说的初、中、上三要，而是身、口、意三要。上面说的三要乃返本还原，自家大事了毕者；此三要乃印开心地——朱点——发百千万陀罗尼，建立化门，起度生之妙用者。为度生故，身则外现威仪；口则随机对答；意则智悲双运。以此为印，开发心地，广大无边，凡一切料简、与夺、权实、照用、宾主，不必拟议而自然历历分明。（试问：东西两堂二僧同时出来下喝一声，还分得出谁是主谁是宾否？）这里也分三要：初要：功夫妙到极处，则妙不能久炫其妙而返淡，此淡乃功夫妙到尽极处，返而为淡，不是未曾历过意中之玄要而妄言淡者。淡如水，水无味，同愚人一样，无识无知，穿衣吃饭而已。</w:t>
      </w:r>
    </w:p>
    <w:p>
      <w:pPr>
        <w:spacing w:before="0" w:after="80" w:line="259" w:lineRule="auto"/>
        <w:ind w:firstLine="360"/>
      </w:pPr>
      <w:r>
        <w:rPr>
          <w:rFonts w:ascii="Noto Serif CJK SC" w:hAnsi="Noto Serif CJK SC" w:eastAsia="Noto Serif CJK SC"/>
        </w:rPr>
        <w:t>中要：我们本体本来如此，今复如此，并无增加。斯理实非妙字能尽，惟淡字好，但大家一入淡则觉孤寂而飞走去，惟智者能安而乐之。淡虽无味，然无味中有一至味在。原来不是色、不是空、不是</w:t>
      </w:r>
    </w:p>
    <w:p>
      <w:pPr>
        <w:pStyle w:val="Heading3"/>
      </w:pPr>
      <w:r>
        <w:rPr>
          <w:rFonts w:ascii="Noto Serif CJK SC" w:hAnsi="Noto Serif CJK SC" w:eastAsia="Noto Serif CJK SC"/>
        </w:rPr>
        <w:t>一、不是万、不是凡、不是圣、不是境、不是物、不是有为、不是无</w:t>
      </w:r>
    </w:p>
    <w:p>
      <w:pPr>
        <w:spacing w:before="0" w:after="80" w:line="259" w:lineRule="auto"/>
        <w:ind w:firstLine="360"/>
      </w:pPr>
      <w:r>
        <w:rPr>
          <w:rFonts w:ascii="Noto Serif CJK SC" w:hAnsi="Noto Serif CJK SC" w:eastAsia="Noto Serif CJK SC"/>
        </w:rPr>
        <w:t>为、不是亦不是，于行住坐卧，动静酬酢往来之中而历历孤明，如朗月当头，推之不去，揽之不来，总无丝毫接续断灭，影响之相。上要：至此难于开口措词，世尊见文殊、迦叶白椎竟便下座，古来诸禅德至此便拂衣归方丈。惟曹山禅师有一句话可用来明此上要。僧问曹山：“朗月当头时如何？”山曰：“犹是阶下汉。”僧曰：“请师接上阶。”山曰：“月落时相见。”诸位读者，月落后莫非即漆黑一团，不见光明了么？非也，这是功夫到究竟处，浑化相忘，毫无痕迹，犹如吾人在空气中而忘其为空气也。此时如有人进问一句：“月落后作么生相见？”我即向他礼拜了退。可见我们做功夫到究竟地，一点影响也没有，假如还执着神通变化，则失之远矣！所以临济公说，到此地位可以为佛祖之师。这临济公直指人见性成道的三玄三要心法，自从汾阳昭说“事难分”后，后人大都不敢再分三玄三要的内容究竟是什么玄要？只颟顸笼统地说一声“泥弹子”或“喝”一声而掩饰过去。讲到喝，如真透过三玄三要达到究竟地，这喝非但当得起三玄三要的最高点——“三要印开朱点窄”，即三世诸佛也为之喝退；如只笼统颟顸地“喝”，则张三李四哪个不会喝，这喝值得什么狗屎橛！棒喝在禅宗的作用颇为广博而微妙，德山棒、临济喝是响彻古今的宗门风范。不知有多少豪迈英俊之士于斯豁开正眼而归家稳坐，可见其作用之微妙，有非言语所能表达者。兹举一则“喝”的公案供养大众，以略窥其微妙：宋徽宗时，当朝太尉请诸山长老来家开无遮大会，当时禅宗的大德圆悟勤也在座，徽宗皇帝也着便衣来会随喜。会间有华严座主提问道：“在我们教下讲来要成佛须经三大阿僧劫，而禅宗则说一棒一喝即能证道，这和佛所说大相径庭，不能使人无疑。今宗下大德在此，如一喝能透得贤首五教，则能使大家信服，棒喝确有此功效；如透不过五教，则所谓棒喝能使人成道者，便同魔说。敬请宗下大德来开示愚蒙。”时圆悟以目视净因成禅师，成会意，乃对大众曰：此问题很简单，不值前辈长老解答，由我少长老来试答。要透五教，先将五教的教</w:t>
      </w:r>
    </w:p>
    <w:p>
      <w:pPr>
        <w:spacing w:before="0" w:after="80" w:line="259" w:lineRule="auto"/>
        <w:ind w:firstLine="360"/>
      </w:pPr>
      <w:r>
        <w:rPr>
          <w:rFonts w:ascii="Noto Serif CJK SC" w:hAnsi="Noto Serif CJK SC" w:eastAsia="Noto Serif CJK SC"/>
        </w:rPr>
        <w:t>义立明，以免下喝时混淆不清：</w:t>
      </w:r>
    </w:p>
    <w:p>
      <w:pPr>
        <w:pStyle w:val="Heading3"/>
      </w:pPr>
      <w:r>
        <w:rPr>
          <w:rFonts w:ascii="Noto Serif CJK SC" w:hAnsi="Noto Serif CJK SC" w:eastAsia="Noto Serif CJK SC"/>
        </w:rPr>
        <w:t>一、小乘教：小乘著有，以有法可修，有生死可了，有涅槃可证为</w:t>
      </w:r>
    </w:p>
    <w:p>
      <w:pPr>
        <w:spacing w:before="0" w:after="80" w:line="259" w:lineRule="auto"/>
        <w:ind w:firstLine="360"/>
      </w:pPr>
      <w:r>
        <w:rPr>
          <w:rFonts w:ascii="Noto Serif CJK SC" w:hAnsi="Noto Serif CJK SC" w:eastAsia="Noto Serif CJK SC"/>
        </w:rPr>
        <w:t>义。</w:t>
      </w:r>
    </w:p>
    <w:p>
      <w:pPr>
        <w:pStyle w:val="Heading3"/>
      </w:pPr>
      <w:r>
        <w:rPr>
          <w:rFonts w:ascii="Noto Serif CJK SC" w:hAnsi="Noto Serif CJK SC" w:eastAsia="Noto Serif CJK SC"/>
        </w:rPr>
        <w:t>二、大乘始教：乃真空绝相之理法界，以一法不立，一尘不染为</w:t>
      </w:r>
    </w:p>
    <w:p>
      <w:pPr>
        <w:spacing w:before="0" w:after="80" w:line="259" w:lineRule="auto"/>
        <w:ind w:firstLine="360"/>
      </w:pPr>
      <w:r>
        <w:rPr>
          <w:rFonts w:ascii="Noto Serif CJK SC" w:hAnsi="Noto Serif CJK SC" w:eastAsia="Noto Serif CJK SC"/>
        </w:rPr>
        <w:t>尚。</w:t>
      </w:r>
    </w:p>
    <w:p>
      <w:pPr>
        <w:pStyle w:val="Heading3"/>
      </w:pPr>
      <w:r>
        <w:rPr>
          <w:rFonts w:ascii="Noto Serif CJK SC" w:hAnsi="Noto Serif CJK SC" w:eastAsia="Noto Serif CJK SC"/>
        </w:rPr>
        <w:t>三、大乘终教：以非空非有为义，空有双非，乃空有皆不住之事法</w:t>
      </w:r>
    </w:p>
    <w:p>
      <w:pPr>
        <w:spacing w:before="0" w:after="80" w:line="259" w:lineRule="auto"/>
        <w:ind w:firstLine="360"/>
      </w:pPr>
      <w:r>
        <w:rPr>
          <w:rFonts w:ascii="Noto Serif CJK SC" w:hAnsi="Noto Serif CJK SC" w:eastAsia="Noto Serif CJK SC"/>
        </w:rPr>
        <w:t>界。</w:t>
      </w:r>
    </w:p>
    <w:p>
      <w:pPr>
        <w:pStyle w:val="Heading3"/>
      </w:pPr>
      <w:r>
        <w:rPr>
          <w:rFonts w:ascii="Noto Serif CJK SC" w:hAnsi="Noto Serif CJK SC" w:eastAsia="Noto Serif CJK SC"/>
        </w:rPr>
        <w:t>四、大乘顿教：以即空即有为义，空不碍有，有不碍空，乃空有双</w:t>
      </w:r>
    </w:p>
    <w:p>
      <w:pPr>
        <w:spacing w:before="0" w:after="80" w:line="259" w:lineRule="auto"/>
        <w:ind w:firstLine="360"/>
      </w:pPr>
      <w:r>
        <w:rPr>
          <w:rFonts w:ascii="Noto Serif CJK SC" w:hAnsi="Noto Serif CJK SC" w:eastAsia="Noto Serif CJK SC"/>
        </w:rPr>
        <w:t>运之理事无碍法界。</w:t>
      </w:r>
    </w:p>
    <w:p>
      <w:pPr>
        <w:pStyle w:val="Heading3"/>
      </w:pPr>
      <w:r>
        <w:rPr>
          <w:rFonts w:ascii="Noto Serif CJK SC" w:hAnsi="Noto Serif CJK SC" w:eastAsia="Noto Serif CJK SC"/>
        </w:rPr>
        <w:t>五、大乘圆教：以非空而非有，非有而非空，圆融无碍为旨，乃佛</w:t>
      </w:r>
    </w:p>
    <w:p>
      <w:pPr>
        <w:spacing w:before="0" w:after="80" w:line="259" w:lineRule="auto"/>
        <w:ind w:firstLine="360"/>
      </w:pPr>
      <w:r>
        <w:rPr>
          <w:rFonts w:ascii="Noto Serif CJK SC" w:hAnsi="Noto Serif CJK SC" w:eastAsia="Noto Serif CJK SC"/>
        </w:rPr>
        <w:t>祖心髓之事事无碍法界。成举罢问座主：“五教之义旨是否如此？”主曰：“如是如是”。成乃大喝一声，问众曰：“还听见否？”众曰：“听见了”。成曰：“那末是‘有’了，可透小乘教”。历久声消，成问众曰：“还听见否？”众曰：“听不见了”。成曰：“那么是‘空’了，能透大乘始教。”成进云：“现在无声，刚刚有声，是非空；刚才虽有而现在则无，是非有，这非有非空能透大乘终教了。再则，现在说空，因刚刚有才说空，如刚刚无有，现在无从说空。那么，说空之时有在空；例此，因空才说有，如无空说什么有？故说有之时空在有，这是相对相成的，这就是即空即有，即有即空，透得过大乘顿教了。再说大乘圆教非有而非空，非空而非有者，我一喝不作一喝用，做一切事毫无去留、粘染。终日吃饭，未曾咬着一粒米，终日着衣，未尝挂着一根丝；不动身心而日应万缘，端拱无为而妙用恒沙；说无之时，周遍沙界，说有之时，纤毫不立。诸子百家，百工技艺，莫不如此，此大乘圆教圆融无碍之旨也”。大众闻后，莫不信服赞叹，徽宗在座也点头不止。这则公案启示我们，举凡一举一动，一言一行，莫不是真心的妙用，只要我们于识得它后，不忘保任，时时处处在事境上磨练，将旧习除尽，即能起大机大用，圆证菩提，正不必参无义味的话头也。但如习气深厚，执着坚固的人，虽能识得这说法、听法的人，但因定力不够，看不见妄念起处，无从着手保护；于物境当前时，更无力转</w:t>
      </w:r>
    </w:p>
    <w:p>
      <w:pPr>
        <w:spacing w:before="0" w:after="80" w:line="259" w:lineRule="auto"/>
        <w:ind w:firstLine="360"/>
      </w:pPr>
      <w:r>
        <w:rPr>
          <w:rFonts w:ascii="Noto Serif CJK SC" w:hAnsi="Noto Serif CJK SC" w:eastAsia="Noto Serif CJK SC"/>
        </w:rPr>
        <w:t>换，就可择一与自己习性相应的法门，如数息、念佛、参话头或修心</w:t>
      </w:r>
    </w:p>
    <w:p>
      <w:pPr>
        <w:spacing w:before="0" w:after="80" w:line="259" w:lineRule="auto"/>
        <w:ind w:firstLine="360"/>
      </w:pPr>
      <w:r>
        <w:rPr>
          <w:rFonts w:ascii="Noto Serif CJK SC" w:hAnsi="Noto Serif CJK SC" w:eastAsia="Noto Serif CJK SC"/>
        </w:rPr>
        <w:t>中心法等，加上打坐，增加定力，庶几可于行住坐卧处不忘保任，而于最后圆成彻证之功矣。</w:t>
      </w:r>
    </w:p>
    <w:p>
      <w:pPr>
        <w:spacing w:before="0" w:after="80" w:line="259" w:lineRule="auto"/>
        <w:ind w:firstLine="360"/>
      </w:pPr>
      <w:r>
        <w:rPr>
          <w:rFonts w:ascii="Noto Serif CJK SC" w:hAnsi="Noto Serif CJK SC" w:eastAsia="Noto Serif CJK SC"/>
        </w:rPr>
        <w:t>大机大用学佛原为得真实受用，潇洒自在，起大机大用，利益群伦。不是为了求神通玄妙，炫耀自己；更不是死坐在黑山背后，常住灭尽定中如木石一般不动的。讲到大机大用，人们往往要想到神通玄妙上去而不知大机大用就在寻常。这非但现在的初心佛子不知，即昔鸟窠禅师的侍者亦不明此机用，而怨禅师不为开示法要，拟辞别他往，对禅师说：“往不蒙和尚慈悲开示法要，今拟告辞他往。”禅师曰：“我要吃茶，你拿茶来我饮；我要吃饭，你拿饭来我吃，这不是佛法么？”侍者恍然有省——原来这饮茶、吃饭与拿茶、取饭的就是我人佛性的机用。可见，要会佛法的大机大用即在这极寻常的应酬、谈笑中。我要茶，你拿茶来，这是大机；你拿茶来，我接而饮之，这是大用。同样，你拿饭来，我接而食之，与其它的一切日用都是大机大用。所谓真实佛法，即在寻常日用中。假使我要茶，你拿饭来，我要饭，你拿茶来，这就乱了套，非但不是大机大用的佛法，连世法亦不如了。马祖大师在禅林中是最为人称道、大机大用的大宗师，试看他与百丈师徒间的机用接引便可略见一斑。一日，百丈随侍马祖游山次，祖见一群大雁飞来，举手指问百丈曰：“这是什么？”丈举首一看，答曰：“大雁。”（可惜许，当面错过），祖见其见指不见月，着在境上，待大雁飞过，更问曰：“甚处去也？”丈举首不见大雁，乃曰：“飞过去也。”（犹自不惺惺）。祖见丈一味着境粘心，不会其机，错认定盘星，不识其用，乃更施妙手，扭捏其鼻孔进问曰：“又道飞过去也。”丈负痛出声：“方悟祖之机用。”原来祖指东而问西，是教其识得这举手指物的是谁，而就路还家，非祖连大雁亦不识也。更于负痛处逼问：飞过去了没有。丈乃知这知痛知痒的本性不动不摇、不来不去、没有过去未来的，因而于痛下有悟。丈一日侍马祖立次，祖目视床角上挂的拂子，丈问曰：“即此用离此用。”盖丈于初悟后已会当即则即，当离则离，以此探问于祖。看他古人一动一静，偶然触目闻声处，皆会之于道，所以进步神速。我</w:t>
      </w:r>
    </w:p>
    <w:p>
      <w:pPr>
        <w:spacing w:before="0" w:after="80" w:line="259" w:lineRule="auto"/>
        <w:ind w:firstLine="360"/>
      </w:pPr>
      <w:r>
        <w:rPr>
          <w:rFonts w:ascii="Noto Serif CJK SC" w:hAnsi="Noto Serif CJK SC" w:eastAsia="Noto Serif CJK SC"/>
        </w:rPr>
        <w:t>们如果亦这样朝于斯、夕于斯，流离于斯，颠沛于斯，孜孜兀兀用功观照，岂不亦进步迅速？只可惜时下的佛子懒散散的，不痛切用功，镇日忙在搞神通、弄玄妙上，不在心地上用功，因而唐丧了光阴，耽搁了前程，岂不可惜！祖见丈顺其语脉转，有落处，不了结，乃针对曰：“汝尔后怎样开口说法接引后人？”丈乃取下床角拂子，举示祖（不妨是天然妙手，不说而说妙示，但有落处了也）。祖见其仍随语脉转，着在即上，乃用百丈之枪刺他曰：“即此用离此用，”丈更将拂子挂床角上。在一般人看来，这一着妙到颠毫，挂去拂子，一切无著，清清爽爽，干干净净，当无语可说了。殊不知未脱马祖语脉，又着在离上了。祖乃震威大喝一声，丈当下一惊，耳聋三日。诸位读者，百丈耳聋三日，是被马祖真个震聋了三日，什么声音</w:t>
      </w:r>
    </w:p>
    <w:p>
      <w:pPr>
        <w:spacing w:before="0" w:after="80" w:line="259" w:lineRule="auto"/>
        <w:ind w:firstLine="360"/>
      </w:pPr>
      <w:r>
        <w:rPr>
          <w:rFonts w:ascii="Noto Serif CJK SC" w:hAnsi="Noto Serif CJK SC" w:eastAsia="Noto Serif CJK SC"/>
        </w:rPr>
        <w:t>都听不见了吗？风声鸟语即不闻，鸡鸣犬吠亦不听，逢人说语只见</w:t>
      </w:r>
    </w:p>
    <w:p>
      <w:pPr>
        <w:spacing w:before="0" w:after="80" w:line="259" w:lineRule="auto"/>
        <w:ind w:firstLine="360"/>
      </w:pPr>
      <w:r>
        <w:rPr>
          <w:rFonts w:ascii="Noto Serif CJK SC" w:hAnsi="Noto Serif CJK SC" w:eastAsia="Noto Serif CJK SC"/>
        </w:rPr>
        <w:t>嘴动不闻其声了吗？不是的。他是于这一喝下，剿绝了即离之见，净裸裸、赤洒洒，内不为见闻觉知所牵，外不为一切色所染，又不落空，真实现成。可怜生，历劫多生不曾见到的大宝藏一朝彻见，欲放不能，欲进不得，整日如痴如呆，落在里面三日而后才放下。此回虽然彻悟，但还耳聋了三日，不无渐次之憾。汾州闻云：“悟即休，说什么耳聋三日。”石门曰：“不经三日耳聋，怎么能悟？”汾州闻云：“我与么道，较他石门半月程。”信非虚语也。后黄檗来参马祖，祖已迁化，丈乃将悟道因缘举示黄檗，檗闻之即吐舌，并盛赞马祖：“真乃大机大用！”丈闻后更彻，因深赞曰：“子甚有超师之见！”此百丈良心语也。讲到机用，举凡一举一动，莫不是大机大用，只随顺时节因缘，衷心毫无委曲，无所滞着即是。所谓纵横自在、收放无拘。翠竹黄花皆是玄机，活杀与夺，莫非妙用。宗下大老证到最后，皆有此大机大用。如南泉斩猫，归宗斩蛇。皆具活杀自在手段。但有人看到这些公案，往往透不过，心中不免起疑：斩猫杀蛇岂不犯了杀戒？大修行人怎会有此丧生害命的行径？断不是事实，恐怕只是寓言，用以表示杀却心中之贪着、嗔恨、斗殴等妄念而已。大约是在一九五六年，有一位胡老大德在上海静安寺为大家开讲《指月录》，讲到这则南泉斩猫公案，就对大家说：“请不要做真实斩猫会，这只是寓言。如庞公云：护生须用杀，杀尽始安君。乃杀尽自己心中之贪、嗔、痴执着妄习也。”这话亦对，但要看用功人功夫到什么程度，若果功深，到了活杀同时，杀就是活，活就是杀，非但</w:t>
      </w:r>
    </w:p>
    <w:p>
      <w:pPr>
        <w:spacing w:before="0" w:after="80" w:line="259" w:lineRule="auto"/>
        <w:ind w:firstLine="360"/>
      </w:pPr>
      <w:r>
        <w:rPr>
          <w:rFonts w:ascii="Noto Serif CJK SC" w:hAnsi="Noto Serif CJK SC" w:eastAsia="Noto Serif CJK SC"/>
        </w:rPr>
        <w:t>高峰、主人公在什么处</w:t>
      </w:r>
    </w:p>
    <w:p>
      <w:pPr>
        <w:spacing w:before="0" w:after="80" w:line="259" w:lineRule="auto"/>
        <w:ind w:firstLine="360"/>
      </w:pPr>
      <w:r>
        <w:rPr>
          <w:rFonts w:ascii="Noto Serif CJK SC" w:hAnsi="Noto Serif CJK SC" w:eastAsia="Noto Serif CJK SC"/>
        </w:rPr>
        <w:t>开示悟入佛知见</w:t>
      </w:r>
    </w:p>
    <w:p>
      <w:pPr>
        <w:spacing w:before="0" w:after="80" w:line="259" w:lineRule="auto"/>
        <w:ind w:firstLine="360"/>
      </w:pPr>
      <w:r>
        <w:rPr>
          <w:rFonts w:ascii="Noto Serif CJK SC" w:hAnsi="Noto Serif CJK SC" w:eastAsia="Noto Serif CJK SC"/>
        </w:rPr>
        <w:t>物我不二眼处闻声始得知直指与参话头大机大用活杀无所区分，而且毫无区分之迹，就不妨是事实了。当时座下有一位老参，不肯其说，起立云：“这只是你老的证境，可不是王老师的本怀，王老师无此杀活之见，虽斩犹活，不妨实有其事。”胡老不肯，俩下发生争执，正于此相持不下时，不知哪位老参作猫叫一声，众闻囫然惊悟，争执乃息。关于这则斩猫公案，南泉之意原非要斩猫，只要两序有人出来道得一句印心语以发明心地即得。奈无人会此意，道不得救猫之句，南泉一语既出，即随手挥刀杀之。其时两序或者并非无人，但要进一步看南泉作略，究竟如何？不肯出来道一句以救猫，亦未可知。待后来赵州回，南泉告以往事，赵州脱鞋顶头而出，南泉赞曰：“子若在，即救得猫儿也。”兹试将此密意略示于后：解此者，咸谓赵州识得杀猫者是谁，而示以脱鞋顶头上者，亦谁也。其实古人作略，一举一动，一言一行，皆有出处，非只说明顶鞋者是谁也。识得顶鞋者只是悟，要起大机大用才是末后。鞋是穿在脚上的，今以顶头岂非倒行逆施？两序为猫而起争吵，固倒行矣。王老师为此而杀猫，知者固不论，不知者岂不要谤法而坏正法轮，亦逆施也。今顶鞋而出，非但将两序僧众打入其中，即王老师亦一网打尽。王老师固非弱者，赵州虽出，亦不放过他，说一句大似赞叹语道：子若在即救猫儿。此语好似赞叹，其实用意不善。如绵里藏针捏不得，一捏即刺手。沩山师徒游山次，沩山坐石上，有一飞鸟衔一红果供于石前，仰山云：“吾师威德，飞禽亦知供养。”沩山云：“子亦不得无份。”其中底蕴，诸仁者还识么？讲到这里，偶忆一则现代公案。抗战时期，虚云禅师隐居重庆，成都信众拟亲懿范，请南怀瑾的师父袁焕仙去请，袁至重庆与虚老相见，寒喧后乃致问云：“成都禅者有三种不同的看法：一、悟后须真修，二、一悟即休，不须再修，三、修即不修，不修即修。请问和尚这三种看法，哪一种最为正确？”此问看来平常，其实是宗下主验宾之问，端将手铐脚镣甩在你面前，看你是否上当，自己去套。虚云是当代作家，不上其当，答云：“天下乌鸦一般黑。”以后二人即顾左右而言他，不再交锋了。此事由袁老将始末情形致信与成都的贾题韬居士，当时大愚阿阇黎亦隐居成都，看了此信说：“袁老问得好，虚老亦答得妙，但下刃不紧，可惜许。”贾问云：“怎么下刃不紧？”愚公云：“放过袁了也。”贾进问云：“怎么答才不放过？”愚公云：“回答他：‘你是哪一</w:t>
      </w:r>
    </w:p>
    <w:p>
      <w:pPr>
        <w:spacing w:before="0" w:after="80" w:line="259" w:lineRule="auto"/>
        <w:ind w:firstLine="360"/>
      </w:pPr>
      <w:r>
        <w:rPr>
          <w:rFonts w:ascii="Noto Serif CJK SC" w:hAnsi="Noto Serif CJK SC" w:eastAsia="Noto Serif CJK SC"/>
        </w:rPr>
        <w:t>种？’”即用其人之枪还刺其人也。由此可见宗师的问答真非寻常，其中大有文章，非同儿戏。又如真净文与佛印等禅师一次茶会，佛印到迟，真净禅师问：“为何来迟？”印云：“为着草鞋在真净肚里过。”真净禅师云：“被我吞了。”印云：“可你吐不出。”真净禅师云：“吐不出，把你屙出。”宗师交锋，不同凡响，全视机用功夫深浅而定进退也。</w:t>
      </w:r>
    </w:p>
    <w:p>
      <w:pPr>
        <w:spacing w:before="0" w:after="80" w:line="259" w:lineRule="auto"/>
        <w:ind w:firstLine="360"/>
      </w:pPr>
      <w:r>
        <w:rPr>
          <w:rFonts w:ascii="Noto Serif CJK SC" w:hAnsi="Noto Serif CJK SC" w:eastAsia="Noto Serif CJK SC"/>
        </w:rPr>
        <w:t>要启发大机大用，先须识得本来面目，否则谈不上大机大用。要</w:t>
      </w:r>
    </w:p>
    <w:p>
      <w:pPr>
        <w:spacing w:before="0" w:after="80" w:line="259" w:lineRule="auto"/>
        <w:ind w:firstLine="360"/>
      </w:pPr>
      <w:r>
        <w:rPr>
          <w:rFonts w:ascii="Noto Serif CJK SC" w:hAnsi="Noto Serif CJK SC" w:eastAsia="Noto Serif CJK SC"/>
        </w:rPr>
        <w:t>识得本来面目，并非难事，因本性不在别处，充满目前。惜人皆不识而错过，都因这一“性”字，皆想到高深玄妙处去。哪知道目前能见能闻、能言能行的“这个”即本来人，若离此别寻，则愈寻愈远，愈觅愈不见矣。当二人相对、四目相视，直指这能视的是谁？便可一超直入，毫无难处。真净禅师有颂云：“人人有个天真佛，妙用纵横总不知，今日分明齐指出，斩蛇举拂更由谁？”这指示，多么直截了当、坦率痛快。禅师家老婆心切毫无遮拦地将真心举似学人，叫大家不用起什么疑情，毫不吃力地当下悟去，从而开启机用，多么庆快！密宗亦不两样。密宗最高深的阿底约嘎心髓所说的法要完全与禅宗一致，亦是直下开示见宗，使学人当下识取灵妙真心，会取法、报、化三身的妙用。大圆满击椎三要说：“清净无念了了分明是法身，光明朗照是报身，观一切法相如幻如化，随缘应用，毫无住着是化身。”这和临济祖师所说：一念清净心光即法身佛，一念无分别心光即报身佛，一念无差别心光即化身佛。本性圆具三身，不须身外求取。如出一辙，所以有一位大宝法王说：“最上乘的密法即是禅，禅是最高深的密法。”确是真实不虚之说。可惜现在的佛子多不理解此理，妄自分别，修禅者视密为外道，修密者执神通而非禅，搞得冰炭不同炉，此皆不通各宗各派真髓之过也。我们要启大机大用，只要于识得本来后，绵密保护，在事境上精勤锻炼起用，除去所有粘着、疑滞、贪嗔等妄习，运用纯熟，自然融入大机大用之境。千万勿被这“大”字吓倒，想到高深玄妙中去。一切机用，尽在目前，只于临机无滞、无疑即得，一落疑滞即飞去矣。如百丈野狐公案。当僧问：“大修行人还落因果否？”答他不落因果，原无甚过错，乃自生疑而落狐狸身。可怜生，五百年后犹自不惺惺，幸得百丈慈悲为他释疑道：“不昧因果。”方才将这一疑团放下，释然而化。“不落”、“不昧”，相差一字，意境大有死活天渊之别，但</w:t>
      </w:r>
    </w:p>
    <w:p>
      <w:pPr>
        <w:spacing w:before="0" w:after="80" w:line="259" w:lineRule="auto"/>
        <w:ind w:firstLine="360"/>
      </w:pPr>
      <w:r>
        <w:rPr>
          <w:rFonts w:ascii="Noto Serif CJK SC" w:hAnsi="Noto Serif CJK SC" w:eastAsia="Noto Serif CJK SC"/>
        </w:rPr>
        <w:t>在达人份上确无丝毫分别。以佛性天真，一丝不挂，一尘不染，一法</w:t>
      </w:r>
    </w:p>
    <w:p>
      <w:pPr>
        <w:spacing w:before="0" w:after="80" w:line="259" w:lineRule="auto"/>
        <w:ind w:firstLine="360"/>
      </w:pPr>
      <w:r>
        <w:rPr>
          <w:rFonts w:ascii="Noto Serif CJK SC" w:hAnsi="Noto Serif CJK SC" w:eastAsia="Noto Serif CJK SC"/>
        </w:rPr>
        <w:t>不立，因因果果向甚处去着，死即无有，活从何来？其间还容是非、正误否？这野狐能从不昧处悟去固幸甚，如能从不落处悟去，则海阔天空更胜一筹。临化去，还要百丈做亡僧礼火化，更是粘着，而百丈亦俯从其请，亦不免混身落草，落在因果中矣。我们做功夫于识得本来后，只时时注意保护本真而不忘，保到纯熟处，亦不死保不放，而任其自然，极微细的妄念亦看得分明，不随之流转，最后即浑化相忘而起神通妙用，观察群机，如观掌纹，施以相应之妙用如探囊取物，正不必近求远取，着力于斯而惶惶不可终日也。但此种功夫亦因人而异，有的现身即现前，有的须待脱却这肉壳后方能现前。大家只要安心用功，去其妄习，不企求神通玄妙，将来一定能启发神通，得大机大用，不然者将成道无望矣。</w:t>
      </w:r>
    </w:p>
    <w:p>
      <w:pPr>
        <w:spacing w:before="0" w:after="80" w:line="259" w:lineRule="auto"/>
        <w:ind w:firstLine="360"/>
      </w:pPr>
      <w:r>
        <w:rPr>
          <w:rFonts w:ascii="Noto Serif CJK SC" w:hAnsi="Noto Serif CJK SC" w:eastAsia="Noto Serif CJK SC"/>
        </w:rPr>
        <w:t>谈谈往生西方的关键问题连载于《法音》一九九三年第三、四期近来在净土同仁间，酝酿着一场“往生西方，是否需—心不乱”的争论。试把他们争论的焦点归纳起来，有以下三种不同的意见：</w:t>
      </w:r>
    </w:p>
    <w:p>
      <w:pPr>
        <w:pStyle w:val="Heading3"/>
      </w:pPr>
      <w:r>
        <w:rPr>
          <w:rFonts w:ascii="Noto Serif CJK SC" w:hAnsi="Noto Serif CJK SC" w:eastAsia="Noto Serif CJK SC"/>
        </w:rPr>
        <w:t>一、但具信愿，散心念佛，亦能往生。</w:t>
      </w:r>
    </w:p>
    <w:p>
      <w:pPr>
        <w:pStyle w:val="Heading3"/>
      </w:pPr>
      <w:r>
        <w:rPr>
          <w:rFonts w:ascii="Noto Serif CJK SC" w:hAnsi="Noto Serif CJK SC" w:eastAsia="Noto Serif CJK SC"/>
        </w:rPr>
        <w:t>二、散心念佛，只能培植善根，要得确保生西，除信愿之外，尚须</w:t>
      </w:r>
    </w:p>
    <w:p>
      <w:pPr>
        <w:spacing w:before="0" w:after="80" w:line="259" w:lineRule="auto"/>
        <w:ind w:firstLine="360"/>
      </w:pPr>
      <w:r>
        <w:rPr>
          <w:rFonts w:ascii="Noto Serif CJK SC" w:hAnsi="Noto Serif CJK SC" w:eastAsia="Noto Serif CJK SC"/>
        </w:rPr>
        <w:t>恳切行持，一心不乱。</w:t>
      </w:r>
    </w:p>
    <w:p>
      <w:pPr>
        <w:pStyle w:val="Heading3"/>
      </w:pPr>
      <w:r>
        <w:rPr>
          <w:rFonts w:ascii="Noto Serif CJK SC" w:hAnsi="Noto Serif CJK SC" w:eastAsia="Noto Serif CJK SC"/>
        </w:rPr>
        <w:t>三、只要依靠弥陀愿力，带业亦能往生，何须一心不乱。</w:t>
      </w:r>
    </w:p>
    <w:p>
      <w:pPr>
        <w:spacing w:before="0" w:after="80" w:line="259" w:lineRule="auto"/>
        <w:ind w:firstLine="360"/>
      </w:pPr>
      <w:r>
        <w:rPr>
          <w:rFonts w:ascii="Noto Serif CJK SC" w:hAnsi="Noto Serif CJK SC" w:eastAsia="Noto Serif CJK SC"/>
        </w:rPr>
        <w:t>这三种互异的意见，第三种说得最容易，简直不用修，单靠弥陀愿力就能往生。第二种较难，需一心不乱，始能往生。第一种较易，只要有信愿，散心念佛亦能生西。各说各有理，相持不下，竟使后进者莫衷一是，无所适从，不知究竟应如何修习，方合道妙。“如何才真能往生净土？”是净土宗的一个重大而关键的问题，不</w:t>
      </w:r>
    </w:p>
    <w:p>
      <w:pPr>
        <w:spacing w:before="0" w:after="80" w:line="259" w:lineRule="auto"/>
        <w:ind w:firstLine="360"/>
      </w:pPr>
      <w:r>
        <w:rPr>
          <w:rFonts w:ascii="Noto Serif CJK SC" w:hAnsi="Noto Serif CJK SC" w:eastAsia="Noto Serif CJK SC"/>
        </w:rPr>
        <w:t>把它搞清楚、弄正确，对净土宗的修行来说，确实有害。因净土法门</w:t>
      </w:r>
    </w:p>
    <w:p>
      <w:pPr>
        <w:spacing w:before="0" w:after="80" w:line="259" w:lineRule="auto"/>
        <w:ind w:firstLine="360"/>
      </w:pPr>
      <w:r>
        <w:rPr>
          <w:rFonts w:ascii="Noto Serif CJK SC" w:hAnsi="Noto Serif CJK SC" w:eastAsia="Noto Serif CJK SC"/>
        </w:rPr>
        <w:t>是号称异方便，横超三界，往生净土，超生脱死，圆证菩提的。若对修法尚未搞清楚，如何能不走错路而迷失方向？更何能稳稳当当，顺顺利利地达到往生西方的目的？但如果是嘴里说说往生西方，而实际却做不到，则宗旨全失，便毫无意义了！然则，如何才能确实往生净土，是否必须一心不乱呢？这确是一个值得探究的重大问题。所以不容缄默，听任自然，伤害后进，因而不揣鄙陋，亦来参加这个大是大非的问题的讨论。今略抒管见，尚希海内豪贤有以指正。兹为易于得出明确的答案，将上述三种意见，分作三个问题来一</w:t>
      </w:r>
    </w:p>
    <w:p>
      <w:pPr>
        <w:spacing w:before="0" w:after="80" w:line="259" w:lineRule="auto"/>
        <w:ind w:firstLine="360"/>
      </w:pPr>
      <w:r>
        <w:rPr>
          <w:rFonts w:ascii="Noto Serif CJK SC" w:hAnsi="Noto Serif CJK SC" w:eastAsia="Noto Serif CJK SC"/>
        </w:rPr>
        <w:t>一详加讨论，以资弄清如何才能往生净土与要不要一心不乱的问</w:t>
      </w:r>
    </w:p>
    <w:p>
      <w:pPr>
        <w:spacing w:before="0" w:after="80" w:line="259" w:lineRule="auto"/>
        <w:ind w:firstLine="360"/>
      </w:pPr>
      <w:r>
        <w:rPr>
          <w:rFonts w:ascii="Noto Serif CJK SC" w:hAnsi="Noto Serif CJK SC" w:eastAsia="Noto Serif CJK SC"/>
        </w:rPr>
        <w:t>题。</w:t>
      </w:r>
    </w:p>
    <w:p>
      <w:pPr>
        <w:pStyle w:val="Heading3"/>
      </w:pPr>
      <w:r>
        <w:rPr>
          <w:rFonts w:ascii="Noto Serif CJK SC" w:hAnsi="Noto Serif CJK SC" w:eastAsia="Noto Serif CJK SC"/>
        </w:rPr>
        <w:t>一、“但具信愿，散心念佛，亦能往生”的探讨</w:t>
      </w:r>
    </w:p>
    <w:p>
      <w:pPr>
        <w:spacing w:before="0" w:after="80" w:line="259" w:lineRule="auto"/>
        <w:ind w:firstLine="360"/>
      </w:pPr>
      <w:r>
        <w:rPr>
          <w:rFonts w:ascii="Noto Serif CJK SC" w:hAnsi="Noto Serif CJK SC" w:eastAsia="Noto Serif CJK SC"/>
        </w:rPr>
        <w:t>首先，我觉得这种见解的提法，含义似乎不清。所谓“散心”不知果何所指？是指初心学人，一时心不能净，不要妄冀速效，须假持</w:t>
      </w:r>
    </w:p>
    <w:p>
      <w:pPr>
        <w:spacing w:before="0" w:after="80" w:line="259" w:lineRule="auto"/>
        <w:ind w:firstLine="360"/>
      </w:pPr>
      <w:r>
        <w:rPr>
          <w:rFonts w:ascii="Noto Serif CJK SC" w:hAnsi="Noto Serif CJK SC" w:eastAsia="Noto Serif CJK SC"/>
        </w:rPr>
        <w:t>名之功，扫荡妄念，而渐臻一心呢？（如莲池大师、印光大师等所说，多生妄动积习，非暂时念佛所能扫净。犹如久病之人，非一、二剂药能以治疗。故念佛须具一片长远之心，密密稳稳，不懈念去，久久功深，定能见效，而臻一心之境。）还是说我们现在发心念佛，求生西方，亦不妨与无明业习牵合纠缠，将娑婆境缘，粘著于心，似胶如漆，等到老死，自然会往生西方的呢？假使他们的用意属于前者，这是鼓励后学，莫畏艰难，不要怕散心作祟，只要树雄心，立壮志，努力上进，定获一心，决定往生。那么我们应举双手赞成！反是，如果用意属于后者，我们就觉得非常遗憾！因这是毒害后进的砒鸩，万万要不得！我们要生净土，而这心里总是恋着娑婆的妻财子禄，古人谓之抱桩摇橹，行动尚且不能，又如何能与弥陀感应道交，打成一片，往生西方净土呢？玉琳国师云：“大凡修持，须量己量法，直心直行，诚若能厌恶三界，坚志往生，则专依阿弥陀经，靠定圣号，都摄六根，净念相继，所谓执持名号，一心不乱，决定往生。此先自利而后利人之所为也。若于现前富贵功名，未能忘情，男女饮食之欲，未知深厌，则与往生法门未易深信。既信矣，身修净土，而心恋娑婆，果何益乎？”憨山祖师云：“口念弥陀心散乱，喉咙喊破亦徒然。”这不是明明说散心念佛徒劳无功吗？难道这些大祖师，教理不及你们透彻，说的话不真实吗？或者有人说这是禅宗祖师的话，与净士宗稍有不同。那么不妨再举莲池大师的《普劝念佛之三》的一段文章来作佐证。大师说：“或问，今见世人，念佛者多，生西者少，何也？（足见生西者不是多数。）此有三故：一者，口虽念佛，心中不善，以此不得往生。奉劝世人，既是念佛，便须依佛所说，要积德修福，要孝顺父母，要忠事君王，要弟兄相爱，夫妻相敬，要至诚信实，要柔和忍耐，要公平正直，要阴骘方便，要慈悲一切。不杀害生命，不凌辱下人，不欺压小民，但有不好心起，着力念佛，定要念退这不好心，如是才是念佛的人，定得往生成佛。二者，口虽念佛，心中胡思乱想，以此不得往生。（注意，注意。）奉劝世人，念佛之时，按定心猿意马，字字分明，心心观照。如亲在西方，面对弥陀，不敢散乱，如此才是念佛的人，才能往生西方。（下略）”这段文字，如此明确。我想大家看了，再不会犹疑莫决，更不至再有争论，说散心念佛亦能生西的了。</w:t>
      </w:r>
    </w:p>
    <w:p>
      <w:pPr>
        <w:spacing w:before="0" w:after="80" w:line="259" w:lineRule="auto"/>
        <w:ind w:firstLine="360"/>
      </w:pPr>
      <w:r>
        <w:rPr>
          <w:rFonts w:ascii="Noto Serif CJK SC" w:hAnsi="Noto Serif CJK SC" w:eastAsia="Noto Serif CJK SC"/>
        </w:rPr>
        <w:t>还有《净土十要》中的彻悟禅师语录，有“真为生死，发菩提心，以</w:t>
      </w:r>
    </w:p>
    <w:p>
      <w:pPr>
        <w:spacing w:before="0" w:after="80" w:line="259" w:lineRule="auto"/>
        <w:ind w:firstLine="360"/>
      </w:pPr>
      <w:r>
        <w:rPr>
          <w:rFonts w:ascii="Noto Serif CJK SC" w:hAnsi="Noto Serif CJK SC" w:eastAsia="Noto Serif CJK SC"/>
        </w:rPr>
        <w:t>深信愿，持佛名号，以摄心专注，为下手方便，以一心不乱为归宿，以往生瑞相为验证”的净土修持旨要，这不亦是净宗祖师不提倡散心念佛吗？但是，散心念佛不能往生，其故何在？我们要进一步把它搞清楚。否则，人云亦云，囫囵吞枣，莫明其所以然，终成迷障。用起功来，亦必疲软无力，不能克敌致果，安望生西成道！今不厌其详，再行研讨如下：如众所周知，一切众生，皆本具如来智慧德相。本来是佛，本不生灭。只因无始无明妄动，认假作真，起惑造业，随业受报，才于无生死中枉受生死轮回之苦。今欲往生西方，了脱生死，如不将这当下起惑造业的一念妄心，用念佛的功夫将它念退，把妄心转换成佛心——即全佛是心、全心是佛，而一任妄心颠倒攀缘，执著妄动，如何不为业境所牵缠而沉沦于六道？又如何能于临命终时，打退这业识幻影而往生西方？经云：“欲净其土，先净其心，随其心净，即佛土净。”故欲生西方净土，必须先放下一切，一心念佛，净其心地而后可。经云：“一切唯心造。”心若散乱秽染，与净域绝不相应，到头来只能生在秽土，此无可奈何之事也。</w:t>
      </w:r>
    </w:p>
    <w:p>
      <w:pPr>
        <w:spacing w:before="0" w:after="80" w:line="259" w:lineRule="auto"/>
        <w:ind w:firstLine="360"/>
      </w:pPr>
      <w:r>
        <w:rPr>
          <w:rFonts w:ascii="Noto Serif CJK SC" w:hAnsi="Noto Serif CJK SC" w:eastAsia="Noto Serif CJK SC"/>
        </w:rPr>
        <w:t>或曰：往生西方，全凭他力——阿弥陀佛的慈悲接引力，不是修</w:t>
      </w:r>
    </w:p>
    <w:p>
      <w:pPr>
        <w:spacing w:before="0" w:after="80" w:line="259" w:lineRule="auto"/>
        <w:ind w:firstLine="360"/>
      </w:pPr>
      <w:r>
        <w:rPr>
          <w:rFonts w:ascii="Noto Serif CJK SC" w:hAnsi="Noto Serif CJK SC" w:eastAsia="Noto Serif CJK SC"/>
        </w:rPr>
        <w:t>其它法门，靠自力成道。答曰：他力不离自力，离开自力，绝无他力！此理在世间法上，如国与国之间、人与人之间，乃至无情草木丛林之间，自己无生存能力，完全靠他人他物得生存者绝无是处，此种例证多不胜举。出世间法更不例外，如阿难与佛同时发心，因修持不力，于佛圆寂后方始证道，离成佛还不知多远！罗睺罗因父是佛，自不修持，为佛所呵等，在在说明自不努力，完全依靠他力，任何事都不能成办的。至于说阿弥陀佛的宏愿接引，乃感应道交，于行人心净，净业成熟时，现于其前，不是跑到行人面前来拉到西方去！这点请诸位净业行人千万别错会！只看经文上都是“佛与圣众‘现’在其前”，而非佛“来”其前，即是明证。“来”与“现”一字之差，含义大相径庭，岂可混为一谈！关于此点永明禅师与印光大师皆有确切说明：“念佛一心不乱，感应道交，彼佛现前犹如水净月现。如水混浊，月虽在天而影不彰。念佛人心犹水也，佛犹月也，心水混浊，佛月不能现前。”可见他力之外，还须自力，没有自力，他力也无着处！所以净土法门，是自他二力合修的，单靠他力，没有自力，结果莫不惨遭败绩！不然者，为什么印光大师教我们念佛要“以深信</w:t>
      </w:r>
    </w:p>
    <w:p>
      <w:pPr>
        <w:spacing w:before="0" w:after="80" w:line="259" w:lineRule="auto"/>
        <w:ind w:firstLine="360"/>
      </w:pPr>
      <w:r>
        <w:rPr>
          <w:rFonts w:ascii="Noto Serif CJK SC" w:hAnsi="Noto Serif CJK SC" w:eastAsia="Noto Serif CJK SC"/>
        </w:rPr>
        <w:t>愿，持佛名号”，要“如救头燃”呢？现时有些净土行人因不明此理，用功不力，临命终时，不见佛现，慌了手脚，以为佛法不灵而误解佛是虚愿，殊不知自己心水不净，佛亲现其前，亦不自见。犹如生盲，以未见日，而诟日不临其前，不也冤乎？！这都是因地不正，贪图便宜，上了一班盲师的当，以为散心念佛，只要依靠弥陀愿力，即可往生。哪知结果非但不能往生，还落个谤佛毁法大罪，来生还得受重苦报，岂不是太冤枉了吗？或曰：你只知其一，不知其二。为什么蕅益大师在《持名念佛历九品四土说》的一文中说“欲决定得生极乐世界，又莫如以信为先导，愿为后鞭。信得真，愿得切，虽散心念佛，亦必得生！信不真，愿不猛，虽一心不乱，亦不得生”呢？为什么又在后面说“深信切愿念佛，而念佛时心多散乱者，即是下品下生……”呢？这不是明白无误地告诉我们散心念佛亦能往生西方吗？我们现在只要求能下品下生，甚或生在边地疑城，于愿已足，因为得生净土，即获不退，正不必要求中上品生，徒招艰辛！所以现在只须散心念佛，悠悠散散，逍遥放荡，乐得快活，临终又能下品往生极乐，最后同样成佛，又何乐而不为呢？为什么定要销尽妄情，灭却贪染，孜孜兀兀执持一句佛号，枯寂无味，而自讨苦吃呢？答曰：蕅益大师的话，大须仔细，请勿滑口读过，不注意全文，而只在“散心念佛”四字上着眼。以为大师提倡散心念佛，有懒可偷，有便宜可得，正中下怀，而乐得在娑婆鬼混一下，等临命终还有西方可生，大乐可享，多少舒服。哪知如意算盘打错，等到临命终时，只见生前黑业牵缠，哪见佛来授手！虽悔恨交加，已是噬脐莫及了！现在把这段文字和大家详细分析研究一下：</w:t>
      </w:r>
    </w:p>
    <w:p>
      <w:pPr>
        <w:spacing w:before="0" w:after="80" w:line="259" w:lineRule="auto"/>
        <w:ind w:firstLine="360"/>
      </w:pPr>
      <w:r>
        <w:rPr>
          <w:rFonts w:ascii="Noto Serif CJK SC" w:hAnsi="Noto Serif CJK SC" w:eastAsia="Noto Serif CJK SC"/>
        </w:rPr>
        <w:t>第一，深信切愿念佛，虽散心亦必往生，而信愿不真切，虽一心</w:t>
      </w:r>
    </w:p>
    <w:p>
      <w:pPr>
        <w:spacing w:before="0" w:after="80" w:line="259" w:lineRule="auto"/>
        <w:ind w:firstLine="360"/>
      </w:pPr>
      <w:r>
        <w:rPr>
          <w:rFonts w:ascii="Noto Serif CJK SC" w:hAnsi="Noto Serif CJK SC" w:eastAsia="Noto Serif CJK SC"/>
        </w:rPr>
        <w:t>不乱，亦不得往生者，为料简一般以持弥陀圣号为入定的助力，而不思往生极乐者——即无信愿者说。因明朝末年，很多禅宗学者，常借持名以入定，故蕅益大师有“任你念佛功深到风吹不入、雨打不湿地步，但无信愿，决不能往生”之说。第二，在散心念佛上冠以“信得真，愿得切”六字，才能往生，而非单说散心念佛，即能往生。这里面大有文章，请勿轻易滑过。请问，如何方为信得真？又如何方为愿得切？为了增强说服力故，请看诸位大祖师对于“信真、愿切”的解释与描绘吧。</w:t>
      </w:r>
    </w:p>
    <w:p>
      <w:pPr>
        <w:pStyle w:val="Heading3"/>
      </w:pPr>
      <w:r>
        <w:rPr>
          <w:rFonts w:ascii="Noto Serif CJK SC" w:hAnsi="Noto Serif CJK SC" w:eastAsia="Noto Serif CJK SC"/>
        </w:rPr>
        <w:t>一、关于信的解说：第一要信得心、佛、众生三无差别，我们是未</w:t>
      </w:r>
    </w:p>
    <w:p>
      <w:pPr>
        <w:spacing w:before="0" w:after="80" w:line="259" w:lineRule="auto"/>
        <w:ind w:firstLine="360"/>
      </w:pPr>
      <w:r>
        <w:rPr>
          <w:rFonts w:ascii="Noto Serif CJK SC" w:hAnsi="Noto Serif CJK SC" w:eastAsia="Noto Serif CJK SC"/>
        </w:rPr>
        <w:t>成之佛，弥陀是已成之佛，觉性无二。次要信得我们是理性佛、名字佛，弥陀是究竟佛。性虽无二，位乃天渊，若不专念彼佛，求生彼国，必至随业流转，受无量苦。次要信得我们虽业障深重，久居苦域，是弥陀心内之众生；弥陀虽万德庄严，在十万亿佛刹之外，是我们心内之佛。既然心性无二，自然感应道交，我们之苦切必能感，佛之慈悲必能应，如磁石吸铁，无可疑者。所谓“十方如来，怜念众生，如母忆子，……子若忆母，如母忆时，母子历生，不相违远。若众生心（注意“心”字），忆佛念佛，现前当来，必定见佛”（《楞严经》）。又曰：须历始终而不改，遇利害而不变，方为真信。真信有三：一信弥陀摄受念佛众生，往生西方，绝对不虚。二信执持弥陀名号，由一日乃至七日，一心不乱（请注意），即得往生。我当依教奉行。三信大势至菩萨及莲宗诸祖所传念佛法门，绝无虚假之语。我当依之勇猛精进，修成三昧。又吾人念佛之心，由慧入定，照而常寂，是信本有之佛；因定发慧，寂而常照，是信本有之法；定慧双融，寂照不二，是信本有之僧。又云：信者，非单信西方之庄严佛土，即算发信心也，必同时深信自性即是弥陀，本可一样成佛。人皆可以为尧舜，一切众生皆可成佛，只是迷悟之别。西方依正庄严之佛土是事净土，我之自性清净是理净土。心遍一切处，皆是西方，十方与西方不异。非徒信娑婆苦而西方乐，与夫极乐确有也。</w:t>
      </w:r>
    </w:p>
    <w:p>
      <w:pPr>
        <w:pStyle w:val="Heading3"/>
      </w:pPr>
      <w:r>
        <w:rPr>
          <w:rFonts w:ascii="Noto Serif CJK SC" w:hAnsi="Noto Serif CJK SC" w:eastAsia="Noto Serif CJK SC"/>
        </w:rPr>
        <w:t>二、释愿：第一要于一切时中（注意，要于一切时中，不是不如意</w:t>
      </w:r>
    </w:p>
    <w:p>
      <w:pPr>
        <w:spacing w:before="0" w:after="80" w:line="259" w:lineRule="auto"/>
        <w:ind w:firstLine="360"/>
      </w:pPr>
      <w:r>
        <w:rPr>
          <w:rFonts w:ascii="Noto Serif CJK SC" w:hAnsi="Noto Serif CJK SC" w:eastAsia="Noto Serif CJK SC"/>
        </w:rPr>
        <w:t>事时如此，欢乐之时又如彼。）厌恶娑婆生死烦恼之苦，欣慕极乐菩提之乐，力求往生。次要发愿遵照佛祖所传净土法门，勇猛精修，净除习染，使身心清泰，现生极乐。次要立志成无上觉，圆满菩提，供养诸佛。次发广大心普度众生，众生界不空，誓不成佛。次要随有所作，若善若恶，善则回向求生；恶则忏愿求生，更无二志。又云：念佛之心，欲得一心不乱（但不可作意求，求则反远矣）是谓净愿；不生西方誓不休息，是谓常愿；成无上觉，广度众生，是谓大愿。……如是发心，方名真信切愿。诸位同仁，请问我们果具如上信愿，娑婆世界的饮食男女、妻财子禄、以及名誉地位等等，还会摆在心上盘算不休而放不下吗？这一切空花水月般的境缘，既放得下，又有什么妄想萦怀惑乱我们呢？既无妄想惑乱，则念佛时，就会如上文莲池大师所说，如亲对弥陀，恭敬至诚恳切之不暇，还会有什么妄念在乱动呢？这不是不</w:t>
      </w:r>
    </w:p>
    <w:p>
      <w:pPr>
        <w:spacing w:before="0" w:after="80" w:line="259" w:lineRule="auto"/>
        <w:ind w:firstLine="360"/>
      </w:pPr>
      <w:r>
        <w:rPr>
          <w:rFonts w:ascii="Noto Serif CJK SC" w:hAnsi="Noto Serif CJK SC" w:eastAsia="Noto Serif CJK SC"/>
        </w:rPr>
        <w:t>期一心而得一心了吗？！所以蕅益大师说：“信得真，愿得切，虽散心念佛，亦必往生也。”诸位要注意这“虽”字，就是说：果真信愿切，如救头燃时，不怕你不一心，当此时也，要你颠倒妄想亦不可得，所以下个“虽”字。同时，这亦是针对下文无信愿念佛者的功夫虽好，不能往生的相对说法。所以说了句“有信愿的人，虽散心念佛亦能生西”，诸位千万莫错</w:t>
      </w:r>
    </w:p>
    <w:p>
      <w:pPr>
        <w:spacing w:before="0" w:after="80" w:line="259" w:lineRule="auto"/>
        <w:ind w:firstLine="360"/>
      </w:pPr>
      <w:r>
        <w:rPr>
          <w:rFonts w:ascii="Noto Serif CJK SC" w:hAnsi="Noto Serif CJK SC" w:eastAsia="Noto Serif CJK SC"/>
        </w:rPr>
        <w:t>会，以为我们只要懒懒散散地、马马虎虎地口里念念西方弥陀，心</w:t>
      </w:r>
    </w:p>
    <w:p>
      <w:pPr>
        <w:spacing w:before="0" w:after="80" w:line="259" w:lineRule="auto"/>
        <w:ind w:firstLine="360"/>
      </w:pPr>
      <w:r>
        <w:rPr>
          <w:rFonts w:ascii="Noto Serif CJK SC" w:hAnsi="Noto Serif CJK SC" w:eastAsia="Noto Serif CJK SC"/>
        </w:rPr>
        <w:t>里想想娑婆财色，就可以轻而易举、随心所欲地往生西方去了。复次，所谓有“深信切愿念佛，心多散乱者，即是下品下生”者，乃行人习障深重，今虽具深心切愿，而妄想习气一时不能净除。即贪恋世间的粗妄想虽已断除，而微细的习气妄想，仍时来侵犯。古德所谓：“风停浪犹涌，理现念犹侵。”此种妄念虽属微细，但由于佛外有念，不得不谓之“散心”。虽属散心，以微细故，念来即觉，而不颠倒攀缘，故只要将佛念一提，妄念即当下销殒，复归清净。此种随来随照、随照随消的功夫，圭峰禅师谓之“妄念若起，都不随之，纵有中阴，业不能系。”因业不能系故，所以能发愿往生。反之，若是贪恋娑婆、妄念颠倒、攀缘不息的人亦想援例往生，那真是白日做梦了。但是，话须说回来，倘使生性豪放，于世缘不甚恋着或平时虽不信佛，亦不谤佛，未能一心念佛的人，如到临命终时听善知识开示，顿时悔悟，彻底放下，一心称名，求生西方，也能十念甚或一念而往生。但此等顿根人，千万人中难得一二，以临终一念，端赖平时锻炼。如平时不善用功，而能于临终一念转机作主者，真比航空奖券中头彩还难，诚不可以为训也。对于散心念佛能否往生西方的问题，已讲了许多，现为易于明了起见，简作小结如下：</w:t>
      </w:r>
    </w:p>
    <w:p>
      <w:pPr>
        <w:pStyle w:val="Heading3"/>
      </w:pPr>
      <w:r>
        <w:rPr>
          <w:rFonts w:ascii="Noto Serif CJK SC" w:hAnsi="Noto Serif CJK SC" w:eastAsia="Noto Serif CJK SC"/>
        </w:rPr>
        <w:t>一、若贪恋娑婆之心未泯，爱根未断，情见未除，仅以颠倒妄想</w:t>
      </w:r>
    </w:p>
    <w:p>
      <w:pPr>
        <w:spacing w:before="0" w:after="80" w:line="259" w:lineRule="auto"/>
        <w:ind w:firstLine="360"/>
      </w:pPr>
      <w:r>
        <w:rPr>
          <w:rFonts w:ascii="Noto Serif CJK SC" w:hAnsi="Noto Serif CJK SC" w:eastAsia="Noto Serif CJK SC"/>
        </w:rPr>
        <w:t>的攀缘之心来念佛，虽具些微信愿，但以不深切故，只种善根远因，不能往生，有待来生努力，方能如愿。</w:t>
      </w:r>
    </w:p>
    <w:p>
      <w:pPr>
        <w:pStyle w:val="Heading3"/>
      </w:pPr>
      <w:r>
        <w:rPr>
          <w:rFonts w:ascii="Noto Serif CJK SC" w:hAnsi="Noto Serif CJK SC" w:eastAsia="Noto Serif CJK SC"/>
        </w:rPr>
        <w:t>二、临终一念幡然改途，虽亦有往生之望，但以太险，机会极微，</w:t>
      </w:r>
    </w:p>
    <w:p>
      <w:pPr>
        <w:spacing w:before="0" w:after="80" w:line="259" w:lineRule="auto"/>
        <w:ind w:firstLine="360"/>
      </w:pPr>
      <w:r>
        <w:rPr>
          <w:rFonts w:ascii="Noto Serif CJK SC" w:hAnsi="Noto Serif CJK SC" w:eastAsia="Noto Serif CJK SC"/>
        </w:rPr>
        <w:t>千万人中，难得一人，故亦不敢引以为训。（要知临终十念往生的人，着重在于生前未闻佛法，直至死相现前，听善知识开示，彻底悔悟，通身放下，故能十念相应。此等利根人，若早闻佛法十年，则早十年成就；早闻二十年，则早二十年成就。若我等早闻佛法，却生偷心，不能放下世情，妄冀十念往生，即此已是二心，何能相应？）</w:t>
      </w:r>
    </w:p>
    <w:p>
      <w:pPr>
        <w:pStyle w:val="Heading3"/>
      </w:pPr>
      <w:r>
        <w:rPr>
          <w:rFonts w:ascii="Noto Serif CJK SC" w:hAnsi="Noto Serif CJK SC" w:eastAsia="Noto Serif CJK SC"/>
        </w:rPr>
        <w:t>二、“要不要一心不乱”的探讨</w:t>
      </w:r>
    </w:p>
    <w:p>
      <w:pPr>
        <w:spacing w:before="0" w:after="80" w:line="259" w:lineRule="auto"/>
        <w:ind w:firstLine="360"/>
      </w:pPr>
      <w:r>
        <w:rPr>
          <w:rFonts w:ascii="Noto Serif CJK SC" w:hAnsi="Noto Serif CJK SC" w:eastAsia="Noto Serif CJK SC"/>
        </w:rPr>
        <w:t>第一个问题搞清楚后，第二个问题也就不难迎刃而解了。因为一心不乱是散心的相对词，散心既然要不得，那末一定要一心不乱也就不言而喻了。但真理愈辩愈明，而且事关重大，我们还是不厌其详地来讨论一下吧！所谓“一心不乱”，不是哪一位祖师创造或规定的，乃是释迦文佛金口亲宣，煌煌载于小本《弥陀经》上的明文。佛说要一心不乱，哪位祖师敢说不要！更何况我们这辈下愚，胆敢说个不要吗？佛是正遍知，我们要修行成道，不听佛语，更听何言？但为什么要一心不乱，其理何在？我们在讨论第一个问题时已略有说明，现在让我们再来详细讨论一下。释迦文佛说欲生净土，不可以少善根、福德、因缘，而最能体现这三者多少的莫过于念佛功行的深浅。故念佛须一心不乱，方能具足善根、福德、因缘而生净土。据说小本《弥陀经》是罗什大师意译的，他根据梵文原意，参合了</w:t>
      </w:r>
    </w:p>
    <w:p>
      <w:pPr>
        <w:spacing w:before="0" w:after="80" w:line="259" w:lineRule="auto"/>
        <w:ind w:firstLine="360"/>
      </w:pPr>
      <w:r>
        <w:rPr>
          <w:rFonts w:ascii="Noto Serif CJK SC" w:hAnsi="Noto Serif CJK SC" w:eastAsia="Noto Serif CJK SC"/>
        </w:rPr>
        <w:t>中国语文的表达法，用了“一心不乱”四个字。而玄奘法师根据法</w:t>
      </w:r>
    </w:p>
    <w:p>
      <w:pPr>
        <w:spacing w:before="0" w:after="80" w:line="259" w:lineRule="auto"/>
        <w:ind w:firstLine="360"/>
      </w:pPr>
      <w:r>
        <w:rPr>
          <w:rFonts w:ascii="Noto Serif CJK SC" w:hAnsi="Noto Serif CJK SC" w:eastAsia="Noto Serif CJK SC"/>
        </w:rPr>
        <w:t>相“唯心所现，唯识所变”的原理，说念佛要“系念不乱”，转变妄识，净业成熟，方能生西（大意如此，经文已难具记）。两师译本，文字虽略有不同，而含义一致，都是教念佛行人一切放下，虔心念佛，斩断爱根，心佛道交打成一片，方能往生西方。关于“一心不乱”的见解，诸大祖师有各种不同的说法，把他们归纳起来，不外以下几个方面：（一）一心不乱，就是无心可乱，到了心意识完全消殒，真妄不立、能所双亡的境界。换句话说，就是到了宗下“囫”地一声，桶底脱落”的开悟时节。此时心即是土，土即是心；心外无土，土外无心；心、佛、众生完全打成一片了。（二）一心不乱，有深有浅，有理一心与事一心之别。事一心者：密密持名，使心中佛号历历分明，穿衣吃饭、行住坐卧，一句洪名绵密</w:t>
      </w:r>
    </w:p>
    <w:p>
      <w:pPr>
        <w:spacing w:before="0" w:after="80" w:line="259" w:lineRule="auto"/>
        <w:ind w:firstLine="360"/>
      </w:pPr>
      <w:r>
        <w:rPr>
          <w:rFonts w:ascii="Noto Serif CJK SC" w:hAnsi="Noto Serif CJK SC" w:eastAsia="Noto Serif CJK SC"/>
        </w:rPr>
        <w:t>不断，就如呼吸相似，既不散乱，亦不沉没，如是持名，谓之事一心</w:t>
      </w:r>
    </w:p>
    <w:p>
      <w:pPr>
        <w:spacing w:before="0" w:after="80" w:line="259" w:lineRule="auto"/>
        <w:ind w:firstLine="360"/>
      </w:pPr>
      <w:r>
        <w:rPr>
          <w:rFonts w:ascii="Noto Serif CJK SC" w:hAnsi="Noto Serif CJK SC" w:eastAsia="Noto Serif CJK SC"/>
        </w:rPr>
        <w:t>（即摄心归一）。若理一心，直能体究万法皆如，无有二相。所谓生佛不二，自他不二，因果不二，依正不二，净秽不二，苦乐不二，欣厌不二，取舍不二，菩提烦恼不二，生死涅槃不二。是诸二法，皆同一相，一道清平，不用勉强差排。但自如实体究，体究至极，与自本心，忽然契</w:t>
      </w:r>
    </w:p>
    <w:p>
      <w:pPr>
        <w:spacing w:before="0" w:after="80" w:line="259" w:lineRule="auto"/>
        <w:ind w:firstLine="360"/>
      </w:pPr>
      <w:r>
        <w:rPr>
          <w:rFonts w:ascii="Noto Serif CJK SC" w:hAnsi="Noto Serif CJK SC" w:eastAsia="Noto Serif CJK SC"/>
        </w:rPr>
        <w:t>合，方知著衣吃饭，总是三昧，嬉笑怒骂，无非佛事，一心乱心总成戏论，二六时中，毫发许异相不可得。西方即在当下，十方不异西方，无生即生，生即无生。是名理一心。（三）无论理一心或事一心，皆是薄地凡夫边事，凡有心者，皆可修学，不可高推圣境，甘处下劣，认为这不是自己分内事！须知一切唯心造，欲生净土，必先净心，心若不净，净土难生。心若清净，自得一心不乱，决定往生净土！由此看来“一心不乱”原是为了心明水净，俾佛现前，接引往生的，并不是好高骛远。其中尤以事一心，是念佛人必须具备的功行，不是什么高不可攀的事，不用怕它，只要我们懂得诀窍，精勤做去，决定可以成功。就是诸仁认为至高无上的理一心、见性境界，也不是绝对做不到的。因一切众生本具这不生不灭、清净无染的佛性，既非从外求来，亦非因修而得。举凡山河大地，草木丛林，男女老</w:t>
      </w:r>
    </w:p>
    <w:p>
      <w:pPr>
        <w:spacing w:before="0" w:after="80" w:line="259" w:lineRule="auto"/>
        <w:ind w:firstLine="360"/>
      </w:pPr>
      <w:r>
        <w:rPr>
          <w:rFonts w:ascii="Noto Serif CJK SC" w:hAnsi="Noto Serif CJK SC" w:eastAsia="Noto Serif CJK SC"/>
        </w:rPr>
        <w:t>少，饮食起居，乃至一切声、一切色、一切心、一切法，无一不是性</w:t>
      </w:r>
    </w:p>
    <w:p>
      <w:pPr>
        <w:spacing w:before="0" w:after="80" w:line="259" w:lineRule="auto"/>
        <w:ind w:firstLine="360"/>
      </w:pPr>
      <w:r>
        <w:rPr>
          <w:rFonts w:ascii="Noto Serif CJK SC" w:hAnsi="Noto Serif CJK SC" w:eastAsia="Noto Serif CJK SC"/>
        </w:rPr>
        <w:t>的显现，无一不是性的作用。只要我们识得它，认清了性就是相体，相就是性用，于见色闻声时，不为声色所转，即能透过色相见性。换句话说，只要我们在日常动用中，随缘应用，不为事物的假相所迷惑，粘著于心，动摇于中，所谓寂寂惺惺，惺惺寂寂，转一切物，不为物转，使一切时，不为时转，即是见性。这样看来，理一心的高超</w:t>
      </w:r>
    </w:p>
    <w:p>
      <w:pPr>
        <w:spacing w:before="0" w:after="80" w:line="259" w:lineRule="auto"/>
        <w:ind w:firstLine="360"/>
      </w:pPr>
      <w:r>
        <w:rPr>
          <w:rFonts w:ascii="Noto Serif CJK SC" w:hAnsi="Noto Serif CJK SC" w:eastAsia="Noto Serif CJK SC"/>
        </w:rPr>
        <w:t>境界，是我们的本能，决不是不能做到的。我们如能证到理一心，心</w:t>
      </w:r>
    </w:p>
    <w:p>
      <w:pPr>
        <w:spacing w:before="0" w:after="80" w:line="259" w:lineRule="auto"/>
        <w:ind w:firstLine="360"/>
      </w:pPr>
      <w:r>
        <w:rPr>
          <w:rFonts w:ascii="Noto Serif CJK SC" w:hAnsi="Noto Serif CJK SC" w:eastAsia="Noto Serif CJK SC"/>
        </w:rPr>
        <w:t>中清净无染，自与西方净土相应，而且佛佛本同一体，故能与弥陀打成一片，因之，就能上品往生净土了。或曰：说来容易，做起来就难了。答曰：只要我们认清宗旨后，下定决心，与妄习作斗争，靠定一句佛号作武器，妄习才动，方粘物境，即便高举洪名把它打退。如斯举之又举，打之又打，日复一日，年复一年，还怕不能成办吗？况且就根器好的人来说，不须频频提撕，才闻举着，即便归家稳坐了。或曰：那是禅宗境界，与净土行人无关。曰：不要低看净土，净土本来就是禅，禅就是净土，净土是至圆至广、至高至上的，不是个低下法门。所谓禅是净土之禅，净土是禅之净土，禅净是不分家的。可惜晚近的净土行人自甘劣小，认为得生边地于愿已足，不精修持名念佛，只敷敷衍衍地上上早晚殿就算完事，将个大好净土法门，弄得不像样子。他们不知近代净宗大德印光大师亦曾几次闭关专修念佛，证得念佛三昧，其描绘该三昧的文章，完全与禅宗一致，并</w:t>
      </w:r>
    </w:p>
    <w:p>
      <w:pPr>
        <w:spacing w:before="0" w:after="80" w:line="259" w:lineRule="auto"/>
        <w:ind w:firstLine="360"/>
      </w:pPr>
      <w:r>
        <w:rPr>
          <w:rFonts w:ascii="Noto Serif CJK SC" w:hAnsi="Noto Serif CJK SC" w:eastAsia="Noto Serif CJK SC"/>
        </w:rPr>
        <w:t>有“无不从此法界流，无不还归此法界”的法语。请想，这法门是不是高，要不要一心念佛精修不懈？为了免却纷争起见，暂且避开这些高深的理论不谈，留待以后在专论净土时，再和大家研究。现在且来谈谈事一心。我们在讨论第一个问题时已经说过：往生西方要心水明净，佛与</w:t>
      </w:r>
    </w:p>
    <w:p>
      <w:pPr>
        <w:spacing w:before="0" w:after="80" w:line="259" w:lineRule="auto"/>
        <w:ind w:firstLine="360"/>
      </w:pPr>
      <w:r>
        <w:rPr>
          <w:rFonts w:ascii="Noto Serif CJK SC" w:hAnsi="Noto Serif CJK SC" w:eastAsia="Noto Serif CJK SC"/>
        </w:rPr>
        <w:t>圣众才能现前；心水不净，佛虽在前，犹如生盲，不能见日。所以要</w:t>
      </w:r>
    </w:p>
    <w:p>
      <w:pPr>
        <w:spacing w:before="0" w:after="80" w:line="259" w:lineRule="auto"/>
        <w:ind w:firstLine="360"/>
      </w:pPr>
      <w:r>
        <w:rPr>
          <w:rFonts w:ascii="Noto Serif CJK SC" w:hAnsi="Noto Serif CJK SC" w:eastAsia="Noto Serif CJK SC"/>
        </w:rPr>
        <w:t>生西方，心非清净不可。又说，真信切愿，就自然放得下娑婆——这秽丑苦恼的世界，斩得断爱根情见，在猛利的执持名号下，自能不期然而然地到达一心不乱的境界。又说，纵或根器稍差、妄习较重的同仁，即使在粗妄已断、细妄仍来侵犯的情况下，只要高提佛念，照破妄念，不随伊流浪去，往生西方还是有望。以上这些说话，就是事一心不乱的定义和要不要它的注脚。因为我们对娑婆世界的事事物物，斩得断，放得下，不为一切情爱粘缚纷扰，在内心深处才能绵绵密密，蕴育着一句圣号不散而不沉，微细妄习来侵扰时，也不至为它所动摇，因而才能圣号历历分明，相续不断。同时因为用功得力之故，心更澄净，更能放下世缘，念佛愈加虔诚，定力亦愈益深邃。如是相因相成地一心专念，才能心澄水明，圣境现前而往生西方啊！真想生西方的人，我想恐怕没有一个敢说，也没有一个肯说这样</w:t>
      </w:r>
    </w:p>
    <w:p>
      <w:pPr>
        <w:spacing w:before="0" w:after="80" w:line="259" w:lineRule="auto"/>
        <w:ind w:firstLine="360"/>
      </w:pPr>
      <w:r>
        <w:rPr>
          <w:rFonts w:ascii="Noto Serif CJK SC" w:hAnsi="Noto Serif CJK SC" w:eastAsia="Noto Serif CJK SC"/>
        </w:rPr>
        <w:t>的一心不乱是不需要的吧！翻遍了列祖语录，也没有一个人说不要</w:t>
      </w:r>
    </w:p>
    <w:p>
      <w:pPr>
        <w:spacing w:before="0" w:after="80" w:line="259" w:lineRule="auto"/>
        <w:ind w:firstLine="360"/>
      </w:pPr>
      <w:r>
        <w:rPr>
          <w:rFonts w:ascii="Noto Serif CJK SC" w:hAnsi="Noto Serif CJK SC" w:eastAsia="Noto Serif CJK SC"/>
        </w:rPr>
        <w:t>一心不乱。相反的，他们都颂扬一心不乱，鼓励学人证到一心不乱，告诫后进不可漠视一心不乱（莲池大师《竹窗随笔》中有专文）。以下再列举数例：截流大师在《起精进七期示众》里说：“未到一心不乱田地，正所谓少善根福德因缘，安望往生彼国？！”印光大师在《与陈锡周居士书》中说：“散心念佛，难得往生，‘一心念佛’，决定往生。”又在书一十三中说：“念佛一法乃至简至易，至广至大之法。必须恳切至诚之极，方能感应道交，即生亲获实益。若懒惰懈怠，毫无敬畏，只种远因。而亵慢之罪，有不堪设想者，纵令得生人天，断难高预海会……”懒惰懈怠是散心还是一心？这就等于说，散心念佛是不能生西的了。莲池大师《答孙广谅居士书》中说：“用功莫若一心念佛，念极而悟，悟而无论。纵不大悟，而离此娑婆生彼净土，即是出世。消灭杂念，纯一正念，即是真谛。今亦不管出不出，真不真，但功夫做到‘一</w:t>
      </w:r>
    </w:p>
    <w:p>
      <w:pPr>
        <w:spacing w:before="0" w:after="80" w:line="259" w:lineRule="auto"/>
        <w:ind w:firstLine="360"/>
      </w:pPr>
      <w:r>
        <w:rPr>
          <w:rFonts w:ascii="Noto Serif CJK SC" w:hAnsi="Noto Serif CJK SC" w:eastAsia="Noto Serif CJK SC"/>
        </w:rPr>
        <w:t>心’，自然了当矣。”又《答苏州袁心远居士书》中说：“今唯当专诚念佛，久久念至‘一心不乱’，必得开悟。就令不开悟，而一生念力，临终自知，死去必生净土。”这些例子，多不胜举。可见一心不乱，对于往生西方的重要，实无可非议。恐怕只有那些心里亦有些想往生西方，但同时又恋着娑婆，放不下娇妻爱子，舍不得荣华富贵的庸俗念佛人和一些怕吃苦的懒汉，才自出心裁而自圆其说地编造出一套背经离教的谬论，来愚弄妇孺，说什么“不须一心不乱，散心念佛亦能往生西方的”。哪知你图一时说得口快，害了自家不要紧，害了别人，你就下地狱如箭射在！！！或曰：要一心不乱，才能往生，则生西的人太少了。答曰：按上述事一心的标准来说，要求并不高，不是做不到的。只要行者肯牺牲眼下的享受，放却身边的粘缠，再加用点苦功，密密持名于心，人人皆可以证成，往生西方，有何难处？至于单就生西的人数多寡来</w:t>
      </w:r>
    </w:p>
    <w:p>
      <w:pPr>
        <w:spacing w:before="0" w:after="80" w:line="259" w:lineRule="auto"/>
        <w:ind w:firstLine="360"/>
      </w:pPr>
      <w:r>
        <w:rPr>
          <w:rFonts w:ascii="Noto Serif CJK SC" w:hAnsi="Noto Serif CJK SC" w:eastAsia="Noto Serif CJK SC"/>
        </w:rPr>
        <w:t>说，自古以来，生西的人数似不很多，原因就在这些错误谬论</w:t>
      </w:r>
    </w:p>
    <w:p>
      <w:pPr>
        <w:spacing w:before="0" w:after="80" w:line="259" w:lineRule="auto"/>
        <w:ind w:firstLine="360"/>
      </w:pPr>
      <w:r>
        <w:rPr>
          <w:rFonts w:ascii="Noto Serif CJK SC" w:hAnsi="Noto Serif CJK SC" w:eastAsia="Noto Serif CJK SC"/>
        </w:rPr>
        <w:t>——“一心不乱太难，不需要；散心念佛就能生西了”——在害人，使行者贪念世福，不肯用功，以致生西者少。请看上面所举莲池大师《普劝念佛之三》，开始就不胜叹息地说：“今见世人念佛者多，生西者少，何也？”接下来又深为惋惜地归咎其原因说：“口虽念佛，心里胡思乱想，以是不得生西！”这是多深的遗憾！多硬的铁证啊！诸位同仁，须知求生西方是一件了生脱死的大事，不是逞人我、争是非、闹意气的。需要平心静气地想一想：我这样散心念佛，在日常动用中，尤其在得失、顺逆、悲喜关头，做得主吗？能不为境界所牵移而佛念当前吗？更进一步自问，夜眠睡梦中，做得了主吗？在欢笑惊怖时，能不为梦境所动而佛念现前吗？假如这些都做不得主，那末，等腊月卅日到来，妻子绕榻，疾病昏迷，风刀解体，痛苦</w:t>
      </w:r>
    </w:p>
    <w:p>
      <w:pPr>
        <w:spacing w:before="0" w:after="80" w:line="259" w:lineRule="auto"/>
        <w:ind w:firstLine="360"/>
      </w:pPr>
      <w:r>
        <w:rPr>
          <w:rFonts w:ascii="Noto Serif CJK SC" w:hAnsi="Noto Serif CJK SC" w:eastAsia="Noto Serif CJK SC"/>
        </w:rPr>
        <w:t>迫切，再加上生前经过的事件，与死后未了的牵缠，一一都涌上心</w:t>
      </w:r>
    </w:p>
    <w:p>
      <w:pPr>
        <w:spacing w:before="0" w:after="80" w:line="259" w:lineRule="auto"/>
        <w:ind w:firstLine="360"/>
      </w:pPr>
      <w:r>
        <w:rPr>
          <w:rFonts w:ascii="Noto Serif CJK SC" w:hAnsi="Noto Serif CJK SC" w:eastAsia="Noto Serif CJK SC"/>
        </w:rPr>
        <w:t>来，又怎能做得主而念佛求生西方呢？须知白天能做得主了，于梦中则一半主也做不得；梦中能做得主了，死时一半主也做不得！因为梦中是半昏迷而死时是大昏迷呀！假如因为用功不力而临终不能往生，那末“不须一心不乱，散心念佛即能往生”之谈，岂不成为空头支票而自贻伊戚吗？这不是我故作惊人之笔来吓唬你们，也不是我好高骛远来苛求你们，要你们这样那样，不然就不能生西。实在因为要真能往生西方，决不是专门依赖弥陀愿力接引而自己不加努</w:t>
      </w:r>
    </w:p>
    <w:p>
      <w:pPr>
        <w:spacing w:before="0" w:after="80" w:line="259" w:lineRule="auto"/>
        <w:ind w:firstLine="360"/>
      </w:pPr>
      <w:r>
        <w:rPr>
          <w:rFonts w:ascii="Noto Serif CJK SC" w:hAnsi="Noto Serif CJK SC" w:eastAsia="Noto Serif CJK SC"/>
        </w:rPr>
        <w:t>力，就能够轻而易举地往生去的啊！眼见时下一般修净土者，都贪著便宜，不肯用功。结果，不是怀念世缘，便是留恋家财；不是落得个病苦难当，便是昏迷不醒。所谓往生西方者，不知到什么地方流浪生死去了。所以才甘冒不韪，敢向诸仁进贡逆耳之言，这实在为良心所驱使，不得不大胆呈辞，力挽时弊啊！</w:t>
      </w:r>
    </w:p>
    <w:p>
      <w:pPr>
        <w:pStyle w:val="Heading3"/>
      </w:pPr>
      <w:r>
        <w:rPr>
          <w:rFonts w:ascii="Noto Serif CJK SC" w:hAnsi="Noto Serif CJK SC" w:eastAsia="Noto Serif CJK SC"/>
        </w:rPr>
        <w:t>三、“单靠弥陀愿力带业往生”的探讨</w:t>
      </w:r>
    </w:p>
    <w:p>
      <w:pPr>
        <w:spacing w:before="0" w:after="80" w:line="259" w:lineRule="auto"/>
        <w:ind w:firstLine="360"/>
      </w:pPr>
      <w:r>
        <w:rPr>
          <w:rFonts w:ascii="Noto Serif CJK SC" w:hAnsi="Noto Serif CJK SC" w:eastAsia="Noto Serif CJK SC"/>
        </w:rPr>
        <w:t>关于“带业往生”一语，佛经内并无明文，这是祖师们融摄经论的含义发挥出来的。它的实际用意是：薄地凡夫，业障积习深重，非一生一世修行所能除尽。即使已大彻大悟，最后一分无明仍未破灭，因为到了等觉菩萨位，还有一分无明未尽。谁又能一生修证到等觉位呢？这未尽的无明就是惑业。所谓“带业往生”，即是带这“业”往生。念佛行人，即使证到理一心，似也不能超过等觉菩萨，所以还不免有无明在，故欲往生，还须“带业往生”。决不是说念佛修行人，修行时也可以干点坏事，损人利己，将来可以带业往生的。或曰：印光大师说，五逆十恶人，平时不知修行，但也未曾谤佛，临终得善知识为之开导，发愿念佛，求生西方，也得带业往生。这不是明明告诉我们现在干点坏事，将来也可以带业往生吗？答曰：请注意，此等大恶人，临终得遇善知识，又能正念分明，放舍身心，不顾病苦，一心念佛，求生西方，是何等力量？！又是何等善根、福德、因缘呵！是不是一般常人所能企及？我亲见很多念佛多年的人，临终为病苦所恼，不能念佛，甚至不愿聆闻佛声；或想念亲人，不愿忆佛念佛；或昏迷不醒，不能念佛闻佛。而此等大恶人反能临终承教，彻底放下，正念分明，一心念佛，打退阴境，往生西方，是何等力量所使然？岂佛亲于彼而疏于此，厚于前而薄于后？这其间实大有因缘在！盖有一般修行人前生不明心要，只务得定，竭力克制妄心，不许伊动，如搬石压草，石去而草复生，不成究竟。故当命终后转身再来时，习气妄动，尤甚于前，而成恶逆，迨一闻开示，触动前因，故又能立刻放下，专心一意念佛，求生净土，非偶然也；或逆行菩萨，示迹现生，为度生故，污其外形，以掩行藏，非一般常人所可投机取巧，依模学样，援例往生的。或曰：禅宗大德直证佛地，所谓等妙二觉，犹是他提草鞋汉，总该没有最后一分无明了。那么，此等人生西，不须带业往生了吗？曰：禅宗所证是理即佛，所证理性与佛无二无别，但就事说来，尚未证</w:t>
      </w:r>
    </w:p>
    <w:p>
      <w:pPr>
        <w:spacing w:before="0" w:after="80" w:line="259" w:lineRule="auto"/>
        <w:ind w:firstLine="360"/>
      </w:pPr>
      <w:r>
        <w:rPr>
          <w:rFonts w:ascii="Noto Serif CJK SC" w:hAnsi="Noto Serif CJK SC" w:eastAsia="Noto Serif CJK SC"/>
        </w:rPr>
        <w:t>到果佛地位，因此并不能与释迦、弥陀等量齐观。不见帝问玄沙：“宗下见性成佛，是否已到果佛地位？”沙曰：“只是因地佛，并非果地佛。”所以开悟见性，一般只登初地，相当于见道位，尚待向上修证，分破无明，圆证法身。所以说宗下见性后，即直登无修、无得、无证位，实大错误，因尚有一个如丧考妣在也，如何不须带业往生？！复次，所谓无修、无得、无证位者，是理边事，同时也是到家人语。因一切众生本来是佛，何待修证？但当无明业习未了，贪著犹在，尚于恶道中头出头没的时候，又非不众生！既有业习，就有幻受，既有幻受，也就不无幻修、幻得、幻证了。所以这句无修、无得、无证的话，也是真实到家人语。因在凡不减，在圣不增，在染无失，在净无得故也。今若尚在路途上，就说无修、无得、无证，岂不言之过早！或曰：末等于初，生死就是涅槃，路途就是家舍，虽然了生死，就在六道中。答曰：一切不二是真理，但须证到这种地步始得。假如现在还有苦乐在、怖畏在，还有气恼、患得患失在等等，那么路途不是家舍，生死也不等于涅槃。因为诸蕴未破，幻受犹在。在人道中，还有苦乐之见，何况余道！试看调达在地狱，如享三禅之乐，相去奚啻天壤！所以修心人大须仔细，切莫空说大话，莽莽荡荡招殃祸！复次，真正证到无修、无得、无证的人，也不说个无修、无得、无证。一说无修、无得、无证，岂不正坐在有修、有得、有证里吗？但是禅宗行人，开悟大有深浅，不可一概而论。有的直下到底，积习无明，一时齐破，即《楞严经》所谓“理属顿悟，乘悟并销”也。这种人即无修、无得、无证者，但此种大根人，究属少数，不可多得。有的虽已见性，积习尚存，须用绵密保任功夫，渐除习气，分破无明，而圆证法身。此种保任功夫，即无修之修。因为他们既不用什么法门来修习，也不冀有所得与所成，平时只用个凛觉功夫，随有念起，一觉即空，空亦不住，任运腾腾，自在受用。到后亦无觉不觉、空不空、自在不自在，整日如痴如呆，无得无失，才是到家了手时节。此等功夫，即《楞严经》所谓“事则渐修，因次第尽”者是。现在修行人中，大都属于这种“顿悟渐修”者。好了，这里不是谈禅，离题太远，尚待以后再说吧。现在还是把话题拉转来，谈谈带业往生吧！说到“带业往生”，遗憾的是，时下各宗同仁往往把这句话的含义扩大而搞错了。有些人以为这是佛、菩</w:t>
      </w:r>
    </w:p>
    <w:p>
      <w:pPr>
        <w:spacing w:before="0" w:after="80" w:line="259" w:lineRule="auto"/>
        <w:ind w:firstLine="360"/>
      </w:pPr>
      <w:r>
        <w:rPr>
          <w:rFonts w:ascii="Noto Serif CJK SC" w:hAnsi="Noto Serif CJK SC" w:eastAsia="Noto Serif CJK SC"/>
        </w:rPr>
        <w:t>萨的慈悲宽大，只要每日供佛、念佛或参禅、持咒，虽然犯点罪，做点坏事，无关紧要，佛、菩萨照样会原谅宽恕他们的。净宗有阿弥陀佛接引他们生西；他宗则有相关的佛、菩萨佑护他们超脱轮回。以是，他们竟无顾忌地一面修行、念佛，一面又干些坏事，把整个佛教涂污得不像样子，以致世俗毁谤说：“要看黑心人，吃素道里寻！”“口念弥陀、释迦，心里贪盗欺诈！”听之能不令人痛心？！试问怀这种心念的净土行人，心里净不净，能不能与净土相应？又能不能与弥陀感应道交、打成一片呢？但是有些瞎汉，还要嘴硬，说不要紧，有阿弥陀佛做依怙，虽然做了些坏事，但到临终，佛还是会怜悯我们，宽恕我们，来接引我们生西的！哈哈！假使这样阿弥陀佛还来接引你们生西的话，倒变成鼓励你们在世间作恶了，有这种道理吗？假使真有其事，那佛还讲什么因果报应？！又为什么要劝人诸恶莫作、众善奉行呢？或曰：五逆十恶人，不是重罪犯吗？他们怎能临终十念生西呢？曰：请勿错会，他们不是于信佛后又做五逆十恶的事，以前不明因果，无心误犯，故能一信佛后，幡然悔悟，彻底忏悔，消除心业，往生西方。相反，已信佛的人再犯罪，是明知故犯，罪加一等，外加用功不力，念佛疲软，业不能忏，如何能往生呢？我想当这些人在假充嘴硬说不要紧时，心里亦未尝不寒栗。因为人人都有天良，做了坏事，必受良心谴责，而深自痛苦惊怖。这些人，纵然一时为利欲薰蔽而隐昧良心不知羞怖，但到了临终最后一刹那，所做恶事就隐藏不住，一一显现眼前，深受良心责备而痛苦万分。那种天良苛责的痛苦，胜过一切严刑酷罚，所谓泰山压顶，大火焚身，风刀解体，苦不堪言！以致痛哭嚎叫，息促神迷，茫茫荡荡地跟着业境流浪恶道去了！到那时还能嘴硬说我有弥陀接引吗？诸位道友，“带业往生”这句话千万不要搞错。不能认为一面念佛，一面做点坏事不要紧，这是绝对要不得的。因为六道轮回，全凭善恶业所支配，不以人的意志为转移。现在要进一步求生净土，了脱生死，心地不善良，人道的资格还不够，如何能生西天呢？所以益大师描述的“真信”说：真信除信自、信他外，还要信因果与理事！这就是教我们心要清净，要善良，才能得万德庄严的福果——净土！</w:t>
      </w:r>
    </w:p>
    <w:p>
      <w:pPr>
        <w:spacing w:before="0" w:after="80" w:line="259" w:lineRule="auto"/>
        <w:ind w:firstLine="360"/>
      </w:pPr>
      <w:r>
        <w:rPr>
          <w:rFonts w:ascii="Noto Serif CJK SC" w:hAnsi="Noto Serif CJK SC" w:eastAsia="Noto Serif CJK SC"/>
        </w:rPr>
        <w:t>另外，如上文所引，莲池大师在三种不能往生净土的人里，把心</w:t>
      </w:r>
    </w:p>
    <w:p>
      <w:pPr>
        <w:spacing w:before="0" w:after="80" w:line="259" w:lineRule="auto"/>
        <w:ind w:firstLine="360"/>
      </w:pPr>
      <w:r>
        <w:rPr>
          <w:rFonts w:ascii="Noto Serif CJK SC" w:hAnsi="Noto Serif CJK SC" w:eastAsia="Noto Serif CJK SC"/>
        </w:rPr>
        <w:t>地不善良的人，列为第一种。可见心地善良，是第一先决条件了。我</w:t>
      </w:r>
    </w:p>
    <w:p>
      <w:pPr>
        <w:spacing w:before="0" w:after="80" w:line="259" w:lineRule="auto"/>
        <w:ind w:firstLine="360"/>
      </w:pPr>
      <w:r>
        <w:rPr>
          <w:rFonts w:ascii="Noto Serif CJK SC" w:hAnsi="Noto Serif CJK SC" w:eastAsia="Noto Serif CJK SC"/>
        </w:rPr>
        <w:t>们如有过错，请迅速从今日起在佛前痛切地忏悔，永不再犯，还要</w:t>
      </w:r>
    </w:p>
    <w:p>
      <w:pPr>
        <w:spacing w:before="0" w:after="80" w:line="259" w:lineRule="auto"/>
        <w:ind w:firstLine="360"/>
      </w:pPr>
      <w:r>
        <w:rPr>
          <w:rFonts w:ascii="Noto Serif CJK SC" w:hAnsi="Noto Serif CJK SC" w:eastAsia="Noto Serif CJK SC"/>
        </w:rPr>
        <w:t>力行众善，以救前愆，生西始可有望。如专门依靠佛力接引，干坏事而想带业往生，那真是西行却向东了。再者，关于他力接引的问题，在第一节里已略有说明，现在因谈到本题，须再详细讨论一下：首先，我们从生西的三资粮来看，信愿行三，如鼎三足，既然不可缺一，那末信愿之外，行亦就非常重要了。行既非常重要，足见生西也非专赖他力。单独依靠弥陀愿力的人，假如可以单靠弥陀，那么要“行”做什么？既要“行”，那就他力之外，尤需自力了。或许有些贪便宜、怕用功的人要说，益大师说：“得生与否，全由信愿之有无；品位高下，全由持名之深浅。”由此看来，行——持名只不过是品位高下之依据，而生西方，全凭信愿，就是专赖佛力。我们现在只要能生西，品位高下在所不顾，甚至生于边地，也于愿已足，因为“但得见弥陀，何愁不开悟？”我们能生到西方就行了。殊不知大师此语，乃对偶句，不可分割开来，断章取义。他上面说个信愿，接下来就说个行，意思就是以信愿来导行，由行而圆成信愿。也就是说，要生西方，须以信愿为先导，无信愿不能往生，同时这亦是对只有行而无信愿之人说的（我们在第一节里说过，明朝很多禅宗行人，假借念佛为入定的方便，是只有行而无信愿的）。但是生西方，有九品高下之不同，而这高下不同的往生品位，就全须由持名的功夫深浅来决定了。这岂不是明白无误地告诉我们，往生西方，品位高的，固然要较深的念佛功夫，就是品位低下的，也要有较浅的念佛功夫，才能往生。而不是单独依靠佛的力量，由佛来决定的！这样理解，方符益大师的真意，也才和其他佛祖的教示相契。假如不须行，单靠信愿就能往生，那为什么佛在《阿弥陀经》中嘱咐我们要执持名号？又为什么在《十六观经》里教我们要修种种观行呢？师乃一代教祖，岂能违背佛意，别出心裁地以无稽之谈来迷误后人？又岂可说师之主见高过于佛呢？再看印光大师《与陈锡周居士书》中说：“以信愿为先导，念佛为行证。信愿行三，乃念佛法门宗要。有行无信愿，不能往生，有信愿无行，亦不能往生。信愿行三，具足无缺，决定往生。”可见信愿行为生西三要，如鼎三足，缺一不可。师与印师，皆莲宗法祖，由上而下，血脉相承，绝不会前者误引后者，也不至后者反对前者。由此可</w:t>
      </w:r>
    </w:p>
    <w:p>
      <w:pPr>
        <w:spacing w:before="0" w:after="80" w:line="259" w:lineRule="auto"/>
        <w:ind w:firstLine="360"/>
      </w:pPr>
      <w:r>
        <w:rPr>
          <w:rFonts w:ascii="Noto Serif CJK SC" w:hAnsi="Noto Serif CJK SC" w:eastAsia="Noto Serif CJK SC"/>
        </w:rPr>
        <w:t>见那些说只要有信愿而不须行的，乃是一般瞎汉偷懒之遁词也。而且，就一般常理来说，既有信愿，为何不行？不行，又怎能表示有信愿在？更何能圆满成就信愿？是以信愿是行之先导，而行则是信愿之归寄！无信愿不足以启行，无行也不足以圆满信愿！彼此相因相成，三者不可缺一，可见信愿行之行，是多么重要呵！既然行和信愿一样重要，那么行就须像个样子才对！决不可马马虎虎地口中念念佛号，心里念着娑婆，敷衍了事算数。因为那样行，等于不行。口中念佛而心不转，妄念既不能断，妄心亦不能转，妄习更不能除，行来行去，还在老地方，未曾前进一步，徒然自欺欺人而已！有何益处？我们要行，就要遵照佛祖遗训，如救头燃，至诚恳切地把一句佛号蕴育在心中，念念不忘；要如推重车上山般，极力追顶，一步不可放缓，六字洪名，一字接一字，一句接一句，字字句句，历历分明在心里过；要战战兢兢地把一句万德洪名，当作金刚王宝剑来与我们的妄念、爱根、情见作斗争；更要二六时中，都摄六根，净念相继。我们果能如是着力用功，既勿求旦夕速效，亦勿妄冀心外有佛来迎，动诸魔事，则一定能从初心念佛散乱纷扰的情况下，渐渐上路，消除妄念，而臻一心不乱。由此看来，所谓一心不乱者，有什么高不可攀而害怕万分？有什么目的不能达到而纷争一场呢？心有所畏，一定行之不力，行如不力，任何事都不能成功，所以信心坚固为第一要着。事在人为，只要先把道理弄清楚，窍门找到，然后一往直前，决不退缩，办任何事情都无不成之理！再说他力修行，绝不是一点力气都不要花，完完全全依靠在别人身上可以成功的。古人有蚊蝇附骥尾之喻，但也要蚊蝇先飞到马尾上，还要用力抓住才行，绝不是一点力气也不用的。是以完全依赖佛力能生西方，绝无是处，只有自他合力，方能成办。再就自他来说，原本不二，因妄心分别故，始有自他。盖从本说来，心佛众生，本系一体，如一室千灯，光光无别，因无明故，妄认前影。遂执为我，因我而有他，是非遂生。今若一句佛号得力，当下一念妄心销处，自既不立，他从何来？！故自他本系一体，说什么自力他力！说有自力他力者，正是不识自他也，嗟乎！</w:t>
      </w:r>
    </w:p>
    <w:p>
      <w:pPr>
        <w:spacing w:before="0" w:after="80" w:line="259" w:lineRule="auto"/>
        <w:ind w:firstLine="360"/>
      </w:pPr>
      <w:r>
        <w:rPr>
          <w:rFonts w:ascii="Noto Serif CJK SC" w:hAnsi="Noto Serif CJK SC" w:eastAsia="Noto Serif CJK SC"/>
        </w:rPr>
        <w:t>复次，就一般通途所说的“他力”来说，有佛出世，教你们念佛法</w:t>
      </w:r>
    </w:p>
    <w:p>
      <w:pPr>
        <w:spacing w:before="0" w:after="80" w:line="259" w:lineRule="auto"/>
        <w:ind w:firstLine="360"/>
      </w:pPr>
      <w:r>
        <w:rPr>
          <w:rFonts w:ascii="Noto Serif CJK SC" w:hAnsi="Noto Serif CJK SC" w:eastAsia="Noto Serif CJK SC"/>
        </w:rPr>
        <w:t>门，不是他力吗？用功时有一句万德洪名，与你作为依持，同时因持名故，弥陀因心之庄严与果地之智光加被与你，不是他力吗？临</w:t>
      </w:r>
    </w:p>
    <w:p>
      <w:pPr>
        <w:spacing w:before="0" w:after="80" w:line="259" w:lineRule="auto"/>
        <w:ind w:firstLine="360"/>
      </w:pPr>
      <w:r>
        <w:rPr>
          <w:rFonts w:ascii="Noto Serif CJK SC" w:hAnsi="Noto Serif CJK SC" w:eastAsia="Noto Serif CJK SC"/>
        </w:rPr>
        <w:t>命终时，因感应道交故，佛现心中（这就是接引），又有西方极乐世界作为依止，不更是他力吗？有这样多他力为增上缘，已占尽了便宜，还觉不够，更想一点力也不花，由佛把你拉上天，有这种道理吗？假如有的，则我们也不是今天才信佛、念佛，应该早就往生西方成佛了，为何还流浪到今天，在这里受苦呢？或曰，信佛虽不止一世，可能宿世修习他宗未曾念佛，故未往生，因净土是万修万人去的呀！若果如是，为什么自古以来就有“念佛者多，生西者少”之叹呢？又难道弥陀能拉我们去，释迦不能拉我们去吗？十方诸佛都愿度尽众生的，如果能拉的话，一佛出世，就该把众生度尽了！可见得仗佛力来拉你，没有这回事。古德有云：“把臂牵他行不得，直须自肯始相应。”须知佛力无边，众生业力也是无边的呀！印光大师是最赞叹仗佛慈力接引生西的，但也说念佛要恳切至诚，方能高预海会，这“恳切至诚”，难道不需要下一番苦功夫吗？更进一步说，有自力的人，不求他力，而他力自来。相反，竭力希求他力，毫无自力的人，绝对得不着他力，纵有他力，亦无能为力。因为用功人真能至诚恳切，精进不懈，无形中感诸佛菩萨加被摄护，及至功夫得力，妄念打脱，与佛心心相印，自他一体，生佛不二，更得十方诸佛护念，垂手摩顶授记。而懒散不肯用功，或用功不力的人，因自己心里秽垢，与清净佛光不相连接，所见所接，均系黑业一团，故佛虽现前，垂手接引，却犹如生盲不能见日。所以我们在第一节里说：“自力就是他力，他力就是自力，有自力方有他力，无自力即无他力。”请同道深思。其实净土宗就是禅宗，禅宗即是净土宗，二宗并无两样，不要妄分自力他力。但禅宗须是大根上智人方能参透玄机，识得即相即</w:t>
      </w:r>
    </w:p>
    <w:p>
      <w:pPr>
        <w:spacing w:before="0" w:after="80" w:line="259" w:lineRule="auto"/>
        <w:ind w:firstLine="360"/>
      </w:pPr>
      <w:r>
        <w:rPr>
          <w:rFonts w:ascii="Noto Serif CJK SC" w:hAnsi="Noto Serif CJK SC" w:eastAsia="Noto Serif CJK SC"/>
        </w:rPr>
        <w:t>性，即心即佛，时时处处不为物转，而自在转物。而净土宗则不一定</w:t>
      </w:r>
    </w:p>
    <w:p>
      <w:pPr>
        <w:spacing w:before="0" w:after="80" w:line="259" w:lineRule="auto"/>
        <w:ind w:firstLine="360"/>
      </w:pPr>
      <w:r>
        <w:rPr>
          <w:rFonts w:ascii="Noto Serif CJK SC" w:hAnsi="Noto Serif CJK SC" w:eastAsia="Noto Serif CJK SC"/>
        </w:rPr>
        <w:t>要研讨这些玄理，只要把一句弥陀圣号，安顿在行人心上，密密提持，毋令间断，自然于不知不觉中将散乱妄心，渐渐转换成清净佛心，从而证成佛道。犹如人身上毛发指爪，虽然人眼不见其长，却自然地密密滋长。念佛的妙处，就是在行人的生死根株上（妄念上）作切近的转换，使人念佛、念法、念僧，自然不去念贪、念嗔、念痴，潜移默化地扭转人的妄心，无形中把行人从生死中拉出来。它不用研讨玄理，而自然暗合道妙，只要一心持名念佛，自然成无上道，所以净土念佛是三根普摄的广大法门。这真是释迦老子从大悲心中流露出来的善巧方便之智用！</w:t>
      </w:r>
    </w:p>
    <w:p>
      <w:pPr>
        <w:spacing w:before="0" w:after="80" w:line="259" w:lineRule="auto"/>
        <w:ind w:firstLine="360"/>
      </w:pPr>
      <w:r>
        <w:rPr>
          <w:rFonts w:ascii="Noto Serif CJK SC" w:hAnsi="Noto Serif CJK SC" w:eastAsia="Noto Serif CJK SC"/>
        </w:rPr>
        <w:t>当你由于拳拳服膺、密密提持而亲见弥陀真性时，方知自力他力由来不二，众生佛陀，本自一体，回顾昔日之纷争辩论，犹如梦中说梦，宁不愧汗！拉拉扯扯地说来很长，还要提醒大家一声，修净土不只是念佛名字一法，举凡观心、持咒、诵经、行善等等，皆如念佛一样，可以回向西方求生净土。一心不乱，是净土法门的关键问题，我们只要放下一切，抓紧佛号，密密绵绵念去，自能安安稳稳地到达目的地。讨论至此将告结束，忽有一位慈心菩萨出来说：“你这厮噜噜嗦嗦妄开大口，不怕冒渎诸方引起群忿吗？”曰：“不见祖师道：佛法无人情，依法不依人！”又不见黄面瞿昙云：“说法四十九年，未曾说着一字！”则小子虽以虚空为纸，大海为砚池，须弥为墨，写满宇宙，又何曾写着一字，更何以冒渎诸方！正是：写满宇宙利生情，笔划未开字未形。有法可说事边倒，无法可说万里云。可怜一般探玄客，梦中佛事论不停。一心不乱非难事，念念弥陀字字明。哈哈！你道说了也未？珍重！珍重！</w:t>
      </w:r>
    </w:p>
    <w:p>
      <w:pPr>
        <w:spacing w:before="0" w:after="80" w:line="259" w:lineRule="auto"/>
        <w:ind w:firstLine="360"/>
      </w:pPr>
      <w:r>
        <w:rPr>
          <w:rFonts w:ascii="Noto Serif CJK SC" w:hAnsi="Noto Serif CJK SC" w:eastAsia="Noto Serif CJK SC"/>
        </w:rPr>
        <w:t>消业往生与带业往生载于《广化文选》近来差不多在全国各地，围绕着关于净土宗的异方便——“带业往生”展开了热烈的争论。一方说：要真能往生，须将妄业消去；另一方则说：不需要，可以带业往生。双方各说各有理，互不相融。持“消业往生”论的人说：“带业往生”是害人的谬论。它非但毁灭了净宗行人临终往生的愿望；也伤害了整个净土宗的严净、肃穆的形象。因为“业”本身就是污染、是障碍。与净土既不相应，而且是障</w:t>
      </w:r>
    </w:p>
    <w:p>
      <w:pPr>
        <w:spacing w:before="0" w:after="80" w:line="259" w:lineRule="auto"/>
        <w:ind w:firstLine="360"/>
      </w:pPr>
      <w:r>
        <w:rPr>
          <w:rFonts w:ascii="Noto Serif CJK SC" w:hAnsi="Noto Serif CJK SC" w:eastAsia="Noto Serif CJK SC"/>
        </w:rPr>
        <w:t>道之因，何能带着它往生西方佛土？所以佛、菩萨从未在各种经论</w:t>
      </w:r>
    </w:p>
    <w:p>
      <w:pPr>
        <w:spacing w:before="0" w:after="80" w:line="259" w:lineRule="auto"/>
        <w:ind w:firstLine="360"/>
      </w:pPr>
      <w:r>
        <w:rPr>
          <w:rFonts w:ascii="Noto Serif CJK SC" w:hAnsi="Noto Serif CJK SC" w:eastAsia="Noto Serif CJK SC"/>
        </w:rPr>
        <w:t>上说过“带业往生”的这一非常错误的说法。主张“带业往生”论的人则说：“带业往生”一词虽不是佛、菩萨直接说的，但在经论中，不无这种含意。比如《那先比丘经》云：“如持大石置于船上，藉船力故，石不沉没。若无其船，小石亦没。”石喻世人所造的“业”，船喻佛力。这不是很明显的说藉佛力故，可以带业往生吗？所以我们净宗行人，只要信坚愿切，一心念佛，不用消什么业，临终决定往生。那种消业往生的论调是魔说，不可信赖，要将它彻底打倒、消灭。这两种论点各执一词，相持不下。搞得佛教界内沸沸腾腾，莫衷一是，使后学者无所遵循，不知如何修持方合道妙。因之要请诸方大德，各抒己见，热烈讨论一下，得出个正确结论，扫清疑云，以正视听，而免后学步入歧途。要评判这一问题的孰是孰非，先要将这二种论点的由来搞搞清楚，然后经过比较讨论，就不难看出它们的矛盾所在，从而归纳出正确的结论。按这两种论点之所以各执己见，互相水火者，不外以下数因：甲、持“消业往生”论者</w:t>
      </w:r>
    </w:p>
    <w:p>
      <w:pPr>
        <w:pStyle w:val="Heading3"/>
      </w:pPr>
      <w:r>
        <w:rPr>
          <w:rFonts w:ascii="Noto Serif CJK SC" w:hAnsi="Noto Serif CJK SC" w:eastAsia="Noto Serif CJK SC"/>
        </w:rPr>
        <w:t>一、见近时的净宗行人不肯老实念佛，只悠悠泛泛地随众做做早</w:t>
      </w:r>
    </w:p>
    <w:p>
      <w:pPr>
        <w:spacing w:before="0" w:after="80" w:line="259" w:lineRule="auto"/>
        <w:ind w:firstLine="360"/>
      </w:pPr>
      <w:r>
        <w:rPr>
          <w:rFonts w:ascii="Noto Serif CJK SC" w:hAnsi="Noto Serif CJK SC" w:eastAsia="Noto Serif CJK SC"/>
        </w:rPr>
        <w:t>晚课，像小学生交课卷似的，做完了课诵，就算念佛事毕了。不再用功念佛，来改造自己执着、贪恋的妄习，转换自己的妄想、妄念，以</w:t>
      </w:r>
    </w:p>
    <w:p>
      <w:pPr>
        <w:spacing w:before="0" w:after="80" w:line="259" w:lineRule="auto"/>
        <w:ind w:firstLine="360"/>
      </w:pPr>
      <w:r>
        <w:rPr>
          <w:rFonts w:ascii="Noto Serif CJK SC" w:hAnsi="Noto Serif CJK SC" w:eastAsia="Noto Serif CJK SC"/>
        </w:rPr>
        <w:t>消灭自己的心垢，而往往把将来往生净土的责任，单单推卸在阿弥陀佛身上。如若临终不见佛、菩萨来接引，生不到西方，误认为那是佛、菩萨的责任。因此莲池大师曾有“念佛者多，生西者少”的感叹。这都是念佛行人心不专切，只图便当，而贻误了自己。所以要大敲警钟，提倡“消业往生”来警醒昏梦迷茫的念佛群众。</w:t>
      </w:r>
    </w:p>
    <w:p>
      <w:pPr>
        <w:pStyle w:val="Heading3"/>
      </w:pPr>
      <w:r>
        <w:rPr>
          <w:rFonts w:ascii="Noto Serif CJK SC" w:hAnsi="Noto Serif CJK SC" w:eastAsia="Noto Serif CJK SC"/>
        </w:rPr>
        <w:t>二、现时很多念佛的人，误解了“带业往生”的含义。以为我们只</w:t>
      </w:r>
    </w:p>
    <w:p>
      <w:pPr>
        <w:spacing w:before="0" w:after="80" w:line="259" w:lineRule="auto"/>
        <w:ind w:firstLine="360"/>
      </w:pPr>
      <w:r>
        <w:rPr>
          <w:rFonts w:ascii="Noto Serif CJK SC" w:hAnsi="Noto Serif CJK SC" w:eastAsia="Noto Serif CJK SC"/>
        </w:rPr>
        <w:t>要有信有愿而且早晚也做课诵，纵或做了些不甚好的事也无妨碍，横竖可以带业往生嘛！笔者在沈家门见有很多人在晒鱼虾，问他们说：“你们舟山一带不是大多数人都信佛吗？”他们说：“是呀！我们都是佛教徒。”我不禁疑惑地问道：“那么，你们为什么还要杀生呢？”他们说：“我们是带业往生呀！”他们把“带业往生”一词作如是见解，岂不毁坏了净宗的圣洁形象？</w:t>
      </w:r>
    </w:p>
    <w:p>
      <w:pPr>
        <w:pStyle w:val="Heading3"/>
      </w:pPr>
      <w:r>
        <w:rPr>
          <w:rFonts w:ascii="Noto Serif CJK SC" w:hAnsi="Noto Serif CJK SC" w:eastAsia="Noto Serif CJK SC"/>
        </w:rPr>
        <w:t>三、为了澄清净宗近来的腐朽污染的不良之风，以振兴佛教，所</w:t>
      </w:r>
    </w:p>
    <w:p>
      <w:pPr>
        <w:spacing w:before="0" w:after="80" w:line="259" w:lineRule="auto"/>
        <w:ind w:firstLine="360"/>
      </w:pPr>
      <w:r>
        <w:rPr>
          <w:rFonts w:ascii="Noto Serif CJK SC" w:hAnsi="Noto Serif CJK SC" w:eastAsia="Noto Serif CJK SC"/>
        </w:rPr>
        <w:t>以要高唱“消业往生”，以振聋发聩，而期净宗行人真正能往生西方，而不是空喊口号，以免净宗谛旨被湮灭而渐趋消亡。乙、主张“带业往生”论者</w:t>
      </w:r>
    </w:p>
    <w:p>
      <w:pPr>
        <w:pStyle w:val="Heading3"/>
      </w:pPr>
      <w:r>
        <w:rPr>
          <w:rFonts w:ascii="Noto Serif CJK SC" w:hAnsi="Noto Serif CJK SC" w:eastAsia="Noto Serif CJK SC"/>
        </w:rPr>
        <w:t>一、怕人有畏难情绪，不敢信入修持，而毁伤了净宗，断送了众</w:t>
      </w:r>
    </w:p>
    <w:p>
      <w:pPr>
        <w:spacing w:before="0" w:after="80" w:line="259" w:lineRule="auto"/>
        <w:ind w:firstLine="360"/>
      </w:pPr>
      <w:r>
        <w:rPr>
          <w:rFonts w:ascii="Noto Serif CJK SC" w:hAnsi="Noto Serif CJK SC" w:eastAsia="Noto Serif CJK SC"/>
        </w:rPr>
        <w:t>生的慧命。</w:t>
      </w:r>
    </w:p>
    <w:p>
      <w:pPr>
        <w:pStyle w:val="Heading3"/>
      </w:pPr>
      <w:r>
        <w:rPr>
          <w:rFonts w:ascii="Noto Serif CJK SC" w:hAnsi="Noto Serif CJK SC" w:eastAsia="Noto Serif CJK SC"/>
        </w:rPr>
        <w:t>二、误解了“消业往生”的难度，不知怎样才算消业，才得往生。一</w:t>
      </w:r>
    </w:p>
    <w:p>
      <w:pPr>
        <w:spacing w:before="0" w:after="80" w:line="259" w:lineRule="auto"/>
        <w:ind w:firstLine="360"/>
      </w:pPr>
      <w:r>
        <w:rPr>
          <w:rFonts w:ascii="Noto Serif CJK SC" w:hAnsi="Noto Serif CJK SC" w:eastAsia="Noto Serif CJK SC"/>
        </w:rPr>
        <w:t>般以为要将无明除尽，业尽情空，方始为消业。这岂不太难，能有多少人做得到？所以要坚决反对。</w:t>
      </w:r>
    </w:p>
    <w:p>
      <w:pPr>
        <w:pStyle w:val="Heading3"/>
      </w:pPr>
      <w:r>
        <w:rPr>
          <w:rFonts w:ascii="Noto Serif CJK SC" w:hAnsi="Noto Serif CJK SC" w:eastAsia="Noto Serif CJK SC"/>
        </w:rPr>
        <w:t>三、未真正了解“带业往生”内含的精义。只知带业便当，而不知</w:t>
      </w:r>
    </w:p>
    <w:p>
      <w:pPr>
        <w:spacing w:before="0" w:after="80" w:line="259" w:lineRule="auto"/>
        <w:ind w:firstLine="360"/>
      </w:pPr>
      <w:r>
        <w:rPr>
          <w:rFonts w:ascii="Noto Serif CJK SC" w:hAnsi="Noto Serif CJK SC" w:eastAsia="Noto Serif CJK SC"/>
        </w:rPr>
        <w:t>所带的是何业，更不了解心心念佛时，正是在最切近处消除自己的心业，为将来往生的正因。</w:t>
      </w:r>
    </w:p>
    <w:p>
      <w:pPr>
        <w:spacing w:before="0" w:after="80" w:line="259" w:lineRule="auto"/>
        <w:ind w:firstLine="360"/>
      </w:pPr>
      <w:r>
        <w:rPr>
          <w:rFonts w:ascii="Noto Serif CJK SC" w:hAnsi="Noto Serif CJK SC" w:eastAsia="Noto Serif CJK SC"/>
        </w:rPr>
        <w:t>从上述二种观点看来，不论是“消业往生”论者还是“带业往生”论</w:t>
      </w:r>
    </w:p>
    <w:p>
      <w:pPr>
        <w:spacing w:before="0" w:after="80" w:line="259" w:lineRule="auto"/>
        <w:ind w:firstLine="360"/>
      </w:pPr>
      <w:r>
        <w:rPr>
          <w:rFonts w:ascii="Noto Serif CJK SC" w:hAnsi="Noto Serif CJK SC" w:eastAsia="Noto Serif CJK SC"/>
        </w:rPr>
        <w:t>者，都是从善良的心意出发，都是为了保护净宗行人确实能往生西方，以免贻误失败。既然大目的完全一样，并无水火不能相容之处，就不难从中合其同、融其异而求得一致的结论了。欲得到一致的结论，应先从“业”字上来探讨论证，因这二个论点的中心问题都是“业”。那么“业”究竟是什么呢？《起信论》说：“无明</w:t>
      </w:r>
    </w:p>
    <w:p>
      <w:pPr>
        <w:spacing w:before="0" w:after="80" w:line="259" w:lineRule="auto"/>
        <w:ind w:firstLine="360"/>
      </w:pPr>
      <w:r>
        <w:rPr>
          <w:rFonts w:ascii="Noto Serif CJK SC" w:hAnsi="Noto Serif CJK SC" w:eastAsia="Noto Serif CJK SC"/>
        </w:rPr>
        <w:t>为因生三细。”这三细相的第一相就是“业相”。什么是“业相”呢？原来我人从无始以来真如不守自性，迷于无明，不觉而心动，这就是“业”。所以“业”是“动作”义，在经中称为“惑业”。所谓相者，因心动迷本圆明，将本有无相之真如，变起虚空四大之妄相，即法相宗所说的相分；将本有之智光，变为能见之妄见，是为见分。一切众生世界有相之万法，皆依此见、相二分之所建立。此见、相二分亦即《起信论》三细相的第二“能见相”和第三“境界相”。从是可知，业就是造作。而众生迷悟有别，造的业就不同，所感的果报也各别。凡夫所造的为有漏业，感三界六道分段生死之报；二乘所造的为无漏业，感方便有余土之果报；菩萨所作的为非有漏非无漏业，感实报庄严土之果报。凡夫痴迷过甚，执幻境为实有，迷假相而为真。为满足一己的私欲，不惜广造恶业，故生死不了，轮回不息。今欲往生净土，横超三界，若不将这生死根本——迷相而妄动的业——消去，如何得遂初心，真正达到往生净土的愿望。或曰：“往生净土，是凭阿弥陀佛伟大宏深的慈悲愿力接引，何须消业才得往生？”答曰：“惑业不净，势必迷恋着娑婆世界上的一切假相，佛虽来接引，但因心迷染业而不见佛，错失往生的良机。”永明寿禅师云：“佛如天上之月，影现千江万水，但污水不见。念佛人心不明净，犹如污水不能现月而不见佛。”临终不见佛，如何能往生？有好多念佛人，或因贪念着金银财宝而落为守财鬼；或因迷恋妻子儿女而堕为看家鬼；或贪恋色身及迷于坟墓陪葬的美好庄严而沦为守尸鬼等等。古德说：“抱桩摇橹，无有是处！”这就是说，如我们欲生西方，但又迷恋着娑婆世界不放，就如抱着岸上的木桩去摇橹，再用多大的力，船也不能前进，西方如何得生？这样说来，生西岂不很难吗？不！一点也不难！不见佛说：“念一句弥陀圣号，能消八十亿劫生死重罪！”我们现在天天念佛，时时念佛，不是只念一句佛，还怕什么业不能消、罪不能除呢？所以消业往生不是什么难事。只要我们看破这娑婆世界的一切声、色、货、利、妻、财、子、禄，皆如梦、幻、泡、影，不可得而不去追求、贪恋它，反过来，全心全意地用“心念耳闻”的念佛法来勤勤恳恳地着力念佛，再大的业也不难消亡于无所有之乡了。或问：“为什么这样容易呢？”因为业从心生，非从别来。如今我</w:t>
      </w:r>
    </w:p>
    <w:p>
      <w:pPr>
        <w:spacing w:before="0" w:after="80" w:line="259" w:lineRule="auto"/>
        <w:ind w:firstLine="360"/>
      </w:pPr>
      <w:r>
        <w:rPr>
          <w:rFonts w:ascii="Noto Serif CJK SC" w:hAnsi="Noto Serif CJK SC" w:eastAsia="Noto Serif CJK SC"/>
        </w:rPr>
        <w:t>们心心不异，念念在佛。佛就是心，心就是佛；全心是佛，全佛是心，还有业的立脚处吗？再说，当我们临终往生的刹那，只见阿弥陀佛与诸圣众前来接引，其他一无所见，还有什么业不业？这不就是以我们平时念佛的功夫将业消去了吗？不也就是佛、菩萨的慈悲摄受力使我们把业消除了吗？这样一说，“消业往生”论似乎站住脚了，那么，“带业往生”论岂不谬误了吗？不，“带业往生”也无错误，因我们之所以能够往生，全靠念佛功夫纯熟，不再系恋娑婆所致。这在术语中称作“净业成熟”。这“净业”，虽非染业，不也是业吗？带它往生，难道不是“带业往生”吗？下品往生人，心未空净，还着相，还有处所，有生在，所以只能往生凡圣同居土，这“凡”字正指带业之众生也。若是上品，生即无生，无生即生；一方即是十方，十方即是一方；净秽不别，东西不分；心空意净，而不见空净，绝学无为而莫知无为，也就无所谓带业不带业了，不带业不就是业消除了吗？或许有人说，净业成熟称为带业往生似乎有些勉强。那么，让我们再来进一步讨论一般人所谓的带业往生的染业。我等众生从无始旷劫以来，迷而不觉，执相习深，积垢厚重。今虽经勤苦用功念佛，有所觉悟，晓了世、出世法皆不可得，业障、罪衍更如空花水月，根本无有。理虽深悟，但旧习卒难顿除，还须久久扫荡打磨，方始渐臻上乘，绝非一下子即能将无明习障彻底消尽的。在禅宗，开悟的人谓登初地，为见道位；在相宗为通达位，后面还有从二地至十地之修道位，与十地以上至佛果的究竟位。这须行者努力用功将无明习障一分分的除去，方能一位位地升将上去。谁能一生成办，消尽无明，顿证佛果呢？经中说等觉菩萨尚有最后一分无明未尽。这未尽的一分无明，不就是业吗？等觉菩萨尚有业在，又谁能一生证到等觉菩萨呢？带着未尽的余业往生不正是带业往生吗？所以说，带业往生并没有错，只不过不要把它的含意搞错了，误认为念佛也可以做点坏事，横竖可以带业往生就是了。综上所述，我们念佛，正是在做消业的功夫。往生净土，原是消了惑业而去的，而这业又是假佛慈力消除的，没有什么难处。正不必对“消业往生”这一论点恐惧而怀疑，更不用因疑惧而群情沸腾地</w:t>
      </w:r>
    </w:p>
    <w:p>
      <w:pPr>
        <w:spacing w:before="0" w:after="80" w:line="259" w:lineRule="auto"/>
        <w:ind w:firstLine="360"/>
      </w:pPr>
      <w:r>
        <w:rPr>
          <w:rFonts w:ascii="Noto Serif CJK SC" w:hAnsi="Noto Serif CJK SC" w:eastAsia="Noto Serif CJK SC"/>
        </w:rPr>
        <w:t>急起反对。同时持“消业往生”论者，也用不着因佛经中无有“带业往生”这一论据的金口亲宣，而反对带业往生，斥它是魔说，搞得大家不安，无所适从。大家知道，时代不同，用以表达思想的语法和方式也不同，所用的词汇当然也随之有异。佛圆寂已二千多年，当时虽无“带业往生”这一词句，只要经文中含有这种意向就行了。因为带业和消业从上面的论证看来表面似乎有异，而实质完全一样，消业之中有带业，带业之中有消业，是一而二，二而一的，没有什么矛盾，何必因一些小节而争论不休呢？另外，在这次争论中，也有人主张带业往生，只带宿业，不带现业的。当然，这一论点是从善意出发，恐人误解于念佛修行后，仍做坏事，失去往生的机缘。但从立论的实质来看，意似欠妥。因为所谓宿业和现业，不外乎过去所造的和现在正造的业，或历劫多生所造的业和现世此生所造的业二种意义。这从凡夫的妄念所显示的三际——过、现、未看来，似乎义正言顺，但从真如实际来看，这过、现、未，根本不存在。《金刚经》说：“过去心不可得，现在心不可得，未来心不可得。”就是说这三际心皆系妄念幻现，而实不可得。因所谓三际者，是以“现在”为立脚点来分过去和未来的。但“现在”无立脚处，才说现在，已成过去。试看钟表上的秒针，刹那不停地转动，何曾有“现在”在？现在既无立足处，又哪里有过去和未来呢？所以《华严经》说：“十世古今始终不离于当念。”当下这一念心空，所谓过去和未来皆如空花幻灭，何处去觅三际？三际不可得，故不应说只带宿业，不带现业。复次，上面说过，业是动作义。不仅是做了坏事才是业，做好事也是业。我人一生中不知造了多少业，而且人非圣贤孰能无过？偶而做了些坏事，恐怕在所难免；有时存心做好事，反而害了人，变为坏事；或许做了坏事，自己一时还不知道。如说带业往生，只带宿业，不带现业。那么，这些人不论做好事的还是做坏事的，岂不是都不能往生了吗？假如真是这样，为什么《观无量寿佛经》又说“纵是五逆十恶人，临终遇善知识，为之开示，一心悔过，十念亦得往生”呢？佛无虚语，经无妄言，这类五逆十恶人，临终十念亦得往生，这不是证明带着立论者所说的“现业”也能往生吗？由此可知带业往生是不分宿业和现业的。</w:t>
      </w:r>
    </w:p>
    <w:p>
      <w:pPr>
        <w:spacing w:before="0" w:after="80" w:line="259" w:lineRule="auto"/>
        <w:ind w:firstLine="360"/>
      </w:pPr>
      <w:r>
        <w:rPr>
          <w:rFonts w:ascii="Noto Serif CJK SC" w:hAnsi="Noto Serif CJK SC" w:eastAsia="Noto Serif CJK SC"/>
        </w:rPr>
        <w:t>再说“业”原是我们无明妄动所致，今一旦醒悟，以真智慧光一照，不论现业、宿业都一时消殒，所谓心空业亡，故五逆十恶人临终十念可以往生。这犹如一间暗室，不论你关闭了多少年还是现在才封闭的，一旦门启窗开或电灯打亮，黑暗马上消灭，哪里有现、宿之分？说到这里，或许有人要问，既然现业、宿业一下子能消去，为何上文又说带有余业往生呢？这一问问得好！业都消光了，还有什么余业可带呢？须知房间的黑暗，虽一下被驱除去了，但因封闭年久，霉臭之气一时尚不能尽除，须待久久通风和慢慢的扫刷、揩抹，才能渐渐恢复旧观。这一时未除尽的霉臭之气，犹如我们未尽的余业，所以要带之往生啊！最后，我们把这些问题搞清楚了，还希望过去误把早晚课诵认作念佛事毕的人，改正错误，除早晚课外，还要像参禅一样的端坐念佛。古德教我们每天要念十万佛号，就是希望我们心不放逸地将妄心转换为佛心，作为将来真正往生之资粮。我们果能照办，并且众善奉行，诸恶不作，那决定是万修万人去，还有什么疑虑恐惧呢？！祝大家安祥自在，上品往生安养！</w:t>
      </w:r>
    </w:p>
    <w:p>
      <w:pPr>
        <w:spacing w:before="0" w:after="80" w:line="259" w:lineRule="auto"/>
        <w:ind w:firstLine="360"/>
      </w:pPr>
      <w:r>
        <w:rPr>
          <w:rFonts w:ascii="Noto Serif CJK SC" w:hAnsi="Noto Serif CJK SC" w:eastAsia="Noto Serif CJK SC"/>
        </w:rPr>
        <w:t>《解脱歌》浅释一九九六年十二月大愚法师作的《解脱歌》，是步永嘉禅师《证道歌》原韵附和的一首歌。大愚法师平生著录很少，除了《解脱歌》外，就是临隐居之时不辞而别留下了一首告别诗。《解脱歌》很珍贵，把我们修法怎样用功，怎样证道都说得很清楚，对我们修道很有帮助。“永嘉大师《证道歌》调古神清，有足多者”，永嘉禅师的《证道歌》大家可能都已读过，非常好，把整个禅宗的奥义都描绘在里面了，含义丰富，调高和寡。“而宏德上人注释亦有独到之处”，有一位宏德上人恐怕有人看后不能理解，就为《证道歌》作了注解，将其中奥义发挥出来，很有独到之处。“今熔于一炉，间参我见，作《解脱歌》。”这首《解脱歌》里不光有上两位大德的高见，还有我们大愚师公自己的体悟理解，所以意义更为丰富，对我们修道的帮助也更大。觉后乐，乐如何？听我教唱解脱歌，平时我们的言行，处处着相都是作梦，梦时以为样样都是真的，及至一醒什么都没有，一点痕迹都不留。我们念佛、参禅、修道开悟之后，就和睡醒一样，明白一切皆空，无可求，无可得，而放舍一切，潇洒自在，安乐无穷。所以修道要明心见性，见到本性就觉悟到一切都是性空缘起：所有事物都是因缘所生，没有自性，皆是幻影；而我们的本性是妙有真空的实体，是生起一切事物的根本，一切事物都是它随缘显现变化的。知道了这个道理，就明白世间诸相都是虚幻，无可执取，不再执著，而潇洒自在了。这觉后快乐是怎样的呢？且听我唱来。不让古人风调高，我今何妨拈句和。不仅永嘉禅师可以悟道，我们大家也都能见性悟道，因大家也都具如来佛性。悟道后怎么样呢？不妨把悟的情形写出来，与永嘉大师作的《证道歌》唱和一下，给大家看看。本来悟道是“妙高峰顶，断绝言思，无话可说”，因为我们的佛性是绝对真空、没有相，没有任</w:t>
      </w:r>
    </w:p>
    <w:p>
      <w:pPr>
        <w:spacing w:before="0" w:after="80" w:line="259" w:lineRule="auto"/>
        <w:ind w:firstLine="360"/>
      </w:pPr>
      <w:r>
        <w:rPr>
          <w:rFonts w:ascii="Noto Serif CJK SC" w:hAnsi="Noto Serif CJK SC" w:eastAsia="Noto Serif CJK SC"/>
        </w:rPr>
        <w:t>何东西可以比拟，无话可说，一落言诠，就不是了。这叫“向上一着，千圣不传”，任何佛也没有办法描绘出来，说与你听。但为了方便众人，提携后进，又何妨从无说当中说几句话，旁敲侧击地描绘一下悟后风光，引导大家入门哩。所以不说之外不妨有说，把所悟的真心、所得的快乐告诉大家。本无妄，亦无真，原来二法空无性，佛性是非真非假、不来不去、不动不摇、不垢不净的无相实性。它是一丝不挂、一尘不染、净裸裸的言思不能到的妙体，上面不能加一点赞美或是诋毁的东西。但我们日常生活却都沉浸在分别法中，认为有真有假，有生有灭，乃至有等等的不同。而不知这些都是相对的无自性的分别妄想。一切事物本身并无真假、是非、长短、美丑之见，都是我们人的妄心在妄起分别。适合自己的就是真、善、美，不适合自己的是假、恶、丑。比如西方极乐世界与娑婆世界本身并无真假之分。但有人妄起分别，说西方极乐世界是真，娑婆世界是假。这话粗听起来似乎有理。因西方是佛土，而我们这里是凡土。但细细想来，又觉不对，因二土皆有相。《金刚经》云：“凡所有相，皆是虚妄。”若娑婆是妄，则西方亦妄，所谓一假一切假！反是，二土皆从一真法界中流出，西方是真，则娑婆亦真，一真一切真故也。可见真妄本无，皆吾人妄心分别，自造烦恼而已。因之，我们修法学道须一切放下，不要在名相上妄起分别，只专心致志地用功，不论修什么法门，皆易成就。否则，计着名相，妄生分别，即难达目的了。学佛的目的是要得真实受用，除尽一切烦恼。若一天到晚与贪嗔痴慢疑打交道，分真分妄，就烦恼无穷，难以成道了。复次，须知我们的法身是妙有真空，不是顽空，更不是断灭空，它能起无穷妙用，产生万法，无所不具，无所不能。一切事物都是它变化显现的假象，无可追逐抟取，只随缘起用，有的不要废除，没有的不要强求，即妙用无碍了。无性无相不著空，即是如来真实性。我们在日常生活中不要停留在任何事情上面攀缘不息，而致烦恼不断，须事来就应，事过即止，心中不留丝毫痕迹，则方与修法相应。一切相都是缘会、虚而不实、无有自性的假相，切勿受骗而恋着</w:t>
      </w:r>
    </w:p>
    <w:p>
      <w:pPr>
        <w:spacing w:before="0" w:after="80" w:line="259" w:lineRule="auto"/>
        <w:ind w:firstLine="360"/>
      </w:pPr>
      <w:r>
        <w:rPr>
          <w:rFonts w:ascii="Noto Serif CJK SC" w:hAnsi="Noto Serif CJK SC" w:eastAsia="Noto Serif CJK SC"/>
        </w:rPr>
        <w:t>不舍，蒙蔽了自性光明。所谓相者，空也。犹如空花水月，可望而不可即。若误以为是真实，竭力追逐，就不无烦恼了。因为人的欲望无穷，而所作事不可能有求必应。当求不到时，烦恼就不期然而然地来临了。所以修法第一须知诸法皆是无自性的假相不去追求。“不著空”就是诸法虽无自性，但假相不无，不是空无所有的顽空，而是不可得不可取的空幻相。我们修法既不可执有，也不可偏空，废弃一切事物而落于空亡，成为土、木、金、石，死水一潭，就不对了。就象希腊的大哲学家苏格拉底功夫做到极处，也知道这个世界一切都虚假不实，都不可得，但他偏空了，一切东西都不要了，都废弃了，连睡觉也睡在马路边的阴沟洞里。这样偏空也不对。我们须知相虽是假的，不可执著，但还是有用的，比如衣服可以御寒暖，房子可以避风雨，我们只随缘应用，既不执有也不著空，空有两面都不立，当中自然也没有了，这无所立就是中道义。我们明白了这一点，既不著空也不著有，而应缘接物，妙用无穷，尽我们的力量去做有益群众的事，方符圆融无碍的大乘佛教的真义。有人批评佛教偏空了，那是他们理解错了。佛教说的空不是空无所有的空，而是凡所有相都是不可得、求不到的空，并不是没有相，没有世界。就象西方极乐世界，不是很美好吗？有人不理解这个意思，就认为佛教有矛盾，《金刚经》说空，一点也没有；《弥陀经》说有，金沙布地，四宝围绕，七宝莲池，八功德水，样样都有。他不知道佛说的空是圆融无碍的空而不空、不空而空的妙有真空。讲真空者，是说我们的本体——佛性，是无相可见的。但是它能现起诸相，起诸妙用，所以不是顽空；说妙有者，诸相虽有，但非实有，都是随缘起用的假相。就象镜中所现影子，可见而不可得。在世间再惨淡经营，尔虞我诈，求得大量财宝，最后仍两手空空而去，什么也带不走，而造的业却带着走了。这造业受报也是非空非有，东西带不走，是空——非有；业掼不掉，带走了，就是有——非空。所以我们修法须两边都不住着，才符合亲证大道的真实义。证到非空非有、即空即有的妙性，“即是如来真实性”了。一切众生皆有此妙性，可怜我们不知道，追逐外境，贪得无厌，迷了自己，枉受生死轮回之苦。因而佛出世，唤醒我们，不要再作梦了。一切相都是我们心里的影子。既不能执有，也不可因诸相缘起无自性而偏空。大家如能醒悟，在日常生活中圆融无碍地起诸妙用，就自然入佛，亲证如来真实妙性了。</w:t>
      </w:r>
    </w:p>
    <w:p>
      <w:pPr>
        <w:spacing w:before="0" w:after="80" w:line="259" w:lineRule="auto"/>
        <w:ind w:firstLine="360"/>
      </w:pPr>
      <w:r>
        <w:rPr>
          <w:rFonts w:ascii="Noto Serif CJK SC" w:hAnsi="Noto Serif CJK SC" w:eastAsia="Noto Serif CJK SC"/>
        </w:rPr>
        <w:t>见实相，诸法空，刹那顿悟万法同，</w:t>
      </w:r>
    </w:p>
    <w:p>
      <w:pPr>
        <w:spacing w:before="0" w:after="80" w:line="259" w:lineRule="auto"/>
        <w:ind w:firstLine="360"/>
      </w:pPr>
      <w:r>
        <w:rPr>
          <w:rFonts w:ascii="Noto Serif CJK SC" w:hAnsi="Noto Serif CJK SC" w:eastAsia="Noto Serif CJK SC"/>
        </w:rPr>
        <w:t>“实相”是指永远不坏的真实相，也是相对虚幻的假相而说的。真实相是没有相的。亲证无相的实相就是悟道。世间一切有相之相都是假的，都是要坏的，都是生住异灭，都是不久长的。我们的佛性永远不坏，亘古亘今长存，它是无相之相。欲见到这实相，须下功夫、</w:t>
      </w:r>
    </w:p>
    <w:p>
      <w:pPr>
        <w:spacing w:before="0" w:after="80" w:line="259" w:lineRule="auto"/>
        <w:ind w:firstLine="360"/>
      </w:pPr>
      <w:r>
        <w:rPr>
          <w:rFonts w:ascii="Noto Serif CJK SC" w:hAnsi="Noto Serif CJK SC" w:eastAsia="Noto Serif CJK SC"/>
        </w:rPr>
        <w:t>参禅、念佛、或是持咒，修到一心不乱，无心可心时，打开本来，见</w:t>
      </w:r>
    </w:p>
    <w:p>
      <w:pPr>
        <w:spacing w:before="0" w:after="80" w:line="259" w:lineRule="auto"/>
        <w:ind w:firstLine="360"/>
      </w:pPr>
      <w:r>
        <w:rPr>
          <w:rFonts w:ascii="Noto Serif CJK SC" w:hAnsi="Noto Serif CJK SC" w:eastAsia="Noto Serif CJK SC"/>
        </w:rPr>
        <w:t>到本性，那就是亲证无相之相的实相而开悟了。见到实相，一切皆空，千差万别的诸相皆化为乌有，所以诸法就一样了。诸法范围很大，非但佛法，世间法，连我们的思想和一切事物，都叫法。这些千差万别的诸法都一样，都无有自性，都是幻影，都是空的。见性开悟，明白了这一切，就不再执着假相而和宇宙化为一体了。再则，诸相都是我们一真法界的显现，方法同源。所以禅师说“地狱天宫无异同”——三十三天与十八层地狱没有同与不同。万法唯识、三界唯</w:t>
      </w:r>
    </w:p>
    <w:p>
      <w:pPr>
        <w:spacing w:before="0" w:after="80" w:line="259" w:lineRule="auto"/>
        <w:ind w:firstLine="360"/>
      </w:pPr>
      <w:r>
        <w:rPr>
          <w:rFonts w:ascii="Noto Serif CJK SC" w:hAnsi="Noto Serif CJK SC" w:eastAsia="Noto Serif CJK SC"/>
        </w:rPr>
        <w:t>心，离开佛性，什么也没有。所谓“无不从此法界流，无不归还此法</w:t>
      </w:r>
    </w:p>
    <w:p>
      <w:pPr>
        <w:spacing w:before="0" w:after="80" w:line="259" w:lineRule="auto"/>
        <w:ind w:firstLine="360"/>
      </w:pPr>
      <w:r>
        <w:rPr>
          <w:rFonts w:ascii="Noto Serif CJK SC" w:hAnsi="Noto Serif CJK SC" w:eastAsia="Noto Serif CJK SC"/>
        </w:rPr>
        <w:t>界”。是故性即是相，相即是性。悟得此理，即弹指深入不二门了，做功夫千万别分门别类，计较短长。一旦风光藏不住，赤裸裸的觌面逢。我们悟道后，快乐无穷，知道一切都是我自心显现的幻影，不再去追求。以前着相被捆皆是自寻烦恼，现在一切放舍，身心空朗，轻安宁喜，潇洒自在，动静安祥，岂不喜不自胜，快乐无涯！此情此景确是无法形容，故谓“好个风流画不成”！此种潇洒风光，遍虚空，满法界，光明大放，朗照大千，如何能藏得住呢？“赤裸裸的觌面逢”，做功夫做到妄念断处，内而身心、外而世界一齐化空，真性瞥而现前，此时如十字街头觌面相逢亲阿爹，个中况味实非笔墨所能形容。亲证本性后，见一切事物都是我们的自性，没有你我他的分别，《金刚经》说“无我相，无人相，无众生相，无寿者相”，即是此理。决定说，佛心印，有人不肯如实信，佛说法，有权说，有实说；有了义经，有不了义经；有小乘，有大乘。是对不同根基人讲的不同法。如果都讲真理，说实话，恐怕有人就不会相信了。为什么呢？佛说《法华经》，有五千证罗汉果的比丘退席了。他们不相信一切众生都有智慧，都有佛性。就象现在我对你们讲，你们一念断处、了了分明的灵知就是你们的真如实性，你们肯相信吗？恐怕不会。为什么呢？因为你们认为假如这个灵知就</w:t>
      </w:r>
    </w:p>
    <w:p>
      <w:pPr>
        <w:spacing w:before="0" w:after="80" w:line="259" w:lineRule="auto"/>
        <w:ind w:firstLine="360"/>
      </w:pPr>
      <w:r>
        <w:rPr>
          <w:rFonts w:ascii="Noto Serif CJK SC" w:hAnsi="Noto Serif CJK SC" w:eastAsia="Noto Serif CJK SC"/>
        </w:rPr>
        <w:t>是我的真如实性，我就见性悟道了，该发神通了。但是现在未发神通呀！不发神通就不是了，所以你们不相信。殊不知悟道与发通有先后，不是初悟就发通的，因为多生历劫的习气重，须于悟后历境勤除，将旧习除光才能发通。而且所谓神通，现在穿衣吃饭就是神通。因为这一切动作，皆是佛性的妙用。离开佛性，这身体就不能动弹，所以尽是神用。“决定说，佛心印”，是直接指示你们见佛性的心印，印就是指佛的心与我们的心相印，一模一样，各人的心印都是一样。可怜众生愚痴，障重，不肯相信，所以让大家念佛。其实你真的相信这灵知之心就是佛，一切放舍，就不必念佛，我本来是佛，不垢不净、无取无舍，还念什么佛？！但众生不肯相信，释迦佛只好</w:t>
      </w:r>
    </w:p>
    <w:p>
      <w:pPr>
        <w:spacing w:before="0" w:after="80" w:line="259" w:lineRule="auto"/>
        <w:ind w:firstLine="360"/>
      </w:pPr>
      <w:r>
        <w:rPr>
          <w:rFonts w:ascii="Noto Serif CJK SC" w:hAnsi="Noto Serif CJK SC" w:eastAsia="Noto Serif CJK SC"/>
        </w:rPr>
        <w:t>想个办法，兜个圈子，叫我们念佛。念到根尘脱落，能所双亡，亲见</w:t>
      </w:r>
    </w:p>
    <w:p>
      <w:pPr>
        <w:spacing w:before="0" w:after="80" w:line="259" w:lineRule="auto"/>
        <w:ind w:firstLine="360"/>
      </w:pPr>
      <w:r>
        <w:rPr>
          <w:rFonts w:ascii="Noto Serif CJK SC" w:hAnsi="Noto Serif CJK SC" w:eastAsia="Noto Serif CJK SC"/>
        </w:rPr>
        <w:t>到佛的心印确是真实之佛，才能信受无疑。直截根源当下了，摘叶寻枝渐教人。了生死就比如伐一棵树，要从根上下刀。树根斩断后，当时树的枝叶可能还是葱葱绿绿的，但不多久就会枯死了。我们修大乘法，就须从根上修，而不可从枝叶上修。如我们心中心法，是直接从第八识上修，在根上下刀，使第八识翻身，亲证本源。而念佛法门则是从第六识上修，因而有些区别。如果一步步去枝摘叶，而未断根，树仍不会死，有时反而长得更好。所以修大法，也要从根上下刀。但各人根机不同，有的须用渐次法，一步步来，慢慢引他入佛；有的则须指示他当下见性。根基之所以不同，是因各人过去世所造业不同和亲近佛的善根深浅不同而有差异。但我们修佛法要修大乘佛法，因</w:t>
      </w:r>
    </w:p>
    <w:p>
      <w:pPr>
        <w:spacing w:before="0" w:after="80" w:line="259" w:lineRule="auto"/>
        <w:ind w:firstLine="360"/>
      </w:pPr>
      <w:r>
        <w:rPr>
          <w:rFonts w:ascii="Noto Serif CJK SC" w:hAnsi="Noto Serif CJK SC" w:eastAsia="Noto Serif CJK SC"/>
        </w:rPr>
        <w:t>大乘法方符佛的本怀。心地法门是佛法的根本法门。一切宗派修法</w:t>
      </w:r>
    </w:p>
    <w:p>
      <w:pPr>
        <w:spacing w:before="0" w:after="80" w:line="259" w:lineRule="auto"/>
        <w:ind w:firstLine="360"/>
      </w:pPr>
      <w:r>
        <w:rPr>
          <w:rFonts w:ascii="Noto Serif CJK SC" w:hAnsi="Noto Serif CJK SC" w:eastAsia="Noto Serif CJK SC"/>
        </w:rPr>
        <w:t>内容有所不同，但皆离不开心法。离心说法，皆同魔说。观今学人，</w:t>
      </w:r>
    </w:p>
    <w:p>
      <w:pPr>
        <w:spacing w:before="0" w:after="80" w:line="259" w:lineRule="auto"/>
        <w:ind w:firstLine="360"/>
      </w:pPr>
      <w:r>
        <w:rPr>
          <w:rFonts w:ascii="Noto Serif CJK SC" w:hAnsi="Noto Serif CJK SC" w:eastAsia="Noto Serif CJK SC"/>
        </w:rPr>
        <w:t>多惑于神通，蔑视心法，往往步入歧途而不知，实大憾事！须知修</w:t>
      </w:r>
    </w:p>
    <w:p>
      <w:pPr>
        <w:spacing w:before="0" w:after="80" w:line="259" w:lineRule="auto"/>
        <w:ind w:firstLine="360"/>
      </w:pPr>
      <w:r>
        <w:rPr>
          <w:rFonts w:ascii="Noto Serif CJK SC" w:hAnsi="Noto Serif CJK SC" w:eastAsia="Noto Serif CJK SC"/>
        </w:rPr>
        <w:t>道是修心，经云“是心是佛，是心作佛”，不是神通作佛，但能抓住根本，在心地上用功，除尽妄习，不愁不发神通。反是，求神通、着神通，非但不能成佛，成魔倒有份在！希望大家三复斯言！几回生，几回死，亘古亘今长如此，</w:t>
      </w:r>
    </w:p>
    <w:p>
      <w:pPr>
        <w:spacing w:before="0" w:after="80" w:line="259" w:lineRule="auto"/>
        <w:ind w:firstLine="360"/>
      </w:pPr>
      <w:r>
        <w:rPr>
          <w:rFonts w:ascii="Noto Serif CJK SC" w:hAnsi="Noto Serif CJK SC" w:eastAsia="Noto Serif CJK SC"/>
        </w:rPr>
        <w:t>这不是指我们在六道轮回中死了又生，生了又死，而是说我们修</w:t>
      </w:r>
    </w:p>
    <w:p>
      <w:pPr>
        <w:spacing w:before="0" w:after="80" w:line="259" w:lineRule="auto"/>
        <w:ind w:firstLine="360"/>
      </w:pPr>
      <w:r>
        <w:rPr>
          <w:rFonts w:ascii="Noto Serif CJK SC" w:hAnsi="Noto Serif CJK SC" w:eastAsia="Noto Serif CJK SC"/>
        </w:rPr>
        <w:t>佛法时有“大悟十八九，小悟无其数”的历程。我们修法时，往往一下子似乎明悟自性了，心死不着相了，但死得不够，不透彻，对境后又生起心来了，又动摇了。所以大悟有十八、九次之多，不是一下子就</w:t>
      </w:r>
    </w:p>
    <w:p>
      <w:pPr>
        <w:spacing w:before="0" w:after="80" w:line="259" w:lineRule="auto"/>
        <w:ind w:firstLine="360"/>
      </w:pPr>
      <w:r>
        <w:rPr>
          <w:rFonts w:ascii="Noto Serif CJK SC" w:hAnsi="Noto Serif CJK SC" w:eastAsia="Noto Serif CJK SC"/>
        </w:rPr>
        <w:t>归家稳坐的。象高峰禅师的师父雪岩钦祖师也是这样，几次悟道后，在事境中又动摇了。直至最后彻底桶底脱落，才究竟。修佛法并非能一悟就了的，若能如此，那是大菩萨再来。因此《楞严经》说了二种法门，一种是顿悟顿证，就是“理属顿悟，乘悟并销”，乘开悟的一刹那，所有过去的一切习气都消光了，没有了。但这种人少，所以接下来又说“事则渐除，因次第尽”，要于悟后在事上锻炼，将深厚的习气渐渐一步步地除尽。这是对广大一般群众的根机而言。所以有“几回生，几回死”，悟了一回，不透彻，在事上还动摇，再深入地做功夫，再进一步，直至彻悟。我们打开本来、亲见自性，只到初地，还须向上历阶升进：二地，三地，一直到十地，上面更有等觉，妙觉，圆觉位，要层层历过，才能成佛。修法有三种说法：一种是顿悟，一悟就了；一种是悟后真修，慢慢了习气；还有一种是“修就是不修，不修就是修”。其实这三种就是一种，我们悟道后明白世上一切都是假的，都不可得，大家原本是佛，有什么可修？所以沩山禅师说除习气就是修。不要讲修不修，修与不修都是两头话。中峰祖师说，假如悟道后还有习气，这人就没有悟道。这是因为那时有人根本没有悟道，看了两本书，懂了一些道理，听了几句似是而非的禅语，就自以为悟道了。遇到境上过不去，就以习气作挡箭牌，故不许。并不是不允许悟后还有习气在。这种历程从古至今都是如此，所以说“亘古亘今长如此”。神头鬼面有多般，返本还元没些子。现在各种功，各种道，五花八门多得很，这都不是真正的佛法。真正的佛法是什么都没有，只教人识自本心、见自本性。真正认识本性，就归家稳坐、返本还元了。现在的外道邪法皆是以神通来诱惑人，引人入歧途。如果我们著在神通上就是大错误，非但不能成佛，还要成魔。真正的佛法是破人迷梦，清净无为，什么都不住，潇洒自在，安乐无比。纵或发了神通也丝毫无着。象临济祖师悟道时说：“原来黄檗佛法无多子。”人人本来是佛，回头即是。寻常得很，没有什么玄奇奥妙！现在人心浮躁，根浅障重，都迷于神通而不自信。比如我上面说过你们一念断处、了了分明的灵知就是当人的本来面目。你们肯承当吗？能站稳脚跟不怀疑吗？我看不太可能。因为你们认为有东西可见，有神通可得，才为见性。不要弄错，佛性一点东西都没有。它是净裸裸、赤洒洒、一丝不挂、一法不立、一尘不染的。但是注意，一点没有不是断灭空，而是不著相。功夫进入无为</w:t>
      </w:r>
    </w:p>
    <w:p>
      <w:pPr>
        <w:spacing w:before="0" w:after="80" w:line="259" w:lineRule="auto"/>
        <w:ind w:firstLine="360"/>
      </w:pPr>
      <w:r>
        <w:rPr>
          <w:rFonts w:ascii="Noto Serif CJK SC" w:hAnsi="Noto Serif CJK SC" w:eastAsia="Noto Serif CJK SC"/>
        </w:rPr>
        <w:t>地，就光明大放，五通齐发，但是纵然光明大放，朗照十方，六通齐发也不可著光明神通之见，方能上上升进，直到究竟地。真到家人是丝毫无住无着的，所谓末后等于始初，路途即是家舍，家舍即是路途。如有生死可了，有佛可成，还是大梦未醒！习显教，修密宗，方便门异归元同，“习显教”，就是用显教的法门做功夫，比如修净土宗，念佛诵经等，以之息妄归真，彻证真心，往生净土。显教有道理可讲，有法可修，有可供研究探讨的原理。“修密宗”是讲实修，不再讲道理了，用三密加持的方法，切实修行，是打开秘密宝藏的密行。但在未进入实修前，仍须研习经文，习得三乘大教精义后，方可进入实修实证。虽然看起来修法不同，但这只是适应众生根性的方便之门，不是实法。经云：“方便多门，归元无二”，“是法平等，无有高下”。到家是一样的，不必在宗派上立异见，分别什么显宗、密宗了。自从踏遍涅槃路，了知生死本来空。我们修道须证到涅槃果。涅槃就是不生不灭，寂灭为乐，不再生死轮回了。涅槃有四种不同，所以称踏遍涅槃路。第一种是自性涅槃，就是我们佛性本来不生不灭。第二种有余涅槃，罗汉、辟支佛，人我空了，但法我不空，生死轮回中不来了，但还有尾巴——法我没了，变易生死没有了。第三种无余涅槃，人我空，法我空，全都真正空净了，一点尾巴都没有了，分段、变易二死皆了无余存了。第四种无所住处涅槃，真正的空不是住在那里不动，真正的了生死就在生死当中，可以牛胎马腹里走，地狱中跑，无处不可去，无一定住处。任在六道中来回，没有来回出没之见，就象安住在界外净土，未曾动过一样。“了知生死本来空”，到那时才知道，是生死者，本不可得。佛性本自长存，要死也死不了，哪里还有什么生死在！行也空，坐也空，语默动静无不空，真正的空不是坐在那里不动、什么东西都没有叫空，而是尽管做事情但心无所住。假如做事情就忘记所以，跟着境界跑了，那就不是空。所以真正成道人行住坐卧一如，没有不空时，说与不说，动与不动都一样。念佛法门中，大势至菩萨教导我们要“净念相继”，就是要做到这个地步。所以净土宗是个高深的大法，发挥起来与禅宗完全一样，不是浅浅可解的。我们修法时要时时注意，“语默动静无不</w:t>
      </w:r>
    </w:p>
    <w:p>
      <w:pPr>
        <w:spacing w:before="0" w:after="80" w:line="259" w:lineRule="auto"/>
        <w:ind w:firstLine="360"/>
      </w:pPr>
      <w:r>
        <w:rPr>
          <w:rFonts w:ascii="Noto Serif CJK SC" w:hAnsi="Noto Serif CJK SC" w:eastAsia="Noto Serif CJK SC"/>
        </w:rPr>
        <w:t>空”，不要著相。要做到这一点，在悟前是难以做到的，但要知道这样锤炼，勉力去做，在行、住、坐、卧时不忘观照，不跟念走，不随境迁。如能做到，即容易开悟。开悟后，再历境练心，绵密保任，即能语、默、动、静打成一片矣。纵将白刃临头颅，犹如利剑斩春风。功夫做到家，纵然有刀架在头上也不怕。为什么？因为我不死嘛，坏只坏身体，一个色壳子，法身是不坏的。二祖神光大师悟道之后，达摩祖师告诉他：“你还有一个命债要还，但为正法不受诽谤故，可以不还。”真成大道的人就是这样，要还就还，不还就不还。为什么？因为心空净了，一法不立，有什么债可还？就象收音机不开时，外面虽有电波，但它不会响。所以虽然有债，但心不动，犹如收音机未开，债主寻不到你，可以不还。但心不空就不行。所以南泉祖师说：“王老师修行不得力，被鬼神觑见。”这是南泉自责做功夫不得力，起心动念了，被鬼神看见了。注意！不起心动念并不是指念头不起，而是说念起不著、无住叫无念，否则不起念头怎么做事？无念是不著相，不停留。念念不停留叫无念。停留在上面就是妄念。所以无念之念是正念。二祖心真空了，等把法传下去给三祖，就去还债了。大富翁还你一点小债，如九牛一毛，不在乎。被杀前他说：“将头临白刃，犹似斩春风。”我们修佛法就是要有这种大丈夫气概，才能满佛行愿。修佛法要胆大气壮，豪放慷慨，知道一切都是假的，放舍不粘，什么都不怕，本无生死。但胆人并不是王大胆，什么坏事都去干而不怕，那就糟了。顿觉了，妙心源，无明壳裂总一般，刹那间觉悟了：我能说、你们能听的就是心源、佛性。毫不怀疑，见性就在当下！这是一等好汉！到别处去寻就不是了，寻也寻不</w:t>
      </w:r>
    </w:p>
    <w:p>
      <w:pPr>
        <w:spacing w:before="0" w:after="80" w:line="259" w:lineRule="auto"/>
        <w:ind w:firstLine="360"/>
      </w:pPr>
      <w:r>
        <w:rPr>
          <w:rFonts w:ascii="Noto Serif CJK SC" w:hAnsi="Noto Serif CJK SC" w:eastAsia="Noto Serif CJK SC"/>
        </w:rPr>
        <w:t>到，一寻就动念了，一动念就被妄念遮掉，反而不见了。所以禅宗要</w:t>
      </w:r>
    </w:p>
    <w:p>
      <w:pPr>
        <w:spacing w:before="0" w:after="80" w:line="259" w:lineRule="auto"/>
        <w:ind w:firstLine="360"/>
      </w:pPr>
      <w:r>
        <w:rPr>
          <w:rFonts w:ascii="Noto Serif CJK SC" w:hAnsi="Noto Serif CJK SC" w:eastAsia="Noto Serif CJK SC"/>
        </w:rPr>
        <w:t>棒喝交驰，“啪”地打你一下、喝你一声，让你一惊、一呆，喝断你的妄念妄想。那时一个念头不起，但不是如木、石一般无知觉，而是了了分明的，这了了分明的是谁？当下回光一瞥，即亲见真心本性。所以禅宗接人就是这么利索、这么快。但中、下根人就无法接受了。“无明壳裂总一般”，无明壳子就是我们的色壳子，空就是要空掉我们这个色壳子。若非无明著相，父母同房时，你怎么会跑进去呢？怎么会有你呢？“壳裂”，不管修什么法，修行到这个色壳子豁</w:t>
      </w:r>
    </w:p>
    <w:p>
      <w:pPr>
        <w:spacing w:before="0" w:after="80" w:line="259" w:lineRule="auto"/>
        <w:ind w:firstLine="360"/>
      </w:pPr>
      <w:r>
        <w:rPr>
          <w:rFonts w:ascii="Noto Serif CJK SC" w:hAnsi="Noto Serif CJK SC" w:eastAsia="Noto Serif CJK SC"/>
        </w:rPr>
        <w:t>地爆开，内而身心外而世界一齐消殒，寂灭真性法尔现前，就都是一样的了。还有，修法修到身心虽然化空，若还有空在，或有黑空洞，那是无始无明，须继续前进，将此无始无明打破，始能见性。梦里明明有六趣，觉后空空无圣凡。做梦时样样都有，但醒了之后一点痕迹也没有。我们现在也正在做梦：要修佛法、成圣，都是梦境。其实大家都是佛，没有圣凡！因现在迷于外境，着相追求，造业受报，从无生死中枉受生死轮回之苦，所以才有造善业生天、作恶业下地狱的六道假相。苟能当下一觉，不为假相所迷，犹如大梦醒来一样，哪有六道的影象？！所有山河大地、森罗万象都是一真法界。一切众生都具如来智性，四圣六凡都是分别妄心所造。不要以为只有睡着是做梦，醒来时著相也是做梦。现在我给大家说法，是梦中说梦话，有什么佛法可得？烦恼本，即菩提，罪福没性何处觅，能生烦恼的东西就是烦恼本。我们平常说“佛性”就是成佛的根本，“法性”就是成就一切事物的根本。这根本就是我们的觉性。没有这本性就不能起一切作用。烦恼就象水的波浪，无水不成波浪，有水遇风才起波浪。今天我们会发火，就是我们的菩提本性在起妄用。所以菩提本性是烦恼的根本。经云“烦恼即菩提”，不是我们一天到晚烦恼就得了菩提的，而是指生起烦恼的根本就是佛性。去掉波浪水也没有了，所以烦恼不要去除，只须息下来，就恢复菩提了。“罪福没性何处觅”，罪福没有自性，受罪享福都是我们妄心造成的。做善业，造福，受福报；做恶业，造罪，受罪报。自作自受，不是由谁主宰、指使的。所以罪福性空，唯由心造。老子云：“祸兮福之所倚，福兮祸之所伏。”祸福无门，唯人自招，这都是自然而然的因果律，不用寻觅，也无处寻觅。我们只于一切时一切处都无住著，只随</w:t>
      </w:r>
    </w:p>
    <w:p>
      <w:pPr>
        <w:spacing w:before="0" w:after="80" w:line="259" w:lineRule="auto"/>
        <w:ind w:firstLine="360"/>
      </w:pPr>
      <w:r>
        <w:rPr>
          <w:rFonts w:ascii="Noto Serif CJK SC" w:hAnsi="Noto Serif CJK SC" w:eastAsia="Noto Serif CJK SC"/>
        </w:rPr>
        <w:t>缘任运地去做一切善事。但也不要有意去做好事，求福报，以免心</w:t>
      </w:r>
    </w:p>
    <w:p>
      <w:pPr>
        <w:spacing w:before="0" w:after="80" w:line="259" w:lineRule="auto"/>
        <w:ind w:firstLine="360"/>
      </w:pPr>
      <w:r>
        <w:rPr>
          <w:rFonts w:ascii="Noto Serif CJK SC" w:hAnsi="Noto Serif CJK SC" w:eastAsia="Noto Serif CJK SC"/>
        </w:rPr>
        <w:t>不空而堕在福报上不能成大道。无绳自缚解脱后，大摇大摆大休息。我们做事，处处着相，求有所得，都是用绳子自己缚自己。假如你明白了一切名誉富贵、妻财子禄皆如空花水月之不可得，而一切放下，宛如大梦初醒一样，原来自己没有束缚，就当下解脱了。六祖大师说：“前念迷即凡夫，后念觉即佛。”我们一著相，就被相捆住</w:t>
      </w:r>
    </w:p>
    <w:p>
      <w:pPr>
        <w:spacing w:before="0" w:after="80" w:line="259" w:lineRule="auto"/>
        <w:ind w:firstLine="360"/>
      </w:pPr>
      <w:r>
        <w:rPr>
          <w:rFonts w:ascii="Noto Serif CJK SC" w:hAnsi="Noto Serif CJK SC" w:eastAsia="Noto Serif CJK SC"/>
        </w:rPr>
        <w:t>了。本来是清净无染、什么都没有的，所有烦恼、业障都是自己著相造的，你不去著相造业，则罪也没有，福也没有。明白这一切就潇洒自在、大摇大摆大休息了。真证道人是无处不可去的，牛胎马腹走走也不可怕，地狱去去也无所谓，这都是我们的自性变化嘛！有什么相可著？悟道实有深浅不同，象五百年野狐精的公案，就是破著相的例子。有人问他：“大修行人还落因果吗？”他答曰：“不落因果。”后来一想，佛说因果不空，我说不落因果不是错了吗？疑惑了，于是乎死后落了狐狸身。五百年修道，因它有善根，所以能化人身。百丈祖师说法时，他来听法。说法之后大家都散了，百丈见他不走，就问他：“你还有什么问题吗？”他说：“我有个问题要请教，大修行人，还落因果吗？”百丈答：“不昧因果。”他听了之后就豁然省悟，解脱了。然后求师说：“明天山后大盘石上有一黑毛大狐狸，就是我，请你按亡僧之礼荼毗。”百丈答应了为他火化。其实不昧因果与不落因果相去几微，只心空无住，即来去自由，即落狐身，亦无所谓。还要按亡僧之礼来荼毗，还有异类的分别见，实未真解脱，因为狐狸就是佛啊！有什么两样？所以悟道有深浅不同。莫攀缘，莫执著，随缘随份随饮啄，上面讲证体，下面讲起用。我们众生坏就坏在攀缘执著，由甲攀乙，由乙攀丙，一天到晚攀缘不息，妄念颠倒，执著在事相上放不下来，以致由本来的大好佛体沦为众生。反过来，不攀缘，不执著，随缘启用就好了。“随缘随份随饮啄”，“随份”就是安分守己。各人地位不同，因为各人前世所造的因不同，所以今世感的果就不同。缘亦如此，有善缘、恶缘。所以不要向别人攀比，不要追逐。吃饭、穿衣、住房，一切丰俭随缘过。前世因造的好，这世供应就厚，前世因造的差，这世果也就薄。所以要随缘过。不变随缘行无碍，自在随心大安乐。“不变随缘”，就是尽管按照自己所感召的缘份去做，或是升官，或是下放，事业虽有变迁，而自性是始终不变的，也就是叫我们在修道中不要动摇。比如金子，可以打成各种首饰、用品，虽然形相变了，但体不变，还是金子。我们尽管去随缘做，而体性是不变的。“行无碍”，即只要与大众有益的事都去做，与大众有害的事千万不要去做。一切事都能做，但须无住。要做到能上能下而无动于衷，高人一品也没什么喜欢，降级了也无什么悲怨，只尽一己之力为大家做</w:t>
      </w:r>
    </w:p>
    <w:p>
      <w:pPr>
        <w:spacing w:before="0" w:after="80" w:line="259" w:lineRule="auto"/>
        <w:ind w:firstLine="360"/>
      </w:pPr>
      <w:r>
        <w:rPr>
          <w:rFonts w:ascii="Noto Serif CJK SC" w:hAnsi="Noto Serif CJK SC" w:eastAsia="Noto Serif CJK SC"/>
        </w:rPr>
        <w:t>事，而无任何住着，就无碍了。“自在”，即无束缚，有束缚就不自在了。因为一切都是假的，无可追求，不患得患失，即自在了。“随心”即随心所欲，孔夫子“七十随心所欲而不逾矩”，孔夫子也修道。儒教、道教是我国本有的大教。孔夫子七十岁证得大道，随心所欲做事，都与大众有益。不逾矩，就是不越范围，超出范围就不对了，坏事不能做。因不逾矩之故，得大安乐。我们做善事心里都是很愉快的，做坏事都内疚，受良心责备。坏人做坏事，临死时良心发现，自责难过，所以“人之将死，其言也善；鸟之将亡，其鸣也哀”就是这个道理。我们做好事就心悦安乐，无愧于众了。但得本，莫愁末，妙用纵横活泼泼，本是什么？就是我们的真心。一切事物无不从心生，修道成佛，也离不开这个心。所以修道从心地上修，方是成佛正因。反是，从色身、气脉、神通上修，是外围功勋位，无成佛之望。我们修法证到自己的本性，就为得本。相反，未证到本性，执着发神通，就要着魔。因为未得根本，也发不了神通，假使发了神通，那是外来的，不是真的。著在神通上，心不空净，生死不了，还要着魔。神通是从心生起的妙用，那是枝末。我们的本性本来是有神通的。现在不能开发，是因为我们有执著、烦恼，颠倒妄想，盖覆了本性光明之故。如把妄想、颠倒、执著去掉，自然就发挥了。所以要安心修法，把五欲烦恼去尽，先得道通——漏尽通。然后再发五神通，那才是真神通。外道也有天眼、天耳、神足、他心、宿命五种神通。但他没有得漏尽通，所以外道生死不了，不能成佛。执着神用而不知自性是什么，皆是外道。所以要发神通，须先得根本智——漏尽通，才是正道。得了漏尽通，不愁五神通不发现。“妙用纵横活泼泼”，悟道之后，妙用无边，丝毫无著，顺逆无拘，纵横自在。所以愚公说：“一期从古棹，三界任横眠。“真正证到本性后，欲界、色界、无色界随你怎样跑，可以横下身子睡大觉。悟道是活泼泼的，不是死在那儿不动的。昨天在灵岩寺，有人问：“无念是不是由两分钟、而五分钟、十分钟，最后加长到二十四个钟头都不动？”不是！悟道应该是活泼泼的，应缘接物，无所住着。无念者，不是一个念头不起，而是念起不随，事来不住。一点不动，那就成了死尸，还有什么用？！弹指敲开不二门，升堂直入如来屋。</w:t>
      </w:r>
    </w:p>
    <w:p>
      <w:pPr>
        <w:spacing w:before="0" w:after="80" w:line="259" w:lineRule="auto"/>
        <w:ind w:firstLine="360"/>
      </w:pPr>
      <w:r>
        <w:rPr>
          <w:rFonts w:ascii="Noto Serif CJK SC" w:hAnsi="Noto Serif CJK SC" w:eastAsia="Noto Serif CJK SC"/>
        </w:rPr>
        <w:t>悟道在刹那间，就在一念断处，回光一瞥，识得它即大事了毕。快得犹如击石火，闪电光。假如用心求见就不是了。这个妙体是想不到、求不到的。求本身就是妄念，就把自性遮盖掉了。功夫用到得当处，忽然根尘脱落，亲见本性，只在弹指之间。见到本性，一切疑虑皆冰消瓦解。原来朝思暮想的它就在眼前！“升堂直入如来屋”，这一刹那时间，彻见本性，就登堂入室了，就成佛了。不过这只是因地佛，不是果地佛，还要好好用功。因为根本智已得，后得智还未得，还要精勤磨练，消除习气，广度众生，积累福德，方能证成智慧、福德双圆的果地佛。宗亦通，说亦通，团团杲日丽晴空，宗者，中心也，见到本性叫宗。说者，教也，佛说的经叫教。通宗通教，就是通通都理解亲证，圆融无碍了。宗师云：“通宗不通教，犹如半边窍；通教不通宗，犹如半肢风。”所以学佛要宗教都通。“团团杲日丽晴空”，就是说我们悟到根本时，就象圆圆的大太阳一样，光芒万丈，朗照一切处，无所不在。这不是说悟道时见到个大太阳，而是比方悟道后无所不知，无所不晓，妙用无边。我们真正悟道时，除灵觉外什么也没有。但是经过锻炼，习气除了，就能光芒万丈，朗照大千世界，与十方诸佛彼此交参无碍，亲证华严境界了。但是这不能著相求。百千三昧无量义，只在寻常日用中。三昧有各式各样，一行三昧、一相三昧、念佛三昧、般舟三昧……三昧的名字很多，妙义无穷。这无量妙义在何处？就在我们平平常常的日用当中。因为一切无量妙用都从我们的真心生起，离开真心，一切皆不可得。所以说一切妙义即在日常动用中。此时，有人问：“如何是佛性？”师喝一口水道：“会么？”举杯子的是谁？喝水的又是谁啊！从这里会去，多少庆快！寻常事，时时刻刻告诉你佛性的妙义，所谓“风声鸟语都是法性之宣流”，“举手投足无非法身之显露”！有情、无情时时都在说法，处处显示妙义。所以在寻常日用当中，只要活泼泼地起用无住就是最高深的妙义，不要再去另寻玄妙。明白了这一点，我们现在能看、能说、能听的这个能，就是我们的佛性，它时时刻刻都在我们面门放光，还寻个什么哩！觉心体，生佛同，有情无情共鼻孔，</w:t>
      </w:r>
    </w:p>
    <w:p>
      <w:pPr>
        <w:spacing w:before="0" w:after="80" w:line="259" w:lineRule="auto"/>
        <w:ind w:firstLine="360"/>
      </w:pPr>
      <w:r>
        <w:rPr>
          <w:rFonts w:ascii="Noto Serif CJK SC" w:hAnsi="Noto Serif CJK SC" w:eastAsia="Noto Serif CJK SC"/>
        </w:rPr>
        <w:t>“觉心体”，能起知觉的这个体就是我们的根本、我们的佛性。“生佛同”，众生和佛是一样的，没有区别。不是佛比我们多一分光明、神通，或是我们比佛少一分光明、神通。但为什么现在我们与佛不同呢？因我们心体的光明被妄想执著遮住了，所以发不了大神用。把妄想执著拿掉，就一样了。“有情无情共鼻孔'又如何解释呢？我们人都是有情感、有知觉的，而无情，比如这张桌子，则是无知觉的，怎么共鼻孔呢？因为世间诸相皆唯心所现，唯识所变，没有一样不是我们自己。不要以为我们有知觉、能动，而无情的物不能动，因而有所不同。其实我们一口气不来时，八识离身，这身体就象这块桌板一样，也不能动弹了。现在我们被无明包裹，执身是我，所以只有这个身体在起作用。假如我们证道了，无明去尽，放开来，恢复原有的妙用，则一切处都是我们地水火风四大种性的变化显现，就不再有有情无情之见了。所以无情有情共鼻孔，都一样。无缚无脱无遮障，迷时自碍悟自通。本来生佛都一样，潇洒自在，无缚无脱。但众生因迷于外相，执着不舍，为物所困，犹如春蚕作茧自缚，所以不得自由。我们本来可以不要这个身体，但父母同房时因爱心蠢动自己钻进去了，所以被这色壳缚牢不得自由了。出生后，更着相，目迷五色，随缘造业，以致缚上加缚，生死不了。苟能当下省悟，一切色相皆我真心佛性所显现的影象，不可得，不可求，而彻底一放，则立地梦醒。一切众生原本清净无染，无缚无拘，何用解脱？！“无缚无脱无遮障，迷时自碍悟自通”，知道佛性是遍一切处，无所不在的，那就悟道了。迷时著相，自己妨碍自己，醒悟明白之后，通达一切皆真心幻影，不可得，就不再著相，从而现起神用，发起神通，证成大道了。无形相，极灵妙，非亲证知那能晓，“无形相”是描写我们的本性、我们的法身，什么形相也没有。大家千万不要着在相上求见性，它是清净无染、无声无色的灵知，是无相可见的。“极灵妙”，但能感知一切事，显现一切相，起万千变化。六祖悟道后云：何期自性本来具足！何期自性能生万法！有人说见性时看见一个大太阳、一轮新月亮、或一个佛，那不是见性！《金刚经》云：“凡所有相，皆是虚妄。”有相的东西都是假的。性是真体，无相可见。故经云“实相无相”。《楞严经》又云：“见见之时，见非是见，见犹离见，见不能及。”故有能见所见俱不是。“非亲证知那能</w:t>
      </w:r>
    </w:p>
    <w:p>
      <w:pPr>
        <w:spacing w:before="0" w:after="80" w:line="259" w:lineRule="auto"/>
        <w:ind w:firstLine="360"/>
      </w:pPr>
      <w:r>
        <w:rPr>
          <w:rFonts w:ascii="Noto Serif CJK SC" w:hAnsi="Noto Serif CJK SC" w:eastAsia="Noto Serif CJK SC"/>
        </w:rPr>
        <w:t>晓”，见性的景象是描写不出的，因它无物可比，无话可说，无思想能到。自己不到那个境界，再说什么也是模糊。所以宗下说：“向上一着，千圣不传。”其实一念断处就是那个东西，它没有景象，更没有什么神奇玄妙，它就是极平常的心啊！镜里看影虽不难，水底捉月怎办到！世界上一切景象都是镜子里的影子。因为世相皆是真心变化显现的。上面说了，离开真心，一物也无。真心是成就一切事物的根本，犹如镜子；事物好比镜影。影子虽看得见，但若去取，就如水中捞月，捞不着。狮子吼，无畏说，百兽闻之皆咋舌，佛说法就象狮子吼。狮子是百兽之王，它一吼，百兽都要垂首称臣。“无畏说”者，即佛是真语者，如语者，实语者，不诳语者，不怕有人来辩驳，辩驳不倒的。因为佛说的是圆融无碍的真正妙理，不是那些有所住着的浅近小法，而是放之四海而皆准的真理大法。因之任何人听了只有赞叹而不能妄置一词。所以外道听了佛说法之后，都不敢来辩论。纵然有些胆大妄为的外道来与佛辩论，最终也都失败而归。因为他们都是著相的，不是彻底大法。最后还是皈依了佛，垂首称弟子。香象奔波失却威，天龙寂听生欣悦。众象之王叫香象。香象渡河不用奔波，而是站在水里就能截断众流。如果它为了逃避水流而奔波，那就失去威望了。这句话就表示我们的佛性是真理，是巍然不动的。波者，是说千变万化的妄想颠倒，我们学佛法就要截断千变万化的妄想颠倒，就象香象渡河一样，不奔波——不怕妄念起，而截断激流。“天龙寂听生欣悦”，天龙八部听到佛说法都欢喜无量，无不赞叹奉行，都来皈依佛，成为护法神。另有人将香象比作罗汉，平时很自恃自己的心得，及听到最上一乘法，则当下落败，失却威望。天龙比作登地的菩萨，以最上乘法印自己内证的境界，无比欣悦亲切。说得也很好。但我以为要比还是将香象和天龙比作禅宗的大德，比较适合目下修道人的情况。一来禅宗素以龙象比作大善知识，二来现在邪法盛行，很多人弃正就邪，不妨说修正法的禅人不胜邪法的诱惑，因是奔波（就邪）而失去</w:t>
      </w:r>
    </w:p>
    <w:p>
      <w:pPr>
        <w:spacing w:before="0" w:after="80" w:line="259" w:lineRule="auto"/>
        <w:ind w:firstLine="360"/>
      </w:pPr>
      <w:r>
        <w:rPr>
          <w:rFonts w:ascii="Noto Serif CJK SC" w:hAnsi="Noto Serif CJK SC" w:eastAsia="Noto Serif CJK SC"/>
        </w:rPr>
        <w:t>威；真正的大德——天龙则闻正法而欣悦，不为邪法所动。狮子儿，众随后，三岁即能大哮吼，大狮子的儿子是小狮子，虽然年纪轻，百兽也只能跟在后面，不</w:t>
      </w:r>
    </w:p>
    <w:p>
      <w:pPr>
        <w:spacing w:before="0" w:after="80" w:line="259" w:lineRule="auto"/>
        <w:ind w:firstLine="360"/>
      </w:pPr>
      <w:r>
        <w:rPr>
          <w:rFonts w:ascii="Noto Serif CJK SC" w:hAnsi="Noto Serif CJK SC" w:eastAsia="Noto Serif CJK SC"/>
        </w:rPr>
        <w:t>敢超到它前面去。初悟道的人，尚未证到果地佛，就如同狮子儿，修</w:t>
      </w:r>
    </w:p>
    <w:p>
      <w:pPr>
        <w:spacing w:before="0" w:after="80" w:line="259" w:lineRule="auto"/>
        <w:ind w:firstLine="360"/>
      </w:pPr>
      <w:r>
        <w:rPr>
          <w:rFonts w:ascii="Noto Serif CJK SC" w:hAnsi="Noto Serif CJK SC" w:eastAsia="Noto Serif CJK SC"/>
        </w:rPr>
        <w:t>外道的人，也不能越过初悟道的人。因为初悟道的人证到根本了，而那些外道没证到根本，所以不行。“三岁即能大哮吼”，狮子儿虽然年纪轻，但已有狮子的根本性能，能象狮子王一样大哮吼，慑服群兽。初悟道的人也一样，因为他所悟到的理与果地佛所证到的理没有两样，他说法就等于代表佛说法，不怕外道来骚扰辩论。若是野犴逐法王，百千妖怪虚开口。狮子象征法王。野犴长得象狮子，似乎可以冒充狮子，但开口叫起来，没有狮子威猛，就露了馅，不能慑服群兽了。现在很多什么功、什么道，都说自己是佛法，其实都是外道冒充佛法，都是“妖怪”，说出的法都是以神通诱惑人，引人入歧途的邪法，不是正法，没有用处。谁无念，谁无生，莫将镜影认作真，凡夫当然是有念头、有生死的，那我们悟道之后呢？是不是一个念头不生呢？这句话大家都以为，悟道之后当然是没有念头了，念头不生了。那就错了！无念不是一个念头不生，而是生如不生叫无念，生而无住，不停留，是为不生。惠能大师不是说“不断百思想”，“对境心数起”嘛。“不断百思想”还是有思想啊，“对境心数起”还是要起念头啊。所以我们要认识正路，不要认错路，以为是没有念头，死在那里不动。“谁无念，谁无生”，念头一起知道了，不跟它走、不停留，就是无念；无生，生生不已无所住叫无生，不是断绝种姓叫无生。从前庞居士说：“有男不婚，有女不嫁，合家团圞圆，共说无生话。”他一家四口，有老婆，一儿一女，儿子不结婚，女儿不出嫁，他</w:t>
      </w:r>
    </w:p>
    <w:p>
      <w:pPr>
        <w:spacing w:before="0" w:after="80" w:line="259" w:lineRule="auto"/>
        <w:ind w:firstLine="360"/>
      </w:pPr>
      <w:r>
        <w:rPr>
          <w:rFonts w:ascii="Noto Serif CJK SC" w:hAnsi="Noto Serif CJK SC" w:eastAsia="Noto Serif CJK SC"/>
        </w:rPr>
        <w:t>们一家四口都证道了，很希有的。后来有个大和尚和了一个偈</w:t>
      </w:r>
    </w:p>
    <w:p>
      <w:pPr>
        <w:spacing w:before="0" w:after="80" w:line="259" w:lineRule="auto"/>
        <w:ind w:firstLine="360"/>
      </w:pPr>
      <w:r>
        <w:rPr>
          <w:rFonts w:ascii="Noto Serif CJK SC" w:hAnsi="Noto Serif CJK SC" w:eastAsia="Noto Serif CJK SC"/>
        </w:rPr>
        <w:t>子：“无男可婚，无女可嫁，大众团圞圆，说甚无生话？”和尚无妻子儿女，所以无男可婚，无女可嫁，但是有大众，庙中不只一个和尚，大家在一起和合修法，无话可说，又说什么无生话啊！说得都很好。一个说无生话，一个说甚无生话？各施妙手，妙到毫巅。但是无</w:t>
      </w:r>
    </w:p>
    <w:p>
      <w:pPr>
        <w:spacing w:before="0" w:after="80" w:line="259" w:lineRule="auto"/>
        <w:ind w:firstLine="360"/>
      </w:pPr>
      <w:r>
        <w:rPr>
          <w:rFonts w:ascii="Noto Serif CJK SC" w:hAnsi="Noto Serif CJK SC" w:eastAsia="Noto Serif CJK SC"/>
        </w:rPr>
        <w:t>生者，不是不生为无生，不妨生生为无生。我们也可以另作一偈：“有男亦婚，有女亦嫁，子子复孙孙，是说无生话。”有儿子也可以结婚，有女儿也可以出嫁，儿子、女儿结婚了，儿子生孙子，孙子又生重孙子，子子孙孙，生生不已，而无动于衷，这就是无生！这是真心的无边妙用，不是死在那儿不动为无生。生生不已是无生！这才显示佛法圆融无得。不要只看半边，以为无生是大家都不能动，都不要结婚，结婚就犯错误了。不相干！可以结婚，但不要著着在男女色欲上。著着在男女之色上，那就错误了，生死无穷了。结婚后，养一个儿子，不再住着在色欲上，就没事了。这是起妙用啊。并不是以死在那儿不动为无生。“莫将镜影认作真”，这生生不已，子子孙孙都是镜中影子，不要当作真的，著在相上，那就错误了。这件事真能做到也不容易，又要生，又要无生，不是悟后起大功用，休想做到。有的人硬压着无生还好，一近女色不得了了，著在上面了，那就生死不了了。这就要特别注意。若以断灭为究竟，何异外道邪见人。佛教是非空非有，亦空亦有，即空即有。不是断灭空，一样东西都没有。断灭空是邪见。我们要明白，空不是空无所有的空，而是不可得、取不到的空，也是随缘显相起用不住着的空。假如弄错了，认为一切都没有，这是断灭见，就大错了。持这见解的人是外道，认为生时是有，死时就没有了，那是外道邪见。大丈夫，秉慧剑，般若锋兮金刚焰，我们学佛法，要有大丈夫气概，慷慨豪放，才能与佛相应。不是</w:t>
      </w:r>
    </w:p>
    <w:p>
      <w:pPr>
        <w:spacing w:before="0" w:after="80" w:line="259" w:lineRule="auto"/>
        <w:ind w:firstLine="360"/>
      </w:pPr>
      <w:r>
        <w:rPr>
          <w:rFonts w:ascii="Noto Serif CJK SC" w:hAnsi="Noto Serif CJK SC" w:eastAsia="Noto Serif CJK SC"/>
        </w:rPr>
        <w:t>小家子气，这也舍不得放，那也舍不得丢，抓得很紧，佛法就难修</w:t>
      </w:r>
    </w:p>
    <w:p>
      <w:pPr>
        <w:spacing w:before="0" w:after="80" w:line="259" w:lineRule="auto"/>
        <w:ind w:firstLine="360"/>
      </w:pPr>
      <w:r>
        <w:rPr>
          <w:rFonts w:ascii="Noto Serif CJK SC" w:hAnsi="Noto Serif CJK SC" w:eastAsia="Noto Serif CJK SC"/>
        </w:rPr>
        <w:t>了。一切事物都是假的，为什么不放呢？“秉慧剑”者，开大智慧，识得一切皆假，以之斩断一切烦恼。所有烦恼都是自己寻来的，著相</w:t>
      </w:r>
    </w:p>
    <w:p>
      <w:pPr>
        <w:spacing w:before="0" w:after="80" w:line="259" w:lineRule="auto"/>
        <w:ind w:firstLine="360"/>
      </w:pPr>
      <w:r>
        <w:rPr>
          <w:rFonts w:ascii="Noto Serif CJK SC" w:hAnsi="Noto Serif CJK SC" w:eastAsia="Noto Serif CJK SC"/>
        </w:rPr>
        <w:t>来的。本来没有，硬去着相追求，结果白费精力一场空。我们学佛法</w:t>
      </w:r>
    </w:p>
    <w:p>
      <w:pPr>
        <w:spacing w:before="0" w:after="80" w:line="259" w:lineRule="auto"/>
        <w:ind w:firstLine="360"/>
      </w:pPr>
      <w:r>
        <w:rPr>
          <w:rFonts w:ascii="Noto Serif CJK SC" w:hAnsi="Noto Serif CJK SC" w:eastAsia="Noto Serif CJK SC"/>
        </w:rPr>
        <w:t>就是开智慧，知道一切都没有，不去粘着，即自然斩断一切烦恼。念佛门中一句“阿弥陀佛”圣号，就是金刚王宝剑，把所有东西都斩断：一切情、一切爱、一切执著都无处着脚，故能心空无住而生西方极乐世界。相反，恋着这娑婆世界，到临命终时，绝计走不了，被情爱拉牢了，生不到西方。“大丈夫，秉慧剑”。这慧剑是什么？是般若法，是世出世的大智慧。有了它，才能不沾染物欲，才能成道，才能圆证佛果。我们时时</w:t>
      </w:r>
    </w:p>
    <w:p>
      <w:pPr>
        <w:spacing w:before="0" w:after="80" w:line="259" w:lineRule="auto"/>
        <w:ind w:firstLine="360"/>
      </w:pPr>
      <w:r>
        <w:rPr>
          <w:rFonts w:ascii="Noto Serif CJK SC" w:hAnsi="Noto Serif CJK SC" w:eastAsia="Noto Serif CJK SC"/>
        </w:rPr>
        <w:t>刻刻都要以智慧行事，不管修净土，还是参禅、修密，都以开发般若为宗，把我们本有智慧发掘出来，才能成道。我们在未证到之前，就要利用“阿弥陀佛”或是密咒这把金刚王宝剑，把所有的执著都斩断。这般若利锋就好象无坚不摧、无物不毁的金刚大火焰一样，能将一切顽固的旧习烧毁无遗。非但能摧外道心，并且破除邪魔见。般若智慧的妙用，非但能摧毁外道之心，就是邪魔之法也立不住脚。外道就是心外取法，不知自性是佛，以为心之外有东西。外道认为心之外有阳神，其实那是我们第七识变化而来的，不是真心。所以证到了般若大智慧，就明白一切东西都没有，外道之心就摧毁了。象吕纯阳祖师，原先修道教，后来见到黄龙祖师，认识了般若、金刚妙慧，他就皈依佛教了，外道也就摧毁了。邪魔比外道更差，外道还是心向正法，只是不知真心是佛、心外取法而已。邪魔之心就更不对了，说什么没有因果，没有六道轮回，甚至于弄些障眼法、魔术，拉人下魔坑，弄些邪法来害人。现在末法时代，邪法丛生，五花八门，什么会、什么道的都是邪法。我们要修正法，即时时刻刻不离心地修法。“离心一字，便同魔说”，离开我们真心说法修法，那就不是佛法，佛法是教我们转识成智，在心地上转换。所以念佛在心上转，把妄心转成佛心。认识正法之后，那些邪魔法就立不住脚了。震法雷，击法鼓，海水奔腾须弥舞，我们说正法，如同天上打雷，一切邪师都惊破了胆。尤其当我们打开本来、见到本性时，一切魔宫都震动了。不得了了，这个人成大道了。魔王、魔子、魔孙都团团转，着急得无法生存了。我们用念佛功夫、参禅功夫或修密功夫，打开本来。见到本性之后，一切外道、魔法再不能欺瞒、引诱我们，都无立足之地了。“海水奔腾须弥舞”，因为我们修佛法是惊天动地的大事，不是一桩小事，所以海水都因之涌起波浪，就连世界上最大的山——须弥山也跳起了舞。我们真正见到大道时，海水枯干，须弥倒塌，为什么？因为一法不粘、一尘不染，就都没有了。反过来，一切都是我们真心的妙用，一切事相都是法身之显现，一切一切都是我们自己，离我们外没有东西。我们打开本来见到本性时，为欢喜地，因法喜充满之故，一切现象都变了，都变得喜笑颜开，欢乐融融。所以叫做“海水奔腾须弥舞”。</w:t>
      </w:r>
    </w:p>
    <w:p>
      <w:pPr>
        <w:spacing w:before="0" w:after="80" w:line="259" w:lineRule="auto"/>
        <w:ind w:firstLine="360"/>
      </w:pPr>
      <w:r>
        <w:rPr>
          <w:rFonts w:ascii="Noto Serif CJK SC" w:hAnsi="Noto Serif CJK SC" w:eastAsia="Noto Serif CJK SC"/>
        </w:rPr>
        <w:t>毛头许里乾坤定，大千沙界寸土无。“毛头”就是指我们一根头发、一根汗毛那么小，乾坤是指世界、宇宙那么大。这句话是说：整个世界这么大，就在我们一“毛头”里。为什么呢？因为我们的自性能大能小，我们的法身大而无外，小而无内。放之则弥六合，布满乾坤；收之退藏于密，连“毛头”都没有。这是说我们佛性的妙用，潇洒自在。一切都是自己，“毛头”里转大法轮。大千世界就是佛的世界，每个佛的世界是三千大千世界。大千世界这么大，何以一点泥土都没有？因为心即是土，土即是心。宗师说：“若人识得心，大地寸土无。”证到本性，一切都收归自性了，心外哪里还有土在？！所以修法到最后叫作“法界究竟”，什么法也没有，什么神通都没有，什么佛也没有了。有点滴所得，有些微存在，都不是最后了手时。没有到究竟地步的时候，见光、见佛、发神通的都有，因未究竟，未免着相。这些人还喜欢到大众面前去炫耀：我有神通啊。其实这不是神通，这只是一点点妙用现前，或是鬼神附体。真正大神通是无所著着，潇洒自在，一切漏尽，那才是大神通。让他谤，任他毁，把火烧天徒自累，学佛法就要有容人之量。佛教法门很多，各各不同。在不认得彼此法门玄妙不同的时候，免不了要毁谤他人。比如修净土宗的人常常毁谤密宗不好，其实他们自己离不开密法。他们除了念“阿弥陀</w:t>
      </w:r>
    </w:p>
    <w:p>
      <w:pPr>
        <w:spacing w:before="0" w:after="80" w:line="259" w:lineRule="auto"/>
        <w:ind w:firstLine="360"/>
      </w:pPr>
      <w:r>
        <w:rPr>
          <w:rFonts w:ascii="Noto Serif CJK SC" w:hAnsi="Noto Serif CJK SC" w:eastAsia="Noto Serif CJK SC"/>
        </w:rPr>
        <w:t>佛”之外，还要念大悲咒、楞严咒、十小咒、往生咒等，这不是密法</w:t>
      </w:r>
    </w:p>
    <w:p>
      <w:pPr>
        <w:spacing w:before="0" w:after="80" w:line="259" w:lineRule="auto"/>
        <w:ind w:firstLine="360"/>
      </w:pPr>
      <w:r>
        <w:rPr>
          <w:rFonts w:ascii="Noto Serif CJK SC" w:hAnsi="Noto Serif CJK SC" w:eastAsia="Noto Serif CJK SC"/>
        </w:rPr>
        <w:t>吗？反过来却说密法不好，这不是自己毁谤自己吗？可怜他们于不知不觉中造了大罪业，自己还自鸣得意哩！从前弘一法师初出家，亦不知密法是怎么回事，他也说过密宗五花八门、眼花缭乱，不好。后来他看了密宗教义，深深钦佩，密宗原来这么完善、这么圆满，因而忏悔，作了一篇忏悔文，告诫后人不懂密宗就不要谤密法。不懂就是不懂，不要装懂逞能，以免无知造罪。自己的好就说自己的好，不要说别人不好。各人修各人的法，随他诽谤，不必疑惧，不必烦恼，只要自己修的是正法，他人无中生有的来毁谤，那只是“把火烧天徒自累”。这种人等于拿个火把来烧天，烧得着吗？徒然自己劳累费神而已，有何用哉！我闻恰是空中风，何碍甚深大三昧！假使有人诽谤佛法，我们听过之后，就象风吹过去一样，不要理</w:t>
      </w:r>
    </w:p>
    <w:p>
      <w:pPr>
        <w:spacing w:before="0" w:after="80" w:line="259" w:lineRule="auto"/>
        <w:ind w:firstLine="360"/>
      </w:pPr>
      <w:r>
        <w:rPr>
          <w:rFonts w:ascii="Noto Serif CJK SC" w:hAnsi="Noto Serif CJK SC" w:eastAsia="Noto Serif CJK SC"/>
        </w:rPr>
        <w:t>他。因为和他辩论之后，更会引起他的诽谤心理，当他自己慢慢省</w:t>
      </w:r>
    </w:p>
    <w:p>
      <w:pPr>
        <w:spacing w:before="0" w:after="80" w:line="259" w:lineRule="auto"/>
        <w:ind w:firstLine="360"/>
      </w:pPr>
      <w:r>
        <w:rPr>
          <w:rFonts w:ascii="Noto Serif CJK SC" w:hAnsi="Noto Serif CJK SC" w:eastAsia="Noto Serif CJK SC"/>
        </w:rPr>
        <w:t>悟之后，他就会懊悔的。他所说的那些废话、诽谤话，对于我们所修</w:t>
      </w:r>
    </w:p>
    <w:p>
      <w:pPr>
        <w:spacing w:before="0" w:after="80" w:line="259" w:lineRule="auto"/>
        <w:ind w:firstLine="360"/>
      </w:pPr>
      <w:r>
        <w:rPr>
          <w:rFonts w:ascii="Noto Serif CJK SC" w:hAnsi="Noto Serif CJK SC" w:eastAsia="Noto Serif CJK SC"/>
        </w:rPr>
        <w:t>证的三昧是没有伤害妨碍的。三昧即正定、正受，不受一切受为正受。任何事情都不接受，非但一切诽谤不接受、不动心，就是一切赞叹褒奖也不动心，这才是真正的正定、正受。一切声，皆实相，恶音善语无二样，一切声音都是尘，故善恶没有二样。我们所听到的声音，有的是赞扬、好听的话，有的是难听的诽谤的话，但恶语善言无二样，都是声尘、是客人，无足轻重。我们要认得这能说话的是谁，能听到声音的是谁。认得主人，才不枉用功。我们的闻性、我们的性能没好没坏，没有断续相。但凡夫都跟声尘转，他骂我，我就光火，他拍马</w:t>
      </w:r>
    </w:p>
    <w:p>
      <w:pPr>
        <w:spacing w:before="0" w:after="80" w:line="259" w:lineRule="auto"/>
        <w:ind w:firstLine="360"/>
      </w:pPr>
      <w:r>
        <w:rPr>
          <w:rFonts w:ascii="Noto Serif CJK SC" w:hAnsi="Noto Serif CJK SC" w:eastAsia="Noto Serif CJK SC"/>
        </w:rPr>
        <w:t>屁，我心里就开心。这都是为声尘所转，为境所夺，上当了。我们要</w:t>
      </w:r>
    </w:p>
    <w:p>
      <w:pPr>
        <w:spacing w:before="0" w:after="80" w:line="259" w:lineRule="auto"/>
        <w:ind w:firstLine="360"/>
      </w:pPr>
      <w:r>
        <w:rPr>
          <w:rFonts w:ascii="Noto Serif CJK SC" w:hAnsi="Noto Serif CJK SC" w:eastAsia="Noto Serif CJK SC"/>
        </w:rPr>
        <w:t>转境，不为境转。大家要知道，声尘本身亦无好坏，是我们的妄心妄起分别，才产生好坏之见。举个例子，一位苏州客人骂一位东北老乡“堂勿收”！这位老乡不懂苏州话，听了还哈哈大笑。经别人告诉他：这是骂你很毒的话，说你这人很坏，死在路上，善堂都不来给你收尸。老乡听了大怒，和苏州人打了起来。可见这都是妄心作怪。所以我们修法要时时刻刻见性，不让妄心抬头，才能了生脱死，证成大道。不因谤赞别冤亲，方契本心平等相。不要因为他称赞我，或诽谤我，而分别这是我的亲家，那是我的冤家。我们不要有冤亲之分，要一视同仁，大家都是佛。这就是大丈夫气概。不要有小女子气概：“这个人骂我，记住他，有机会报复他。”那就坏了，那就不能成佛了，成佛的心量要象虚空一样广大，能容纳万物。我们能够不分别冤亲，“方契本心平等相”。我们的心是平等的，为什么？因为心无相，而且大家都是佛，所以都是平等的。但一有相，就不平等了，就有男相、女相，善相、恶相等等之分了。阿弥陀佛是平等平等又平等的，他不因为我们念佛就接引我们，不念佛，就不接引我们，有冤亲之分。那是我们凡夫的猜度之心，不是佛的心。佛的心是平等的，非但你相信佛法、修佛法，他来救度你，就是你不相信佛法、不修佛法，他也兴无缘大慈，照样接引你。所以我们要用佛心来改造我们的妄心，不要凭我们的凡夫心来猜度佛的心。</w:t>
      </w:r>
    </w:p>
    <w:p>
      <w:pPr>
        <w:spacing w:before="0" w:after="80" w:line="259" w:lineRule="auto"/>
        <w:ind w:firstLine="360"/>
      </w:pPr>
      <w:r>
        <w:rPr>
          <w:rFonts w:ascii="Noto Serif CJK SC" w:hAnsi="Noto Serif CJK SC" w:eastAsia="Noto Serif CJK SC"/>
        </w:rPr>
        <w:t>赞无增，谤无减，空中鸟迹著云天，我们的佛性是不增不减的，不会因为他称赞我，我的佛性就增加了；他诽谤我，我的佛性就减少了。纵然未悟道，处于凡夫地，也不减一分光明；即使证道了，也不增加一分光明。我们修法学道不要著相，称赞也好，诽谤也好，听过后就象鸟在空中飞过一样，心中不着痕迹，这样我们的心就平等了，易于成道了。太虚饮光消契阔，幽谷回声话晚烟。这两句用风景来形容我们的胸怀宽大，形容我们的自性就这样美妙。“太虚饮光”，即一切光辉、一切景象无不包括在太虚空里。“消契阔”，就是没有什么亲疏之分。契者，契合也；阔者，疏远也。这是说太虚空中不因为有种种不同景象而分亲疏，也就是说我们不要分谁是亲家或是冤家，要平等平等又平等地对待一切人。他说我坏话，我们要细细思考一下，我是不是有这个过错啊？如果有这个过错，应当忏悔改过。假如没有这个过错，就勉励自己将来不要犯这个过错。所以大丈夫是闻过则喜，从无怨恨他人之心。不可因我没有这个过错，你诬蔑我、冤枉我，而怀恨在心。现在很多寺庙中的佛徒常相互不相容，都因著我见，没有平等心，而起纷争。其实同是为了学佛修道，大家要心怀坦荡，不着一物，和气相处。假如有什么事情处理不当、意见不同，可以坐下来商量，照正确的方向去做。不要执著我见，以我为是，别人的都不是，互不相容而引起纷争、从而破坏佛教。大家既然修佛法，就是佛的弟子，佛的儿子，都是一家人，怎么还有怨亲分别呢？须赶快改过。团结一致，才能振兴圣教。“幽谷回声”，就是深山幽谷中没有人烟，空气能照你说话的声音原样回过来，表示静洁幽深、心空如洗的境界。“话晚烟”，就是我们到外面去玩，傍晚夕阳西下，看见四处的村庄烧晚饭的烟都冒起来，应该回家了。这句话是借风景来说我们修法要回老家（法界家），不要因闹意见而耽搁在半途上。回到老家，大家就没有异议没有矛盾了。这两句话也是愚公用来叙述自己的心胸。愚公当时下山弘法，因大众皆不知“心中心法”是何法门，无人向其受法，不能满弘法之愿，乃小施神通。因此引起太虚大师与印光大师的不满，略有微言。但愚公为了弘法，忍辱负重，未作反应。后付法先师骧陆公，即行归隐。歌中“太虚饮光消契阔”者，即谓和二师不存芥蒂也。归隐时还有一种误会，当时适值北洋军阀内战，逼愚公现神通为其打仗，愚公不允，化装遁去。不知内情者，误以为现神通失灵而隐去，</w:t>
      </w:r>
    </w:p>
    <w:p>
      <w:pPr>
        <w:spacing w:before="0" w:after="80" w:line="259" w:lineRule="auto"/>
        <w:ind w:firstLine="360"/>
      </w:pPr>
      <w:r>
        <w:rPr>
          <w:rFonts w:ascii="Noto Serif CJK SC" w:hAnsi="Noto Serif CJK SC" w:eastAsia="Noto Serif CJK SC"/>
        </w:rPr>
        <w:t>不亦冤乎！默时说，说时默，大施门开无壅塞，“默时说，说时默”，说的时候不著相，等于没有说，而没有说的时候就是说。为什么呢？因为佛性无相，非言思所能及，无话可说，故有说有闻不是真说真闻，无说无闻才是真说真闻。而且一切法不是有声音才是说法，做手势也是说法，咳嗽一声也是说法，打你一下，骂你一句也是说法。谚云：“此时无声胜有声。”《弥陀经》云：风声鸟语都是法音之宣流。可见不一定说话才是说法。“大施门开无壅塞”，</w:t>
      </w:r>
    </w:p>
    <w:p>
      <w:pPr>
        <w:spacing w:before="0" w:after="80" w:line="259" w:lineRule="auto"/>
        <w:ind w:firstLine="360"/>
      </w:pPr>
      <w:r>
        <w:rPr>
          <w:rFonts w:ascii="Noto Serif CJK SC" w:hAnsi="Noto Serif CJK SC" w:eastAsia="Noto Serif CJK SC"/>
        </w:rPr>
        <w:t>修佛法须一切施光，一丝不挂，一尘不染，留住一点也不行，有佛法</w:t>
      </w:r>
    </w:p>
    <w:p>
      <w:pPr>
        <w:spacing w:before="0" w:after="80" w:line="259" w:lineRule="auto"/>
        <w:ind w:firstLine="360"/>
      </w:pPr>
      <w:r>
        <w:rPr>
          <w:rFonts w:ascii="Noto Serif CJK SC" w:hAnsi="Noto Serif CJK SC" w:eastAsia="Noto Serif CJK SC"/>
        </w:rPr>
        <w:t>在也不行，要连佛法都不可得才行，这叫“大施门开”。壅者，拥挤。塞者，堵住。所有的都施光了，还有什么壅塞呢？四通八达，八面来风，毫无去留，胸怀坦荡，才能证大道。所以修道就要大施门开，把所有的东西都施光、倒光，桶底脱落，才能容纳万物而圆证佛果。假如人家说句话，与你的意见不同，就觉刺耳，心里不开心，那就不好了。有人问我解何宗？我为摩诃般若客。大愚师公传的是心中心法，起初大家不知道这是什么法？所以有人会问：“你是什么宗啊？是净土，是禅宗，还是密宗？”其实什么宗也没有。佛法就是教人认识根本，莫执外相，恢复本来。佛在世时，也不分宗立派，就是对机说法，宗是后来才建立的。“我为摩诃般若客”，摩诃者，大也，般若意为智慧，只要你证到摩诃般若，一切宗都在里面了，所以心中心法包括中国的十大宗，无有一宗不包括在内。比如法相宗，破相见性即是；华严宗，圆证十方，十方诸佛在我心中，我在十方诸佛心中，彼此交参无碍即得。所以一切宗都在里面。昔曾说，今懒说，山河大地广长舌，大愚师公从前也是时时说法，大江南北广度众生，后来把法交给徒弟王骧陆接着说。所以他作这首解脱歌时，不说法了。虽然是“今懒说”，但不是不说法，山河大地都在说法。无时无刻不在说法。所以有人看流水就开悟了。噢，原来水随地形而流无有住着，又水尽管流，而未尝流，还是川流不息的。也就是说修法随缘起念，无住无滞即得；尽管生死变灭，自性不生不灭，亘古长存，山河大地与森罗</w:t>
      </w:r>
    </w:p>
    <w:p>
      <w:pPr>
        <w:spacing w:before="0" w:after="80" w:line="259" w:lineRule="auto"/>
        <w:ind w:firstLine="360"/>
      </w:pPr>
      <w:r>
        <w:rPr>
          <w:rFonts w:ascii="Noto Serif CJK SC" w:hAnsi="Noto Serif CJK SC" w:eastAsia="Noto Serif CJK SC"/>
        </w:rPr>
        <w:t>万象都是我们自性所显现，离心无物。所以苏东坡有诗云：“溪身便是广长舌，山色无非法性身。”良有以也。或是或非人不识，逆行顺行天莫测！</w:t>
      </w:r>
    </w:p>
    <w:p>
      <w:pPr>
        <w:spacing w:before="0" w:after="80" w:line="259" w:lineRule="auto"/>
        <w:ind w:firstLine="360"/>
      </w:pPr>
      <w:r>
        <w:rPr>
          <w:rFonts w:ascii="Noto Serif CJK SC" w:hAnsi="Noto Serif CJK SC" w:eastAsia="Noto Serif CJK SC"/>
        </w:rPr>
        <w:t>我们的妙用或是或非，就是有时顺人情做，有时逆人情做。只要</w:t>
      </w:r>
    </w:p>
    <w:p>
      <w:pPr>
        <w:spacing w:before="0" w:after="80" w:line="259" w:lineRule="auto"/>
        <w:ind w:firstLine="360"/>
      </w:pPr>
      <w:r>
        <w:rPr>
          <w:rFonts w:ascii="Noto Serif CJK SC" w:hAnsi="Noto Serif CJK SC" w:eastAsia="Noto Serif CJK SC"/>
        </w:rPr>
        <w:t>对人有益，不管自己的名誉。象济公，就是鲜明的例子，他要遮盖自己，不要被人看出是大菩萨。常常做些俗人看不顺眼的事，他不沽名钓誉，不为自己的名声着想，只要对众生有益的事他就做。这种或是或非的力用，不但人不识，就是天道也不能测量，我们的妙用就是这样的深邃。常独行，常独步，脚底草鞋狞似虎，修道人常常独行独步，独往独来，不和大众一块走，为什么？因为阳春白雪，曲高和寡。“脚底草鞋狞似虎”，穿草鞋走路是出家和尚的本色。“狞似虎”，象老虎一样威猛、威严，把一切豺、狼、狐、犬都吓跑了，把一切一切邪魔、外道都慑服了。表示修道的人一切不著，毫无挂碍。大地平沉、虚空粉碎才是本色道人的无比力用。举趾粉碎金刚地，不觉踏断来时路。地象金刚不坏，但是举趾也粉碎了，为什么？因为大地平沉，虚空粉碎，都没有了。那天我们游山时说过：“举手写出飞禽迹，下步踏断流水声。”鸟在空中飞，举手就把鸟在空中的痕迹画出来了，走一步路，把哗哗的流水也踏断了。这是对证道人行径的写照。心不著相，一点都没有，就证到这个境界。我们念佛念到这个地步，也是一样。“不觉踏断来时路”，来就是生来，去就是死去。生来死去这条路断了，生死就断绝了。生死是我们的妄想心。妄想，著相才有，悟道后就转为妙用。所以思想不是没有，还是有，只要不著相就是妙用，著相就是妄想，差一点也不行。所以要注意，悟道之后不是没有思想，还是有，那时思想就是妙用，转识成智了。凡夫著相、著有，这是妄想、生死的根本。悟道之后就断了。疯颠汉，无字经，信口掉舌说不尽，我现在就是在这儿疯疯傻傻地说话呀。我们的真心是无字经，真经是没有字的。有字的经都是假经，因为有字的经都有话说，有话说就有说不到的地方。我们的本性是无法描绘，无法写照的，说出来的话都不过是旁敲侧击，在边上说说，说不到实体。所以真经是</w:t>
      </w:r>
    </w:p>
    <w:p>
      <w:pPr>
        <w:spacing w:before="0" w:after="80" w:line="259" w:lineRule="auto"/>
        <w:ind w:firstLine="360"/>
      </w:pPr>
      <w:r>
        <w:rPr>
          <w:rFonts w:ascii="Noto Serif CJK SC" w:hAnsi="Noto Serif CJK SC" w:eastAsia="Noto Serif CJK SC"/>
        </w:rPr>
        <w:t>没有字的。“信口掉舌说不尽”，一切了义不了义，一切世法、出世法，怎么说都说不尽，为什么？本没有话说，说出来的，都不能尽其真实义。海底金乌天上日，目中童子眼前人。这是指示我们见性。“金乌”指太阳，“海底金乌”指太阳落山，落到海平面下去了。升到天上就是太阳。“目中童子”，眼睛当中有个童子，即瞳仁，也就是你自己啊。这就是告诉我们，真性在什么地方啊？就在眼面前，就是你能见能闻的那个东西，没有这个东西就没有瞳仁啊。所以时时刻刻见相，就要时时刻刻见性。觉即了，不施功，物我俱亡心境空，“觉即了”，觉悟了，大地平沉，一切都没有了。“不施功”，不用再做什么功夫了。《圆觉经》云：“知幻即离，不作方便，离幻即觉，亦无渐次。”做功夫，只要知道一切皆幻，不去执着，则当下成道。所以我们说，道属悟，不属修。“物我俱亡心境空”，有我就有物，有物就有我，这是相对应的。我没有，哪里有物呢？物没有，哪里有我呢？所以心空就根尘脱落、物我俱亡，本性即现前了。我们念佛，念到能念佛的心，所念的佛号，一时脱落，就心境空亡，证见大道了。菡萏枝枝撑夜月，木犀叶叶扇香风。这句话是说无情说法。“菡萏”就是荷花，即佛性所表示的莲花。荷花有出淤泥而不染的美德，这表示我们虽在这个苦恼的世界、污染的世界，但真心是不污染的。“枝枝”，叶子尚未出水。“夜月”，月亮的光明要到夜里才大放。就是说我们在未出尘劳时，真心也不污染，也是光明的。出尘劳之后，它就大放光明。一切众生都有佛性，佛性在众生身上并不少一分。“木犀叶叶扇香风”，木犀是桂花，瓣瓣都香，我们的真性就象桂花一样，都会扇香风，都是妙用无穷，就是不认识，为境所迷，追逐外境，着相造业，苦恼万分。所以要及早回头，虔修佛法。有等人，寻经论，终年求解不起行，有些知识分子，晓得佛法的好处，所以研究经论。“经”是佛所教导我们修行的话，“论”是菩萨阐述的心得和理论。他们一天到晚只是研究名相，讲道理而不修行。特别是有些法相宗人，专门研究佛学，不事修行，似乎没有用处。“知而不行，是谓不知。”这是王阳明</w:t>
      </w:r>
    </w:p>
    <w:p>
      <w:pPr>
        <w:spacing w:before="0" w:after="80" w:line="259" w:lineRule="auto"/>
        <w:ind w:firstLine="360"/>
      </w:pPr>
      <w:r>
        <w:rPr>
          <w:rFonts w:ascii="Noto Serif CJK SC" w:hAnsi="Noto Serif CJK SC" w:eastAsia="Noto Serif CJK SC"/>
        </w:rPr>
        <w:t>说的颠扑不破的真理。分别名相那知休，入海算沙徒自辛。这是说那些知识分子在八万四千法门上讨论，分别无休无止，却不去修行，这好比入海数沙子一样无益。海中沙子多的不得了，数得清吗？徒然自己辛苦劳碌，毫无用处。佛当日，曾叮咛，数他珍宝无己分，佛在世时告诉我们，须自己努力用功，不要数别人的珍宝。就是说我们仅研读经论，不依之修行，却在那儿分别别人有没有开悟，这对自己没有用处。从来蹭蹬行不利，难免枉堕文字坑。走路如果脚步不健，不勇往直前，在那儿兜圈子，这个法修修，那个法修修，走走又回来，徒费精力，没有用处。“难免枉堕文字坑”是说如果徒事研究，吟诗作文而不切实修持，就要掉在文字坑里面，把自己埋葬了。所以有些人非但自己不好好修行，而且做坏事，用考据学考据佛经，说《楞严经》、《大乘起信论》等是伪造的。堕在坑里，坑害别人，自己还不知道，这未免太愚痴了。亦愚痴，亦憨呆，海上蜃楼生实解，这种人不是很愚痴吗？数他人的珍宝，有什么用处？海上蜃楼是太阳光照在海上的雾气所显现出来的假相，却把它当真的了。执指为月枉施功，根尘法中盲摩揣。手指指向月亮，教他见月亮。结果他不见月亮，只见手指，那就</w:t>
      </w:r>
    </w:p>
    <w:p>
      <w:pPr>
        <w:spacing w:before="0" w:after="80" w:line="259" w:lineRule="auto"/>
        <w:ind w:firstLine="360"/>
      </w:pPr>
      <w:r>
        <w:rPr>
          <w:rFonts w:ascii="Noto Serif CJK SC" w:hAnsi="Noto Serif CJK SC" w:eastAsia="Noto Serif CJK SC"/>
        </w:rPr>
        <w:t>错误了。著了文字相，而不见手所指之月——本性。于是在根尘法</w:t>
      </w:r>
    </w:p>
    <w:p>
      <w:pPr>
        <w:spacing w:before="0" w:after="80" w:line="259" w:lineRule="auto"/>
        <w:ind w:firstLine="360"/>
      </w:pPr>
      <w:r>
        <w:rPr>
          <w:rFonts w:ascii="Noto Serif CJK SC" w:hAnsi="Noto Serif CJK SC" w:eastAsia="Noto Serif CJK SC"/>
        </w:rPr>
        <w:t>中盲摩揣，根尘，即心境，在思想与尘境上瞎猜，指鹿为马地以光明或佛像等为本性。其实这不是言语所能及，思想所能到的，须真参实究才能证到。心为根，境为尘，两种犹如镜上痕，心是根，境界是尘劳，这两种犹如我们法身镜上的痕迹、灰尘，俱须扫除掉，要根尘脱落才能证道。我们修法就要做到根尘脱落，不然难见本性。痕垢尽净光始现，心境双亡性乃真。</w:t>
      </w:r>
    </w:p>
    <w:p>
      <w:pPr>
        <w:spacing w:before="0" w:after="80" w:line="259" w:lineRule="auto"/>
        <w:ind w:firstLine="360"/>
      </w:pPr>
      <w:r>
        <w:rPr>
          <w:rFonts w:ascii="Noto Serif CJK SC" w:hAnsi="Noto Serif CJK SC" w:eastAsia="Noto Serif CJK SC"/>
        </w:rPr>
        <w:t>等到镜子上的灰尘、龌龊都消光了，那光明就放出来了。这是说当我们修法得当，忽然根尘脱落，心光就显现了。“心境双亡”，持</w:t>
      </w:r>
    </w:p>
    <w:p>
      <w:pPr>
        <w:spacing w:before="0" w:after="80" w:line="259" w:lineRule="auto"/>
        <w:ind w:firstLine="360"/>
      </w:pPr>
      <w:r>
        <w:rPr>
          <w:rFonts w:ascii="Noto Serif CJK SC" w:hAnsi="Noto Serif CJK SC" w:eastAsia="Noto Serif CJK SC"/>
        </w:rPr>
        <w:t>咒、念佛的妄心与所持之咒和所念佛号都脱落了，那就见到本性</w:t>
      </w:r>
    </w:p>
    <w:p>
      <w:pPr>
        <w:spacing w:before="0" w:after="80" w:line="259" w:lineRule="auto"/>
        <w:ind w:firstLine="360"/>
      </w:pPr>
      <w:r>
        <w:rPr>
          <w:rFonts w:ascii="Noto Serif CJK SC" w:hAnsi="Noto Serif CJK SC" w:eastAsia="Noto Serif CJK SC"/>
        </w:rPr>
        <w:t>了。所以修法不要执著，认为有咒可持、有佛号可念而抓紧不放，须要念到能所双亡，才能见真性。非不非，是不是，毫厘差之千里失，</w:t>
      </w:r>
    </w:p>
    <w:p>
      <w:pPr>
        <w:spacing w:before="0" w:after="80" w:line="259" w:lineRule="auto"/>
        <w:ind w:firstLine="360"/>
      </w:pPr>
      <w:r>
        <w:rPr>
          <w:rFonts w:ascii="Noto Serif CJK SC" w:hAnsi="Noto Serif CJK SC" w:eastAsia="Noto Serif CJK SC"/>
        </w:rPr>
        <w:t>不要管是非得失，一切是非没有定论。因为人的知见、爱好、性</w:t>
      </w:r>
    </w:p>
    <w:p>
      <w:pPr>
        <w:spacing w:before="0" w:after="80" w:line="259" w:lineRule="auto"/>
        <w:ind w:firstLine="360"/>
      </w:pPr>
      <w:r>
        <w:rPr>
          <w:rFonts w:ascii="Noto Serif CJK SC" w:hAnsi="Noto Serif CJK SC" w:eastAsia="Noto Serif CJK SC"/>
        </w:rPr>
        <w:t>格不同，和时间、兴趣的差异而生出或是或非的不同见解，所以没有一定的是非。“毫厘差之千里失”，出发点差一点，走下去就会相差很远，毫厘之差，天地悬殊。所以我们修道要认识正路，在心地上</w:t>
      </w:r>
    </w:p>
    <w:p>
      <w:pPr>
        <w:spacing w:before="0" w:after="80" w:line="259" w:lineRule="auto"/>
        <w:ind w:firstLine="360"/>
      </w:pPr>
      <w:r>
        <w:rPr>
          <w:rFonts w:ascii="Noto Serif CJK SC" w:hAnsi="Noto Serif CJK SC" w:eastAsia="Noto Serif CJK SC"/>
        </w:rPr>
        <w:t>修，不要在相上修，心地法门实诞生王子，如皇帝的太子，将来一定</w:t>
      </w:r>
    </w:p>
    <w:p>
      <w:pPr>
        <w:spacing w:before="0" w:after="80" w:line="259" w:lineRule="auto"/>
        <w:ind w:firstLine="360"/>
      </w:pPr>
      <w:r>
        <w:rPr>
          <w:rFonts w:ascii="Noto Serif CJK SC" w:hAnsi="Noto Serif CJK SC" w:eastAsia="Noto Serif CJK SC"/>
        </w:rPr>
        <w:t>成佛。其他法门都是外围功勋，顶多封王封侯，不能做皇帝，即不能成佛。不要执着神通，听从邪法，要知道成道的正因，掌握原则而奋力前进。我们已经指了又指，千万不要错过。是即龙女顿成佛，非则善星人身失。这儿有两个典故。一是“龙女顿成佛”，讲的是修行的路走正确了，就能如龙女献珠，马上成佛。龙女献珠是《华严经》上讲的故事，成佛不难，只要我们通身放下，马上即能成沸。“非则善星人身失”，这是第二个典故。意指本来蛮好的佛性，但是因地不正，走入歧途，结果人身也得不到，到畜生道里去了。种性邪，错知解，不达如来本性怀，“种性”即人的根性，有许多种。有大乘见、二乘见、凡夫见、外道见、邪道见等等。如果种姓不正，再加知解错误，那就不能懂得如来真正的意思去修正法，证成广度众生的菩提大道了。二乘苦行非究竟，外道炼身终必坏。“二乘苦行非究竟”，罗汉道、辟支佛道的修行非究竟。为什么呢？因为法执未亡，变易生死未了，这叫有余涅槃，不究竟。“外道炼身”，现在很多人练气功，以为做气功身体能永远不坏、长生不老，这不可能。肉身色体就是活一千年也还是要死的，所以说“终必坏”。修道教的人也讲究炼色身，名为性命双修，其实这色身的命不可能长生不老，试看修道教的长老有几个是色身长住的？不都是过去了吗。按实讲来，性即是命，命即是性，性实乃一切事物的根本，</w:t>
      </w:r>
    </w:p>
    <w:p>
      <w:pPr>
        <w:spacing w:before="0" w:after="80" w:line="259" w:lineRule="auto"/>
        <w:ind w:firstLine="360"/>
      </w:pPr>
      <w:r>
        <w:rPr>
          <w:rFonts w:ascii="Noto Serif CJK SC" w:hAnsi="Noto Serif CJK SC" w:eastAsia="Noto Serif CJK SC"/>
        </w:rPr>
        <w:t>它是亘古亘今长存，永久不坏的，这才是长生不老。所以修佛法，明心见性，即得长生妙诀。不思议，解脱力，恒沙大地载不起，“解脱”就是明白一切都不可得，不要去妄求而自己束缚自己，就自然得解脱。这种解脱之力大得想象不到，不可思议，连象·恒沙那么多世界的大地都载不起来。为什么？三世诸佛皆一口吞尽，何况区区世界！摩诃般若波罗蜜，甚深般若波罗蜜。这两句是赞叹般若波罗蜜的伟大。般若是大智慧，是慈航。波罗蜜是渡过生死苦海到彼岸。依般若之慈航才能渡过生死苦海而达彼岸，故般若是成功之母，是证道成佛之依恃，也是整个佛教的擎天柱。无般若则不能成事，无般若则无一切。伟矣哉，般若波罗蜜！因之，我们须时时刻刻毋忘般若波罗蜜，依靠它的力量，渡过重重魔障而达彼岸，亦幸甚矣。圆顿教，没人情，翻身踏倒涅槃城，圆顿大教是不讲人情世故的。因为法身无相，一丝不挂，一法不立，如有点滴存在就非是了。故大乘教是单刀直入，一切斩断，没人情。如讲人情就不能剿绝一切，亲见法身了。“翻身踏倒涅槃城”是指我们现在著相，为凡夫，如翻过身来不着相就成佛，到彼岸之上了。“踏倒涅槃城”，就是什么地方也不住，涅槃亦不可得。威音那畔至今日，好个风流画不成！威音王即指我们的法身。“威音”即大音希声，无所不包。“那畔”就是指世界未形成之前，生起世界之后就变成这畔，就变成此岸了。所以我们要恢复我们的本性，就要到达威音王那畔，证到一切色、声、香、味、触、法都消殒的时节。我们由无明包裹，造生死业，沦落到今天，所幸知过，闻法修道了，就须兢兢业业精勤修习，以期恢复本性光明，渡过生死苦海，到达那畔，方不辜负此生。一旦打开本来，亲见本性，就潇洒自在、欢乐安祥无可比拟了，这种境界是没有办法描绘的。所谓“心行路绝，言语道断”，只有自己证到那个地步才知道。方便门，善巧开，火中生莲终不坏，</w:t>
      </w:r>
    </w:p>
    <w:p>
      <w:pPr>
        <w:spacing w:before="0" w:after="80" w:line="259" w:lineRule="auto"/>
        <w:ind w:firstLine="360"/>
      </w:pPr>
      <w:r>
        <w:rPr>
          <w:rFonts w:ascii="Noto Serif CJK SC" w:hAnsi="Noto Serif CJK SC" w:eastAsia="Noto Serif CJK SC"/>
        </w:rPr>
        <w:t>我们修佛法都是方便门，本来没有法，所以叫“法本法无法”，“善巧开”就是对机说法，这个宗开这个门，那个宗开那个门，但都是一个目的。净土宗是开的一个善巧门，以念佛方法将凡心转成佛心，往生净土而成道。但假如我们念佛念得不得力，也可以修别的法以期速成，不是固执不变的。反之，修密法不成，也可修净土。“火中生莲终不坏”，火中生的莲花，表示经得起考验。我们这个娑婆世界是五浊恶世，非常烦恼，每个家庭都有一本难念的经，能在烦恼当中锻炼得心空净，不粘著，而证到本性，那力量就大得不得了。大慧杲禅师说，这种人比出家人修法力量大二十倍，可以永生永世不退转，直至成果地佛而不坏。勇施犯重悟无生，早已成佛无障碍。“勇施”，学佛要大智大勇，所以寺庙里的大殿叫大雄宝殿。“犯重”，犯戒有轻有重。假使我们犯戒了，要有大勇之心，思过，忏悔，不再犯。这儿“重”有重（音中）、重（音从）两种解释。犯了之后再犯叫“犯重”。现在的人根基差，可能犯重，所以假如第二次再犯，要格外小心谨慎。不能光想：“唉呀！我犯戒了，不得了了。”要勇于改掉，绝对不能一而再、再而三，否则永世不得翻身。“悟无生”的悟字非常重要，你若悟了，那罪过就无足轻重了，因为悟后心空了，过去所犯的错误犹如梦中做的，现在醒了，并未做过，所以就了了。不悟，心空不了，这罪障就盯着你，所以了则空，不了则要还宿债。“早已成佛无障碍”，施光心空，无所住着，就成佛了。复次，古印度有一位比丘名勇施，因犯四种根本大戒，心不安，求忏悔除罪，后遇一尊者，教以推寻犯罪根源，最后发觉罪性本空，了不可得，而豁然大悟，见自本性，证成大道。一切处，悉兰若，无闹无静无牵挂，“兰若”即寺院，是清静场所，修道的胜地。一般修行人都希望得一个清净场所修道，但如心不静，纵然有清净场所，也无助于事。因修道以心为主，如心静，再闹的地方也无碍于事。故说一切地方都是清静场所也。我们初修法固然以清净地方为宜，但如无适当处所，也不要去分这个地方吵闹，那个地方清净，还以心空为宜！不要粘著在吵闹、清静上面。怡然幽居无遮殿，游戏人间实潇洒。</w:t>
      </w:r>
    </w:p>
    <w:p>
      <w:pPr>
        <w:spacing w:before="0" w:after="80" w:line="259" w:lineRule="auto"/>
        <w:ind w:firstLine="360"/>
      </w:pPr>
      <w:r>
        <w:rPr>
          <w:rFonts w:ascii="Noto Serif CJK SC" w:hAnsi="Noto Serif CJK SC" w:eastAsia="Noto Serif CJK SC"/>
        </w:rPr>
        <w:t>“怡然”，就是心很安详快乐，心空空地一样东西都没有。“无遮殿”，这个殿是没有任何遮盖的东西，就是我们的真心，不是另有什么地方叫无遮殿。也就是说我们的真心本来不动，本来一法不立，本来清净无染，不管外界怎么吵闹，跟我不相干，我自如游戏人间，潇洒自在，无所挂牵。江月照，松风吹，更于何处觅作为，“江月照，松风吹”，这是以景写心。一个清静的夜晚，月在天上，照在江里，江水很清，月影照在里面很清爽。我们念佛持咒也是这样，念到心如清水，佛就如月亮一样照在心上。“松风吹”，风从松叶上吹过来很清香。譬喻心清净了，随你怎么闹，心都清净无烦。到此时心空如洗，无修、无得、无证，还有什么作为呢？所以我们念佛悟道、参禅悟道都一样。万世古今如电拂，三千刹海一芦苇。时间过得很快，就象拂尘一扫，电光一闪那么快就过去了。我们这个世界看起来已有几亿年了，但也不过象闪电一扫而已，所以无可粘著，任何世界都一样不可得。三千大千世界，象尘尘刹刹的海一样，虽多得不得了，也不过象一根芦苇一样不可得。旃檀林，无杂树，郁密幽深狮子住，“旃檀林”，就是檀香树。“无杂树”，就是说这里一根杂草也没有。就是说我们的心和一切大众的心都是佛性，无有染杂，本来香洁，只须觉悟，不粘尘劳，即能恢复本性，安居于郁密幽深的旃檀林了。境静林间独自游，走兽飞禽皆远去。在这环境幽静的大树林中独自来往。表示心空无住，不与万物为侣而独往独来。因为绝对真心没有相对的东西，故清净无染，称独往独来。有相对东西就有人我是非，不清净了。但心真清净了，即入闹市，亦如幽林。“走兽飞禽皆远去”，就是妄念颠倒和一切污染的东西都没有了。心境明，照无碍，廓然莹彻周法界，心中一切妄念都没有了，它就朗照大千，无所障碍，象《弥陀经》上讲的：“彼佛光明无量，照十方国，无所障碍。”我们的性能也是如此。“廓然”，辽阔虚空，“莹彻”是光亮无比，一点灰尘都没有，“法</w:t>
      </w:r>
    </w:p>
    <w:p>
      <w:pPr>
        <w:spacing w:before="0" w:after="80" w:line="259" w:lineRule="auto"/>
        <w:ind w:firstLine="360"/>
      </w:pPr>
      <w:r>
        <w:rPr>
          <w:rFonts w:ascii="Noto Serif CJK SC" w:hAnsi="Noto Serif CJK SC" w:eastAsia="Noto Serif CJK SC"/>
        </w:rPr>
        <w:t>界”，即十法界，四圣六凡，都朗照无遗。万象森罗隐现中，一颗圆明无内外。“万象森罗隐现中”，就是现在的山河大地、饮食起居和千差万别的事境在我们心中时隐时现，而绝对真心则圆照一切，无内无外。因任何事物都是它显现变化的，而一切转瞬都没有，皆是虚幻，故圆照而无内外也。日可冷，月可热，邪见何能坏真说，纵然太阳可以冷却，月亮可以热起来，但是邪见不能把真理毁坏掉。无筋空力大无比，螳螂岂能拒车辙？一点支撑的东西都没有，即无筋。假如有支撑，那就有筋有骨了。无筋无骨，一点东西都没有的空力是最大的。风的力量比水、火的力量都大。将来坏这四禅天，火烧初禅天，水淹二禅天，风吹三禅天。无筋空力，即我们的心力，比这力量更大。“螳螂岂能拒车辙”，螳螂的腿就象一把刀，但它能挡住车轮吗？挡不住，车子一滚就把它压死了。如实唱，如实听，未曾开口已和竟，真正说是无说，真正听是无听，没开口已讲完了，现在说是多说了。三世诸佛齐唱和，尽未来际无穷尽。《证道歌》是永嘉禅师作的，《解脱歌》是大愚师公依照永嘉禅师的原韵和唱的。尽未来际，三世诸佛唱和此歌无有穷尽。因此歌是心声，心是亘古长存、无有尽时的，故歌亦长和唱无尽。又三世诸佛说即无说，无说即说，故风声鸟语、山崩海啸，无不是此歌之唱和。尽未来际，世界无穷，此歌亦无尽也！歌毕不觉哈哈大笑，和者喝曰：不怕开了口合不得吗？诸人且道，这疯汉哈哈大笑，毕竟作么生？我们大愚法师这么哈哈大笑，大家说说看，究竟为什么？父母所生口，终不向你道！可怜生，直落得一场么罗！</w:t>
      </w:r>
    </w:p>
    <w:p>
      <w:pPr>
        <w:spacing w:before="0" w:after="80" w:line="259" w:lineRule="auto"/>
        <w:ind w:firstLine="360"/>
      </w:pPr>
      <w:r>
        <w:rPr>
          <w:rFonts w:ascii="Noto Serif CJK SC" w:hAnsi="Noto Serif CJK SC" w:eastAsia="Noto Serif CJK SC"/>
        </w:rPr>
        <w:t>《悟心铭》浅释原载于《禅》刊一九九○年第二期心中心密法，系藉佛菩萨慈悲加被之力修行，故易于得定，打开</w:t>
      </w:r>
    </w:p>
    <w:p>
      <w:pPr>
        <w:spacing w:before="0" w:after="80" w:line="259" w:lineRule="auto"/>
        <w:ind w:firstLine="360"/>
      </w:pPr>
      <w:r>
        <w:rPr>
          <w:rFonts w:ascii="Noto Serif CJK SC" w:hAnsi="Noto Serif CJK SC" w:eastAsia="Noto Serif CJK SC"/>
        </w:rPr>
        <w:t>本来，证悟真心。譬之旅行，自力修行者，全靠自己两脚行走，修心</w:t>
      </w:r>
    </w:p>
    <w:p>
      <w:pPr>
        <w:spacing w:before="0" w:after="80" w:line="259" w:lineRule="auto"/>
        <w:ind w:firstLine="360"/>
      </w:pPr>
      <w:r>
        <w:rPr>
          <w:rFonts w:ascii="Noto Serif CJK SC" w:hAnsi="Noto Serif CJK SC" w:eastAsia="Noto Serif CJK SC"/>
        </w:rPr>
        <w:t>密则如乘船、乘车，更或乘飞机，所以快速、稳当，有事半功倍之效。先师骧陆公，为扶助心密行人更加快速地了悟真心、超凡入圣起见，著有《悟心铭》一首，共四十句，每句四字，共一百六十字，虽文短而字少，但义理丰富深长。整个成佛之真谛和修心要诀，均宣示无遗。诚可谓文约义丰，言简意赅之精要著作，亦现代不可多得之悟心评唱！学者如于修法之余，每天将其朗诵几遍烂熟于胸中，久久自于境缘上一触即发，由真实体中得大机大用。兹为帮助后进者了达其含蓄之玄旨，易于悟心起见，乃逐句浅释，尚望学人珍重，勿轻视之！《悟心铭》全文不是有心不是无心不是不见不是不闻</w:t>
      </w:r>
    </w:p>
    <w:p>
      <w:pPr>
        <w:spacing w:before="0" w:after="80" w:line="259" w:lineRule="auto"/>
        <w:ind w:firstLine="360"/>
      </w:pPr>
      <w:r>
        <w:rPr>
          <w:rFonts w:ascii="Noto Serif CJK SC" w:hAnsi="Noto Serif CJK SC" w:eastAsia="Noto Serif CJK SC"/>
        </w:rPr>
        <w:t>了了觉知�不着见闻荡然无住是名无心</w:t>
      </w:r>
    </w:p>
    <w:p>
      <w:pPr>
        <w:spacing w:before="0" w:after="80" w:line="259" w:lineRule="auto"/>
        <w:ind w:firstLine="360"/>
      </w:pPr>
      <w:r>
        <w:rPr>
          <w:rFonts w:ascii="Noto Serif CJK SC" w:hAnsi="Noto Serif CJK SC" w:eastAsia="Noto Serif CJK SC"/>
        </w:rPr>
        <w:t>心若无住妄依何立�妄既不立夙障自除问心何来因境而起境亦不有�同属幻影妙用恒沙尽是缘心缘心息处顿证无生无生实相非可眼见杳杳冥冥其中有精证悟之者�名曰见性是故无求心自宁一无心可惑即是大定�得大定者无动无静无得无失无喜无嗔本位不移�起应万机不变随缘即无生死成佛要诀如是而已</w:t>
      </w:r>
    </w:p>
    <w:p>
      <w:pPr>
        <w:spacing w:before="0" w:after="80" w:line="259" w:lineRule="auto"/>
        <w:ind w:firstLine="360"/>
      </w:pPr>
      <w:r>
        <w:rPr>
          <w:rFonts w:ascii="Noto Serif CJK SC" w:hAnsi="Noto Serif CJK SC" w:eastAsia="Noto Serif CJK SC"/>
        </w:rPr>
        <w:t>浅释</w:t>
      </w:r>
    </w:p>
    <w:p>
      <w:pPr>
        <w:spacing w:before="0" w:after="80" w:line="259" w:lineRule="auto"/>
        <w:ind w:firstLine="360"/>
      </w:pPr>
      <w:r>
        <w:rPr>
          <w:rFonts w:ascii="Noto Serif CJK SC" w:hAnsi="Noto Serif CJK SC" w:eastAsia="Noto Serif CJK SC"/>
        </w:rPr>
        <w:t>《悟心铭》开始即说：“不是有心，不是无心。”</w:t>
      </w:r>
    </w:p>
    <w:p>
      <w:pPr>
        <w:spacing w:before="0" w:after="80" w:line="259" w:lineRule="auto"/>
        <w:ind w:firstLine="360"/>
      </w:pPr>
      <w:r>
        <w:rPr>
          <w:rFonts w:ascii="Noto Serif CJK SC" w:hAnsi="Noto Serif CJK SC" w:eastAsia="Noto Serif CJK SC"/>
        </w:rPr>
        <w:t>这二句把妙明真心之体和妙用和盘描绘出来。以妙明真心，既不属有，亦不是无。你说它有，无相可见，无声可闻；你说它无，语默动静，行住坐卧，无一不是它在起作用。古德譬之“海中盐味”，“色里胶青”，虽不能目睹，而体实不无。释迦文佛告诉我们，它是真空妙有，妙有真空的大宝藏。所谓真空者，别于顽空和断灭空，以妙有故，空而不空，不空而空；所谓妙有者，别于妄有或实有，以真空故，有而不有，不有而有也。次就相用说来，也是非有非无，非无非有的。你说它无，形形色色历然现前，而妙用恒沙；你说它有，一切色相，皆因缘所生，无有自体，所起事用，宛如水月空花，无可把持。《心经》云：“色即是空，空即是色。”就是说色空不二，非有非无。以一切色相皆是真空妙体之所显现，而真空妙体亦不能离开色相而显其用，更非离色相而别有。譬如水起之波，水即是波，波即是水，离波即不可得水，离水亦不可得波。吾人用功，既不可执色相为实有而粘着不舍，更不能偏离色相，废有而着空。故不论上座习定，下座起用，均须无所取舍，方契中道之理，走上真空妙有的大道。学者修法，修至妄念消融时，则能念之心，所持之咒，一时脱落，内而身心，外而世界一齐消殒，化为乌有。净裸裸一丝不挂，赤洒洒一尘不染，但了了分明，非同木石。这一丝不挂一片虚明的是什么？不是当人非有非无之妙明真心，历历现前，又是什么？！当斯时也，色空不能到，有无不能及；说无之时，周遍法界，说有之时，纤毫不立；诸子百家，百工技艺，乃至诸佛净土，恒沙众生，无不融会于中矣。第二句：“不是不见，不是不闻。”这教我们做功夫，不可死做，而要活泼泼地历境练心；不要闭目不见，塞耳不闻，须要见无所见，闻无所闻，才能灵活妙用，证成大道。我常见一些错用功者，闭着眼睛，不见事物，塞住耳朵，不闻音声，以为这样就能把心练空，成道了。殊不知纵然你闭目塞耳、心不接境时，可以做到心死不动，一旦开眼去塞，心对境时，妄心又不免随着色声转动不停。以除境灭心，非真了故，何况在闭目塞耳时，内心未必不在暗暗蠢动哩！另外，闭目塞耳，更有一大过患，假如学者用闭塞的功夫，真正做到心死不动了，那又做到黑山背后死水中去了，非但不能成佛，且有沦为土木金石之虞。所以学者不可不慎！要真正做到心不为境转，还靠在境界上锻炼。宗下所谓：“在地</w:t>
      </w:r>
    </w:p>
    <w:p>
      <w:pPr>
        <w:spacing w:before="0" w:after="80" w:line="259" w:lineRule="auto"/>
        <w:ind w:firstLine="360"/>
      </w:pPr>
      <w:r>
        <w:rPr>
          <w:rFonts w:ascii="Noto Serif CJK SC" w:hAnsi="Noto Serif CJK SC" w:eastAsia="Noto Serif CJK SC"/>
        </w:rPr>
        <w:t>上跌倒，还在地上爬起！”离境趋空，终成泡影！《金刚经》云：“凡所有相，皆是虚妄！”一切色声，皆因缘生，无有实体；任你美色当前，妙声充耳，俱不过阳焰、空花、海市蜃楼，一时假现。认清此理，再经时日之推移，和千万次境上的艰苦锻炼，自然心宁神静，遇境安然不动。洞山禅师《五位君臣颂》颂第四位“偏中至”修道位云：“偏中至，二刃交锋不须避，好手还如火中莲，丈夫自有冲天志！”即教我们活泼用功，历境练心，不须回避见闻，以启将来之大机大用也。第三句：“了了觉知，不着见闻！”这是承上二句“不是不见，不是不闻”，而进一步申说应怎样灵活地做功夫，方不致走入歧路。我人修行，是修成活佛，所以不是死坐不动，沉空滞寂，坐在黑山背后，可以了道的。云门云：“即此见闻非见闻，无余声色可呈君！”明白畅晓地告诉我们，你要彻见真心吗？就在你现前见色闻声处。了悟这见色闻声</w:t>
      </w:r>
    </w:p>
    <w:p>
      <w:pPr>
        <w:spacing w:before="0" w:after="80" w:line="259" w:lineRule="auto"/>
        <w:ind w:firstLine="360"/>
      </w:pPr>
      <w:r>
        <w:rPr>
          <w:rFonts w:ascii="Noto Serif CJK SC" w:hAnsi="Noto Serif CJK SC" w:eastAsia="Noto Serif CJK SC"/>
        </w:rPr>
        <w:t>底是谁？离开这见色闻声底，你就无处去寻觅它了；假使你着在见</w:t>
      </w:r>
    </w:p>
    <w:p>
      <w:pPr>
        <w:spacing w:before="0" w:after="80" w:line="259" w:lineRule="auto"/>
        <w:ind w:firstLine="360"/>
      </w:pPr>
      <w:r>
        <w:rPr>
          <w:rFonts w:ascii="Noto Serif CJK SC" w:hAnsi="Noto Serif CJK SC" w:eastAsia="Noto Serif CJK SC"/>
        </w:rPr>
        <w:t>色闻声上，又被声色所迷，也见不着它了。这是何等灵活的功夫，岂是死坐不动，不见不闻可以见道的？又云：“玄虚大道本无著，见色闻声不用聋！”可见做功夫须活做不可死做；死做不但不能成道，还有流入魔外之虞。所以先师告诉我们，做功夫须在行住坐卧、动静闲忙处活用，不可如木石无知，而要了了分明；虽了了分明而又不可</w:t>
      </w:r>
    </w:p>
    <w:p>
      <w:pPr>
        <w:spacing w:before="0" w:after="80" w:line="259" w:lineRule="auto"/>
        <w:ind w:firstLine="360"/>
      </w:pPr>
      <w:r>
        <w:rPr>
          <w:rFonts w:ascii="Noto Serif CJK SC" w:hAnsi="Noto Serif CJK SC" w:eastAsia="Noto Serif CJK SC"/>
        </w:rPr>
        <w:t>着在声色上！换句话说，就是要见无所见，闻无所闻，而不是不见</w:t>
      </w:r>
    </w:p>
    <w:p>
      <w:pPr>
        <w:spacing w:before="0" w:after="80" w:line="259" w:lineRule="auto"/>
        <w:ind w:firstLine="360"/>
      </w:pPr>
      <w:r>
        <w:rPr>
          <w:rFonts w:ascii="Noto Serif CJK SC" w:hAnsi="Noto Serif CJK SC" w:eastAsia="Noto Serif CJK SC"/>
        </w:rPr>
        <w:t>不闻，这样才得灵活妙用。即或在座上也要正念昭昭，了了分明而不可茫然无知，落入昏沉或无记。永嘉大师云：“惺惺寂寂是，惺惺狂想非；寂寂惺惺是，寂寂无记非。”即此“了了觉知，不着见闻”之注脚也。第四句：“荡然无住，是名无心。”我们平常认为无心，就是一念不生，而一念不生，就是压念不起。所以大家都用死压功夫，压住念头不让它起来，以为一个念头没有就是好功夫，更以为一念不生的时间，由短而长，便是功夫的上上升进，殊不知这样死做下去，非但不能成佛，成个土木金石倒有份在！因为佛是活泼泼的大觉者，恒沙妙用的伟丈夫，岂是如木石的死硬块，毫无知觉的塑雕像。做功夫，不在多种多样的差别境上锻炼自己，心无所住，只是死压心念不起，还能起什么妙用？</w:t>
      </w:r>
    </w:p>
    <w:p>
      <w:pPr>
        <w:spacing w:before="0" w:after="80" w:line="259" w:lineRule="auto"/>
        <w:ind w:firstLine="360"/>
      </w:pPr>
      <w:r>
        <w:rPr>
          <w:rFonts w:ascii="Noto Serif CJK SC" w:hAnsi="Noto Serif CJK SC" w:eastAsia="Noto Serif CJK SC"/>
        </w:rPr>
        <w:t>不见六祖大师当年救卧轮公案？卧轮禅师初以为压念不起是好功夫，故有颂云：“卧轮有伎俩，能断百思想，对境心不起，菩提日日长！”六祖一见，知走入死水歧途，故救之云：“惠能无伎俩，不断百思想，对境心数起，菩提作么长！”卧轮知错改正，方始入道。是知无心，不是压念不起，更不是无念之时，由短而长，方为增进，真正无心的功夫，是尽管应缘接物而心无所住；尽管日理万机而意无所染。衷心犹如水上绘画一样，一笔起处，水面马上会合，毫无痕迹，这才是无心的真好功夫。《金刚经》云：“应无所住而生其心！”这个“应无所住”的“应”字，往往被人误解作“应当”、“应该”的“应”字。其实不然，这个“应”字是“应缘接物”的“应”，是教我们在日常生活中应付一切事件，接应所有人物，都要心无所住，荡然无染。而不是只告诉我们在理地上应该或应当无所住着的。我们倘能应缘而无所住，则恒沙妙用的灵活真心自然无所遮蔽地时时现前了。所以无念是活的，是应缘而无所住染；不是压念不起，死在那里不动。我们只要念起无住，不攀缘，不停留，随用随息，即是无念。昔时，僧问赵州：“如何是无念？”州云：“急水上打球子！”赵州后更反问投子：“急水上打球子，意旨如何？”投子云：“念念不停留！”可</w:t>
      </w:r>
    </w:p>
    <w:p>
      <w:pPr>
        <w:spacing w:before="0" w:after="80" w:line="259" w:lineRule="auto"/>
        <w:ind w:firstLine="360"/>
      </w:pPr>
      <w:r>
        <w:rPr>
          <w:rFonts w:ascii="Noto Serif CJK SC" w:hAnsi="Noto Serif CJK SC" w:eastAsia="Noto Serif CJK SC"/>
        </w:rPr>
        <w:t>见念起无住即无念，而不是一念不生方为无念也。又懒融禅师《无心</w:t>
      </w:r>
    </w:p>
    <w:p>
      <w:pPr>
        <w:spacing w:before="0" w:after="80" w:line="259" w:lineRule="auto"/>
        <w:ind w:firstLine="360"/>
      </w:pPr>
      <w:r>
        <w:rPr>
          <w:rFonts w:ascii="Noto Serif CJK SC" w:hAnsi="Noto Serif CJK SC" w:eastAsia="Noto Serif CJK SC"/>
        </w:rPr>
        <w:t>颂》云：“恰恰用心时，恰恰无心用；无心恰恰用，常用恰恰无！”即正在用心时，亦不见有心起用，道尽无心的意旨和妙用矣。第五句：“心若无住，妄依何立？”修道人个个讨厌妄心，要消灭它，打倒它。殊不知妄本不有，只是思想作祟，一切外境宛如水月，皆非实有，众生无知，误认为有，执而不舍，乃成为妄。倘能当下一觉，照破幻境，妄即化为乌有。如人做梦，正在做梦时，也认为实有，及至醒来，痕迹也无。良由真心如镜光，一切色、声、香、味、触、法，皆如镜中所现之影。凡夫愚昧无知，背镜光而取影，造业受报，生死不了；二乘圣人，虽不着尘境，但又背镜影而住光，以有所住，又成法妄，只了分段生死，不了变易生死；一乘学者，悟透佛法、世法，不即镜影，亦不离镜影。以一切影像皆是镜光所成，镜即是影，影即是镜；离镜无影，离影无镜，既不可背镜住影，亦无须离影求镜。既深知影镜皆无所住，当能心无爱憎之情，境无取舍之住。故学者不必怕妄，但深契一乘玄旨，于境无取无舍，无喜无嗔，</w:t>
      </w:r>
    </w:p>
    <w:p>
      <w:pPr>
        <w:spacing w:before="0" w:after="80" w:line="259" w:lineRule="auto"/>
        <w:ind w:firstLine="360"/>
      </w:pPr>
      <w:r>
        <w:rPr>
          <w:rFonts w:ascii="Noto Serif CJK SC" w:hAnsi="Noto Serif CJK SC" w:eastAsia="Noto Serif CJK SC"/>
        </w:rPr>
        <w:t>则妄自除矣。复次，众多学者，莫不以“无明”难破，甚有谈虎色变之慨。其实，所谓“无明”者，亦非实有，不过是妄心作怪，粘着尘境，迷而不觉，假名而已。行者果能当下凛然一觉，则妄境破，无明自销。譬如千年暗室一灯能明，无须历时消除。故所谓无明者，妄心者，只是我人不觉之故，倘能时时观照，处处凛觉，令心清空廓澈，无所住执，还愁什么无明不破，妄心不息哩！？第六句：“妄既不立，夙障自除。”良以心本通灵无碍，只以迷境着相而成障。所谓夙障者，即多生历劫迷相造业而积累之妄习，迷障遮蔽本性之明，不得自在受用，而复痛苦、艰辛、烦恼无尽也。今既知一切事相本空，心不留碍，业且不有，虚妄之障，又将安寄？大梅禅师云：“一切业障在达人份上，如热汤消冰，光明去暗，无所驻足。”盖所谓障者，亦是假名，无有实体。经云：“罪从心生，还将心灭！”又云：“心生则种种障生，心灭则种种障灭！”倘能直下无心则妄无立处，妄既不立，则夙障自除矣。或谓“现业易消，定业难免；心业易除，身业难灭”，此亦不可一概而论。不见达摩大师嘱二祖神光曰：“子将有杀身之报，但为正法免遭毁谤故，此债可予免还。”又一古德中风嘴歪，侍者笑谓云：“和尚终日诃佛骂祖，今日受报了。”古德云：“尔随侍我数十年，如此看我？须知一切业障在祖师身上，犹如空花水月，虽还报犹如不还报，而且要还即还，要不还即不还，你看我嘴歪不歪！”随说随用手一拍嘴巴，嘴即正了，并斥侍者云：“尔等执相众生，于本来空中作业障想，于无偿还中作偿还想，是以业障不了，受累无穷也。”由此可知一切业障系于心，心果真空，无所谓障，更无所谓还不还。以无还无不还故，正不必执不还为不还，尽管还而犹不还也。僧问古德：“如何是业障？”德云：“本来空！”僧进问云：“如何是本来空？”德云：“业障！”本来空不是顽空或断灭空，而是一切事物、业障的当体本来就是空无所有。故二祖神光大师，虽受初祖之嘱，于传法三祖后，仍去还杀身之债，而无难色，并于临刑时高唱云：“将头临白刃，犹如斩春风！”这是何等气概，此真了的弘范也。第七句：“问心何来？因境而起。”“心本无生因境有！”这是毗舍浮佛的名言。我人之心——即思</w:t>
      </w:r>
    </w:p>
    <w:p>
      <w:pPr>
        <w:spacing w:before="0" w:after="80" w:line="259" w:lineRule="auto"/>
        <w:ind w:firstLine="360"/>
      </w:pPr>
      <w:r>
        <w:rPr>
          <w:rFonts w:ascii="Noto Serif CJK SC" w:hAnsi="Noto Serif CJK SC" w:eastAsia="Noto Serif CJK SC"/>
        </w:rPr>
        <w:t>想，本来没有，因对境而生起影像，执着不舍，才生起妄想，这就是心。这个心是根——心、尘——境集合而生起的，所以叫作“集起为心”，它是六尘落谢的影子，纯属虚幻，无有实体。佛经中所说的“一切唯心造”和“三界唯心，万法唯识”的“心”字就是指这个由客观外境反映而生起的虚幻影像心。所以它也是外境，也是客体，而且也不离物质，不可把它看作主观的心，当作主宰世界的“真神”而宝贝它。我们做功夫，既要不着森罗万象的外境，更要把这幻影妄心销尽。所谓内而身心，外而世界一起销殒，妙明真心，方才现前。反是，把这虚幻心当作主观实体，真性就被掩没不见了。因之，我们所说“一切唯心造”的“心”字，是把它视作被消灭的客观对象来处理的，并非说它是万物的主宰者，这要请广大学佛者搞清楚，不要误会才好！第八句：“境亦不有，同属幻影！”经云：“心不自心，因境故心；境不自境，因心故境。”这就把心与境，境与心的相因相成的关系说得一清二楚。心既因境而有，境亦不能离心独立，因境系因缘生，无有自体。比如镜影，虽有万别千差之相，如无镜光，影不能现；境亦如是，无心境无成，即或有美景佳境，无心领受鉴赏，有亦同无。以境不自境，不自谓为美妙胜境也。心与境既相对而生，离一即无，则境与心，皆非真实，同属虚幻之影明矣。或许有人要说，娑婆世界所有景物，皆我人共业所招的业果，假而非真，谓为幻影，可以说得；至于西方极乐世界，乃阿弥陀佛多生历劫精勤修行，为广大众生造福，积累功德，缘熟果满所感之真境，似不可谓为幻影。关于这一点，确应好好讨论一下。因为现在修净土的人很多，如不把净土真相搞清楚，不明白净土究竟是怎么一回事，修行起来不易得力，更谈不到深证念佛三昧，上品往生了。首先就相来说，娑婆是业障众生造业所招的五浊恶果，而极乐是弥陀愿满德圆所感的清净世界，故一是秽浊丑恶，一是美妙庄严，大有区别。但土从心生，离心无土，离土无心；心即土，土即心。故经云：“欲净其土，先净其心！”“随其心净，即佛土净！”是教我人识得净土为何物，好下手用功证取，以免徒取外相，流入歧途。</w:t>
      </w:r>
    </w:p>
    <w:p>
      <w:pPr>
        <w:spacing w:before="0" w:after="80" w:line="259" w:lineRule="auto"/>
        <w:ind w:firstLine="360"/>
      </w:pPr>
      <w:r>
        <w:rPr>
          <w:rFonts w:ascii="Noto Serif CJK SC" w:hAnsi="Noto Serif CJK SC" w:eastAsia="Noto Serif CJK SC"/>
        </w:rPr>
        <w:t>既然土外无心，心外无土，心土不相分离，而一真法界——真心</w:t>
      </w:r>
    </w:p>
    <w:p>
      <w:pPr>
        <w:spacing w:before="0" w:after="80" w:line="259" w:lineRule="auto"/>
        <w:ind w:firstLine="360"/>
      </w:pPr>
      <w:r>
        <w:rPr>
          <w:rFonts w:ascii="Noto Serif CJK SC" w:hAnsi="Noto Serif CJK SC" w:eastAsia="Noto Serif CJK SC"/>
        </w:rPr>
        <w:t>——又在圣不增，在凡不减，则极乐净土系从净妙真心中流出，而娑婆秽土离清净佛性亦何可得？以是，极乐虽净，娑婆虽秽，同是</w:t>
      </w:r>
    </w:p>
    <w:p>
      <w:pPr>
        <w:spacing w:before="0" w:after="80" w:line="259" w:lineRule="auto"/>
        <w:ind w:firstLine="360"/>
      </w:pPr>
      <w:r>
        <w:rPr>
          <w:rFonts w:ascii="Noto Serif CJK SC" w:hAnsi="Noto Serif CJK SC" w:eastAsia="Noto Serif CJK SC"/>
        </w:rPr>
        <w:t>真心中显现之影像，犹如镜光中显现之影，虽有形式之殊，净秽之别，但皆如水中之月，了不可得，绝不可因极乐为净月影而妄谓可得也。次就真假来说，《金刚经》谓：“凡所有相，皆是虚妄！”以相如上文所说，皆镜中之影，了不可得，故假而非真，绝不因净、秽、美、丑而分真假。所以极乐国土，虽尽善尽美，亦是虚妄之相。进一步来说，说真道假，皆是我等凡夫执相立名，妄加分别之过。以所谓真假，乃相对而有，离一即不可得，故皆假名。真假既相对而有，则说真之时，假即在其中矣；说假之时，真亦在其中矣。谚云：“假作真时真亦假。”于无真假处妄作真假，宁非庸人自扰？复次，镜必显影故，有真心不无假相，无相无从显示真心，故《弥陀经》宣示极乐庄严；影不离镜故，有假相不无真心，无真心无从成其假相，故《金刚经》显示妙体，一法不立。性相既不相离，密切有如水之与波，故见相即见性，无有一物可当真，故谓全假即真；见性不废相，圆成差别妙用，故谓全真即假。真假假真，全是我人妄心作祟，实则灵妙真心，一物不立，有何真假之可言哉？故如说极乐世界是真，则娑婆世界亦真；如谓娑婆系假，则极乐亦假。故净秽二土皆从一真法界中流出，绝不可因在缠凡夫，迷昧真心，造业受报，而否定其灵性，谓所现秽土业相，非从佛性真心中宣流也。再说极乐世界，有四土九品之别。最下层凡圣同居土，虽有种种庄严妙相，但方便有余土与实报庄严土，则土愈高而相愈清淡妙微，至最高常寂光净土，则更净妙微明而一相不立。虽一相不立，亦不出上述三土之外。故执相修行者，只得下品往生，空相见性者，始能往生上品。以是真修净土者，既不执相，亦不废相，只一切放下，端身正坐，诚心敬意，执持名号，以呼吸为数珠，昼夜六时，绵绵密密念去，久久不懈，自得念佛三昧。到那时，不等命终生西，已早预上品莲位矣。第九句：“妙用恒沙，尽是缘心。”上面说过，吾人做功夫，不可死压念头不起，将妄心灭尽；只可活转，念起不睬，不令攀缘相续。原因就是将来要起大机大用，还要藉这妄心。这妄心如果压死了，真心也就无从起妙用了。比如水因风起浪，浪若去尽，水也就没有了。《圆觉经》于“居一切时，不起妄念”后接着就说：“于诸妄心亦不息灭。”即教吾人用活功夫以启将来</w:t>
      </w:r>
    </w:p>
    <w:p>
      <w:pPr>
        <w:spacing w:before="0" w:after="80" w:line="259" w:lineRule="auto"/>
        <w:ind w:firstLine="360"/>
      </w:pPr>
      <w:r>
        <w:rPr>
          <w:rFonts w:ascii="Noto Serif CJK SC" w:hAnsi="Noto Serif CJK SC" w:eastAsia="Noto Serif CJK SC"/>
        </w:rPr>
        <w:t>般若妙用也。我等凡夫的日常起居与一切创作、发明，无一不是这“妄心”的妙用。离开它，我们就像痴子、傻子一样，不能成就什么事业。在凡夫位，既是它在起作用；将来成贤成圣，所起广大神用，也离不开它。不过在凡夫位，因有住着，称作妄心、识神；在圣贤位，去尽粘缚，称为般若、灵知罢了。我尝问人：识神与真如相去多少？闻者大惊，谓真如与识神，一是真心，一是妄识，何可相提并论？并以玄沙禅师偈作佐证云：“学道之人不识真，只为从来认识神；无量劫来生死本，痴人唤作本来人！”余闻之，不觉哈哈大笑道：“阁下识得《本来人》否？若不识，真如就变为识神；若识得，识神就是真如，何有二致？”上面说过，波本是水，水不离波；离波觅水，水从何得？而且水不起波澜，只是死水，何能壮阔？真如不假识神，亦是痴儿，无从起用。玄沙一偈，不是说识神不好，问题症结在识不识得本来人！若识得，则识神由主人指挥，成就一切波澜壮阔的妙用；若识不得，则恶仆凌主，背叛作乱矣。第十句：“缘心息处，顿证无生！”经云：“息下狂心，即是菩提！”这个道理，就和我们上面所举的影与镜、水与波一样，影与波俱不能离镜与水，同样，妄心也不离菩提正觉。以不离故，除去妄心，即无正觉。故修道人要亲证不生不灭的真如实性，不可用什么手段去除妄心，而只能用一个“息”字功夫，将这对境攀缘的妄心停息下来，就如波浪息处即是水一样，妙明真心就豁然现前了。学者果知一切外境，皆如阳焰、空花，无有实体，不去攀缘，不生妄念。则神宁智清，灵光独耀，衷心明净，如镜照物，无取无舍，无爱无憎；虽了了分明而一念不生，一念不生而了了分明，当下即亲证无生实相矣。无须于息心之外更用何拙力也。一切法门不管是念佛、持咒，还是参禅，俱不过是“息”字的工具和手段，教你由念佛，或是持咒、参禅，将狂心息下，从而打开本来，明见真心罢了。并非从念佛、持咒，或参禅中得个什么奇特玄妙。古德云：“佛法无你用心处！”又云：“穿衣吃饭即是，举心动念即乖！”以佛性众生本具，非从外得，不用求，不用取，故无须用力也。相反，着力向外追求，从他讨取，则愈求愈远，越用力取越不得。是以佛法是最伟大的省力事业，非同世法须惨淡营谋、苦心筹措而后</w:t>
      </w:r>
    </w:p>
    <w:p>
      <w:pPr>
        <w:spacing w:before="0" w:after="80" w:line="259" w:lineRule="auto"/>
        <w:ind w:firstLine="360"/>
      </w:pPr>
      <w:r>
        <w:rPr>
          <w:rFonts w:ascii="Noto Serif CJK SC" w:hAnsi="Noto Serif CJK SC" w:eastAsia="Noto Serif CJK SC"/>
        </w:rPr>
        <w:t>可得也。老子曰：“为道日损！”学人果能将自己所会、所知、所有的一切一切统统放下，则狂心息处，顿证无生矣。谚云：“踏破铁鞋无觅处，得来全不费工夫！”良有以也。第十一、十二句：“无生实相，非可眼见；杳杳冥冥，其中有精！”这个不生不灭，不来不去，不增不减的真如妙性，是大而无外，小而无内的平等真实之相。《金刚经》云：“凡所有相，皆是虚妄。”有相之相，皆因缘所成，无有自体，故皆虚幻不实；真实之相，是无相的净妙大相。大相无形故，眼不能见。但功夫做到桶底脱落，能所双亡时，心地法眼，可以见道。但这个“见”，不是眼睛看见的“见”，而是见地、知见、体会、领悟之意。因为它虽杳杳冥冥，无相可见，无味可嗅，但非断灭、顽空，而是有“真精”“妙体”的。这“真精妙体”，换句话说，就是“离念的灵知”。当你功夫做到根尘脱落，人法双忘时，自然时到神知，一下子领悟，证验这净裸裸，赤洒洒，灵明真精，就是你本命元辰。既证悟了妙性，回过头来以影不离镜故，则目所见、耳所闻、身所触的万象森罗，无一不是它——真精——的显现，无一不是它的</w:t>
      </w:r>
    </w:p>
    <w:p>
      <w:pPr>
        <w:spacing w:before="0" w:after="80" w:line="259" w:lineRule="auto"/>
        <w:ind w:firstLine="360"/>
      </w:pPr>
      <w:r>
        <w:rPr>
          <w:rFonts w:ascii="Noto Serif CJK SC" w:hAnsi="Noto Serif CJK SC" w:eastAsia="Noto Serif CJK SC"/>
        </w:rPr>
        <w:t>妙用，无一不是它的注脚。学人到此地步，则时时闻道，处处见性</w:t>
      </w:r>
    </w:p>
    <w:p>
      <w:pPr>
        <w:spacing w:before="0" w:after="80" w:line="259" w:lineRule="auto"/>
        <w:ind w:firstLine="360"/>
      </w:pPr>
      <w:r>
        <w:rPr>
          <w:rFonts w:ascii="Noto Serif CJK SC" w:hAnsi="Noto Serif CJK SC" w:eastAsia="Noto Serif CJK SC"/>
        </w:rPr>
        <w:t>了。六祖云：“真见性人，抡刀上阵，亦是见性！”大慧云：“彻悟人，肉眼亦能见道！”性相不二的妙理，一语宣泄无遗！第十三句：“证悟之者，名曰见性。”明心见性一词，现代修道人都把它看作是高不可攀的圣贤边事，非我等凡夫所可攀登、企及的。要了生死，只好念念阿弥陀佛，往生西方去吧，殊不知明心见性并非难事，更不是高不可攀的（其中道理我在《略论明心见性》一文中叙述甚详，现不复赘）。我们只按上述方法，息下狂心，不着前境，亦不息灭正念，更不求奇特玄妙，则了了分明中，无一念可得；虽无一念可得，而了了分明，不落昏昧无记。此即上节所说之“杳杳冥冥，其中有精”之“真精”，亦即永嘉大师所谓“寂寂惺惺，惺惺寂寂”的大道。学者把握时机，当此分明而无念的一发千钧之时，将其一把擒来，即谓之见性！若稍停机伫思，又被它影子所惑；若舍此而别求，或疑为另有玄妙，则杳不可得矣！洞山禅师《五位君臣颂》，于见道位“偏中正”颂曰：“偏中正，失晓老婆逢古镜，分明觌面别无真，休更迷头还认影！”即箴规我人于关</w:t>
      </w:r>
    </w:p>
    <w:p>
      <w:pPr>
        <w:spacing w:before="0" w:after="80" w:line="259" w:lineRule="auto"/>
        <w:ind w:firstLine="360"/>
      </w:pPr>
      <w:r>
        <w:rPr>
          <w:rFonts w:ascii="Noto Serif CJK SC" w:hAnsi="Noto Serif CJK SC" w:eastAsia="Noto Serif CJK SC"/>
        </w:rPr>
        <w:t>键时刻，猛着精彩，心领神会，而勿错过良机也。审如斯，明心见</w:t>
      </w:r>
    </w:p>
    <w:p>
      <w:pPr>
        <w:spacing w:before="0" w:after="80" w:line="259" w:lineRule="auto"/>
        <w:ind w:firstLine="360"/>
      </w:pPr>
      <w:r>
        <w:rPr>
          <w:rFonts w:ascii="Noto Serif CJK SC" w:hAnsi="Noto Serif CJK SC" w:eastAsia="Noto Serif CJK SC"/>
        </w:rPr>
        <w:t>性，亦何难哉？惜末法学人根钝、习重，多着神通，此时不见神奇、玄妙，误认为非是而匆匆滑过，古德尝叹息云：只为亲切甚，转令荐得迟。良可慨也！修道人于初见性后，并非即了，还须时时观照，历境练心，着力打磨，了除习气，方能了生脱死。否则，见境生心，妄念动荡不停，是谓悟后迷，生死依旧不了。故古德多于悟后作牧牛行，绵密保任，以臻圆熟，非一悟即可了手。虽间或也有顿悟、顿修、顿证者，无须做保任功夫，但毕竟为数不多，不可一概而论。洞山禅师于“偏中正”见道位后，更颂修道位“偏中至”，即教吾人于见道后，不可得少为足，更须历境练心，除尽妄习，上上升进，以臻究竟也。关于此点，宗下有三关之说，即一、破本参明见真性，为破初关——截断众流；二、绵密保护，长养圣胎，于一切境缘上自在无碍，乃至不用保而毫无走着，是为破重关——涵盖乾坤；三、放任而为，无所不是。能入佛，亦能入魔，所谓路途即家舍，家舍即路途，是为破末后牢关——随波逐流。第十四句：“是故无求，心自宁一。”古德云：“人到无求品自高！”人有所求，正是粘境着相的反映，心苟真空，不见一物，还求个什么？或曰：非求他物，乃求生西，成佛也。曰：本来是佛，不用求，求则不见。上面说过，息下狂心，即是菩提，只须息，不用求。傅大士云：“夜夜抱佛眠，朝朝还共起。”它时时在你六根门头放光，不缺分毫，还求个什么？至于说，求生西方，只须一心念佛，于念佛外，别无他心，所谓全佛是心，全心是佛，心佛道交，打成一片，则决定能生净土。以弥陀乃当人自心之佛，净土乃自心本具之极乐；念佛唤醒自心弥陀，往生自心本具之净土，何用求为？念佛者，贵得一心，一心即无心，既然无心，还求个什么？若着意念心外之佛，求生心外之土，则去道远矣！复次，得念佛三昧者，不见有心、佛、众生之别，东方、西方之异，虽生而无生，无生而无不生，又何用求往生哩！又求取若极，即无求取，是故从事求取者，求取至究竟，仍归无求无取也。生西不离信愿行，以行能摄信愿故，能精进不懈，一心念佛，信愿即在其中矣。我人苟能真正做到无求、无得，则心不求宁而自宁，不欲一而自</w:t>
      </w:r>
    </w:p>
    <w:p>
      <w:pPr>
        <w:spacing w:before="0" w:after="80" w:line="259" w:lineRule="auto"/>
        <w:ind w:firstLine="360"/>
      </w:pPr>
      <w:r>
        <w:rPr>
          <w:rFonts w:ascii="Noto Serif CJK SC" w:hAnsi="Noto Serif CJK SC" w:eastAsia="Noto Serif CJK SC"/>
        </w:rPr>
        <w:t>一。功夫做到这步田地，则归家稳坐，绝学无为，安闲度日，逍遥自在矣。第十五句：“无心可惑，即是大定。”关于得定，人皆以为有入定出定之别。坐在这里，不动、不想、不吃、不尿，是入定；一有举动、言说，便是出定。其实，这错会了定的意义。因为坐在这里不动，是死定，不是大定。大定是无出入的。它是对任何境而不惑，随缘起用而无所住，不是死坐不动而有所入的。关于此理，儒家也曾描绘说：“泰山崩于前而色不变；糜鹿兴于左而目不瞬。”因为死坐不动，只是压念不起，灭其受想不是真了，任你定得百万劫，时劫一过，又复起念着相造业受报。故虽得四空定，生非想非非想天，依旧落轮回，生死不能了。这种死定，古德喻如搬</w:t>
      </w:r>
    </w:p>
    <w:p>
      <w:pPr>
        <w:spacing w:before="0" w:after="80" w:line="259" w:lineRule="auto"/>
        <w:ind w:firstLine="360"/>
      </w:pPr>
      <w:r>
        <w:rPr>
          <w:rFonts w:ascii="Noto Serif CJK SC" w:hAnsi="Noto Serif CJK SC" w:eastAsia="Noto Serif CJK SC"/>
        </w:rPr>
        <w:t>石压草，石去草又复生，故非究竟。南岳磨砖度马祖，即救其出死定</w:t>
      </w:r>
    </w:p>
    <w:p>
      <w:pPr>
        <w:spacing w:before="0" w:after="80" w:line="259" w:lineRule="auto"/>
        <w:ind w:firstLine="360"/>
      </w:pPr>
      <w:r>
        <w:rPr>
          <w:rFonts w:ascii="Noto Serif CJK SC" w:hAnsi="Noto Serif CJK SC" w:eastAsia="Noto Serif CJK SC"/>
        </w:rPr>
        <w:t>也。修大乘佛法者，不取这种死定，以非究竟，不得真实受用故。昔梁武帝出猎，得一入定五百年之老古椎，甚为惊奇赞叹，思欲与志公禅师较短长，乃令众宫女裸体与二公入浴。老古椎初尚能视听自如，继而闭目不能动，再后，不得不推开众宫女，逃走去矣。反观志公，言笑自若，无动无惊，非活定力，曷克臻此！可见得定不在死坐不动，更不在死坐之时间长短，而须历境练心，对境不惑，起大机用而无所受，方为真定也。复次，关于定无出入之真理，《六祖坛经》智隍禅师入道因缘与宗下语录女子入定公案，即是明证，学者毋庸置疑。第十六至十八句：“得大定者，无动无静，无得无失，无喜无嗔，本位不移，起应万机。”上面说，得大定是心无所惑，而不是死坐不动，这里进一步描绘一下对境不惑的行状。修道人往往静中能定，动中即不定；座上能定，下座即不定；也有人得时欢乐，失时忧恼；顺心合意则喜，违己逆情则嗔。这种安住能不动，对境要生心，打作二橛的人，不为真定。真得大定的人，动静一如，闲忙一致，于事既无成、败、得、失之心，亦无爱、嗔、取、舍之意；于心既无喜、怒、哀、乐之情，更无见、闻、觉、知之染；心空如洗，活泼泼地任运随缘，应机起用，绝不会在清净山林中即定，到繁嚣都市即乱；也不会遇事失照，而移易本位的。是以大定乃超越于事物之表，逍遥于情尘之外，不为任何事境</w:t>
      </w:r>
    </w:p>
    <w:p>
      <w:pPr>
        <w:spacing w:before="0" w:after="80" w:line="259" w:lineRule="auto"/>
        <w:ind w:firstLine="360"/>
      </w:pPr>
      <w:r>
        <w:rPr>
          <w:rFonts w:ascii="Noto Serif CJK SC" w:hAnsi="Noto Serif CJK SC" w:eastAsia="Noto Serif CJK SC"/>
        </w:rPr>
        <w:t>所左右，得真实受用的，而不是披枷带锁捆住手脚，死在那里不动的。我们在日常动用中练得应物接缘而心无粘染，无所住着，就是不移本位。这个本位，就是一乘法界之位，也就是佛位。《法华经》说：“是法住法位，世间相常住。”简单地说，就是做一切事情，不作做事想；说一句话，不作说话想；显现森罗万象，也不作显现想。这样，尽管做而未曾做，尽管说而未曾说，尽管显而未曾显；但也不是不做、不说、不显，就是本位不移，就是起应万机，也就是世间相常住了。（关于世间相常住之理，兹再略述一下：一．一切事相皆从真心生，是谓住法位，真心常住，故事相亦常住。二．事相中有变迁，所谓沧海桑田，但相续不断，并非断灭。如水与月虽有流逝与盈虚，但卒无绝流与消长者。三．一切事相皆虚幻无生，故亦不灭。）《华严经》云：“十世古今，始终不离于当念；无边刹海，自他不隔于毫端。”以时间、空间之相，皆因妄念生灭，分别而有。如一念不生，则竖超三际，横遍十虚。任你过去极久远之事，无不历然现前。如智者大师诵《法华经》至“药王品”，入法华三昧前方，便亲证灵山一会，俨然未散，即世间相常住之铁证也。第十九句：“不变随缘，即无生死。”众所周知，学佛修道，就是为了了生死。但怎样才能真正了脱生死呢？这个问题，恐怕不是每个学佛人都能知道的。以所谓生死者，有二种生死：一是分段生死，一是变易生死。分段生死，是六道轮回，这较易理解。变易生死，是超六道轮回外的一重无形生死，乃修行不究竟之法障，故一般人较难知晓。现在约略解释一下：阿罗汉等小乘圣者虽断见、思二惑，不受分段生死轮回之苦，但偏于空理，以为有法可修，有道可成，有生死可了，有涅槃可证。拘泥于依所知障助缘所感之界外净土，住在法上，不思变易其身、随缘度生，所知愚惑未尽，是一重无生死之法执生死也。要了这种生死，先须知晓修法只如服药，不可执着不舍；次须明确生死涅槃等空花，无生死可了，无涅槃可证，一法不立，无智无得；而后更要了悟，起大机用，随缘变化，广度众生而本位无所易，不是住在法上不动。一部《心经》就是叫我人先空凡夫根、尘、识之愚执，次空小乘圣人四谛、十二因缘之法执，后空菩萨之智执，起大机用，归无所得，方证阿耨多罗三藐三菩提。</w:t>
      </w:r>
    </w:p>
    <w:p>
      <w:pPr>
        <w:spacing w:before="0" w:after="80" w:line="259" w:lineRule="auto"/>
        <w:ind w:firstLine="360"/>
      </w:pPr>
      <w:r>
        <w:rPr>
          <w:rFonts w:ascii="Noto Serif CJK SC" w:hAnsi="Noto Serif CJK SC" w:eastAsia="Noto Serif CJK SC"/>
        </w:rPr>
        <w:t>真正了生死者，以无法可得，随缘不变故。尽管在六道中头出头</w:t>
      </w:r>
    </w:p>
    <w:p>
      <w:pPr>
        <w:spacing w:before="0" w:after="80" w:line="259" w:lineRule="auto"/>
        <w:ind w:firstLine="360"/>
      </w:pPr>
      <w:r>
        <w:rPr>
          <w:rFonts w:ascii="Noto Serif CJK SC" w:hAnsi="Noto Serif CJK SC" w:eastAsia="Noto Serif CJK SC"/>
        </w:rPr>
        <w:t>没，不见有生死、道别之异；尽管随缘变化身形，度尽一切众生，而本位不易，不见一众生得度。昔有僧问大随禅师：“尊师圆寂后往生何所？”大随云：“我师东家作马，西家作牛！”僧赞其彻悟了手，一法不立，随缘向异类中行，而本体无丝毫移易也。洞山禅师《五位君臣颂》末后颂“兼中到”云：“不涉有无谁敢和，人人尽欲出常流，折合还归炭里坐！”即颂此最后一位，真了生死者以不了为真了，非离六道，安住净土为真了也。所以说无余涅槃者，无涅槃可证，无所住处之涅槃也。不变随缘，从体起用；随缘不变，摄用归体。体用如如，无住无染，无移无异，斯真了生死矣。第二十句最后结束说：“成佛要诀，如是而已。”上面三十八句，把整个成佛奥秘和诀窍统统宣示无遗。或许有人说，这些说话，也稀松寻常，并不见有什么奇特、玄妙。难道成佛是这么不起眼的事？不是说成佛是法力无边、神通广大吗？这里并没有说什么神通玄妙呀！殊不知佛法原无奇特处，亦不可作道理会，切不可惹是生非，我人只心无所住随缘度日，做一个无事道人即</w:t>
      </w:r>
    </w:p>
    <w:p>
      <w:pPr>
        <w:spacing w:before="0" w:after="80" w:line="259" w:lineRule="auto"/>
        <w:ind w:firstLine="360"/>
      </w:pPr>
      <w:r>
        <w:rPr>
          <w:rFonts w:ascii="Noto Serif CJK SC" w:hAnsi="Noto Serif CJK SC" w:eastAsia="Noto Serif CJK SC"/>
        </w:rPr>
        <w:t>是。要成六通俱足的果地佛，须先于因地上明悟本性，于明见真性</w:t>
      </w:r>
    </w:p>
    <w:p>
      <w:pPr>
        <w:spacing w:before="0" w:after="80" w:line="259" w:lineRule="auto"/>
        <w:ind w:firstLine="360"/>
      </w:pPr>
      <w:r>
        <w:rPr>
          <w:rFonts w:ascii="Noto Serif CJK SC" w:hAnsi="Noto Serif CJK SC" w:eastAsia="Noto Serif CJK SC"/>
        </w:rPr>
        <w:t>后，勤除习气，分破无明，方能显发神通。不是一下子即能证成三身俱足，六通齐发的果地佛的。</w:t>
      </w:r>
    </w:p>
    <w:p>
      <w:pPr>
        <w:spacing w:before="0" w:after="80" w:line="259" w:lineRule="auto"/>
        <w:ind w:firstLine="360"/>
      </w:pPr>
      <w:r>
        <w:rPr>
          <w:rFonts w:ascii="Noto Serif CJK SC" w:hAnsi="Noto Serif CJK SC" w:eastAsia="Noto Serif CJK SC"/>
        </w:rPr>
        <w:t>关于明悟本性，更有人以神通作准绳。以为发了神通，才为明心</w:t>
      </w:r>
    </w:p>
    <w:p>
      <w:pPr>
        <w:spacing w:before="0" w:after="80" w:line="259" w:lineRule="auto"/>
        <w:ind w:firstLine="360"/>
      </w:pPr>
      <w:r>
        <w:rPr>
          <w:rFonts w:ascii="Noto Serif CJK SC" w:hAnsi="Noto Serif CJK SC" w:eastAsia="Noto Serif CJK SC"/>
        </w:rPr>
        <w:t>见性，否则，即不为见性。这都是凡夫执有、着神奇的恶习。执这种恶习的人，非但自误，而且误人。因为所谓真性者，不在别处，即在当人六根门头放光。宗下所谓“目中童子眼前人，海底金乌天上日”。自己不识，不知以之保养，长大成佛，反责识者为非，叫他不要承当，岂不可悲可笑？！若就神通说来，我人一举手、一投足、一言、一笑、一吐、一咳，无不是神通妙用。庞居士所谓：“神通及妙用，运水与搬柴！”以这些举措、言谈、咳吐、造作，何一不是真心在起妙用？死人的手、足、口、舌会言笑、操作吗？自己整天在神用中而不自知，反而向外别求神通，这不是宗下所谓“坐在饭桶边，饿煞人无数”么？另外，执有神通，就是有法可得，也就是法执，将来非但不能成佛，成魔倒有份在！须知所谓神通者，乃真心妙用为神，无所住着、无所阻隔为通，而不可在神奇玄妙上会。一作神奇玄特想，即毒素入心，障自悟门，无成道份矣。</w:t>
      </w:r>
    </w:p>
    <w:p>
      <w:pPr>
        <w:spacing w:before="0" w:after="80" w:line="259" w:lineRule="auto"/>
        <w:ind w:firstLine="360"/>
      </w:pPr>
      <w:r>
        <w:rPr>
          <w:rFonts w:ascii="Noto Serif CJK SC" w:hAnsi="Noto Serif CJK SC" w:eastAsia="Noto Serif CJK SC"/>
        </w:rPr>
        <w:t>今之修道者，一百人即有五十双迷着在神奇玄妙上，都忙着搞些障眼法，弄些小神通，而沾沾自喜，以为这是成道的象征，殊不知这是弄精魂！即玄沙所呵的“学道之人不识真，只为从来认识神”的识神用事，几曾梦见佛法在！这些无知之徒，把毕生精力，枉费在无所谓的枝末上，而不务正修。一俟腊月三十日到来，所谓神通者，不知去向，又恁么昏昏糊糊地向阎罗老子报到去了。而且因为在世炫奇称能，着相造业故，还要受惨重的恶报！这些蠢汉，自己不上正轨，不修根本大法，还要以神通来考验、衡量他人。他哪里知道，学佛是自修、自悟的，人家悟不悟，于你何事？人家悟了，你不能因之成道；人家不悟，对你亦无所损，何用你去考验他？复次，你要衡量他人，须先有超人之见，你用神通来衡量人，自己已先落下风。因悟道根本在对境不惑，不在神通发不发。你若对境起惑，任你发什么大神通，都无真实受用，都不能了生死。根本未明的人遇事不能无染，任你修法而通，或依他——神鬼精灵——而通，以着境住相故，烦恼依旧，不得自在。相反对境不惑的人，心空如洗，毫无粘附，虽一时未通，无须多时，自然五通齐发。以对境能不惑，即是漏尽通，根本已固，不愁枝末不茂盛也。所以我们要常常自考自验，对境是不是无动于衷？如一时尚未臻稳固，不无动摇，能从多动而少动、而不动，即是上上升进，即是成道的象征。不可在神通上着眼，误认发神通才是悟道，更不可以自己意境考验他人，以免妄念丛生失自道心。同时，发了神通亦不要用，以无住无得故，不可向人示现也。</w:t>
      </w:r>
    </w:p>
    <w:p>
      <w:pPr>
        <w:spacing w:before="0" w:after="80" w:line="259" w:lineRule="auto"/>
        <w:ind w:firstLine="360"/>
      </w:pPr>
      <w:r>
        <w:rPr>
          <w:rFonts w:ascii="Noto Serif CJK SC" w:hAnsi="Noto Serif CJK SC" w:eastAsia="Noto Serif CJK SC"/>
        </w:rPr>
        <w:t>最后，还有一桩紧要事，学者不可不知。尝有青年人，以为身心</w:t>
      </w:r>
    </w:p>
    <w:p>
      <w:pPr>
        <w:spacing w:before="0" w:after="80" w:line="259" w:lineRule="auto"/>
        <w:ind w:firstLine="360"/>
      </w:pPr>
      <w:r>
        <w:rPr>
          <w:rFonts w:ascii="Noto Serif CJK SC" w:hAnsi="Noto Serif CJK SC" w:eastAsia="Noto Serif CJK SC"/>
        </w:rPr>
        <w:t>空闲，环境清幽，才能办道，以是每每不抓紧时机，努力修持，而坐等良时、佳境到来。哪知凡夫障重事烦，所谓“驴事未去，马事又来”，何时有清闲无事的时节？至于地方，更毋庸费心选择，以学佛贵在心地上用功，不重山林死坐。上面说了很多，对境心无粘染，才是真功夫。要对境无染，不在尘境上练心，死坐在山林里，怎么可以练出不动心来？所以只须识得一切色、声等尘境，俱是当人真心所现影像，如镜光所现镜影，无可取着；同时真心离尘境亦不可得，如</w:t>
      </w:r>
    </w:p>
    <w:p>
      <w:pPr>
        <w:spacing w:before="0" w:after="80" w:line="259" w:lineRule="auto"/>
        <w:ind w:firstLine="360"/>
      </w:pPr>
      <w:r>
        <w:rPr>
          <w:rFonts w:ascii="Noto Serif CJK SC" w:hAnsi="Noto Serif CJK SC" w:eastAsia="Noto Serif CJK SC"/>
        </w:rPr>
        <w:t>镜影即是镜光，镜光不离镜影，故亦无所舍。时时如此观照历练，心</w:t>
      </w:r>
    </w:p>
    <w:p>
      <w:pPr>
        <w:spacing w:before="0" w:after="80" w:line="259" w:lineRule="auto"/>
        <w:ind w:firstLine="360"/>
      </w:pPr>
      <w:r>
        <w:rPr>
          <w:rFonts w:ascii="Noto Serif CJK SC" w:hAnsi="Noto Serif CJK SC" w:eastAsia="Noto Serif CJK SC"/>
        </w:rPr>
        <w:t>空意闲，任运自在，无求无得，即天真佛！还要等什么佳境良辰到来哩。奉劝大众，乘此年轻有为时，抓紧时机，努力奋斗，切莫唐丧光阴，坐失良机，待白了少年头，空悲切！珍重！</w:t>
      </w:r>
    </w:p>
    <w:p>
      <w:pPr>
        <w:spacing w:before="0" w:after="80" w:line="259" w:lineRule="auto"/>
        <w:ind w:firstLine="360"/>
      </w:pPr>
      <w:r>
        <w:rPr>
          <w:rFonts w:ascii="Noto Serif CJK SC" w:hAnsi="Noto Serif CJK SC" w:eastAsia="Noto Serif CJK SC"/>
        </w:rPr>
        <w:t>法身、报身、化身一九九○年十一月十二日讲于杭州何为法身、报身、化身？临济祖师说：“一念清净心光即法身佛，一念无分别心光即报身佛，一念无差别心光即化身佛。法报化三身，本性全具，不用向外别求。”所谓一念清净心光，就是当我们不生一念时什么念头都没有而了了分明非同木石的灵知。要有一个念头存在，就不清净。同样，有一个佛念，有一个念咒的心，都非清静。须当能念之心与所念之咒一时脱落，能所双亡时，方是一念清净心光，这就是法身。我们修法老是说明心见性，就是见这个本性。一念无分别心光，就是报身佛。一念无差别心光，那就是化身佛。这分别心光和差别心光，分别在哪里呢？分别、差别不是同样的意义吗？怎么无分别心光就是报身佛，无差别心光就是化身佛呢？因为报身佛是光明身，一片光明，没有其它色相，更何有差别的相？所以说一念无分别心光是报身佛。要证果地报身佛，须悲智双运、广度众生、积累功德才行。我们证到本性以后，大悲之心就油然而生了。我们觉悟了，晓得世界上的种种现象都是虚假不实的、幻化的，如水中月影一样不可得，而不去造业，超脱了苦轮。可众生不知道，业识茫茫地不断造业受报，出苦无由。大悲心不禁油然而生，发起大愿，广度众生。这个大悲是从大智生出来的，没有智慧生不出大悲心；没有大智也不能度众生。因为要度众生，须识众生的根基，方能对机说法，所以度生要智悲双运，不是懂得些理论即可成事的。功德圆满了，感得的报身是果德大光明的报身。如善财童子见到弥勒佛（就是在我们要去的兜率内院，弥勒菩萨在那里），弥勒佛对善财童子讲：你根本智得到了（根本智就是证到的本性），但是差别智没有得到。差别智是后得智，即在度生的过程中，将尘沙惑与微细无明消尽所得的大智慧。能随众生不同的根</w:t>
      </w:r>
    </w:p>
    <w:p>
      <w:pPr>
        <w:spacing w:before="0" w:after="80" w:line="259" w:lineRule="auto"/>
        <w:ind w:firstLine="360"/>
      </w:pPr>
      <w:r>
        <w:rPr>
          <w:rFonts w:ascii="Noto Serif CJK SC" w:hAnsi="Noto Serif CJK SC" w:eastAsia="Noto Serif CJK SC"/>
        </w:rPr>
        <w:t>基、习气，教以相应的佛法，度他出苦海。这个差别智你没有，还要</w:t>
      </w:r>
    </w:p>
    <w:p>
      <w:pPr>
        <w:spacing w:before="0" w:after="80" w:line="259" w:lineRule="auto"/>
        <w:ind w:firstLine="360"/>
      </w:pPr>
      <w:r>
        <w:rPr>
          <w:rFonts w:ascii="Noto Serif CJK SC" w:hAnsi="Noto Serif CJK SC" w:eastAsia="Noto Serif CJK SC"/>
        </w:rPr>
        <w:t>在世界上磨练，广度众生，方能圆满差别智。度生功德圆满，你就感得和我一样的报身了。我弥勒佛得到这个紫金身，就是广度众生，</w:t>
      </w:r>
    </w:p>
    <w:p>
      <w:pPr>
        <w:spacing w:before="0" w:after="80" w:line="259" w:lineRule="auto"/>
        <w:ind w:firstLine="360"/>
      </w:pPr>
      <w:r>
        <w:rPr>
          <w:rFonts w:ascii="Noto Serif CJK SC" w:hAnsi="Noto Serif CJK SC" w:eastAsia="Noto Serif CJK SC"/>
        </w:rPr>
        <w:t>突然之间就生出来的呀！任何人证到的报身都是光明身，所以它是无分别的。化身则不然，化身是有相的，有相则有差别。如男女老少、草木鱼虫、日月天地，都有差别。既有差别，为什么说一念无差别心光即化身佛呢？因为相虽有差别，而生起诸相的本体——法身是无差别的。一切众生都是佛，因为都有佛性；一切世界景象都是我们的佛性所成所显现的。无论什么好的境界或坏的境界，既然都是佛性所成所显现，那就平等无二了。故无论是我们五浊恶世，还是西方净土，都是平等无别的。世间诸有俱由我们一念无差别心光所化，所以一切事物就是化身佛。差别者在相上是有不同的，但生起诸相的性体是平等的，故一念无差别心光是化身佛。把这道理搞通了，就不致怀疑同一意义的无分别心光和无差别心光怎么既是报身又是化身了。我们认识了一念清净心光，毫不猜疑，就当下见性了。用不着到什么地方去找，它就在你自己面门上放光芒嘛！一念清净心光，就是根尘脱落，就是当我们修法时忽然能念之心与所持之咒一齐脱落，身心世界统统消融，但歇灭当中，不是断灭，而是了了分明的灵知显现。这灵知就是我们的本性，也就是法身、报身、化身。至于要真正证到千百亿化身，能分身十方世界，广度千百亿众生，像封神榜那样的变现，那就非证成圆觉大智不可。就是说最最微细的妄念，也除罄尽了才行。我们的妄心、妄念分粗的妄、细的妄、微细的妄、极微细的妄。极微细的叫微细流注，就像微细的水流，你看它不动，实际在运动！它下面动得太快太厉害，看起来反而不动了。把这个都截断了，不动了，那就能证到百千万亿个化身，度千百亿众生，起大妙用了。我们做功夫，就是要先断人我见，次断法我见。人我见，就是有人和我的区别。法我见，还有个法在。法我是什么呢？像罗汉，他们知道肉身、色身是不可得的，世界是虚幻的，要离苦得乐应离开这个世界。但他们于中又生了一个法我。他们以为有法可修，有生死可了，有涅槃可证。同时又以佛性的四大种性——地、水、火、风为我。我们的佛性本有七大种性，就是地、水、火、风、空、根、识，七大种性中以地、水、火、风最为主要。世界是地、水、火、风组成的，我们的身体也是地、水、火、风组成的。他们修道发悟不执着肉身，改执佛性中元素——地、水、火、风为我，以为这是真的，而肉身子是假的。殊不知佛性中的地、水、火、风四大种性只是佛性的部分元素</w:t>
      </w:r>
    </w:p>
    <w:p>
      <w:pPr>
        <w:spacing w:before="0" w:after="80" w:line="259" w:lineRule="auto"/>
        <w:ind w:firstLine="360"/>
      </w:pPr>
      <w:r>
        <w:rPr>
          <w:rFonts w:ascii="Noto Serif CJK SC" w:hAnsi="Noto Serif CJK SC" w:eastAsia="Noto Serif CJK SC"/>
        </w:rPr>
        <w:t>而非全体，如我人之有眼、耳、鼻、舌，非整个人体。今误认为我有个物在，故为法执，而不得究竟。所谓种性者，乃“种子”能生义。譬如稻种种下去能生出稻子来，麦种能生出麦子一样。我们这个肉体既是四大种性生起的，世间的一切一切都离不开四大种性。罗汉和辟支佛经过佛法的洗炼，知道了由四大生起的色相都是假的，不可执取，但又误认四大种性为实我，殊不知一有住执，即非真实，何况四大种性乃佛性部分元素，并非全体。所以他们未真见性，被佛呵为焦芽败种。我们用功既不能假执四大为我，也不能住在佛性上。一有所住，便落窠臼，所以真成佛者，连个佛影也无。假如你说“我成佛了”，那你未成佛，是成魔了。因为你还有个立脚点，胸中还有一个物，未曾空尽。我们的法身和虚空一样，一丝不挂，一尘不染，既无时间相，亦无空间相。所以我们做功夫，须剿绝一切，绝对不能有丝毫住着。但要真做到人我消灭，须证到七地菩萨才行。“不动地前才舍藏”（不动地就是第八地菩萨），“金刚道后异熟空”（金刚道是第十地菩萨），到十地菩萨之后，法我才能取消。不然，还住在法我上。所以，常说“百尺竿头住的人，虽然得入未为真。”就是坐在竿头上还有个立脚点在。所以要“百尺竿头更进步，十方世界现全身”。十方世界都是你的身，立脚点也拿掉，法我就取消了。到这地步后，你就是圆觉大智了，可化百千万亿化身。我们做功夫，就是这么做的。你们总问：“我们到家还差多远哪？”往前看，路途遥远得很。你就想：“哎哟，不得了，还相差很远很远哪！”就难免失去信心了。向后看，比比过去，看到自己进步了，心就安稳多了。所以，佛很慈悲，他说：“你们众生的气魄不够，胆量小，现一个化城让你们住住，休息休息，没到佛这个地步，先到西方极乐世界去安安身，歇歇脚，或到兜率天也好。”但大心菩萨说：“我都不去！地狱不空，我誓不取佛位，我要度尽地狱众生。”地狱并不可怕，你们证到时就不怕了。上面说一念无差别心光，地狱、天宫一般同，有什么美好、丑恶、享乐、受苦的差别呢！？（沈师傅插话说：师父说法，你们以为只有我们人在听？天神也在听的。）那时我们师父在北京说法。有两个不是人的徒弟，一个是狐狸，一个是蟒蛇。狐狸先来的，后又介绍蟒蛇来，来时是现人相的。他们</w:t>
      </w:r>
    </w:p>
    <w:p>
      <w:pPr>
        <w:spacing w:before="0" w:after="80" w:line="259" w:lineRule="auto"/>
        <w:ind w:firstLine="360"/>
      </w:pPr>
      <w:r>
        <w:rPr>
          <w:rFonts w:ascii="Noto Serif CJK SC" w:hAnsi="Noto Serif CJK SC" w:eastAsia="Noto Serif CJK SC"/>
        </w:rPr>
        <w:t>说：“我们都做好事，给人采药、治病，从不作恶，想学佛法，修成正果。”他们对师兄弟们讲：“你们得了人身，不好好用功，太可惜了。我们为了得到人身，就要修很长时间，才能现人身，才能修佛法。”一天师父讲法，让他们坐到前面来，前面还有两个位子。他们说：“不好来啊！前面有天狐啊！（天上的狐狸）”他是地狐。后来，我们师父回南方来，他们送行，送到黄河边说：“我们不能过黄河，只能送到这里为止，不能再送了，请师珍重！”这事你们听来似很玄虚，犹如听《天方夜谭》，但确系事实。因为一切众生都有佛性，他们也能成道。你们不能因未看见，就怀疑没有。比如我们的法身，一些不修法的人因未看见，总说没有，但它是</w:t>
      </w:r>
    </w:p>
    <w:p>
      <w:pPr>
        <w:spacing w:before="0" w:after="80" w:line="259" w:lineRule="auto"/>
        <w:ind w:firstLine="360"/>
      </w:pPr>
      <w:r>
        <w:rPr>
          <w:rFonts w:ascii="Noto Serif CJK SC" w:hAnsi="Noto Serif CJK SC" w:eastAsia="Noto Serif CJK SC"/>
        </w:rPr>
        <w:t>实有，大家经过如法勤修，亲自证得，就深信不疑。法身——佛性</w:t>
      </w:r>
    </w:p>
    <w:p>
      <w:pPr>
        <w:spacing w:before="0" w:after="80" w:line="259" w:lineRule="auto"/>
        <w:ind w:firstLine="360"/>
      </w:pPr>
      <w:r>
        <w:rPr>
          <w:rFonts w:ascii="Noto Serif CJK SC" w:hAnsi="Noto Serif CJK SC" w:eastAsia="Noto Serif CJK SC"/>
        </w:rPr>
        <w:t>——确是真空妙有，具足万能的大宝藏，而且一切众生都具有，真实存在，而非虚无飘渺的。讲到真空妙有，非但佛性如此，一切事物无不如此。例如一只杯子，它的体性是空的，因杯子无本体（不是本自有的），如玻璃杯，是用玻璃制成的，而玻璃也无本体，是矿藏开发出来的，矿藏是经过多少世纪地质变迁与气温压力等变化而成的，所以都无本体，犹如佛性无相可见，故名真空；但一切事物，本体虽无，而假相不无，能尽其用，如佛性妙用无边，故名妙有。上面说过，一切事物皆佛性所化所成，佛性是真空妙有，一切事物当然也是真空妙有了。或有人问：为什么地、水、火、风四大构成的人有情感，而四大合成的事物无有感情呢？答曰：如果一口气不来，这肉体还有情感吗？可见情感不在肉体上，而在灵性上。人们之所以有人体、物体之别者，因凡夫的心量不广，只抟取少分四大，钻在肉壳子里以为我，而不能广遍一切物，故造成有情无情之别。其实，当一个人断气时，这肉体岂不也和木头、石块一样，哪里有什么知觉、情感！岂不也是无情之物？我们做功夫，做到身心、世界化空，证到尽虚空、遍法界广大无边的真性时，即能遍一切物，而无有情、无情之别了。如“生公说法，顽石点首”，即是明证。所以说日月星辰、草木丛林、森罗万象无一不是我们的化身。劝大家赶快做功夫，勿要放逸贪玩，粘着声色货利，而置此大宝藏于不顾，辜负了自己，白白到世界上来走一遭，如入宝山空手而回，未免太可惜，太不值得，太冤枉了，望大家珍重！</w:t>
      </w:r>
    </w:p>
    <w:p>
      <w:pPr>
        <w:spacing w:before="0" w:after="80" w:line="259" w:lineRule="auto"/>
        <w:ind w:firstLine="360"/>
      </w:pPr>
      <w:r>
        <w:rPr>
          <w:rFonts w:ascii="Noto Serif CJK SC" w:hAnsi="Noto Serif CJK SC" w:eastAsia="Noto Serif CJK SC"/>
        </w:rPr>
        <w:t>桥流水不流一九九○年十一月十四日讲于杭州“空手把锄头，步行骑水牛，人从桥上过，桥流水不流。”傅大士这首偈看来有些玄虚，叫人莫名其妙。“人从桥上过”这句话好懂，我们从桥上过去了。怎么会“桥流水不流”呢？“空手”怎么“把锄头”呢？“步行”又怎么“骑水牛”呢？这是什么道理？原来是说，我们的肉身躯壳是等于我们住的房子，而佛性才是住在里面的真人。众生迷于色相就错认这个色身肉体是我，而不知佛性是何物，以致造业受报，生死不了。这首偈就是提醒我们认识主人公，不要错认假相。我上次讲临济大师说：“看取棚头弄傀儡，抽牵全藉里头人。”就是说这个肉体自己不会动、不会讲话，也不会听话。我们能运动、工作、走路、讲话、听话……都是这个主人公的作用。这首偈就是颂这个主人公的。“空手把锄头”，我没有拿东西啊，原来拿东西的那个手（即肉体），就等于你的锄头，是主人公在指使你运作。“步行骑水牛”，你能够走路、奔跑，也是主人公驱使肉体的妙用，就等于人骑在水牛上赶牛走路一样。“人从桥上过”，肉身就比作桥，人就是主人公，人在世上不过住一段时期，就要走了，就圆寂了，等于在桥上走过去了。所以，根据这个人生无常的道理，古人说：“夫天地者，万物之逆旅。光阴者，百代之过客。”这个社会，这个世界就是个旅馆，暂时住一住就要走的。大家何必在这里争王称霸，斗争不息，杀戮不休呢！？“人从桥上过，桥流水不流”。人从桥上过，我们这肉身壳子是不长久的，是变迁的。人由少而壮，由壮而老，这“桥”不就是在流转吗？在变化吗？“水不流”，水是代表我们的佛性，它是不流动的。它是亘古常存，不来不去，不动不摇的。这个颂主人公的偈子好啊，就是要我们明心见性。但是，打开来见到本来，不过才到法身边。如同回家只走到房子外边，非但没有入室，还未登堂，差得远呢！要做功夫，时时不能懈怠啊！假如你们今天做做，明天停停，这怎么行呢？要知“打坐”，“打”是打死妄念，“坐”是坐见本性。假如什么时候都能坐见本性，这是真打坐，不是坐在那里任妄念翻腾，装模作样为打坐。所以我们修法，要在心地上做功夫，时刻不能放松。《心经》第一句“观自</w:t>
      </w:r>
    </w:p>
    <w:p>
      <w:pPr>
        <w:spacing w:before="0" w:after="80" w:line="259" w:lineRule="auto"/>
        <w:ind w:firstLine="360"/>
      </w:pPr>
      <w:r>
        <w:rPr>
          <w:rFonts w:ascii="Noto Serif CJK SC" w:hAnsi="Noto Serif CJK SC" w:eastAsia="Noto Serif CJK SC"/>
        </w:rPr>
        <w:t>在菩萨”，不是统称某某菩萨，而是教我们做功夫，观自在——时时照自己的本性，在本位上不要有走着。假如你上座也坐不安稳，下座后也不摄心观照，任妄念游走就是流浪！那就错过一生了。见到法身边不算数，这时自救不了，需继续用功，进入法身正</w:t>
      </w:r>
    </w:p>
    <w:p>
      <w:pPr>
        <w:spacing w:before="0" w:after="80" w:line="259" w:lineRule="auto"/>
        <w:ind w:firstLine="360"/>
      </w:pPr>
      <w:r>
        <w:rPr>
          <w:rFonts w:ascii="Noto Serif CJK SC" w:hAnsi="Noto Serif CJK SC" w:eastAsia="Noto Serif CJK SC"/>
        </w:rPr>
        <w:t>位，更要法身向上，才能圆证佛果。法身向上是什么？一个和尚问</w:t>
      </w:r>
    </w:p>
    <w:p>
      <w:pPr>
        <w:spacing w:before="0" w:after="80" w:line="259" w:lineRule="auto"/>
        <w:ind w:firstLine="360"/>
      </w:pPr>
      <w:r>
        <w:rPr>
          <w:rFonts w:ascii="Noto Serif CJK SC" w:hAnsi="Noto Serif CJK SC" w:eastAsia="Noto Serif CJK SC"/>
        </w:rPr>
        <w:t>长沙景岑禅师：“师父，请你开示，何为法身向上？”他说：“一根针，三尺线。”（这就是一切平常，随缘应用，不着玄妙）。和尚不懂，请师父再开示。他又说：“益州布，扬州绢。”益州的布和扬州的绢都是很出名的。这就是教我们在悟道后于日常工作中顺逆自在。不是顺了就高兴，哈哈笑；逆了就烦恼，就发火。须做到顺也好，逆也好，顺逆自在，安闲自得，潇洒无物，一切恬然自尽，才是一个绝学无为的闲道人。到这地步就坐也不要坐了，安然无事了。孔老夫子说：“七十从心所欲而不逾矩。”就是尽管想做什么就做什么，都不会越出规矩</w:t>
      </w:r>
    </w:p>
    <w:p>
      <w:pPr>
        <w:spacing w:before="0" w:after="80" w:line="259" w:lineRule="auto"/>
        <w:ind w:firstLine="360"/>
      </w:pPr>
      <w:r>
        <w:rPr>
          <w:rFonts w:ascii="Noto Serif CJK SC" w:hAnsi="Noto Serif CJK SC" w:eastAsia="Noto Serif CJK SC"/>
        </w:rPr>
        <w:t>范围。因为他心空了，不再着相，不会再做不道德之事了。有人问</w:t>
      </w:r>
    </w:p>
    <w:p>
      <w:pPr>
        <w:spacing w:before="0" w:after="80" w:line="259" w:lineRule="auto"/>
        <w:ind w:firstLine="360"/>
      </w:pPr>
      <w:r>
        <w:rPr>
          <w:rFonts w:ascii="Noto Serif CJK SC" w:hAnsi="Noto Serif CJK SC" w:eastAsia="Noto Serif CJK SC"/>
        </w:rPr>
        <w:t>我：“假如我坐得心空了，我可以去杀人放火吗？”这种问题真幼稚得好笑，你杀人放火还心空吗？你为什么要杀人放火，还不是为了</w:t>
      </w:r>
    </w:p>
    <w:p>
      <w:pPr>
        <w:spacing w:before="0" w:after="80" w:line="259" w:lineRule="auto"/>
        <w:ind w:firstLine="360"/>
      </w:pPr>
      <w:r>
        <w:rPr>
          <w:rFonts w:ascii="Noto Serif CJK SC" w:hAnsi="Noto Serif CJK SC" w:eastAsia="Noto Serif CJK SC"/>
        </w:rPr>
        <w:t>着相？要越货，要劫财吗？这正是著有，还说什么心空呢？你真心</w:t>
      </w:r>
    </w:p>
    <w:p>
      <w:pPr>
        <w:spacing w:before="0" w:after="80" w:line="259" w:lineRule="auto"/>
        <w:ind w:firstLine="360"/>
      </w:pPr>
      <w:r>
        <w:rPr>
          <w:rFonts w:ascii="Noto Serif CJK SC" w:hAnsi="Noto Serif CJK SC" w:eastAsia="Noto Serif CJK SC"/>
        </w:rPr>
        <w:t>空就会悲智双运，会可怜众生不了解实相，而着妄情，天天造业受报，妄受生死轮回之苦，就会想方设法救度他们，哪会再做伤天害理之事呢？法身向上是透过理边，在事上圆融无碍，不是一天到晚不做事，死在那里不动的，死坐在那里决不能成道。因为要除尽多生历劫积累的执着妄习，一定要在境上练，在境上多碰钉子，多经敲打，才能把习气消光。不在境上练，死定在那里，妄习种子伏藏在里边，一经翻动习气更大，压也压不住。所以要除尽妄习，非在事境上锻炼，将其连根拔除不可，不是修个灭尽定，将妄种压伏在那里可以了结的。我们的无明分四等：粗妄、细妄、微细妄、极微细妄。这四等妄，尤其后面的二种，一定要在境上练，在随众生滚中锻炼出来，才能</w:t>
      </w:r>
    </w:p>
    <w:p>
      <w:pPr>
        <w:spacing w:before="0" w:after="80" w:line="259" w:lineRule="auto"/>
        <w:ind w:firstLine="360"/>
      </w:pPr>
      <w:r>
        <w:rPr>
          <w:rFonts w:ascii="Noto Serif CJK SC" w:hAnsi="Noto Serif CJK SC" w:eastAsia="Noto Serif CJK SC"/>
        </w:rPr>
        <w:t>将其消掉。众生的习惯、习气各各不同，你要度他就须舍己从人，要</w:t>
      </w:r>
    </w:p>
    <w:p>
      <w:pPr>
        <w:spacing w:before="0" w:after="80" w:line="259" w:lineRule="auto"/>
        <w:ind w:firstLine="360"/>
      </w:pPr>
      <w:r>
        <w:rPr>
          <w:rFonts w:ascii="Noto Serif CJK SC" w:hAnsi="Noto Serif CJK SC" w:eastAsia="Noto Serif CJK SC"/>
        </w:rPr>
        <w:t>随顺人，自己先须将习气消尽，才能跟别人跑。所以菩萨有四摄，这随顺他人就是同事摄，你和他一起干，才能把他拉过来。每个众生的脾气都不同，你都能适应，都能对机，你的主观微细习气才能消尽，你的心量才广阔。这无明很细微，像沙泥一样多，教中叫尘沙</w:t>
      </w:r>
    </w:p>
    <w:p>
      <w:pPr>
        <w:spacing w:before="0" w:after="80" w:line="259" w:lineRule="auto"/>
        <w:ind w:firstLine="360"/>
      </w:pPr>
      <w:r>
        <w:rPr>
          <w:rFonts w:ascii="Noto Serif CJK SC" w:hAnsi="Noto Serif CJK SC" w:eastAsia="Noto Serif CJK SC"/>
        </w:rPr>
        <w:t>惑，这种妄念一定要在度生中才能了。所以你度众生，千万不要居功自傲，还要感谢众生，因为你成道，是众生帮你成道的，没有众生，你的习气改不了，福德也无由积累啊！初做功夫要有为，有执着，但循序渐进地做去，功夫做熟了，从保而任，从任而化，那就进入无为了，无为也不住，更进而浑化相忘，才能圆证菩提。功夫不是天上掉下来的，没有天生释迦，诸佛也是修出来的，锻炼出来的。我们每一个人都有佛性，和诸佛一样。只要用功修，勤除妄习，皆能成就。有人问：假如我们现在把无明修掉成佛了，将来会不会再有无明加进来，佛又变成众生呢？答曰：不会。因为，从无始以来我们有这个佛性时就同时有无明，从来未曾觉悟过。如同在矿之金，与砂混杂，经过修炼，去尽无明，犹如出矿之纯金除清杂质不再入矿一样。修成功后，不会再起无明了。“人身难得今已得”。虽然世界上有几十亿人口，但得人身的只不过是一指甲土。这一指甲土和大地的土相比较，不得人身的就太多太多了。像细菌、鱼虫、蚊蝇等，不晓得有多少，它们可怜不得人身啊！我们现在既得人身，就要珍视这身，不要辜负它，糟蹋它，浪费它，要把它放在珍重的位置上做些有益众生的事，才不枉到这世界上来做人一场。“佛法难闻今已闻”，佛法能有多少人听？就更少了，有人听到的“佛法”只是烧香拜佛，求佛菩萨保佑长寿、享福、儿女孝顺，或是找个好对象，做生意发财等等，各有所求的佛法。这不是真正的佛法。佛法是教育我们怎样做人，怎样去除迷情，认识人身、宇宙之由来，怎样了脱生死，怎样教化众生共同超脱六道轮回之苦，共享本性天真之乐的。但是，我们的佛菩萨是大悲心切的，要广度众生，先要把众生引进门。先满足众生的欲望，你要牛给你牛，要发财、做官，就给你发财、做官，你要什么就给你什么。观世音菩萨和药师佛就是最典型的例子。在你得到这些时，你内心就种进了一颗种子，这都是佛和菩萨所赐与的。佛种子种进了，将来决定成佛，这叫“先以欲勾牵”。等你研究了经论，把道理弄清楚了，才知一切都是虚假不实的，犹如水中月影不可得的。那就一切放下，大开佛智慧了。再经努力用功，除尽妄习证成大道，即可利他度化众生了，这就是“后令入佛智”。佛为度化众生，想尽方法，真是太慈悲了。</w:t>
      </w:r>
    </w:p>
    <w:p>
      <w:pPr>
        <w:spacing w:before="0" w:after="80" w:line="259" w:lineRule="auto"/>
        <w:ind w:firstLine="360"/>
      </w:pPr>
      <w:r>
        <w:rPr>
          <w:rFonts w:ascii="Noto Serif CJK SC" w:hAnsi="Noto Serif CJK SC" w:eastAsia="Noto Serif CJK SC"/>
        </w:rPr>
        <w:t>像我们心中心法，也是为了开智慧成佛。六个印有不同的作用，第二印可以消业障，治毛病，也可以开天眼。开天眼就能看见佛、菩萨、地狱、鬼道与十方世界。但是你不要怕，一切相都是你自己，怕</w:t>
      </w:r>
    </w:p>
    <w:p>
      <w:pPr>
        <w:spacing w:before="0" w:after="80" w:line="259" w:lineRule="auto"/>
        <w:ind w:firstLine="360"/>
      </w:pPr>
      <w:r>
        <w:rPr>
          <w:rFonts w:ascii="Noto Serif CJK SC" w:hAnsi="Noto Serif CJK SC" w:eastAsia="Noto Serif CJK SC"/>
        </w:rPr>
        <w:t>的话，就不要用。从前有个人想开天眼，第二印结了一年，一下子他看到了伏魔金刚神，那样子很可怕，他一下子吓坏了，吓得魂不附体，发神经病而后死了。所以心不空，不要开天眼，以免闯祸丧生。上海有个人修其它密法的，打坐中见到佛、菩萨，心生欢喜，忽然想起有些魔也会化成佛、菩萨的样子来迷惑人，就去问他的师父如何辨别佛和魔。他的师父对他说：“要试真假，只要念“嗡阿吽”来考验他，真的佛就不会逃走，假的就站不稳了。”他听师父的话，当再度见到佛现前时，遂念“嗡阿吽”考验他，见佛没动。他开心了，以为这是真佛，每天打坐，每天见到佛、菩萨，开心得很，哪知一住相，魔即趁虚而入。一天上座，突然出现很可怖的形像，伸出尖利的钢爪来抓他，他一下子吓坏了，神经出了毛病。就此疯狂，不省人事。这是他的师父害了他。应该于见到任何相时都不去管它，只给它个不理、不睬，好的既不喜，坏的也不怕，心不动摇，什么事也没有。我们有一个师兄弟，打坐时看见一只扇子大的大毛手，闷在他脸上，他心慌死了，赶紧持咒，这个咒、那个咒，所会的咒都念光了，大毛手也没有去掉。他转念一想：去不掉就算了，反正肉身是假的，法身是不坏的，随它去好了。这样心空不动，大毛手就没有了。所以见境心不能动，既不要怕，也不要喜，打坐当中各种境界都会有，千万不要动，不要怕。再讲个例子，有个北京人家里有十几间房子，有一间房子专门摆箱子的。有一天，他在自己房里打坐，出定时突然发现自己到了摆箱子的房间里去了。因外面锁着，他出不来，在里面叫，家人来开门，问他怎么到了这里，他自己也不知道。怎么回事呢？</w:t>
      </w:r>
    </w:p>
    <w:p>
      <w:pPr>
        <w:spacing w:before="0" w:after="80" w:line="259" w:lineRule="auto"/>
        <w:ind w:firstLine="360"/>
      </w:pPr>
      <w:r>
        <w:rPr>
          <w:rFonts w:ascii="Noto Serif CJK SC" w:hAnsi="Noto Serif CJK SC" w:eastAsia="Noto Serif CJK SC"/>
        </w:rPr>
        <w:t>这是他从前动过心，想这个放衣服的房间清静好坐的，打坐时入定</w:t>
      </w:r>
    </w:p>
    <w:p>
      <w:pPr>
        <w:spacing w:before="0" w:after="80" w:line="259" w:lineRule="auto"/>
        <w:ind w:firstLine="360"/>
      </w:pPr>
      <w:r>
        <w:rPr>
          <w:rFonts w:ascii="Noto Serif CJK SC" w:hAnsi="Noto Serif CJK SC" w:eastAsia="Noto Serif CJK SC"/>
        </w:rPr>
        <w:t>了，心印和慧心所相合，一下子就过去了。因为他入定时心空了，人身相没有了。所以能穿墙入壁，我们能得神通就是这个道理。心真空了，神通自然发现。像鸠摩罗什小的时候，随他妈妈到庙里烧香，他把大香炉一下子举了起来。过后，他想：“怎么我这个小小年纪能举起这么重的东西？”心动了，再举，举不起来了。心一生，就有碍，举不起来了。同样，李广打猎，看到草丛中有一块大石头，以为是老虎，“啪”一箭射进去。走近一看，哎呀！不是虎，是大石头！大石头怎么箭会射进的？再射，射不进去了。我们的心力就有这么大！像前面说的：生公说法，顽石点首。就因为他心量广大。凡夫的心太狭小了，只能遍自己肉体而不能动其他。所以，我们要法身向上，要锻炼，印开狭窄的“朱点”，才能起大用。坐在黑山背后，一辈子、两辈</w:t>
      </w:r>
    </w:p>
    <w:p>
      <w:pPr>
        <w:spacing w:before="0" w:after="80" w:line="259" w:lineRule="auto"/>
        <w:ind w:firstLine="360"/>
      </w:pPr>
      <w:r>
        <w:rPr>
          <w:rFonts w:ascii="Noto Serif CJK SC" w:hAnsi="Noto Serif CJK SC" w:eastAsia="Noto Serif CJK SC"/>
        </w:rPr>
        <w:t>子、三辈子也不会成功的。释迦佛说：末法时代的末期，佛法在居士手中，不在和尚、尼姑手中。戒、定、慧，大小乘有区别。比如讲酒戒，酒能乱性，小乘自己不能喝，可以卖给人家喝。大乘自己可以喝，不可以卖给别人喝。为什</w:t>
      </w:r>
    </w:p>
    <w:p>
      <w:pPr>
        <w:spacing w:before="0" w:after="80" w:line="259" w:lineRule="auto"/>
        <w:ind w:firstLine="360"/>
      </w:pPr>
      <w:r>
        <w:rPr>
          <w:rFonts w:ascii="Noto Serif CJK SC" w:hAnsi="Noto Serif CJK SC" w:eastAsia="Noto Serif CJK SC"/>
        </w:rPr>
        <w:t>么？因为自己喝有把握，不会酗酒。小乘是我不喝，不会闯祸就行</w:t>
      </w:r>
    </w:p>
    <w:p>
      <w:pPr>
        <w:spacing w:before="0" w:after="80" w:line="259" w:lineRule="auto"/>
        <w:ind w:firstLine="360"/>
      </w:pPr>
      <w:r>
        <w:rPr>
          <w:rFonts w:ascii="Noto Serif CJK SC" w:hAnsi="Noto Serif CJK SC" w:eastAsia="Noto Serif CJK SC"/>
        </w:rPr>
        <w:t>了，人家闯祸不干我的事。僧有二种：一种是小乘罗汉僧，学小乘戒、定、慧三学，剃头，穿僧伽衣。第二种是大乘菩萨僧，学大乘戒、定、慧三学，不剃头，不穿僧伽衣，穿俗人的衣服，这是大乘菩萨僧。我们能依佛的教导持戒修行，没有家室，能证见本性，能为人说法，这就是僧，就是出家。我们要好好做功夫，不要把自己看小：“哎呀，我就是凡夫。”不！我们都是佛，都是菩萨。我们和佛就只有一点之差，就是在发心的时候，自己不敢承当自己是佛。佛教有五乘差别。一切众生都是佛，都具有和佛一样的无漏智慧，和佛的功能无二无别，都能够成佛，这个发心就是佛乘。自己看不起自己，我是凡夫，顶多来世做个好人，或升天，享享福，这是最下的人天乘。基督教就是人天乘。因为它靠天主，死后升天，充其量不过是大梵天，大梵天还在色界，是不出轮回的。由此可知之所以有人天乘、罗汉乘、辟支佛乘、菩萨乘与佛乘的差别，全是由我们发心的大小而决定的，不是由哪位佛、菩萨安排的。圭峰禅师说：“识冰池而全水，藉阳气以消融；悟凡夫而即佛，资法力以熏修，冰融则水流润，方呈溉涤之功；妄尽则心通灵，始发通光之用。”就是告诉我们：凡夫就是佛，要用佛法来熏修，就像冰就是水，要假阳光来融化一样，冰融为水，即可流通、灌溉、洗涤，我们经过用功、修法，将妄习消尽，也就能现神通，起妙用了。人人都能发神通，没有什么稀奇。有的人很骄慢，看不起别人，这就不对，发挥妙用，人人都能。我们常常说：“神通与妙用，运水与搬柴。”这运水搬柴，谁不能呀？假如这不是神通妙用，那么这能“搬”能“挑”的是谁呀？这不是我们的真性的神用吗？讲到通，就是通达无阻。我们妄念一生，就处处有阻碍，没有妄念就自然通了。妄心、妄念、妄想三个词，说起来像是一个意思，但是其中大有分别。妄心是我们本真的心夹杂了无明。所以第八识是生灭与不生</w:t>
      </w:r>
    </w:p>
    <w:p>
      <w:pPr>
        <w:spacing w:before="0" w:after="80" w:line="259" w:lineRule="auto"/>
        <w:ind w:firstLine="360"/>
      </w:pPr>
      <w:r>
        <w:rPr>
          <w:rFonts w:ascii="Noto Serif CJK SC" w:hAnsi="Noto Serif CJK SC" w:eastAsia="Noto Serif CJK SC"/>
        </w:rPr>
        <w:t>灭的和合体，因有无明在，粘着外境，如水起了波浪，变成了妄心</w:t>
      </w:r>
    </w:p>
    <w:p>
      <w:pPr>
        <w:spacing w:before="0" w:after="80" w:line="259" w:lineRule="auto"/>
        <w:ind w:firstLine="360"/>
      </w:pPr>
      <w:r>
        <w:rPr>
          <w:rFonts w:ascii="Noto Serif CJK SC" w:hAnsi="Noto Serif CJK SC" w:eastAsia="Noto Serif CJK SC"/>
        </w:rPr>
        <w:t>了，这是个根本无明。妄心对境之后就动心起念，这叫妄念，妄念一起，爱的想取到它、占有它；不爱的与我的心相违的就厌恶它、舍离</w:t>
      </w:r>
    </w:p>
    <w:p>
      <w:pPr>
        <w:spacing w:before="0" w:after="80" w:line="259" w:lineRule="auto"/>
        <w:ind w:firstLine="360"/>
      </w:pPr>
      <w:r>
        <w:rPr>
          <w:rFonts w:ascii="Noto Serif CJK SC" w:hAnsi="Noto Serif CJK SC" w:eastAsia="Noto Serif CJK SC"/>
        </w:rPr>
        <w:t>它。心粘在境上不放，就成妄想。中国字很有道理，想是心上加个相字，色相粘在心上不去便成想了。念字也是：人二心之意，本来纯真之心见境一动，第二心起，便是念了。要除妄，心不要动！心不住在相上，妄想就没有了。但不能压念不起，压是无效的。如搬石压草，石去草又生起来了。即或压死了，你倒变成土、木、金、石块不能起妙用，还成什么佛呢？所以要用活的转化的方法，念一来，就觉而化之；如果妄念势力强，就念佛或持咒，把心转移到佛法上去了，就把妄念化掉了。如果念起不觉，跟着它跑，这就不对了。所以古德说：“不怕念起，只怕觉迟。”念尽管来，你来，我就把你转掉，不让你停留，不跟你跑，你有一百个念头起，我有一百零一个转，结果还是我胜。我超过你了，量变就成质变了！你们知道在化学中，酸的东西要把它变成碱，如果有一百毫升酸，就用一百二十毫升的碱来中和，结果酸跟着碱走，全变成碱了。所以妄念来了，不用怕，怕的是不觉。念头起来，跟着妄念走，你不觉跟进去就变成妄想了。妄的种子种进八识里面去，妄心就更浓厚了，妄上加妄，怎么能成道？所以做功夫就是慢慢地消除妄习，直至把它消光。密宗能证道，因有佛力加持之胜，不要二十、三十年时间。但是现在不少人是真法假修，一边坐一边妄想：哎呀！这事情怎么安排呀？那桩事怎么了结呀？还有的人，今天坐，明天停。这怎么行呢？还不如做气功的人，他们是假法真修。气功不能了生死，是假法。他们却很认真地修炼，拼命地在那里用功。“一天能卖十个假，十天难卖一个真。”末法的众生，真是愚痴之极啊！我们心中心法经过灌顶传授，就有护法神保护你，你们不用功，他们会哭的。你们得了大法，不珍视好好用功，辜负佛、菩萨的一片深心，太可惜、太愚昧无知了。上海有个弟子，印结错了，听边上有人说：“印结错了。”他吓了一跳，“是谁在和我说话？”向左右一看，一边站一个人青面，一边站一个人红面，他吓坏了。这是护法神现相指正他的错误，鼓励他好好用功修法。所以你们得法后，要打起精神，好好用功，千万不可轻忽，辜负了佛、菩萨的恩德。杭州天目山有个高峰禅师，参禅时总要打瞌睡。他想：“这样几时才能成道啊？到倒挂莲花上去参！”倒挂莲花是个悬崖峭壁，立在上面，就要小心谨慎，偶一大意，就会掉下去，有粉身碎骨的危险。</w:t>
      </w:r>
    </w:p>
    <w:p>
      <w:pPr>
        <w:spacing w:before="0" w:after="80" w:line="259" w:lineRule="auto"/>
        <w:ind w:firstLine="360"/>
      </w:pPr>
      <w:r>
        <w:rPr>
          <w:rFonts w:ascii="Noto Serif CJK SC" w:hAnsi="Noto Serif CJK SC" w:eastAsia="Noto Serif CJK SC"/>
        </w:rPr>
        <w:t>他想这样参禅，必会提高警惕，不再打瞌睡了。但他睡习很重，站在峭壁上还是打瞌睡，一下子卜隆冬掉下去了，“哎呀！不好了，这下</w:t>
      </w:r>
    </w:p>
    <w:p>
      <w:pPr>
        <w:spacing w:before="0" w:after="80" w:line="259" w:lineRule="auto"/>
        <w:ind w:firstLine="360"/>
      </w:pPr>
      <w:r>
        <w:rPr>
          <w:rFonts w:ascii="Noto Serif CJK SC" w:hAnsi="Noto Serif CJK SC" w:eastAsia="Noto Serif CJK SC"/>
        </w:rPr>
        <w:t>没命了。”结果安然无恙！睁眼一看，一个金甲神拿着降魔杵站在他面前，“这不是韦驮菩萨吗？”他想。这位来者正是韦驮菩萨！他忽生一念，对菩萨说：“韦驮菩萨，你来给我护法，大概像我这样用功的人还很少吧！”韦驮菩萨说：“像你这样用功的多如牛毛，你发这种贡高我慢之心，我一百劫也不来管你。”说完隐去了。他听了懊悔不及，只能坐在那里哭：“这下坏了！没菩萨保佑我，怎么修法？”哭了一阵，想：“我当初修道也没有想着依仗韦驮菩萨保护我，把生死置之度外，我当他没有好了，再站上去修！”修啊，修啊，人一恍惚，又跌落下去了，以为这回可真没命了，结果又安然无恙。他睁眼一看，又是韦驮菩萨在面前。他斥责菩萨说：“哎呀！你这菩萨打妄语，说一百劫不来保护我，怎么又来了？”韦驮说：“你这个小子不懂事。《楞严经》上说的‘一念顿超百万劫’，一念勇猛心可超过百万劫。你别说这一百劫，就是百万个劫早就过去了。”“噢，我糊涂！顶礼，顶礼。”高峰深自愧疚地谢罪，更精进用功，后来成为临济宗的元代大德。参禅全凭自力，须起大疑情，所谓大疑大悟，不疑不悟。因为不疑妄念隔不断，即无法打开本来面目。近代禅和子，都起不起疑情，在那里念“念佛是谁？”所以不得力，不能开悟。普贤菩萨有见于此，将假佛力修持的心中心法传于愚公，以补禅宗之不足，而续佛慧命。所以我们要珍视这部大法，虔诚恳切地修持，千万不可轻忽！能得到我们这个法不容易啊！我们这个法在西藏要修二十、三十年后，方能传习。因为西藏人要有个相的依靠才行，没有依靠他就不能修。日本东密也有此法，但因此法是密宗的心髓，是最高深的法，不能轻传，须得阿阇黎的法位才能传，一般人也学不到。现在，我们能得到它，真是无上的福报。故须竭尽全力修持，以期迅速打开本来见到佛性，然后再历境练心，勤除妄习，一地、二地、三地上上升进，到第三地即能够出意生身了；五地之上，就能证到三、五个化身，能变化了；到八地以上，我们的前五根（眼、耳、鼻、舌、身）都起变化了，世界亦在起变化。所谓种类具足无行作意生身，就是山、水、房子、花草样样都有，都能变显。虽能显化而无显化之迹。这就是无为，不是没做，而是不用有意去做，自然变化的。上面说过，弥勒佛对善财童子讲：“因广度众生，积累功德，所以感得庄严的报土了。你也要如此用功，勤除妄习，广度众生，才能得</w:t>
      </w:r>
    </w:p>
    <w:p>
      <w:pPr>
        <w:spacing w:before="0" w:after="80" w:line="259" w:lineRule="auto"/>
        <w:ind w:firstLine="360"/>
      </w:pPr>
      <w:r>
        <w:rPr>
          <w:rFonts w:ascii="Noto Serif CJK SC" w:hAnsi="Noto Serif CJK SC" w:eastAsia="Noto Serif CJK SC"/>
        </w:rPr>
        <w:t>后得智，而圆满报化身。”所以我们不能得少为足，必须于证见本性</w:t>
      </w:r>
    </w:p>
    <w:p>
      <w:pPr>
        <w:spacing w:before="0" w:after="80" w:line="259" w:lineRule="auto"/>
        <w:ind w:firstLine="360"/>
      </w:pPr>
      <w:r>
        <w:rPr>
          <w:rFonts w:ascii="Noto Serif CJK SC" w:hAnsi="Noto Serif CJK SC" w:eastAsia="Noto Serif CJK SC"/>
        </w:rPr>
        <w:t>后，上上升进，证到十三地，才能圆证果地佛。证成佛果的时间短长都靠自己掌握，没有一定的时限。比如释迦佛见到古佛的无限光明报身，很羡慕。他想：我也要证到这个报身。就拼命用功，日以继夜地用功，结果提前七劫成功。我们修法，往往今天推明天，明天推后天，推来推去，推到弥勒佛下生也不能成就，如果能拼命用功，无一人不能提前成道。《法华经·授记品》释迦佛给诸大弟子授记：你将来什么时候成佛，叫什么名字。一一授记的时限，是不是固定了呢？不是的，真用功的人习气扫空了，就能提前成佛。所谓三大阿僧祗劫是三个（见道位，修道位，证道位）证成道果的不可知之时。时间的长短，全视自己努力不努力而定。比如阿难尊者和释迦佛一齐发心修道，结果佛已证成果佛，阿难尚未开悟，即是明证。“嗡巴拉巴拉……”这个咒扫除习气很快。平时你要发火了，可大声持咒，把你的火气熄掉。我们修道，要恒顺众生，不是要人家顺你的心。要恒顺众生，一下子还容易，恒久地顺从就难了。所以说做一件好事容易，要持久地做就难了。但为佛子者，就要练这持久之力呀！开悟不好求，不要着急，要水到渠成。咒念到无念处就自然不念了，一时能念之心与所持之咒忽然脱落，就打开本来，亲证本性了，但一求就不来了。圆顿法门讲理事不二，理就是事，事就是理，理到事就应该到。如果说，理到了，事还没有到，理就是没悟，事到了才是真悟。根本不和你讲习气，讲习气就是没有彻悟，彻悟了还有什么习气？！《楞严经》说：“理属顿悟，乘悟并销。”就是说，彻悟时，什么习气都消尽了。后来人依此理说，禅宗只到六祖为止，后面不算宗，只算教了。为什么呢？后面禅宗行人都讲顿悟渐修了，顿悟其理，渐修其事，有渐次就是教了。“理属顿悟，乘悟并销”，“事则渐除，因次第尽”。教上分顿悟、渐修，所以《楞严经》说的是两种法。上面是顿悟，下面是渐修，并在一起作为一种法是不对的。现在我们迁就众生的习气根基，将顿悟渐修联合在一起说先打开本来证见理体，然后再事上锻炼，渐除妄习。本来佛说的法，因各人悟境不同而各有千秋的。昔佛住世时，一次说法后，弟子们讨论时争论起来，各说各对，问佛，佛说：你们说的都不是我的意思，但都可以用。适合各人的根基，可以用就算了。顿悟、渐修，适合近代人的根基可以用就算对了。</w:t>
      </w:r>
    </w:p>
    <w:p>
      <w:pPr>
        <w:spacing w:before="0" w:after="80" w:line="259" w:lineRule="auto"/>
        <w:ind w:firstLine="360"/>
      </w:pPr>
      <w:r>
        <w:rPr>
          <w:rFonts w:ascii="Noto Serif CJK SC" w:hAnsi="Noto Serif CJK SC" w:eastAsia="Noto Serif CJK SC"/>
        </w:rPr>
        <w:t>惠能和神秀的两个偈子都不好。神秀说的是渐修，而禅宗是顿</w:t>
      </w:r>
    </w:p>
    <w:p>
      <w:pPr>
        <w:spacing w:before="0" w:after="80" w:line="259" w:lineRule="auto"/>
        <w:ind w:firstLine="360"/>
      </w:pPr>
      <w:r>
        <w:rPr>
          <w:rFonts w:ascii="Noto Serif CJK SC" w:hAnsi="Noto Serif CJK SC" w:eastAsia="Noto Serif CJK SC"/>
        </w:rPr>
        <w:t>悟、顿修、顿证的圆顿法，所以五祖不把衣钵给他。六祖说：“本来无一物。”这就偏空了。所以五祖说：“也没有见性！”若真见性了，五祖为什么还要三更说法，说到“应无所住而生其心”六祖才大悟呢？这个偈子改一改：“菩提权做树，明镜假作台。”现相妙用啊，暂且做做树台也不妨！“本来不染污，说净亦尘埃”。有个清净，还是尘埃。本性是不垢不净，空无一物的，垢既无有，净又何来！？但现在把这两个偈子联合起来亦很当用。因为现代人根钝，不“常常勤拂拭”，扫除妄习，怎能成道？不作“本来无一物”会，又怎能不著有？所以近人说：六祖与神秀大师合起来，六祖是摩醯首罗一只眼，而神秀是双目圆明，信不诬也。</w:t>
      </w:r>
    </w:p>
    <w:p>
      <w:pPr>
        <w:spacing w:before="0" w:after="80" w:line="259" w:lineRule="auto"/>
        <w:ind w:firstLine="360"/>
      </w:pPr>
      <w:r>
        <w:rPr>
          <w:rFonts w:ascii="Noto Serif CJK SC" w:hAnsi="Noto Serif CJK SC" w:eastAsia="Noto Serif CJK SC"/>
        </w:rPr>
        <w:t>融禅净密于一体的心中心法一九九四年二月二十七日讲于杭州心中心法看是密宗，但它是以禅为体、以密为用、以净土为归、融三宗为一体的大法。不同其他有相密法，须从有相过渡到无相而后才能亲证本真，它是直下见性不须绕弯的，而且它和禅宗一样，都是从第八识下手修行的，所以它实质就是禅宗。禅宗行人先要通教义，然后抱定一则话头精心参究，才能有个入处，否则盲修瞎炼，宛如无首苍蝇钻纸窗，无有出处。密宗也不例外，要修密法，先要通显教，所以密宗有九乘次第之分，这九乘次第就是通常说的外三乘、内三乘和密三乘。外三乘就是先学习罗汉、辟支佛与菩萨、佛等乘的教义。内三乘是进入实修的阶段，它分事业部、生起次第和圆满次第。现在把它分开来约略讲一下。</w:t>
      </w:r>
    </w:p>
    <w:p>
      <w:pPr>
        <w:pStyle w:val="Heading3"/>
      </w:pPr>
      <w:r>
        <w:rPr>
          <w:rFonts w:ascii="Noto Serif CJK SC" w:hAnsi="Noto Serif CJK SC" w:eastAsia="Noto Serif CJK SC"/>
        </w:rPr>
        <w:t>一、事业部。这是随和众生的愿望与要求为之修除病、息灾与增</w:t>
      </w:r>
    </w:p>
    <w:p>
      <w:pPr>
        <w:spacing w:before="0" w:after="80" w:line="259" w:lineRule="auto"/>
        <w:ind w:firstLine="360"/>
      </w:pPr>
      <w:r>
        <w:rPr>
          <w:rFonts w:ascii="Noto Serif CJK SC" w:hAnsi="Noto Serif CJK SC" w:eastAsia="Noto Serif CJK SC"/>
        </w:rPr>
        <w:t>加收益的起用密法，也是“先以欲勾牵，后令入佛智”引大众进入佛门的方便接引法。现在学佛修行的人大都为了治病、发财和得神通，真为明心见性、了生死的，百不得一，这真太可悲了。治病固无可非议，想发财未免太愚蠢，这在港台人和华侨尤甚，他们来学法，都想学财神法，以满足他们享乐的欲望。殊不知这色、声、香、味、触、法等等法尘都是空花水月，可望而不可即，任你使尽计谋，费尽心力，得到的所谓“乐受”都是梦、幻、泡、影，而无一丝一毫真实受用。临命终时，非但一点也带不走，生前所造的恶业倒紧跟着你，甩也甩不掉，而随它受恶报去。经云：“万般将不去，唯有业随身。”吾人于此岂可不深加警惕！说到神通，真是没一个人不想要，但是这要妄想消尽，旧习除光</w:t>
      </w:r>
    </w:p>
    <w:p>
      <w:pPr>
        <w:spacing w:before="0" w:after="80" w:line="259" w:lineRule="auto"/>
        <w:ind w:firstLine="360"/>
      </w:pPr>
      <w:r>
        <w:rPr>
          <w:rFonts w:ascii="Noto Serif CJK SC" w:hAnsi="Noto Serif CJK SC" w:eastAsia="Noto Serif CJK SC"/>
        </w:rPr>
        <w:t>后，由真如自性中自然挥发出来的才是不退转的真神通。若从法修</w:t>
      </w:r>
    </w:p>
    <w:p>
      <w:pPr>
        <w:spacing w:before="0" w:after="80" w:line="259" w:lineRule="auto"/>
        <w:ind w:firstLine="360"/>
      </w:pPr>
      <w:r>
        <w:rPr>
          <w:rFonts w:ascii="Noto Serif CJK SC" w:hAnsi="Noto Serif CJK SC" w:eastAsia="Noto Serif CJK SC"/>
        </w:rPr>
        <w:t>来或依靠外物求来的，非但不是真神通，得不到真实受用，还要闯大祸，受恶报。所以在妄念未息，妄心未空时，千万不要妄求，以免莽莽荡荡遭殃而受恶报于未来。</w:t>
      </w:r>
    </w:p>
    <w:p>
      <w:pPr>
        <w:pStyle w:val="Heading3"/>
      </w:pPr>
      <w:r>
        <w:rPr>
          <w:rFonts w:ascii="Noto Serif CJK SC" w:hAnsi="Noto Serif CJK SC" w:eastAsia="Noto Serif CJK SC"/>
        </w:rPr>
        <w:t>二、生起次第。到这里才真正开始进入实修的途程。了生死，出</w:t>
      </w:r>
    </w:p>
    <w:p>
      <w:pPr>
        <w:spacing w:before="0" w:after="80" w:line="259" w:lineRule="auto"/>
        <w:ind w:firstLine="360"/>
      </w:pPr>
      <w:r>
        <w:rPr>
          <w:rFonts w:ascii="Noto Serif CJK SC" w:hAnsi="Noto Serif CJK SC" w:eastAsia="Noto Serif CJK SC"/>
        </w:rPr>
        <w:t>苦海，密宗的修持法门很多，由浅入深，先修生起次第如：颇哇法，</w:t>
      </w:r>
    </w:p>
    <w:p>
      <w:pPr>
        <w:spacing w:before="0" w:after="80" w:line="259" w:lineRule="auto"/>
        <w:ind w:firstLine="360"/>
      </w:pPr>
      <w:r>
        <w:rPr>
          <w:rFonts w:ascii="Noto Serif CJK SC" w:hAnsi="Noto Serif CJK SC" w:eastAsia="Noto Serif CJK SC"/>
        </w:rPr>
        <w:t>气脉明点等等，从观想入手，由无至有地生起气脉与明点等的作用。所谓明点即第八识，以之从会阴至梵穴，随呼吸升降，炼成后，临命终时，即能迁识往生净土。这些修成的都是有相功夫，还不能成道，再要进一步修圆满次第。</w:t>
      </w:r>
    </w:p>
    <w:p>
      <w:pPr>
        <w:pStyle w:val="Heading3"/>
      </w:pPr>
      <w:r>
        <w:rPr>
          <w:rFonts w:ascii="Noto Serif CJK SC" w:hAnsi="Noto Serif CJK SC" w:eastAsia="Noto Serif CJK SC"/>
        </w:rPr>
        <w:t>三、圆满次第。将观想修成的气脉、明点等有相东西化空，与法</w:t>
      </w:r>
    </w:p>
    <w:p>
      <w:pPr>
        <w:spacing w:before="0" w:after="80" w:line="259" w:lineRule="auto"/>
        <w:ind w:firstLine="360"/>
      </w:pPr>
      <w:r>
        <w:rPr>
          <w:rFonts w:ascii="Noto Serif CJK SC" w:hAnsi="Noto Serif CJK SC" w:eastAsia="Noto Serif CJK SC"/>
        </w:rPr>
        <w:t>身相应，进入圆满次第，以资即生成佛。法身无相。它一法不立、一丝不挂、一尘不染。如电无相可见，一切作用都由它生起，离电灯不能亮，机器亦无由运转。法身亦如是，我们之所以能说、能听、能行、能动都是它的作用，离开它这肉体即如石板、木块，非但不能动弹，还要腐臭霉烂。我们现在修行，就是要亲证这无相的法身，才能不着于相而了生死，出轮回。进入圆满次第分三乘，就是密三乘：第一、嘛哈约嘎，即大圆满相应。将观想修成的气脉等有相东西完全化空，以与法身相应。相应即是瑜伽，瑜伽者，“相应”也。第二、阿努约嘎，即无上圆满相应，用界智为趣入门，进一步把种种显现都化为一实相。第三、阿底约嘎，即无比圆满相应。合三乘为大密咒乘。密三乘中以阿底约嘎为最高，亦称为无二大圆满。它的意义是一切染净诸法统统在现前离垢、明空、豁朗的本觉中完全具足。这就是从有化空，空亦不可得，复从空显有的层层入深的心中心法。所以我们修的心中心法是无相可得，直下见性的大法，有缘得此法者，真是无上的大福报，若非前生广植善根，何能得此？！心中心法既与禅相应，同时也和净土融为一体，因为它是以净土为归宿的。《佛心经》说：心中心法第四印，可以往生西方净土。而且</w:t>
      </w:r>
    </w:p>
    <w:p>
      <w:pPr>
        <w:spacing w:before="0" w:after="80" w:line="259" w:lineRule="auto"/>
        <w:ind w:firstLine="360"/>
      </w:pPr>
      <w:r>
        <w:rPr>
          <w:rFonts w:ascii="Noto Serif CJK SC" w:hAnsi="Noto Serif CJK SC" w:eastAsia="Noto Serif CJK SC"/>
        </w:rPr>
        <w:t>也可以随愿往生其他净土。可见这部法真是妙到巅毫。末法众生要</w:t>
      </w:r>
    </w:p>
    <w:p>
      <w:pPr>
        <w:spacing w:before="0" w:after="80" w:line="259" w:lineRule="auto"/>
        <w:ind w:firstLine="360"/>
      </w:pPr>
      <w:r>
        <w:rPr>
          <w:rFonts w:ascii="Noto Serif CJK SC" w:hAnsi="Noto Serif CJK SC" w:eastAsia="Noto Serif CJK SC"/>
        </w:rPr>
        <w:t>出生死轮回，舍此法外，恐怕别无可求了。修此法所以能生净土者，因心即土，土即心。经云：“欲净其土，先净其心，随其心净，即佛土净。”万物生长靠大地，同样，世出世间一切法皆由心生。佛、菩萨、罗汉、辟支佛四圣与天、人、阿修罗、地狱、饿鬼、畜生六凡这十法界，以及山河大地、草木丛生和森罗万象莫不是我人真心所造成、所显现。讲到这一点，十法界全由我们的真心所造，大家还易理解，较易接受，但说山河大地、森罗万象也由我们的法身所显现，大家就不易明白了。现在举一个较易知晓的简单例子来说明一下，比方造房子，先要让工程师设计图样，然后由工匠们依图建造，这设计图样的和建造房屋的不全是真心的妙用</w:t>
      </w:r>
    </w:p>
    <w:p>
      <w:pPr>
        <w:spacing w:before="0" w:after="80" w:line="259" w:lineRule="auto"/>
        <w:ind w:firstLine="360"/>
      </w:pPr>
      <w:r>
        <w:rPr>
          <w:rFonts w:ascii="Noto Serif CJK SC" w:hAnsi="Noto Serif CJK SC" w:eastAsia="Noto Serif CJK SC"/>
        </w:rPr>
        <w:t>吗？离开真心，这肉体动弹不得，还能动脑筋、设计画图建造房屋吗？所以世间的一切一切，都是真心所作，本性所现。离开真心，一无所有。西方净土也不例外，它是阿弥陀佛真性净心所感召的功德大果报。我们欲生净土，先要把心洗清净了，与净土相应，方能往生；否则心地秽垢，只能生在秽土，不能往生西方净土。净土宗的行人每天要念十万八千佛号，为的是用圣号把心中的积垢、污染洗净，为将来得生净土作准备。我们修心中心法，每天结印持咒，也是在洗心革面，假佛、菩萨加持之力将历劫多生的颠倒、执着妄习除尽，以打开本来，亲证佛性。当打开本来时，因心清净无染故，当下就是净土，不待命终往生，即已现生净土了。因生时既已与净土相应，死后往生净土当能如愿以偿。净土宗说的“花开见佛悟无生”，不是死后生到西方，坐在莲胎里，经多劫精修，等莲花开敷，参见阿弥陀佛，而后方悟本来无生无灭，而是说我们用功至妄念消灭时心花开敷，亲见与佛不二之真性也。我们能否往生净土，全视我们的心是否清净，不在修什么法上。有的人误解了净土宗的真义，以为只有念佛的人能生西方净土，不念佛不能生西。假如真是这样，佛的心量倒和我们这些执着凡夫一样狭窄了，这样狭隘的心量和分别取舍的劣行能成佛吗？在我们凡夫地，还要断分别取舍，广为群众谋福利，何况是已成道的佛、菩萨呢？所以这种邪见，都是“以小人之心度君子之腹”的劣见，不足与论。就密宗的经典说来，佛是兴无缘大慈的，不论你修什么法，学什么宗，即便不学佛的人，临终时，佛也是一视同仁，普为放光接引，往生净土，绝不是只接引学佛的人，其他都不屑一顾的。只不过不学佛的人，业障深重，不见佛接引，犹如生盲，不见天日，辜负了佛恩。甚或业障深重的人，畏佛光强烈，向黑暗处乱窜，反而投入地狱、饿鬼道中受苦去了。所以欲生西方净土，除念佛外，诵经、持咒、做善事等等都和念佛一样，只要将心打扫清净了，发愿往生，决定能如愿以偿。相反，心不清净，恋着娑婆，虽多念佛，亦不能往生。因心有恋着，即如“抱桩摇橹”，虽用尽心力，因缆绳系在岸边的木桩上，船何能行动？往生即无望了。所以能否往生西方净土如上面所说，不在用什么方法，而在心是否清净与有否发愿。我们只要一心持咒，发愿往生，决</w:t>
      </w:r>
    </w:p>
    <w:p>
      <w:pPr>
        <w:spacing w:before="0" w:after="80" w:line="259" w:lineRule="auto"/>
        <w:ind w:firstLine="360"/>
      </w:pPr>
      <w:r>
        <w:rPr>
          <w:rFonts w:ascii="Noto Serif CJK SC" w:hAnsi="Noto Serif CJK SC" w:eastAsia="Noto Serif CJK SC"/>
        </w:rPr>
        <w:t>定能如愿，正不须于打坐修法之外更修净土念佛法门也。心中心法</w:t>
      </w:r>
    </w:p>
    <w:p>
      <w:pPr>
        <w:spacing w:before="0" w:after="80" w:line="259" w:lineRule="auto"/>
        <w:ind w:firstLine="360"/>
      </w:pPr>
      <w:r>
        <w:rPr>
          <w:rFonts w:ascii="Noto Serif CJK SC" w:hAnsi="Noto Serif CJK SC" w:eastAsia="Noto Serif CJK SC"/>
        </w:rPr>
        <w:t>是融禅、净、密于一体的大法。先师骧陆公说心中心法是以禅为体、密为用、净土为归的妙法，确是中肯的定论。大愚师公太慈悲了，怕我们顾虑这一生修法不成功，又为我们开发往生兜率净土与弥勒佛结缘的慈氏咒，藉以保险，如不愿生兜率而愿往生西方的，还可加持“往生广咒”，往生西方净土，这咒本是净土宗的本门咒，《净土十要》中有述此咒功德与功力的专文。可惜净</w:t>
      </w:r>
    </w:p>
    <w:p>
      <w:pPr>
        <w:spacing w:before="0" w:after="80" w:line="259" w:lineRule="auto"/>
        <w:ind w:firstLine="360"/>
      </w:pPr>
      <w:r>
        <w:rPr>
          <w:rFonts w:ascii="Noto Serif CJK SC" w:hAnsi="Noto Serif CJK SC" w:eastAsia="Noto Serif CJK SC"/>
        </w:rPr>
        <w:t>土宗的近代行人都不知道而遗忘了，这真太遗憾了。我们修心中心</w:t>
      </w:r>
    </w:p>
    <w:p>
      <w:pPr>
        <w:spacing w:before="0" w:after="80" w:line="259" w:lineRule="auto"/>
        <w:ind w:firstLine="360"/>
      </w:pPr>
      <w:r>
        <w:rPr>
          <w:rFonts w:ascii="Noto Serif CJK SC" w:hAnsi="Noto Serif CJK SC" w:eastAsia="Noto Serif CJK SC"/>
        </w:rPr>
        <w:t>法既可一生亲证本性得大成就，又有双保险，临终往生净土，还有什么顾虑呢？我人能于兹末法时代遇此大法，再不好好用功，真是太可惜，太辜负佛恩与自己了。我们学佛，根器有五种不同，这是过去世所植善根的深广度不同而有此差别，不是佛、菩萨或其他人安排决定的：一、人天乘，世间很多善心的人，以为只要做好事，扶危济困，帮人家忙，不害别人就一生事毕，不需要学佛，更毋须修法，这种善人于社会确是有益，但只能因行善而得福报，感人天小果，不能超越轮回。二、罗汉乘，这比前一种人有智慧，知行善虽有福报，但福享完后，依然要落轮回</w:t>
      </w:r>
    </w:p>
    <w:p>
      <w:pPr>
        <w:spacing w:before="0" w:after="80" w:line="259" w:lineRule="auto"/>
        <w:ind w:firstLine="360"/>
      </w:pPr>
      <w:r>
        <w:rPr>
          <w:rFonts w:ascii="Noto Serif CJK SC" w:hAnsi="Noto Serif CJK SC" w:eastAsia="Noto Serif CJK SC"/>
        </w:rPr>
        <w:t>受苦，要真消除生死的痛苦，非出六道轮回不可，因而发心学佛、修</w:t>
      </w:r>
    </w:p>
    <w:p>
      <w:pPr>
        <w:spacing w:before="0" w:after="80" w:line="259" w:lineRule="auto"/>
        <w:ind w:firstLine="360"/>
      </w:pPr>
      <w:r>
        <w:rPr>
          <w:rFonts w:ascii="Noto Serif CJK SC" w:hAnsi="Noto Serif CJK SC" w:eastAsia="Noto Serif CJK SC"/>
        </w:rPr>
        <w:t>法，但他们只顾自了，不愿救度他人，只悟偏空之理，不了法执，所以佛呵为焦芽败种。三、辟支佛乘，与罗汉一样，只顾自了，但比罗汉聪敏，见微知著，从因悟果，所以他们修的法是十二因缘，不像罗汉修四谛法门由果究因。他们在无佛出世时，见花开花落即悟苦空无常而证道，所以较罗汉略胜一筹。四、菩萨乘，悟我法二空之理，修六波罗蜜和四摄，自觉觉他以证道的大乘道。五、佛乘，悟自心与佛无二无别，无漏智慧、曾无稍减，只因不觉，迷于声色而造业，始沦为众生。今苟觉悟，六尘空花，无可取着，一切放下，即能恢复本有光明，犹如千年暗室，一灯能明，正不必历尽艰苦而后始能成就，更不是高不可攀、人人无望的难事。这是大根利器人的事，不是小根劣器者所敢望其项背的。我们学佛就要有这种勇气：敢于承当——我就是佛。然后，不惜牺牲一切，断然放下“屠刀”，时时处处回光返照，在一念上熏修，定能完成圆证佛果的丰功伟业。这五种根器各就各位，无可勉强逾越，所以我们要勤修福德，广植善根，培养自己的根基。绝不可仅打坐修法了事。近世修净土宗的同仁大都不敢承当自己是佛，能毫无疑问地确</w:t>
      </w:r>
    </w:p>
    <w:p>
      <w:pPr>
        <w:spacing w:before="0" w:after="80" w:line="259" w:lineRule="auto"/>
        <w:ind w:firstLine="360"/>
      </w:pPr>
      <w:r>
        <w:rPr>
          <w:rFonts w:ascii="Noto Serif CJK SC" w:hAnsi="Noto Serif CJK SC" w:eastAsia="Noto Serif CJK SC"/>
        </w:rPr>
        <w:t>认自己实具如来佛性的已是十分难能可贵了。其实，这不是请客吃饭，不必谦逊退让。勇于承当了，无形中就有一股强劲的推动力，使你一往直前，努力精进，一句圣号念得心花开敷，即能上品往生与佛同行。否则，充其量亦不过下品往生。净土之所以有九品往生，全在吾人自己认取，努力精进，不是佛、菩萨有厚此薄彼的安排的。讲到开悟、明心见性其实不难，难在自己不识，处处为自己所瞒。我们说过：这能说、能听、能动、能行的功能就是佛性，因它无相，不可以眼见，只可以意会，所以说心地法眼可以见道。禅宗祖师们从前也是直接开示学人当下见性，不像现在须参话头，这到南宋以后因学人不尊重直指才改为参话头。临济宗的开山祖师临济禅师尝直截了当地开示学人：“赤肉团上有一无位真人。要识这无位真人么？即今说法听法者是！”请看，这是多么鲜明了当、坦率真诚的指示！所谓无位真人，即是无相的真如实性。《金刚经》云：“凡所有相，皆是虚妄。”无相的“能”，才是真实不虚的法身。那么，它在什么地方呢？就在你六根门头放光，所以说“赤肉团”上。又怕我们不明白，再加一句：“即今说法听法者是。”这样坦率明朗的开示，还有疑问吗？！我们修心中心法，绵密持咒，持至无心可心时，能持之心与所持之咒忽然脱落，内而身心外而世界一齐消殒，但非如木石无知而灵知了了，这就是真心显现时，也是亲证本来时。不要小看这一点，将来神通显发全基于此。犹如金翅大鹏，一翅能飞数十万里，全靠脚下一点劲，脚如不点地即飞腾不起。今亲证本真，即是脚跟点地时，这和从书上看来或听别人讲来的理解完全不同。修心中心法之所以修一千座者，以一千座内只要毫无间断地如法修持，定能打开本来，亲见实性。其如未到者，或是断续行持，或是不如法——边持咒边打妄想，或是当豁开时因恐怖而中止爆破，更或是略带昏沉而滑过，这就是行人福德不够才遭此挫折迂曲的。但这也不要紧，今天如仍有不明白的，我再来为大家重说一遍：这能说法、听法的就是当人的真如实性。只要你们听了深信不疑，立稳脚跟，绵密保护，外不为物境所牵，内不为妄念所转，久久用功，将来一定能打成一片，圆证佛果。假如将信将疑，那就咎由自取，佛祖也无能为力了。讲到这里，有的人不免要问，这能说能听的就是真如佛性，我们现在明白了，假如这就等于开悟，怎么不发神通呀？不是说开悟的</w:t>
      </w:r>
    </w:p>
    <w:p>
      <w:pPr>
        <w:spacing w:before="0" w:after="80" w:line="259" w:lineRule="auto"/>
        <w:ind w:firstLine="360"/>
      </w:pPr>
      <w:r>
        <w:rPr>
          <w:rFonts w:ascii="Noto Serif CJK SC" w:hAnsi="Noto Serif CJK SC" w:eastAsia="Noto Serif CJK SC"/>
        </w:rPr>
        <w:t>人要发大神变吗？是的，彻悟的人是要发大神通的，因为我们的本性是具足六通的。但是，现在只是初悟，犹如婴儿刚离母胎，不能起用，要妥善保养，迨其长大才能起用。所以我们要绵密保护，勤除妄习，一切无住，先得漏尽通，而后发五神通，才是真实的道通。相反用法修来的，或依靠鬼神妖等附体而得来的那是假通。真通是永远存在而不变的，假通一口气不来就完蛋了。《楞严经》云：“理属顿悟，乘悟并销；事则渐除，因次第尽。”这本来是说的二种法门：一是圆顿法，一是渐次法。大根人一悟即彻，所有执着妄习，乘开悟的刹那即已消灭，神通即可发现了；根器稍钝的人须于悟后，在事上磨练，渐除习气而后始能慢慢地发挥作用。但现在末法时代的人，根钝障重，不能顿悟、顿修、顿证，只好将二种法门合为一门，在理悟后保任除习，而渐渐地发通证果。这修证的过程，临济祖师因用心细密，亲历过来，说得很清楚彻底。他说大凡演唱宗乘，一句中须具三玄，一玄门须具三要，这三玄三要是临济宗的心法，我们要细细参透，方知由初悟，渐臻圆满的玄奥。他说一句中具三玄，这一句是那一句呢？就是上面说的“赤肉团上有一无位真人，即今说法听法者是”。所谓说法听法的无位真人，即本来本真，不因造作，不用修成而无依倚的本色道人也。我们现在说法听法，四大色身不解说法听法，脾、胃、肝、胆与虚空物境也不解说法听法，这解说法听法者乃各人目前历历孤明而无形相的“这个”。我们会得“这个”，只为初悟，习气未除，自救不了，需要历境练心，上上升进，所以临济祖师把这段途程分为三玄三要。从这句说法听法的无位真人上分为三玄，是哪三玄呢？第一是体中玄，第二是意中玄，第三是句中玄。盖从悟得的妙体上发而为之的大意，由意产生妙用拈出而为言句。临济公于每一玄各有一句说法，今为各位列出并解说一下：（因与《禅海微澜》中讲述三玄三要和“喝”的公案大致相同，故此处略去一部分。）我们做功夫就要毫无滞留，潇洒自在，尽管接应千变万化的工作和事业，如没事人儿似的，一点也不动情，才是大机大用，方符大乘佛教的宗旨，决不是死坐在那里不动，守住空寂能成大道的。希望大家听后，第一要知“有”，即明白这听法的无位道人，即是自己的本来佛性，不再向外求取；第二要绵密保护这“无位真人”空灵无住，才</w:t>
      </w:r>
    </w:p>
    <w:p>
      <w:pPr>
        <w:spacing w:before="0" w:after="80" w:line="259" w:lineRule="auto"/>
        <w:ind w:firstLine="360"/>
      </w:pPr>
      <w:r>
        <w:rPr>
          <w:rFonts w:ascii="Noto Serif CJK SC" w:hAnsi="Noto Serif CJK SC" w:eastAsia="Noto Serif CJK SC"/>
        </w:rPr>
        <w:t>有念起，即便觉除，既不住境亦不守空；第三不要死保，比如孩子长大，要任其自由，不可拘住不放，要坐便坐，要行就行，毫无拘束，潇洒自在，方得真实受用。正是：著有不解空，昧却主人翁。空有皆不住，即是大神通。住空不知有，死水黑山中。若人会此意，面向西看东。</w:t>
      </w:r>
    </w:p>
    <w:p>
      <w:pPr>
        <w:spacing w:before="0" w:after="80" w:line="259" w:lineRule="auto"/>
        <w:ind w:firstLine="360"/>
      </w:pPr>
      <w:r>
        <w:rPr>
          <w:rFonts w:ascii="Noto Serif CJK SC" w:hAnsi="Noto Serif CJK SC" w:eastAsia="Noto Serif CJK SC"/>
        </w:rPr>
        <w:t>学佛无难，但观自在一九九四年三月三日讲于杭州三台山学佛并没有困难，因为一切众生都具有如来智慧德相，都有佛性。只是大家不识，追逐外境执取色相，忘记自己本来面目而造业受报，沉沦六道。只要我们醒悟，回光返照，不趋外境，不着外相，回头就是。佛性的功能，表现得最明显的例子就是我们看外境并不是眼睛看，现代科学家也讲，单凭眼睛看不见，之所以能见，是大脑的作用。但是这还没有说到根本，因为大脑神经只如电线电网，眼睛比如是灯泡，电网拉好、灯泡接好，电不通还是不起作用。这电是什么呢？电就是我们的真心，我们能嗅能尝，能说能动，那都是佛性的功能。只要明白这一点，不着外相，时时回光返照，就成功了。所以学佛并没有什么难处。憨山大师说：“修般若之所以成功迅速者，以人人本具此心光也……”一切众生都本具此心光，不是从外追求得来的。诸佛不迷了，证到这个心光，能起神通妙用；众生迷而不觉，就六道轮回，颠倒受苦。假如能够明白我们本具这个心光，回光返照，一念薰修，就是在一念未起前着力，念头一起就看见它，不要跟念头跑，用智慧光把我们八识田里的执着种子都薰光，这样做功夫，就不难成就。</w:t>
      </w:r>
    </w:p>
    <w:p>
      <w:pPr>
        <w:spacing w:before="0" w:after="80" w:line="259" w:lineRule="auto"/>
        <w:ind w:firstLine="360"/>
      </w:pPr>
      <w:r>
        <w:rPr>
          <w:rFonts w:ascii="Noto Serif CJK SC" w:hAnsi="Noto Serif CJK SC" w:eastAsia="Noto Serif CJK SC"/>
        </w:rPr>
        <w:t>心地法门是诞生王子，将来必定能够成佛。如果用其它什么法，修</w:t>
      </w:r>
    </w:p>
    <w:p>
      <w:pPr>
        <w:spacing w:before="0" w:after="80" w:line="259" w:lineRule="auto"/>
        <w:ind w:firstLine="360"/>
      </w:pPr>
      <w:r>
        <w:rPr>
          <w:rFonts w:ascii="Noto Serif CJK SC" w:hAnsi="Noto Serif CJK SC" w:eastAsia="Noto Serif CJK SC"/>
        </w:rPr>
        <w:t>什么通，那只是外围功勋位。功夫再好，神通再大，也只能俯首称臣，不能做皇帝——成佛。所以要在心地上修，这是最根本的法。其实一切法都是多余的，《金刚经》说：“法如筏喻者。”临济祖师被黄檗祖师三打之后，他悟道了，说：“原来黄檗佛法无多子。”没有什么玄妙与复杂，我们大家执着玄妙反而复杂了。六祖大师说佛性本来具足一切神通妙用，就是说，人人都有神通，现在不能发现，就是我们的妄想颠倒执著作怪，盖覆了我们的光明，我们能时时回光返照，不着外相，把执着的乌云驱散，那就恢复光明了。《心经》第一句“观自在菩萨”，“观自在”就是叫我们做功夫。“观”是观照，时时看着念头的起处，不动摇；“自”是自己。什么是自己呢，我们大家错认色身是自己，我这身体要享受，要吃得好、</w:t>
      </w:r>
    </w:p>
    <w:p>
      <w:pPr>
        <w:spacing w:before="0" w:after="80" w:line="259" w:lineRule="auto"/>
        <w:ind w:firstLine="360"/>
      </w:pPr>
      <w:r>
        <w:rPr>
          <w:rFonts w:ascii="Noto Serif CJK SC" w:hAnsi="Noto Serif CJK SC" w:eastAsia="Noto Serif CJK SC"/>
        </w:rPr>
        <w:t>穿得好，贪得无厌，这就造业受报了。这色身不是我，这色身是我们所住的房子。里面有个真人，这真人才是我。这真人就是现在六根门头放光的这个东西——能见能闻的功能。我们在当下一念不生，前念已断，后念不起，当中没有念头的时候，此时虽一念不起，但非木石无知，而是了了分明，视而不见，听而不闻，能见所见，能闻所闻，都不可得，能所双亡，这就是我们的本性，这就是自己。圭峰禅师说：“莫认色身，以空寂为体。”我们的本性像虚空一样，虚空就是我，我就是虚空。假如我之外有一个虚空，还有一个空在，那也不是了，我们不要向外面去求取，放下就是。莫求真，但歇妄。不要求啊！你本来就是佛嘛，还求什么佛呢？歇下妄心就是菩提。菩提者，就是正觉，就是觉悟。我们观这个自己，在刚开始只是明白了道理，心还捉不住，要跟境界跑，需要做功夫看住它，观照这本性在不</w:t>
      </w:r>
    </w:p>
    <w:p>
      <w:pPr>
        <w:spacing w:before="0" w:after="80" w:line="259" w:lineRule="auto"/>
        <w:ind w:firstLine="360"/>
      </w:pPr>
      <w:r>
        <w:rPr>
          <w:rFonts w:ascii="Noto Serif CJK SC" w:hAnsi="Noto Serif CJK SC" w:eastAsia="Noto Serif CJK SC"/>
        </w:rPr>
        <w:t>在本位上。功夫做熟了，进一步就观也不要了。观是有功之用，再要</w:t>
      </w:r>
    </w:p>
    <w:p>
      <w:pPr>
        <w:spacing w:before="0" w:after="80" w:line="259" w:lineRule="auto"/>
        <w:ind w:firstLine="360"/>
      </w:pPr>
      <w:r>
        <w:rPr>
          <w:rFonts w:ascii="Noto Serif CJK SC" w:hAnsi="Noto Serif CJK SC" w:eastAsia="Noto Serif CJK SC"/>
        </w:rPr>
        <w:t>进到无功之用。无为法，一切不可得，观也不要了。但是要注意：功夫到这一步，才能不要观；功夫没有到，你把观放掉，便流浪了。有人说一切时做功夫是住着，开始时需要住着，你不住着功夫上，你就跟境跑了。心中心法也是这个道理，一上来叫你观住不动，没有定力做不到，所以给你住着个法，把别的东西就丢掉了，这是转换法门，就像念佛一样，也是转换法门。我们念佛时，心念佛，佛就是心。念佛、法、僧，就不念贪、嗔、痴。但是一上来不念做不到，因为多生历劫，习气深重，还是要有个法来修。密宗的起用法门很多，很多人修行为了得神通、求发财，不知道修心中心法是叫你修大道成</w:t>
      </w:r>
    </w:p>
    <w:p>
      <w:pPr>
        <w:spacing w:before="0" w:after="80" w:line="259" w:lineRule="auto"/>
        <w:ind w:firstLine="360"/>
      </w:pPr>
      <w:r>
        <w:rPr>
          <w:rFonts w:ascii="Noto Serif CJK SC" w:hAnsi="Noto Serif CJK SC" w:eastAsia="Noto Serif CJK SC"/>
        </w:rPr>
        <w:t>大器。现在用什么法得到点小神通，非但没有用，还要闯祸，因为心</w:t>
      </w:r>
    </w:p>
    <w:p>
      <w:pPr>
        <w:spacing w:before="0" w:after="80" w:line="259" w:lineRule="auto"/>
        <w:ind w:firstLine="360"/>
      </w:pPr>
      <w:r>
        <w:rPr>
          <w:rFonts w:ascii="Noto Serif CJK SC" w:hAnsi="Noto Serif CJK SC" w:eastAsia="Noto Serif CJK SC"/>
        </w:rPr>
        <w:t>未空。有的得了天眼通，见到一些可怕形像，吓得发了精神病。外道执相修法，出神也不是好事，叫你将来着魔。但是人都喜欢这一套，求这一套就不能成大器，不能出六道轮回。还是要把心练空，一切无住，发挥我本性所具的神通。虽然发了，等于没有神通，就像现在我们能够穿衣吃饭一样，寻常得很，没有什么玄妙奇特。因为一切众生都本具这功能，暂时没有发出来是因为被妄念颠倒执着所盖覆了。我们人为什么比动物聪明，就是因为人的盖障比动物少、轻，动物的盖障重、沉，所以比人愚笨得多。我们能够拿掉这盖障就好了。《心经》说“观自在”是要我们做功夫，观照自己在本位上不动摇。“自在”，就是我这本性时时在。而我们平时就不在，跟境界跑了。圆悟勤祖师说：“一刻不在，便同死人。”就是行尸走肉。要时</w:t>
      </w:r>
    </w:p>
    <w:p>
      <w:pPr>
        <w:spacing w:before="0" w:after="80" w:line="259" w:lineRule="auto"/>
        <w:ind w:firstLine="360"/>
      </w:pPr>
      <w:r>
        <w:rPr>
          <w:rFonts w:ascii="Noto Serif CJK SC" w:hAnsi="Noto Serif CJK SC" w:eastAsia="Noto Serif CJK SC"/>
        </w:rPr>
        <w:t>时“在”。“在”熟了呢，“自”也不要了，有“自”还是做作。《圆觉经》讲：“居一切时不起妄念，于诸妄心亦不息灭，住妄想境不加了知，于无了知不辨真实。”妄心不要灭掉，因为妄心就是真心，波浪就是水，把波浪去掉，水就没有了，所以妄心起来亦不压灭它。只要转，不跟它跑即是。念佛、念咒即是活泼泼地转妄念的最好方法，心摆在佛上、咒上，妄念就转化了。“住妄想境不加了知”，就是自己不要执着自己，时时刻刻认着自己。到此时，“自”就不要了，只有“在”在。“于无了知不辨真实”，一切都不可得，真即假，假即真，更无圣凡之别，一切一切都融归自己，无在无不在，“在”也没有了。一切经文讲的经义都是这些。《心经》是一部成佛的法，不是念念就行了。一切众生能观自在，就是《心经》所说的菩萨；你不能，那么你就是众生了。修心中心法用印、咒、观三密加持，把你的妄心消了，根尘脱落，人、事相、世界、虚空、一切都消殒，大地平沉，虚空粉碎，叫你亲自证见一回，这就是佛性的显现。但大家都疑惑不定：“恐怕不是吧？为什么没有发神通呢？显然不是！”其实这就是啊，实实在在的是啊！暂时不能发神通，是你的执着习气还在，还没有除尽。圭峰宗密禅师说：“真理虽然顿达，此情难以卒除，须长觉察，损之又损。”我们明白了道理，但是旷劫以来在六道轮回中转来转去，习气深厚，非常执着，不能马上除掉，需要时时刻刻觉察，在境界上锻炼，损之又损。圭峰宗密禅师说得很好：识冰池而全水，藉阳气以消融。悟凡夫而即佛，资法力以薰修。冰融则水流润，方呈溉涤之功。妄尽则心灵通，始发通光之用。</w:t>
      </w:r>
    </w:p>
    <w:p>
      <w:pPr>
        <w:spacing w:before="0" w:after="80" w:line="259" w:lineRule="auto"/>
        <w:ind w:firstLine="360"/>
      </w:pPr>
      <w:r>
        <w:rPr>
          <w:rFonts w:ascii="Noto Serif CJK SC" w:hAnsi="Noto Serif CJK SC" w:eastAsia="Noto Serif CJK SC"/>
        </w:rPr>
        <w:t>我们修心中心法，藉这法渡过河，不能执着法。骧陆先师说修心</w:t>
      </w:r>
    </w:p>
    <w:p>
      <w:pPr>
        <w:spacing w:before="0" w:after="80" w:line="259" w:lineRule="auto"/>
        <w:ind w:firstLine="360"/>
      </w:pPr>
      <w:r>
        <w:rPr>
          <w:rFonts w:ascii="Noto Serif CJK SC" w:hAnsi="Noto Serif CJK SC" w:eastAsia="Noto Serif CJK SC"/>
        </w:rPr>
        <w:t>中心法一千座可以了，很多人就为这一千座迷惑，认为一千座修不好就没有用处，不用再修了。其实不是这个说法，一千座是说我们这个法有这么大的作用，能打开本来，见到本性。见到了之后呢，就不要再执法了。我们打坐的人有体会，前四五百座时有些痛苦，手痛、脚麻、胸闷，因为平时像猴子跳惯了，要他不跳不行，他要跳，你不准他跳，所以就难过了。五六百座之后，心定了，就舒服了。四禅定讲的渐次法理：二禅喜，三禅乐。因为这时身体起了变化，气血流转通畅，这乐趣就自然而来了。打坐有空、乐、明三种境界。空</w:t>
      </w:r>
    </w:p>
    <w:p>
      <w:pPr>
        <w:spacing w:before="0" w:after="80" w:line="259" w:lineRule="auto"/>
        <w:ind w:firstLine="360"/>
      </w:pPr>
      <w:r>
        <w:rPr>
          <w:rFonts w:ascii="Noto Serif CJK SC" w:hAnsi="Noto Serif CJK SC" w:eastAsia="Noto Serif CJK SC"/>
        </w:rPr>
        <w:t>——化空了。乐——快乐无比。有人说怕吃苦不修法，他错了。修法</w:t>
      </w:r>
    </w:p>
    <w:p>
      <w:pPr>
        <w:spacing w:before="0" w:after="80" w:line="259" w:lineRule="auto"/>
        <w:ind w:firstLine="360"/>
      </w:pPr>
      <w:r>
        <w:rPr>
          <w:rFonts w:ascii="Noto Serif CJK SC" w:hAnsi="Noto Serif CJK SC" w:eastAsia="Noto Serif CJK SC"/>
        </w:rPr>
        <w:t>不是吃苦，是享受，其乐无穷，是大乐，不是世间的快乐所能比的。</w:t>
      </w:r>
    </w:p>
    <w:p>
      <w:pPr>
        <w:spacing w:before="0" w:after="80" w:line="259" w:lineRule="auto"/>
        <w:ind w:firstLine="360"/>
      </w:pPr>
      <w:r>
        <w:rPr>
          <w:rFonts w:ascii="Noto Serif CJK SC" w:hAnsi="Noto Serif CJK SC" w:eastAsia="Noto Serif CJK SC"/>
        </w:rPr>
        <w:t>明——是光明，心一空就放大光明。但是这空、乐、明都不能住，住乐就不能出欲界，乐还有欲望在；住明不能出色界，色界的相细微光明，不像欲界粗浊；住空不能出空界，出不了四空天。所以骧陆先师说的一千座之后不要坐，就是指不要执法。因为法也不可得，是藉来用用的。这点不要误会。用功夫实际是在座下，座上是磨刀，把刀磨快；下座用刀，看看我这把刀快不快，这恋情切得断吗？《楞严经》讲人有二个大坏处：一是情、一是想。这情最坏，因为情随爱生起，相爱的人要别离，眼泪水就来了；看到好吃的东西，口水就自然来了；这爱能生水，而水性是朝下流，故情生即向下流。修净土宗的人，这情斩不断，不能生西方世界，西方世界是天界，你不能向上飞就向下流。憨山大师、紫柏大师都说到，念佛的人得不得力就看你佛号这把宝剑快不快，能不能斩断情丝。能斩断情丝才能生西；斩不断，藕断丝连，只能呆在娑婆世界。为什么走不了呢？因为这情念重了，就如“抱桩摇橹”，岸边的木桩把船上的缆绳系牢了，这船就开不动。想呢？就是想发财，想爱人，想这些不行。《楞严经》讲：“纯想即飞。”我们想西方极乐世界、想阿弥陀佛，这样的想是纯想，就能飞起来了。我们修行做功夫，就是断这个情见，时时刻刻观照。我本性是一丝不挂、一尘不染的，无可恋。这身体也无可恋，任何人也免不了生老病死，还有什么身外之物！所以我们要有大智慧，明白了，这一切自然放下了。能放下、不执着，就成道了，光明一天天地升起来。初放光明的时候，如同刚升的太阳，鱼肚白色。慢慢地亮起来，放大光，但当中还有黑点，边上亮。为什么？因为这无明还在，中阴身救度法所讲的人在临命终时死光发现也是如此。其实也就是与我们修法过程一样，把无明消了，这黑没有了，就亮了。我们做功夫要懂诀窍，这诀窍就是识得一念不生时，了了分明的灵知就是我人的真性，从而绵密保任，圆证佛果。千万不要求神奇，着玄妙，须知一丝不可得的平常心方是我人成道的妙体。保护分几个阶段。初悟的时候，等于刚降生的婴儿，要好好抚养保护，不然的话便夭折，死在襁褓之中。很多人以为一悟就明白本性，了不起，放狂了，那就坏了。因为习气还在，成了悟后迷，很危险！所以初悟时要严加保护，在行住坐卧中，不可稍有懈怠。但也不能抓得太紧，太紧要气闷头涨，就像乐器的弦太紧了要断，太松又不成声。宽紧适度要善于调，紧的时候松一点，松的时候紧一点。</w:t>
      </w:r>
    </w:p>
    <w:p>
      <w:pPr>
        <w:spacing w:before="0" w:after="80" w:line="259" w:lineRule="auto"/>
        <w:ind w:firstLine="360"/>
      </w:pPr>
      <w:r>
        <w:rPr>
          <w:rFonts w:ascii="Noto Serif CJK SC" w:hAnsi="Noto Serif CJK SC" w:eastAsia="Noto Serif CJK SC"/>
        </w:rPr>
        <w:t>要时时保护也很不容易，因为我们执着的习气重，在事情上一滚就</w:t>
      </w:r>
    </w:p>
    <w:p>
      <w:pPr>
        <w:spacing w:before="0" w:after="80" w:line="259" w:lineRule="auto"/>
        <w:ind w:firstLine="360"/>
      </w:pPr>
      <w:r>
        <w:rPr>
          <w:rFonts w:ascii="Noto Serif CJK SC" w:hAnsi="Noto Serif CJK SC" w:eastAsia="Noto Serif CJK SC"/>
        </w:rPr>
        <w:t>忘记掉了，又回复了老样子。这时要抓，一忘记就赶快拉回来。真正保熟了，保就不需要了。但这时又不容易离开保、忘记保，因为保熟了，等于换了习气，原来执着事物的习气换了执法的习气，还要经</w:t>
      </w:r>
    </w:p>
    <w:p>
      <w:pPr>
        <w:spacing w:before="0" w:after="80" w:line="259" w:lineRule="auto"/>
        <w:ind w:firstLine="360"/>
      </w:pPr>
      <w:r>
        <w:rPr>
          <w:rFonts w:ascii="Noto Serif CJK SC" w:hAnsi="Noto Serif CJK SC" w:eastAsia="Noto Serif CJK SC"/>
        </w:rPr>
        <w:t>过一段时间才能离开保。再进一步，到真能离开保，还有个不需要</w:t>
      </w:r>
    </w:p>
    <w:p>
      <w:pPr>
        <w:spacing w:before="0" w:after="80" w:line="259" w:lineRule="auto"/>
        <w:ind w:firstLine="360"/>
      </w:pPr>
      <w:r>
        <w:rPr>
          <w:rFonts w:ascii="Noto Serif CJK SC" w:hAnsi="Noto Serif CJK SC" w:eastAsia="Noto Serif CJK SC"/>
        </w:rPr>
        <w:t>保在，这功夫过程很细密，要把这个离开保也去掉，忘光了，到这一步就安住无为本位了。这时，神通不求自来。因为你上面的盖障拿掉，本性功能发挥，神通自然来了，那才是本性显发出来的神通。那些依靠一个法，依靠一个咒，再下等的是依靠鬼神精灵之类，都是依通，不是本性显得的神通。真到这个无为境界，无为也不可得，无所谓无为。“绝学无为闲道人”，大智若愚，就像痴子傻子一样。但人都好聪明，这世智才聪是着相的聪明，不是真聪明。做功夫到像痴子傻子一样，还没有真到家。还要进步，要浑化相忘，光明大放，朗照大千，诸佛入我之身，我入诸佛之身，《华严经》比作十面镜子，互照互摄无碍，到这一步功夫还没有到家。到最后是无法可说，没话可讲了。讲个公案：有僧问曹山：“朗月当头时如何？”曹山说：“犹是阶下汉！”僧说：“请师接上阶。”曹山说：“月落时相见。”月亮落了怎么相见？浑化相忘，忘记所以啊！做功夫到这时就等于我们一天到晚在空气当中，而不知道是空气。这时候就无法开口，“嗨！”一甩手就回方丈了。心中心法是非空非有。说空，它有个印咒在；说有，印咒无意义可讲，没有思想可动。教你一心持咒，挟着你往前，心空到适当地步，</w:t>
      </w:r>
    </w:p>
    <w:p>
      <w:pPr>
        <w:spacing w:before="0" w:after="80" w:line="259" w:lineRule="auto"/>
        <w:ind w:firstLine="360"/>
      </w:pPr>
      <w:r>
        <w:rPr>
          <w:rFonts w:ascii="Noto Serif CJK SC" w:hAnsi="Noto Serif CJK SC" w:eastAsia="Noto Serif CJK SC"/>
        </w:rPr>
        <w:t>就如烧饭到了火候，自然爆炸，打开来了。日本人比喻得很好，说修</w:t>
      </w:r>
    </w:p>
    <w:p>
      <w:pPr>
        <w:spacing w:before="0" w:after="80" w:line="259" w:lineRule="auto"/>
        <w:ind w:firstLine="360"/>
      </w:pPr>
      <w:r>
        <w:rPr>
          <w:rFonts w:ascii="Noto Serif CJK SC" w:hAnsi="Noto Serif CJK SC" w:eastAsia="Noto Serif CJK SC"/>
        </w:rPr>
        <w:t>法就像是往罐子里放火药，今天放一点，明天放一点，放到了饱和点，“轰！”爆炸起来了。我们修法切忌追求，求入定、求开悟、求神通，这样坏了，你定也定不了，要开悟也开不开，更不能发神通。有的人还说修法没有大好处，我说这个大宝贝给你，你没福消受，你坐在那里打妄想嘛！所以我们用功要痛切，不能一面持咒一面打妄想，要一切放下。昨天一位居士说得很好，他说：“我生病，痛得不得</w:t>
      </w:r>
    </w:p>
    <w:p>
      <w:pPr>
        <w:spacing w:before="0" w:after="80" w:line="259" w:lineRule="auto"/>
        <w:ind w:firstLine="360"/>
      </w:pPr>
      <w:r>
        <w:rPr>
          <w:rFonts w:ascii="Noto Serif CJK SC" w:hAnsi="Noto Serif CJK SC" w:eastAsia="Noto Serif CJK SC"/>
        </w:rPr>
        <w:t>了，怎么办呢？下决心——好，就死吧！这一下倒好，一坐之后定</w:t>
      </w:r>
    </w:p>
    <w:p>
      <w:pPr>
        <w:spacing w:before="0" w:after="80" w:line="259" w:lineRule="auto"/>
        <w:ind w:firstLine="360"/>
      </w:pPr>
      <w:r>
        <w:rPr>
          <w:rFonts w:ascii="Noto Serif CJK SC" w:hAnsi="Noto Serif CJK SC" w:eastAsia="Noto Serif CJK SC"/>
        </w:rPr>
        <w:t>了，身体也没有了，什么痛也没有了。”禅宗也说不可将心待悟。我们用功不可有心追求，就像平平常常没有事情一样。神通是我们自己所遮盖，我们有财色名食睡五盖，发财心并不可得，但人都想发财，尤其是一些华侨、香港人学佛，要求教财神法，发点财。密宗有九乘次第：密三乘、内三乘、外三乘。内三乘的第一乘事业法，就有</w:t>
      </w:r>
    </w:p>
    <w:p>
      <w:pPr>
        <w:spacing w:before="0" w:after="80" w:line="259" w:lineRule="auto"/>
        <w:ind w:firstLine="360"/>
      </w:pPr>
      <w:r>
        <w:rPr>
          <w:rFonts w:ascii="Noto Serif CJK SC" w:hAnsi="Noto Serif CJK SC" w:eastAsia="Noto Serif CJK SC"/>
        </w:rPr>
        <w:t>息灾增益，有黄财神、黑财神、白财神等等，人们都想这些法。香港一位小和尚讲：“有人说今天要灌财神法的灌顶，大家都来了，一下子几千人来求灌顶。”趋之若鹜啊！密宗这个法是过渡法，是“先以欲勾牵，后令入佛智”。先满足众生的欲望，引众生入门。入门之后呢，叫你开智慧。有了佛智，明白一切都不可得。修财神法得了财之后很危险，要闯祸。我们真正用功修法，要死心塌地。因为根本一切都不可得，空空而来，空空而去。与其将来临终不得不放，不如现在开智慧早点放，倒可成道、了生死了。你不放，最后一点带不走，那是愚痴。贪嗔痴三毒，痴是最根本。不痴有智慧，就不贪求，也就不嗔，六道轮回也就是在贪嗔痴上看，贪是饿鬼道，嗔是修罗道，痴是畜生道，三样都俱全的是地狱道。心中心法是无相密，能打开本来直下见性。禅者，就是涅槃妙心，正法眼藏，也就是我们的本性。我们打开来了，见到本性，这就是禅，所以心中心密法以禅为体。净土究竟讲来，土即心，心即土，心清净了，当下就是净土。心里没有杂念，没有烦恼，无所住着，无所要求，这样就是净土。我们的心清净了，娑婆世界就是西方极乐世界。与西方庄严之佛土、弥勒佛的兜率内院、东方琉璃世界一样无二无别，都是净土。大愚师公怕我们这生修法不能成就，为我们示说了慈氏咒，用这咒和弥勒佛结缘，为我们将来往生兜率内院作准备。《佛心经》中说心中心法第四印就是往生西方极乐世界的。结第四印，我们只要发愿往生西方极乐世界，就能生西方极乐世界，而且十方世界能随愿往生，因净土不光是西方净土，东南西北四维上下都是净土。有的人认为只有念阿弥陀佛可以生西，这是修净土宗人的一个误解。学佛除了念佛外，诵经、持咒、做善事都一样的，阿弥陀佛非但放光照引我们修法学佛的人，就是不学佛的人，佛也放光接引，朗照众生。《中阴身救度法》说，佛放光照众生，阿弥陀佛放红光，观音菩萨放白光，大势至菩萨放青绿光，朗照众生，都接引。但众生障重者，见了光怕，往黑暗处跑，有的就跑到地狱里去</w:t>
      </w:r>
    </w:p>
    <w:p>
      <w:pPr>
        <w:spacing w:before="0" w:after="80" w:line="259" w:lineRule="auto"/>
        <w:ind w:firstLine="360"/>
      </w:pPr>
      <w:r>
        <w:rPr>
          <w:rFonts w:ascii="Noto Serif CJK SC" w:hAnsi="Noto Serif CJK SC" w:eastAsia="Noto Serif CJK SC"/>
        </w:rPr>
        <w:t>了。修心中心法欲生西方并不须在修法之外再念阿弥陀佛，但是要</w:t>
      </w:r>
    </w:p>
    <w:p>
      <w:pPr>
        <w:spacing w:before="0" w:after="80" w:line="259" w:lineRule="auto"/>
        <w:ind w:firstLine="360"/>
      </w:pPr>
      <w:r>
        <w:rPr>
          <w:rFonts w:ascii="Noto Serif CJK SC" w:hAnsi="Noto Serif CJK SC" w:eastAsia="Noto Serif CJK SC"/>
        </w:rPr>
        <w:t>念阿弥陀佛也一样可以，因为都是转换我们的心力。有些修净土宗人错误地认为修净土只有念阿弥陀佛，修其它法门，如密宗等都不好。他不知念大悲咒、楞严咒、十小咒、往生咒等都是密法。他身在密法中不知道密法，说密宗不好，这等于在骂自己的祖宗，这样就遭罪。我们不需要再重起炉灶修净土宗，否则就等于我们现在都是</w:t>
      </w:r>
    </w:p>
    <w:p>
      <w:pPr>
        <w:spacing w:before="0" w:after="80" w:line="259" w:lineRule="auto"/>
        <w:ind w:firstLine="360"/>
      </w:pPr>
      <w:r>
        <w:rPr>
          <w:rFonts w:ascii="Noto Serif CJK SC" w:hAnsi="Noto Serif CJK SC" w:eastAsia="Noto Serif CJK SC"/>
        </w:rPr>
        <w:t>佛，但还向外去找佛、求佛。所以禅宗说我们大家坐在饭箩边饿死也不知道吃饭。现在练气功的人是假法真修，气功也是很好的，可以强身长寿，只是他执着气，空不了，不究竟而已。但他能假法真修，我看到有人在电车上还在用功看着气，小周天通脉管通。我说你们真用功，而我们修真法反不这么用功，我们要在行住坐卧中观照修法，但是就忘记了。修净土宗的也有真法假修，他在那里一面念阿弥陀佛，一面说张三长啊！李四短啊！这样杂乱地修，怎么能成就，反而不如做气功的人，这真是一桩遗憾的事情。我们现在知道了入手处，就是时时观照，看住念头的起处，念头一来，把咒一提，或把佛号一提，这念头就转化掉了。看住，就是观照做功夫，不要放松，就会进步。进步到什么程度自己考验：我还着相吗？心里还有东西吗？好的善的境界来了，我还喜欢、动摇吗？恶的不顺的境界来了，我还烦恼吗？要八风吹不动。如果还动，那就不行。我们对坏的境界容易觉察，好的境界、快乐的时候就难以觉察。宗下有个公案：一个徒弟拜别师父外出行脚，师父关照他一路要小心谨慎，这徒弟说：“是的，我跟人说话要小心，我都给他们戴高帽子，他们就不反感，不会反对我。”师父说：“你真会想办法。”徒弟答：“是啊，人人都喜欢高帽子，就师父你不喜欢高帽子。”师父说：“我是不喜欢高帽子。”这样，一顶高帽子已经给他戴上了。对善的好的事情不知不觉就粘上去了。所以我们做功夫要绵密观照，绵长不断，密而不疏，时时注意，那些话头公案就是考验你是否时时心空，空灵无住。学佛法是大丈夫事业，要慷慨豪放，敢于牺牲。气量狭窄的人，学佛很难相应，慷慨豪放的人容易入道。一切世法都是佛法，要时时刻刻警惕觉察，肯牺牲一切。有人说：“我出家好还是在家好？”为这个问题犹豫不决，想出家又怕出家。其实一切都是我们心的妙用，只要无住，出家不出家都无碍。现在出家修行也很难，现在的寺庙大都搞经忏，有的打一趟水陆要几万元钱，为赚钱做佛事搞经忏，否则就没有收入来造佛堂、修钟楼等等。少数的寺庙不搞经忏，但先要去种田，不种没有吃。扬州的高旻寺是禅宗道场，难得搞一次经忏，这样的禅宗道场现在已经很少了。宁波的天童寺、杭州的灵隐寺、净慈寺都是禅宗道场，但是都没有参禅了。现在还是扬州高旻寺、镇江金山寺、西安卧龙寺有参禅。听一位小和尚说，一天疲劳下来，到了晚上一点精神也没有，坐着参禅光打瞌睡。这真是太</w:t>
      </w:r>
    </w:p>
    <w:p>
      <w:pPr>
        <w:spacing w:before="0" w:after="80" w:line="259" w:lineRule="auto"/>
        <w:ind w:firstLine="360"/>
      </w:pPr>
      <w:r>
        <w:rPr>
          <w:rFonts w:ascii="Noto Serif CJK SC" w:hAnsi="Noto Serif CJK SC" w:eastAsia="Noto Serif CJK SC"/>
        </w:rPr>
        <w:t>可惜了！在家呢，有妻子儿女事情的烦恼。但这并不是说出家在家都不好修法了，不是！我们要在环境中锻炼，最重要的是先要明白自己，明白都是心的妙用无住，那出家不出家都行。我们要在环境当中锻练，时时无住，明白能起作用的就是我的佛性。在这里下手观照，不一定要打坐。能观照就是入手处，如果在境界上观不起来，跟境界跑了，一点定力没有，还是需要抽时间打坐。但最重要的是先要明白自己，如大鹏金翅鸟一翅能飞几十万里，它能飞这么远，就靠脚底下一点劲，脚不点地，就不能腾空起飞。不要小看认识本</w:t>
      </w:r>
    </w:p>
    <w:p>
      <w:pPr>
        <w:spacing w:before="0" w:after="80" w:line="259" w:lineRule="auto"/>
        <w:ind w:firstLine="360"/>
      </w:pPr>
      <w:r>
        <w:rPr>
          <w:rFonts w:ascii="Noto Serif CJK SC" w:hAnsi="Noto Serif CJK SC" w:eastAsia="Noto Serif CJK SC"/>
        </w:rPr>
        <w:t>性，能够认识这一点，深信不疑，就是你们脚已经点地了，将来一定</w:t>
      </w:r>
    </w:p>
    <w:p>
      <w:pPr>
        <w:spacing w:before="0" w:after="80" w:line="259" w:lineRule="auto"/>
        <w:ind w:firstLine="360"/>
      </w:pPr>
      <w:r>
        <w:rPr>
          <w:rFonts w:ascii="Noto Serif CJK SC" w:hAnsi="Noto Serif CJK SC" w:eastAsia="Noto Serif CJK SC"/>
        </w:rPr>
        <w:t>能够鹏飞万里。临济祖师叫我们认识“赤肉团上有一无位真人，即今说法听法者是”。我们能听能讲的这个功能就是我们的本性，能够于此深信不疑，抓住这点，就在这一点上用功。我们这个法妙在是大势至菩萨和观音菩萨两位菩萨结合起来的用功方法。大势至菩萨教我们念佛要“都摄六根，净念相继”。把念头抓住叫“都摄六根”，都摄眼耳鼻舌身意六根。“净念相继”，一般人以为静下来念佛、不生其它念头，只有佛号继续不断，那就是净念相继了。其实不然，因为有能念之心、所念之佛，能所相对，还有能所在，没有清净，不是净念。要能所双亡，能念之心、所念之佛一起脱落，空净了，才是净念。持咒也要持到能所双亡。一念相应一念佛，念念相应念念佛。就是这一念脱开来了，这一念清净就是佛，念念都如此，那念念是佛，要连续不断。能“净念相继”是很难的，今天能如此，明天脱不开，不一定能如此；今天打坐爆炸了，明天不来了，为什么？因为功夫生疏不熟。要相继，今天如此，明天如此，后天如此，天天如此，要狠做功夫，不是一天爆炸开来就成功的。静中相继，打坐时能如此还不行，动中也要相继。一切动用中都是心空空的，与打坐境界一样，空净无住，要朝于斯，夕于斯，流连于斯，颠沛于斯，都是如此，没有两样，那才真正相继。真正相继是动静一如。这净土宗的功夫很深。一般人不用心修法，念了几句阿弥陀佛，认为就好了，不要紧了，阿弥陀佛发愿接引我们，临终带业往生，现在做点坏事也不要紧，阿弥陀佛会接引我。假如不接引我，那是佛说谎。其实他弄错了，带业往生，不是带这个业，知法犯法反而罪加一等，这业带不走，带的是我们执着的习气，这习气没有完全尽净。因为到等觉菩萨还有最后一分无明在，还没有空尽，这就是业。业就是心动，心念一动就是业。佛不是跑到你面前来接引你，佛是在</w:t>
      </w:r>
    </w:p>
    <w:p>
      <w:pPr>
        <w:spacing w:before="0" w:after="80" w:line="259" w:lineRule="auto"/>
        <w:ind w:firstLine="360"/>
      </w:pPr>
      <w:r>
        <w:rPr>
          <w:rFonts w:ascii="Noto Serif CJK SC" w:hAnsi="Noto Serif CJK SC" w:eastAsia="Noto Serif CJK SC"/>
        </w:rPr>
        <w:t>你心中显出来的形像，就像月亮显在水里的影子一样，你的心不清净，显不出来，不是佛不来。我们心中心法也就是净土宗，能持咒的心和所持的咒一起脱落，当然就生西方极乐世界了，并不需要再另</w:t>
      </w:r>
    </w:p>
    <w:p>
      <w:pPr>
        <w:spacing w:before="0" w:after="80" w:line="259" w:lineRule="auto"/>
        <w:ind w:firstLine="360"/>
      </w:pPr>
      <w:r>
        <w:rPr>
          <w:rFonts w:ascii="Noto Serif CJK SC" w:hAnsi="Noto Serif CJK SC" w:eastAsia="Noto Serif CJK SC"/>
        </w:rPr>
        <w:t>起炉灶修净土宗。很多人认为净土宗更靠得住，他错了，不知道修</w:t>
      </w:r>
    </w:p>
    <w:p>
      <w:pPr>
        <w:spacing w:before="0" w:after="80" w:line="259" w:lineRule="auto"/>
        <w:ind w:firstLine="360"/>
      </w:pPr>
      <w:r>
        <w:rPr>
          <w:rFonts w:ascii="Noto Serif CJK SC" w:hAnsi="Noto Serif CJK SC" w:eastAsia="Noto Serif CJK SC"/>
        </w:rPr>
        <w:t>心中心法的妙用，它是以禅为体，以密为用，以净土为归的。这个法</w:t>
      </w:r>
    </w:p>
    <w:p>
      <w:pPr>
        <w:spacing w:before="0" w:after="80" w:line="259" w:lineRule="auto"/>
        <w:ind w:firstLine="360"/>
      </w:pPr>
      <w:r>
        <w:rPr>
          <w:rFonts w:ascii="Noto Serif CJK SC" w:hAnsi="Noto Serif CJK SC" w:eastAsia="Noto Serif CJK SC"/>
        </w:rPr>
        <w:t>是大愚师公吃大辛苦得来的，在藏密中不经二、三十年有相法的磨练不传这个法，它是高深法，属于密三乘最后一部法。诸位能够得到这样的法，真是无上福报，要晓得珍惜、用功啊！</w:t>
      </w:r>
    </w:p>
    <w:p>
      <w:pPr>
        <w:spacing w:before="0" w:after="80" w:line="259" w:lineRule="auto"/>
        <w:ind w:firstLine="360"/>
      </w:pPr>
      <w:r>
        <w:rPr>
          <w:rFonts w:ascii="Noto Serif CJK SC" w:hAnsi="Noto Serif CJK SC" w:eastAsia="Noto Serif CJK SC"/>
        </w:rPr>
        <w:t>耳根圆通法门一九九四年十二月讲于深圳</w:t>
      </w:r>
    </w:p>
    <w:p>
      <w:pPr>
        <w:spacing w:before="0" w:after="80" w:line="259" w:lineRule="auto"/>
        <w:ind w:firstLine="360"/>
      </w:pPr>
      <w:r>
        <w:rPr>
          <w:rFonts w:ascii="Noto Serif CJK SC" w:hAnsi="Noto Serif CJK SC" w:eastAsia="Noto Serif CJK SC"/>
        </w:rPr>
        <w:t>甲、修证法要</w:t>
      </w:r>
    </w:p>
    <w:p>
      <w:pPr>
        <w:spacing w:before="0" w:after="80" w:line="259" w:lineRule="auto"/>
        <w:ind w:firstLine="360"/>
      </w:pPr>
      <w:r>
        <w:rPr>
          <w:rFonts w:ascii="Noto Serif CJK SC" w:hAnsi="Noto Serif CJK SC" w:eastAsia="Noto Serif CJK SC"/>
        </w:rPr>
        <w:t>观世音菩萨于《楞严经》耳根圆通章中对我们说：“初于闻中，入流亡所。所入既寂，动静二相，了然不生。如是渐增，闻所闻尽。尽闻不住，觉所觉空。空觉极圆，空所空灭。生灭既灭，寂灭现前。忽然超越，世出世间，十方圆明，获二殊胜……”。我们修法用观世音菩萨耳根圆照，返闻闻自性的方法来做功夫最易得力。因为我们娑婆世界的众生，耳根在六根中最灵敏、最锐利。用之修行，故极易成就。我们在修法时要一切放下，集中心力倾</w:t>
      </w:r>
    </w:p>
    <w:p>
      <w:pPr>
        <w:spacing w:before="0" w:after="80" w:line="259" w:lineRule="auto"/>
        <w:ind w:firstLine="360"/>
      </w:pPr>
      <w:r>
        <w:rPr>
          <w:rFonts w:ascii="Noto Serif CJK SC" w:hAnsi="Noto Serif CJK SC" w:eastAsia="Noto Serif CJK SC"/>
        </w:rPr>
        <w:t>听自己心念咒的无声之声，要一字一字听得分明，才能把整个身心</w:t>
      </w:r>
    </w:p>
    <w:p>
      <w:pPr>
        <w:spacing w:before="0" w:after="80" w:line="259" w:lineRule="auto"/>
        <w:ind w:firstLine="360"/>
      </w:pPr>
      <w:r>
        <w:rPr>
          <w:rFonts w:ascii="Noto Serif CJK SC" w:hAnsi="Noto Serif CJK SC" w:eastAsia="Noto Serif CJK SC"/>
        </w:rPr>
        <w:t>——六根（眼、耳、鼻、舌、身、意）全都摄牢而不起妄念，从而证入三昧，打开本来，亲见佛性。我们修心中心密法，就是把大势至菩萨和观世音菩萨两位菩萨的用功法门合起来进行的。大势至菩萨教导我们念佛时说：念佛须“都摄六根，净念相继”。我们现在用观世音菩萨所选择的六根中最利的耳根，统摄其他五根的方法来绵密持咒，也就是照大势至菩萨所说“都摄六根，净念相继”的教导法修行。这样就把两大菩萨的用功方法合为一体来进行了，故最易成就。现在让我们来对照一下观世音菩萨是怎么用功观照成就的。他说：“初于闻中，入流亡所”，观世音菩萨最初用功夫是用耳根返观自己能闻声音的闻性。而我们持咒时心念耳闻也是同样的返观自</w:t>
      </w:r>
    </w:p>
    <w:p>
      <w:pPr>
        <w:spacing w:before="0" w:after="80" w:line="259" w:lineRule="auto"/>
        <w:ind w:firstLine="360"/>
      </w:pPr>
      <w:r>
        <w:rPr>
          <w:rFonts w:ascii="Noto Serif CJK SC" w:hAnsi="Noto Serif CJK SC" w:eastAsia="Noto Serif CJK SC"/>
        </w:rPr>
        <w:t>性。当我们持咒时，静听每个咒文的字音，就把整个身心置于闻性</w:t>
      </w:r>
    </w:p>
    <w:p>
      <w:pPr>
        <w:spacing w:before="0" w:after="80" w:line="259" w:lineRule="auto"/>
        <w:ind w:firstLine="360"/>
      </w:pPr>
      <w:r>
        <w:rPr>
          <w:rFonts w:ascii="Noto Serif CJK SC" w:hAnsi="Noto Serif CJK SC" w:eastAsia="Noto Serif CJK SC"/>
        </w:rPr>
        <w:t>之流了，将身心放于能闻的法性当中去，就是“入流”。“入流”有几种解法，其中一种讲法是一个耳朵听进去，从另一个耳朵出来，意指</w:t>
      </w:r>
    </w:p>
    <w:p>
      <w:pPr>
        <w:spacing w:before="0" w:after="80" w:line="259" w:lineRule="auto"/>
        <w:ind w:firstLine="360"/>
      </w:pPr>
      <w:r>
        <w:rPr>
          <w:rFonts w:ascii="Noto Serif CJK SC" w:hAnsi="Noto Serif CJK SC" w:eastAsia="Noto Serif CJK SC"/>
        </w:rPr>
        <w:t>入进去就流掉，不停在心里面，照字义上解也讲得通。另一种说法</w:t>
      </w:r>
    </w:p>
    <w:p>
      <w:pPr>
        <w:spacing w:before="0" w:after="80" w:line="259" w:lineRule="auto"/>
        <w:ind w:firstLine="360"/>
      </w:pPr>
      <w:r>
        <w:rPr>
          <w:rFonts w:ascii="Noto Serif CJK SC" w:hAnsi="Noto Serif CJK SC" w:eastAsia="Noto Serif CJK SC"/>
        </w:rPr>
        <w:t>是入流就是“逆流”，意指声音来了不顺声音流浪，不跟声音跑，这也讲得好。（初初的入流方法是不跟声音跑）。正确的解释“入流”应该是将整个身心置于闻性之流——置于能闻声音的法性当中去。“亡所”就是外面的客观环境（如声音）就全都消融了，能做到“入流亡</w:t>
      </w:r>
    </w:p>
    <w:p>
      <w:pPr>
        <w:spacing w:before="0" w:after="80" w:line="259" w:lineRule="auto"/>
        <w:ind w:firstLine="360"/>
      </w:pPr>
      <w:r>
        <w:rPr>
          <w:rFonts w:ascii="Noto Serif CJK SC" w:hAnsi="Noto Serif CJK SC" w:eastAsia="Noto Serif CJK SC"/>
        </w:rPr>
        <w:t>所”，身心就定下来啦，不为外界环境干扰了。所以做功夫第一步要</w:t>
      </w:r>
    </w:p>
    <w:p>
      <w:pPr>
        <w:spacing w:before="0" w:after="80" w:line="259" w:lineRule="auto"/>
        <w:ind w:firstLine="360"/>
      </w:pPr>
      <w:r>
        <w:rPr>
          <w:rFonts w:ascii="Noto Serif CJK SC" w:hAnsi="Noto Serif CJK SC" w:eastAsia="Noto Serif CJK SC"/>
        </w:rPr>
        <w:t>做到心念耳闻，才能抓住妄念不随之流浪，才能入定。观世音菩萨接下来讲：“所入既寂，动静二相，了然不生”，就是我们做功夫做到能念之心停息了，妄念不动，咒语念不出来，要勉强提也提不出来。这时候就不要再提咒语了。“所入既寂”就是我们的妄心寂然不动了。念头停止不妄动，那就没有什么动静二相了。动静二相是相对而有的，既没有什么动、乱，故也没有静寂了。“了然不生”者，虽然没有动静二相，但是，不是如木石一般的没有知觉，而是了然不生。我们用功处于定中时咒语就不必再提，只静静地看着它，看这一念不生、寂静而了然的是谁？此时动静二相虽然了然不生，但是还没有化空，还有不生的一念在。再进一步，观世音菩萨告诉我们：“如是渐增，闻所闻尽”，这时候功夫已做到能闻与所闻统统没有了，处于寂静的禅定中非常快乐，非常轻安宁静，非世间乐事可</w:t>
      </w:r>
    </w:p>
    <w:p>
      <w:pPr>
        <w:spacing w:before="0" w:after="80" w:line="259" w:lineRule="auto"/>
        <w:ind w:firstLine="360"/>
      </w:pPr>
      <w:r>
        <w:rPr>
          <w:rFonts w:ascii="Noto Serif CJK SC" w:hAnsi="Noto Serif CJK SC" w:eastAsia="Noto Serif CJK SC"/>
        </w:rPr>
        <w:t>与媲美。但不能停留在此乐境中，一有留住就不能前进见不到本性</w:t>
      </w:r>
    </w:p>
    <w:p>
      <w:pPr>
        <w:spacing w:before="0" w:after="80" w:line="259" w:lineRule="auto"/>
        <w:ind w:firstLine="360"/>
      </w:pPr>
      <w:r>
        <w:rPr>
          <w:rFonts w:ascii="Noto Serif CJK SC" w:hAnsi="Noto Serif CJK SC" w:eastAsia="Noto Serif CJK SC"/>
        </w:rPr>
        <w:t>了。我们做功夫到这地步，往往发一点小神通，便沾沾自喜，以为到了家，哪知还相差甚远，所以观世音菩萨接下来说：“尽闻不住，觉所觉空”，假如此时我们放大光明，或见佛菩萨现身，乃至其他许多的神妙境界，都不可动心，都不能理睬他，一有住着，非但不能见性，还有着魔的危险。假如出现什么恶境界或鬼魔现前也不要惊怖，这些现象都是虚妄相并非实有。一者可能是业障幻现，二者或许是护法神考验你，看你幻境当前动不动心。总之，这都是假相，不要怕，也不要理他就无事了。“尽闻不住，觉所觉空”简单地说，就是当能闻与所闻净尽而深入禅定得某些乐受或小神通时都不能住在这里面而裹足不前。要一点境界都不住——不论什么善境界恶境界都不住，将其化空。更进一步将“尽闻不住”之觉也化空，才能将能觉之心与所觉之境完全空掉。因为能觉与所觉还是相对的妄觉，不空掉它是不能见性的。但妄觉化空还有空在，空仍是幻影，而且有能空与所空相对的幻觉，这就是无始无明，也须照破它。所以观世音菩萨进一步说：“空觉极圆，空所空灭”，就是能空所空——相对的幻妄都消灭了，达到一丝不挂，一法不立，净裸裸、赤洒洒的境界，才能彻见真心。我们修法修到极处，忽然能念之心与所念之咒或者能观之心与所观之境一时脱落，这是好消息到来的时刻。此时乃千钧一发之机</w:t>
      </w:r>
    </w:p>
    <w:p>
      <w:pPr>
        <w:spacing w:before="0" w:after="80" w:line="259" w:lineRule="auto"/>
        <w:ind w:firstLine="360"/>
      </w:pPr>
      <w:r>
        <w:rPr>
          <w:rFonts w:ascii="Noto Serif CJK SC" w:hAnsi="Noto Serif CJK SC" w:eastAsia="Noto Serif CJK SC"/>
        </w:rPr>
        <w:t>亟须猛着精彩，看这无心可心，了了分明的是谁？还是自己本来面目否？稍一停机伫思，即被它影子所惑；如当机立断一把擒来，即亲证本性矣。但修道人往往错认空顶好，一点都没有最安静，住在空上，不思前进。殊不知这是一条岔路，一着空就落于“无记”——死在那里就完了。禅宗呵斥住空的行人为“黑山背后鬼窟里，冷水泡石头。”这种人是永远不会见性的；所以空也须消灭掉，进一步才能达到——“生灭既灭，寂灭现前”的境界，才能见到本性。所谓“生灭”是指一切事、一切物、一切相、一切念头，因为这些都是有生灭的。这些生灭的东西都消尽、外加空也消殒了，那不生不灭、不动不摇、不</w:t>
      </w:r>
    </w:p>
    <w:p>
      <w:pPr>
        <w:spacing w:before="0" w:after="80" w:line="259" w:lineRule="auto"/>
        <w:ind w:firstLine="360"/>
      </w:pPr>
      <w:r>
        <w:rPr>
          <w:rFonts w:ascii="Noto Serif CJK SC" w:hAnsi="Noto Serif CJK SC" w:eastAsia="Noto Serif CJK SC"/>
        </w:rPr>
        <w:t>来不去、不增不减的佛性才能现前，这才是真证见本性。我们修法</w:t>
      </w:r>
    </w:p>
    <w:p>
      <w:pPr>
        <w:spacing w:before="0" w:after="80" w:line="259" w:lineRule="auto"/>
        <w:ind w:firstLine="360"/>
      </w:pPr>
      <w:r>
        <w:rPr>
          <w:rFonts w:ascii="Noto Serif CJK SC" w:hAnsi="Noto Serif CJK SC" w:eastAsia="Noto Serif CJK SC"/>
        </w:rPr>
        <w:t>修到能所双亡——能念之心、所念之咒一时脱落，内而身心、外而世界一起消殒，虚空也粉碎时，就豁然开朗亲证本性了。那么证见本性后是否就完全到家了呢？也没有，因我们多生历劫的积习深重，非上上根人不能一悟就彻的，尚须历境练心，消尽妄习，才能挥发神通，圆证佛果。得有个“理属顿悟，事则渐修”的过程，所以还要做绵密保任功夫，除尽妄习，才能大放光明，朗照十方，证到观世音菩萨所证的“十方圆明”的胜果。乙、保任证道要诀</w:t>
      </w:r>
    </w:p>
    <w:p>
      <w:pPr>
        <w:pStyle w:val="Heading3"/>
      </w:pPr>
      <w:r>
        <w:rPr>
          <w:rFonts w:ascii="Noto Serif CJK SC" w:hAnsi="Noto Serif CJK SC" w:eastAsia="Noto Serif CJK SC"/>
        </w:rPr>
        <w:t>一、一念不生处，了了分明的灵知即当人的佛性。学人果能于此</w:t>
      </w:r>
    </w:p>
    <w:p>
      <w:pPr>
        <w:spacing w:before="0" w:after="80" w:line="259" w:lineRule="auto"/>
        <w:ind w:firstLine="360"/>
      </w:pPr>
      <w:r>
        <w:rPr>
          <w:rFonts w:ascii="Noto Serif CJK SC" w:hAnsi="Noto Serif CJK SC" w:eastAsia="Noto Serif CJK SC"/>
        </w:rPr>
        <w:t>不惊不怖、深信不疑，立定脚跟，安住保护，净尽妄习，圆证佛果，诚非一佛二佛三四五佛所种善根，而是无量佛所种诸善根。</w:t>
      </w:r>
    </w:p>
    <w:p>
      <w:pPr>
        <w:pStyle w:val="Heading3"/>
      </w:pPr>
      <w:r>
        <w:rPr>
          <w:rFonts w:ascii="Noto Serif CJK SC" w:hAnsi="Noto Serif CJK SC" w:eastAsia="Noto Serif CJK SC"/>
        </w:rPr>
        <w:t>二、观照就是回光返照，向心内看，不是向外看，观这一念不生</w:t>
      </w:r>
    </w:p>
    <w:p>
      <w:pPr>
        <w:spacing w:before="0" w:after="80" w:line="259" w:lineRule="auto"/>
        <w:ind w:firstLine="360"/>
      </w:pPr>
      <w:r>
        <w:rPr>
          <w:rFonts w:ascii="Noto Serif CJK SC" w:hAnsi="Noto Serif CJK SC" w:eastAsia="Noto Serif CJK SC"/>
        </w:rPr>
        <w:t>处（念头未起处）。念头起来就看见，不理睬它，不随之流浪。这一步最要紧。如念头起来看不见，就不行了。证见本性后，要于行、住、坐、卧处观照保护，“外不为境牵，内不随念转”即为最好的保护法。念起不住，不随之流浪不停，即为无念。不是压念不起，亦不是将一念不生的时间拉长为无念。</w:t>
      </w:r>
    </w:p>
    <w:p>
      <w:pPr>
        <w:pStyle w:val="Heading3"/>
      </w:pPr>
      <w:r>
        <w:rPr>
          <w:rFonts w:ascii="Noto Serif CJK SC" w:hAnsi="Noto Serif CJK SC" w:eastAsia="Noto Serif CJK SC"/>
        </w:rPr>
        <w:t>三、平时应缘接物，须“于事无心，于心无事”。就是做事之时无第</w:t>
      </w:r>
    </w:p>
    <w:p>
      <w:pPr>
        <w:spacing w:before="0" w:after="80" w:line="259" w:lineRule="auto"/>
        <w:ind w:firstLine="360"/>
      </w:pPr>
      <w:r>
        <w:rPr>
          <w:rFonts w:ascii="Noto Serif CJK SC" w:hAnsi="Noto Serif CJK SC" w:eastAsia="Noto Serif CJK SC"/>
        </w:rPr>
        <w:t>二念，既无患得患失之心，亦无毁誉成败之念。事情做过了之后心</w:t>
      </w:r>
    </w:p>
    <w:p>
      <w:pPr>
        <w:spacing w:before="0" w:after="80" w:line="259" w:lineRule="auto"/>
        <w:ind w:firstLine="360"/>
      </w:pPr>
      <w:r>
        <w:rPr>
          <w:rFonts w:ascii="Noto Serif CJK SC" w:hAnsi="Noto Serif CJK SC" w:eastAsia="Noto Serif CJK SC"/>
        </w:rPr>
        <w:t>中毫无挂碍，如未做过一样。而不是逃避事情，死住在无事匣里。</w:t>
      </w:r>
    </w:p>
    <w:p>
      <w:pPr>
        <w:pStyle w:val="Heading3"/>
      </w:pPr>
      <w:r>
        <w:rPr>
          <w:rFonts w:ascii="Noto Serif CJK SC" w:hAnsi="Noto Serif CJK SC" w:eastAsia="Noto Serif CJK SC"/>
        </w:rPr>
        <w:t>四、证见本性后，所有妄心、妄想、妄念皆化为真心的妙用。妙用</w:t>
      </w:r>
    </w:p>
    <w:p>
      <w:pPr>
        <w:spacing w:before="0" w:after="80" w:line="259" w:lineRule="auto"/>
        <w:ind w:firstLine="360"/>
      </w:pPr>
      <w:r>
        <w:rPr>
          <w:rFonts w:ascii="Noto Serif CJK SC" w:hAnsi="Noto Serif CJK SC" w:eastAsia="Noto Serif CJK SC"/>
        </w:rPr>
        <w:t>与妄作的分别即在“有住”与“不住”之间，住即妙用化为妄作，不住即妄作摄为妙用。</w:t>
      </w:r>
    </w:p>
    <w:p>
      <w:pPr>
        <w:pStyle w:val="Heading3"/>
      </w:pPr>
      <w:r>
        <w:rPr>
          <w:rFonts w:ascii="Noto Serif CJK SC" w:hAnsi="Noto Serif CJK SC" w:eastAsia="Noto Serif CJK SC"/>
        </w:rPr>
        <w:t>五、做保任功夫，先须绵密保护，于一切时不忘记，继须于保时</w:t>
      </w:r>
    </w:p>
    <w:p>
      <w:pPr>
        <w:spacing w:before="0" w:after="80" w:line="259" w:lineRule="auto"/>
        <w:ind w:firstLine="360"/>
      </w:pPr>
      <w:r>
        <w:rPr>
          <w:rFonts w:ascii="Noto Serif CJK SC" w:hAnsi="Noto Serif CJK SC" w:eastAsia="Noto Serif CJK SC"/>
        </w:rPr>
        <w:t>不死守，后于不守时能化。</w:t>
      </w:r>
    </w:p>
    <w:p>
      <w:pPr>
        <w:pStyle w:val="Heading3"/>
      </w:pPr>
      <w:r>
        <w:rPr>
          <w:rFonts w:ascii="Noto Serif CJK SC" w:hAnsi="Noto Serif CJK SC" w:eastAsia="Noto Serif CJK SC"/>
        </w:rPr>
        <w:t>六、能在事境中精勤磨练，于行、住、坐、卧当中不断做去，三、五</w:t>
      </w:r>
    </w:p>
    <w:p>
      <w:pPr>
        <w:spacing w:before="0" w:after="80" w:line="259" w:lineRule="auto"/>
        <w:ind w:firstLine="360"/>
      </w:pPr>
      <w:r>
        <w:rPr>
          <w:rFonts w:ascii="Noto Serif CJK SC" w:hAnsi="Noto Serif CJK SC" w:eastAsia="Noto Serif CJK SC"/>
        </w:rPr>
        <w:t>年决可打成一片，不求神通而神通自发。</w:t>
      </w:r>
    </w:p>
    <w:p>
      <w:pPr>
        <w:pStyle w:val="Heading3"/>
      </w:pPr>
      <w:r>
        <w:rPr>
          <w:rFonts w:ascii="Noto Serif CJK SC" w:hAnsi="Noto Serif CJK SC" w:eastAsia="Noto Serif CJK SC"/>
        </w:rPr>
        <w:t>七、无所求，无所得，能入佛亦能入魔斯真到家矣。行人往往着</w:t>
      </w:r>
    </w:p>
    <w:p>
      <w:pPr>
        <w:spacing w:before="0" w:after="80" w:line="259" w:lineRule="auto"/>
        <w:ind w:firstLine="360"/>
      </w:pPr>
      <w:r>
        <w:rPr>
          <w:rFonts w:ascii="Noto Serif CJK SC" w:hAnsi="Noto Serif CJK SC" w:eastAsia="Noto Serif CJK SC"/>
        </w:rPr>
        <w:t>在神通上，以为未发神通不为见性。这是极大的错误。须知能立稳脚跟不为妖言魔语所惑，时时处处潇潇洒洒、自自在在，得真实受用，即是最大神通。</w:t>
      </w:r>
    </w:p>
    <w:p>
      <w:pPr>
        <w:pStyle w:val="Heading3"/>
      </w:pPr>
      <w:r>
        <w:rPr>
          <w:rFonts w:ascii="Noto Serif CJK SC" w:hAnsi="Noto Serif CJK SC" w:eastAsia="Noto Serif CJK SC"/>
        </w:rPr>
        <w:t>八、心地法门，是诞生王子。在心地上做功夫，将来一定成佛。其</w:t>
      </w:r>
    </w:p>
    <w:p>
      <w:pPr>
        <w:spacing w:before="0" w:after="80" w:line="259" w:lineRule="auto"/>
        <w:ind w:firstLine="360"/>
      </w:pPr>
      <w:r>
        <w:rPr>
          <w:rFonts w:ascii="Noto Serif CJK SC" w:hAnsi="Noto Serif CJK SC" w:eastAsia="Noto Serif CJK SC"/>
        </w:rPr>
        <w:t>他任何有相殊胜法门，俱系外围功勋位，纵或发什么大神通，也只能立功受奖俯首称臣，而不能成佛。</w:t>
      </w:r>
    </w:p>
    <w:p>
      <w:pPr>
        <w:pStyle w:val="Heading2"/>
      </w:pPr>
      <w:r>
        <w:rPr>
          <w:rFonts w:ascii="Noto Serif CJK SC" w:hAnsi="Noto Serif CJK SC" w:eastAsia="Noto Serif CJK SC"/>
        </w:rPr>
        <w:t>5. 如何消除贪嗔痴慢疑 / Full Chinese Source Text</w:t>
      </w:r>
    </w:p>
    <w:p>
      <w:pPr>
        <w:spacing w:before="0" w:after="80" w:line="259" w:lineRule="auto"/>
      </w:pPr>
      <w:r>
        <w:rPr>
          <w:rFonts w:ascii="Noto Serif CJK SC" w:hAnsi="Noto Serif CJK SC" w:eastAsia="Noto Serif CJK SC"/>
        </w:rPr>
        <w:t>Status: full Chinese body included</w:t>
      </w:r>
    </w:p>
    <w:p>
      <w:pPr>
        <w:spacing w:before="0" w:after="80" w:line="259" w:lineRule="auto"/>
      </w:pPr>
      <w:r>
        <w:rPr>
          <w:rFonts w:ascii="Noto Serif CJK SC" w:hAnsi="Noto Serif CJK SC" w:eastAsia="Noto Serif CJK SC"/>
        </w:rPr>
        <w:t>Source: XinMiWenJi.pdf, pages 966-974 of extracted PDF text.</w:t>
      </w:r>
    </w:p>
    <w:p>
      <w:pPr>
        <w:spacing w:before="0" w:after="80" w:line="259" w:lineRule="auto"/>
        <w:ind w:firstLine="360"/>
      </w:pPr>
      <w:r>
        <w:rPr>
          <w:rFonts w:ascii="Noto Serif CJK SC" w:hAnsi="Noto Serif CJK SC" w:eastAsia="Noto Serif CJK SC"/>
        </w:rPr>
        <w:t>如何消除贪嗔痴慢疑一九九五年六月十七日讲于杭州弟子问：“如何消除贪嗔痴慢疑？”贪嗔痴慢疑属于思惑。教理说无明分见惑、思惑、尘沙惑与无明惑。由粗而细、微细至极微细。见惑乃迷失无生无我等之真理而起之妄惑也，属于理边，故名理惑。它分身、边、邪、取、戒五种，均属不正的知见。比如执着在神通上，而不问自己有没有明心见性，这是修道人普遍存在的不正知见。见惑容易除，我们修法开悟见了本性，端正了知见，见惑就尽除了；但思惑不易一下子除掉，须于开悟断见惑后更见性修习真理，才能渐断此惑。以思惑为思维世间虚妄之物而起之事惑，其性钝昧，有贪、嗔、痴、慢、疑五惑之分，故不易顿除。见惑、思惑不除，生死轮回不能了。所以要消除这身、边、邪、取、戒与贪、嗔、痴、慢、疑十惑，先要明白本性，开大悟。深知事物皆幻，都不可得，彻见这一念断处，了了分明的灵知之性，就是我人的本性。在境界上时时保护锻炼它，把多生执着的习气都磨光，贪嗔痴慢疑才能销殒。教下说这四惑在欲界、色界、无色界中有九地八十八品之多。要一步一步慢慢除去，不是一下子除得了的。故须具一片长远深心，在境界上精勤地奋斗始得。最重要的是要知道，我们真心本来具足法报化三身，不须向外去求。现在我们的一念清净心，就是当前念已断后念未起，那了了分明的灵知就是我们的法身；我们能见一切东西的智慧光明就是我们的报身；一切事物形形色色的显现都是我们法性的变化，就是我们的化身。法身和报身容易理解。当我们断掉念头后，还是了了分明，不是没有知觉，此时了了的灵知就是我们的法身，大家当下可以体验。报身就是我们现在能见这一切东西的智慧光明，没有法身的智慧光明就不能见这些东西。譬如，没有光就像瞎子一样不能见东西。能见的是我们法身的光明，法身的光明朗照，就是智慧光明朗照。化身说起来就不大容易理解，一切东西，如杯子、水果、房子等都是我的变化，都是我的化身。这怎么是我的化身呢？这些不是无</w:t>
      </w:r>
    </w:p>
    <w:p>
      <w:pPr>
        <w:spacing w:before="0" w:after="80" w:line="259" w:lineRule="auto"/>
        <w:ind w:firstLine="360"/>
      </w:pPr>
      <w:r>
        <w:rPr>
          <w:rFonts w:ascii="Noto Serif CJK SC" w:hAnsi="Noto Serif CJK SC" w:eastAsia="Noto Serif CJK SC"/>
        </w:rPr>
        <w:t>情的东西吗？器世间是无情的，人和动物都是有情的，怎么是我的化身呢？因为这些东西离开我的法性智慧就不会有。譬如我们住的房子，造房子前先要设计图样，工程师怎么在大脑中想出这个图样呢？他吸收外面的境象，经过思考分析，怎么改造，怎么发展，怎么能适合人的需要而绘制出新型的图样，这是什么功能呢？是大脑的功能吗？看起来确是大脑的功能，但是大脑中各种脑神经，如视觉神经、听觉神经，就像电线拉好，不通电还是不起作用。电是什么？电就是我们法身的功能。何谓佛性？性者，性能也。能，就是功能。他就是能起作用而无相可见。譬如说电，见不到电的形象，通电以后，电灯就能亮，机器就会转。大脑神经就好比是电线，通电就是我们佛性的功能。所以设计图样也好，后来请工匠造房子也好，都是我们佛性的功能，这些都是佛性所变现的，就是佛性的化身。明白</w:t>
      </w:r>
    </w:p>
    <w:p>
      <w:pPr>
        <w:spacing w:before="0" w:after="80" w:line="259" w:lineRule="auto"/>
        <w:ind w:firstLine="360"/>
      </w:pPr>
      <w:r>
        <w:rPr>
          <w:rFonts w:ascii="Noto Serif CJK SC" w:hAnsi="Noto Serif CJK SC" w:eastAsia="Noto Serif CJK SC"/>
        </w:rPr>
        <w:t>这个法报化三身都是真心具足以后，你时时不住相，一切都是我法</w:t>
      </w:r>
    </w:p>
    <w:p>
      <w:pPr>
        <w:spacing w:before="0" w:after="80" w:line="259" w:lineRule="auto"/>
        <w:ind w:firstLine="360"/>
      </w:pPr>
      <w:r>
        <w:rPr>
          <w:rFonts w:ascii="Noto Serif CJK SC" w:hAnsi="Noto Serif CJK SC" w:eastAsia="Noto Serif CJK SC"/>
        </w:rPr>
        <w:t>身的大圆镜智所显现的影子，就不动心，不取相了，无所祈求！这样用功夫，贪嗔痴慢疑就渐渐地消了。不明白这个道理，住着在神通上，着相，非但贪嗔痴慢疑消不了，反而会更增加。要神通干什么？不就是要名闻利养吗？要恭</w:t>
      </w:r>
    </w:p>
    <w:p>
      <w:pPr>
        <w:spacing w:before="0" w:after="80" w:line="259" w:lineRule="auto"/>
        <w:ind w:firstLine="360"/>
      </w:pPr>
      <w:r>
        <w:rPr>
          <w:rFonts w:ascii="Noto Serif CJK SC" w:hAnsi="Noto Serif CJK SC" w:eastAsia="Noto Serif CJK SC"/>
        </w:rPr>
        <w:t>维、要名声、要供养，贪嗔痴慢疑更增加了，一点帮助都没有。可见</w:t>
      </w:r>
    </w:p>
    <w:p>
      <w:pPr>
        <w:spacing w:before="0" w:after="80" w:line="259" w:lineRule="auto"/>
        <w:ind w:firstLine="360"/>
      </w:pPr>
      <w:r>
        <w:rPr>
          <w:rFonts w:ascii="Noto Serif CJK SC" w:hAnsi="Noto Serif CJK SC" w:eastAsia="Noto Serif CJK SC"/>
        </w:rPr>
        <w:t>要消除贪嗔痴慢疑，非见性不可！不见性不行！根子还是在明心见</w:t>
      </w:r>
    </w:p>
    <w:p>
      <w:pPr>
        <w:spacing w:before="0" w:after="80" w:line="259" w:lineRule="auto"/>
        <w:ind w:firstLine="360"/>
      </w:pPr>
      <w:r>
        <w:rPr>
          <w:rFonts w:ascii="Noto Serif CJK SC" w:hAnsi="Noto Serif CJK SC" w:eastAsia="Noto Serif CJK SC"/>
        </w:rPr>
        <w:t>性上，所以佛教的根本还是明心见性。现在有的人弄错了，不要明心见性，要神通。只要能发神通，就赶快去追取，“这个法有神通啊，赶快去学啊”。不是去掉贪嗔痴慢</w:t>
      </w:r>
    </w:p>
    <w:p>
      <w:pPr>
        <w:spacing w:before="0" w:after="80" w:line="259" w:lineRule="auto"/>
        <w:ind w:firstLine="360"/>
      </w:pPr>
      <w:r>
        <w:rPr>
          <w:rFonts w:ascii="Noto Serif CJK SC" w:hAnsi="Noto Serif CJK SC" w:eastAsia="Noto Serif CJK SC"/>
        </w:rPr>
        <w:t>疑，而是增加贪得之心。所以我们修法时，须一切放下，入定也不要</w:t>
      </w:r>
    </w:p>
    <w:p>
      <w:pPr>
        <w:spacing w:before="0" w:after="80" w:line="259" w:lineRule="auto"/>
        <w:ind w:firstLine="360"/>
      </w:pPr>
      <w:r>
        <w:rPr>
          <w:rFonts w:ascii="Noto Serif CJK SC" w:hAnsi="Noto Serif CJK SC" w:eastAsia="Noto Serif CJK SC"/>
        </w:rPr>
        <w:t>求，求入定，反而定不进去。因为你这求入定之心就是妄心，妄心动了，还能入定吗？所以要入定，须一切放下，一切不求，一切都平平常常的，方能心安理得、怡然入定，从而打开本来，亲证佛性。实际上成道没有什么玄妙奇特，是极其简单寻常的。但是我听杭州有的师兄弟们讲：“我们杭州人没有一个成就的。”糟了，这一定把成道的真义弄错了。怎样才是成就呢？一定要发神通才算成就了吗？没有发神通就不是明心见性、不能成就了？这显然是一个极大错误。让我们先来谈谈成就是什么，即我们学佛的目的是什么？学佛的目的是出轮回，了生死，这是我们的大目的。怎么样可以了生死，出轮回呢？发神通能出轮回吗？不行！外道都有五神通——天眼、天耳、他心、神足、宿命，但他们不能了生死。因为他们不识自己的本性是</w:t>
      </w:r>
    </w:p>
    <w:p>
      <w:pPr>
        <w:spacing w:before="0" w:after="80" w:line="259" w:lineRule="auto"/>
        <w:ind w:firstLine="360"/>
      </w:pPr>
      <w:r>
        <w:rPr>
          <w:rFonts w:ascii="Noto Serif CJK SC" w:hAnsi="Noto Serif CJK SC" w:eastAsia="Noto Serif CJK SC"/>
        </w:rPr>
        <w:t>什么，执着外境追求，有所取着，生死不能了。所以要了生死、出轮回，必须心空荡荡的，一切不住。知道一切变化都是我自己佛性的功能所显现，无所追求，无所取着，潇洒自在的，才是大成就，大自在，大神通。假使有所追逐，有所祈求，心里还是烦恼依旧，纵然五通齐发也不是成就。所以我们学佛是学个潇洒自在，在这个社会上一切随缘，尽己之能，为群众服务，能上能下，无所追求，无所取着。真正潇洒自在了，才是大乘佛教的真义，才算是成就。我们生时果能做到一切境都不粘着，毫无爱嗔取舍之心，等到腊月三十到来，也自然不着境，而逍遥自在地无生死可了了。我们现在执著有生死，就是我们取境。今天我们有色身，有肉体，就是父母同房时我们自己动心了，自己跑进去的。假使你不着境，你不去，那就没有这个肉体，就很潇洒自在，可以到处飘游。现</w:t>
      </w:r>
    </w:p>
    <w:p>
      <w:pPr>
        <w:spacing w:before="0" w:after="80" w:line="259" w:lineRule="auto"/>
        <w:ind w:firstLine="360"/>
      </w:pPr>
      <w:r>
        <w:rPr>
          <w:rFonts w:ascii="Noto Serif CJK SC" w:hAnsi="Noto Serif CJK SC" w:eastAsia="Noto Serif CJK SC"/>
        </w:rPr>
        <w:t>在有个肉体就累赘了，动不得了，这是我们咎由自取。现在我们修</w:t>
      </w:r>
    </w:p>
    <w:p>
      <w:pPr>
        <w:spacing w:before="0" w:after="80" w:line="259" w:lineRule="auto"/>
        <w:ind w:firstLine="360"/>
      </w:pPr>
      <w:r>
        <w:rPr>
          <w:rFonts w:ascii="Noto Serif CJK SC" w:hAnsi="Noto Serif CJK SC" w:eastAsia="Noto Serif CJK SC"/>
        </w:rPr>
        <w:t>法就要明白这个道理，法报化三身都是一心具足的，不要去追求，什么神通都不要，一切都放下来，那么你就潇洒自在了。潇洒自在，无所粘着，生既如此，死也如此，你愿去哪里就去哪里，全由自己作主，生死不就了了吗？究竟讲来，根本没有生死。我们的本性本来就是不生不灭、不来不去、不增不减、不垢不净、不动不摇的，根本没有生死。执着于生死就是我们妄心乱动，取境着物。所以一切放下，不就自在得很吗？这是大自在，没有什么生死，还有什么贪嗔痴慢疑呢？贪嗔痴慢疑就是我们自己不明白本性，追逐外境，迷于色相，迷于外尘。所以一旦明白了我们的本性是怎么一回事，不取外境，贪嗔痴慢疑自然就消光了。同样，如果真能够潇洒自在，一切不求，一切不取，那么五神通就自然来了。因为这是我们本性具足的，本来就有的，不是因为修才有的。所以我们说道属悟，不属修。悟是醒悟，就等于睡梦醒了，不再做了。我们平时都在梦境当中，追逐梦境，大家不知道是梦境，当成真的去追逐。所以有求就有贪，贪不着就嗔，执着于贪嗔就是痴。慢就是轻慢他人，你们都不及我，我顶好，所以就有人相，我相。疑，就更难免了，比如我说这一念断处了了分明的灵知就是我们的真心，你们听了难免怀疑：“这就是真心啊？不对吧，如果这就是本性，我见性了，应该发大神通啊，怎么一点神通都没有呢？那么这就不是了。”疑就来了，这就坏了。因为你不真相信，你就不能全心全力地保护自己的本性，就跟境界跑了，走别的一条路</w:t>
      </w:r>
    </w:p>
    <w:p>
      <w:pPr>
        <w:spacing w:before="0" w:after="80" w:line="259" w:lineRule="auto"/>
        <w:ind w:firstLine="360"/>
      </w:pPr>
      <w:r>
        <w:rPr>
          <w:rFonts w:ascii="Noto Serif CJK SC" w:hAnsi="Noto Serif CJK SC" w:eastAsia="Noto Serif CJK SC"/>
        </w:rPr>
        <w:t>去了。本来一条路走到这里蛮好，快到家了，用功保任就好了。因为疑，回头走另外一条路，这个法不修了，修另外一个法。修修又不对，又修另一法，结果修来修去，因心力不集中，将到紧要关头，又另换一法，所以都不行，这就是因疑而不肯脚踏实地修行的过错！很多人都因为这样而白费心力，无所成就。假如我们能够毫不怀疑地认定这一念断处了了分明的就是我们的本性，时时刻刻保护他，行住坐卧间不忘保护这个本性，不为境界所湮没，不跟境界跑，任何境界拉不动，知道一切都是假相，唯一真实的就是我现在的灵知之性，其余都是假的，不理睬他。果真能够这样做功夫，不消三、五年，你们自然就能大发神通。因为你们不去追逐，本来已经具足的神通就自然显现出来了。现在之所以不能显露，是因为被你的贪、嗔、痴、慢、疑掩盖了，就是你妄想、执着、追求，要神通，而神通不来了。所以神通不是修来、求来的。求来的都是假的，不是真的，都</w:t>
      </w:r>
    </w:p>
    <w:p>
      <w:pPr>
        <w:spacing w:before="0" w:after="80" w:line="259" w:lineRule="auto"/>
        <w:ind w:firstLine="360"/>
      </w:pPr>
      <w:r>
        <w:rPr>
          <w:rFonts w:ascii="Noto Serif CJK SC" w:hAnsi="Noto Serif CJK SC" w:eastAsia="Noto Serif CJK SC"/>
        </w:rPr>
        <w:t>是有依附的东西。因为你有求，那些鬼、精就跟着来了，迎合你的心</w:t>
      </w:r>
    </w:p>
    <w:p>
      <w:pPr>
        <w:spacing w:before="0" w:after="80" w:line="259" w:lineRule="auto"/>
        <w:ind w:firstLine="360"/>
      </w:pPr>
      <w:r>
        <w:rPr>
          <w:rFonts w:ascii="Noto Serif CJK SC" w:hAnsi="Noto Serif CJK SC" w:eastAsia="Noto Serif CJK SC"/>
        </w:rPr>
        <w:t>理，跑到你心里去了。所以现在做气功有特异功能的，百分之八九十都是有依附的，不是自己的。就是因为有贪得之心。我们学佛法就是开智慧，明白我们的真心就是在一念断处一念不生时的灵知。讲证道很简单，直接指示你就是了，没有什么玄妙。不是一讲证道，就玄妙、奥妙都来了，什么法都来了。其实我们中国的禅宗是最好最好的，单刀直入，不立文字，直指人心，见性成佛，是最上乘的密法。最高层的密宗就是禅。这话不是我创造的。真正</w:t>
      </w:r>
    </w:p>
    <w:p>
      <w:pPr>
        <w:spacing w:before="0" w:after="80" w:line="259" w:lineRule="auto"/>
        <w:ind w:firstLine="360"/>
      </w:pPr>
      <w:r>
        <w:rPr>
          <w:rFonts w:ascii="Noto Serif CJK SC" w:hAnsi="Noto Serif CJK SC" w:eastAsia="Noto Serif CJK SC"/>
        </w:rPr>
        <w:t>修藏密大成就的大宝法王曾这样说：“我们的密宗讲起来，大圆满法</w:t>
      </w:r>
    </w:p>
    <w:p>
      <w:pPr>
        <w:spacing w:before="0" w:after="80" w:line="259" w:lineRule="auto"/>
        <w:ind w:firstLine="360"/>
      </w:pPr>
      <w:r>
        <w:rPr>
          <w:rFonts w:ascii="Noto Serif CJK SC" w:hAnsi="Noto Serif CJK SC" w:eastAsia="Noto Serif CJK SC"/>
        </w:rPr>
        <w:t>最高深了。那中国有没有大圆满法？有！那就是禅，禅宗就是大圆满法。”这话对吗？对！一点没错。我们跟贡嘎上师学过大圆满法。大圆满法有“前行”、“正行”。“前行”就是讲仪轨，讲有相修法；“正行”则是直接开示佛性是怎么回事，即“见宗”开示，跟禅宗直指一式一样，没有两样。禅宗是直截了当指示你见性，不绕路说法。如问：“如何是佛？”答：“清谈对面，非佛而谁？！”对面谈话的不是佛是什么？这话的意思是指示你能够和我对面谈话的不是佛是谁啊？演绎开来，这能听声音、能动作的是谁啊？这不就是我们的佛性吗？！简单亲切、关键扼要的一句话直接指示你见性。或者问：“如何是佛？”他喊你一声，你答应他，他即抓住这时机指示你说：“这就是佛！”你看，多么了当，多么庆快！悟道就这么容易，没什么玄妙奇特的。这就是最高深的禅法，就是中国的大圆满法。可</w:t>
      </w:r>
    </w:p>
    <w:p>
      <w:pPr>
        <w:spacing w:before="0" w:after="80" w:line="259" w:lineRule="auto"/>
        <w:ind w:firstLine="360"/>
      </w:pPr>
      <w:r>
        <w:rPr>
          <w:rFonts w:ascii="Noto Serif CJK SC" w:hAnsi="Noto Serif CJK SC" w:eastAsia="Noto Serif CJK SC"/>
        </w:rPr>
        <w:t>惜后来的人根基薄了，疑心大，不肯承当了。“这一念断处就是本性</w:t>
      </w:r>
    </w:p>
    <w:p>
      <w:pPr>
        <w:spacing w:before="0" w:after="80" w:line="259" w:lineRule="auto"/>
        <w:ind w:firstLine="360"/>
      </w:pPr>
      <w:r>
        <w:rPr>
          <w:rFonts w:ascii="Noto Serif CJK SC" w:hAnsi="Noto Serif CJK SC" w:eastAsia="Noto Serif CJK SC"/>
        </w:rPr>
        <w:t>啊？这么容易啊？恐怕不是吧！”怀疑了。贪嗔痴慢疑中的疑害人最烈，使人丧失真心。祖师一看直指不行，才不直接开示，兜个圈子，叫你参话头。问：“如何是佛？”答：“东山水上行。”或者答：“脱却草鞋赤脚走。”随便说句什么话，不直接告诉你。叫你因不明这答话的意义而怀疑，因疑而隔断妄念，时节因缘到来，即能亲证本来。禅宗是于悟理体后，即进行绵密保护。在事境上锻炼，勤除妄习，从而打成一片，圆透三关。我们能够举很多例子，就说六祖大师吧，他经五祖开示“应无所住而生其心”而悟道，悟道后知道一切日用都是我</w:t>
      </w:r>
    </w:p>
    <w:p>
      <w:pPr>
        <w:spacing w:before="0" w:after="80" w:line="259" w:lineRule="auto"/>
        <w:ind w:firstLine="360"/>
      </w:pPr>
      <w:r>
        <w:rPr>
          <w:rFonts w:ascii="Noto Serif CJK SC" w:hAnsi="Noto Serif CJK SC" w:eastAsia="Noto Serif CJK SC"/>
        </w:rPr>
        <w:t>们佛性的妙用，只要无所住，潇洒自在就好了，那个本性、妙明真心</w:t>
      </w:r>
    </w:p>
    <w:p>
      <w:pPr>
        <w:spacing w:before="0" w:after="80" w:line="259" w:lineRule="auto"/>
        <w:ind w:firstLine="360"/>
      </w:pPr>
      <w:r>
        <w:rPr>
          <w:rFonts w:ascii="Noto Serif CJK SC" w:hAnsi="Noto Serif CJK SC" w:eastAsia="Noto Serif CJK SC"/>
        </w:rPr>
        <w:t>自然显现在面前。于是就在行住坐卧间绵密保护，迨道成缘熟，方出而开坛说法。讲到保任，是先保后任。就是先保护，念起不随，不跟着念头跑，境界来了，不跟着转。熟了之后舍去保，进而放任，放手空行，随其自由行事，既无拘束，亦无粘着。如孔子所说“七十从心所欲而不逾矩”一样，任何事都能做，能入佛也能入魔。再看后来，马祖的弟子大梅参问马祖：“如何是佛？”马祖答：“即心即佛。”心就是佛，佛就是心。大梅马上开悟。保护三年之后，马祖要试</w:t>
      </w:r>
    </w:p>
    <w:p>
      <w:pPr>
        <w:spacing w:before="0" w:after="80" w:line="259" w:lineRule="auto"/>
        <w:ind w:firstLine="360"/>
      </w:pPr>
      <w:r>
        <w:rPr>
          <w:rFonts w:ascii="Noto Serif CJK SC" w:hAnsi="Noto Serif CJK SC" w:eastAsia="Noto Serif CJK SC"/>
        </w:rPr>
        <w:t>试大梅是否真的明白了，派一个侍者去说：“师兄啊，大师近日佛法</w:t>
      </w:r>
    </w:p>
    <w:p>
      <w:pPr>
        <w:spacing w:before="0" w:after="80" w:line="259" w:lineRule="auto"/>
        <w:ind w:firstLine="360"/>
      </w:pPr>
      <w:r>
        <w:rPr>
          <w:rFonts w:ascii="Noto Serif CJK SC" w:hAnsi="Noto Serif CJK SC" w:eastAsia="Noto Serif CJK SC"/>
        </w:rPr>
        <w:t>又别。”大梅说：“作么生？”侍者说：“又道：非心非佛。”大梅说：“这老汉惑乱人，未有了日。任他非心非佛，我只管即心即佛。”马祖知后说：“梅子熟也！”真悟道人，就是立稳脚跟，不被他人言语所左右。禅宗如此直指，大圆满也是这样。大圆满最后才讲“本体空分就是法身”。刚开始不肯这样讲，用功几十年后，才肯这样告诉你。本体空分，一点相都没有了，这就是法身；“本体显了分就是报身”；一切事物都是我法性所变化显现的，无所求，无所取，就是我的化身。说的很清楚，这叫大圆满知见。所以说杭州并不是没有人成就，是你们自己瞒自己，弄错了，弄到神通那边去了。说杭州无人成就，其实自己在成就中而不知道。还要说我们不知道起用啊。一天到晚启用，怎么不知道启用啊？你喝水不是启用吗？吃饭穿衣不是启用吗？走路、工作不是启用吗？这不是启用，那怎么才是启用呢？都是有所取着，要发神通，要玄妙奇特，人家不能的我能，认为那才是启用，大家都能就不算启用。他不知道，假如是身体启用，一口气不来了，身体还能动吗？现在启用的是谁啊？现在启用的不是我们佛性的功能吗？不是真心的功能吗？所以禅师说：“整天在饭箩边，饿</w:t>
      </w:r>
    </w:p>
    <w:p>
      <w:pPr>
        <w:spacing w:before="0" w:after="80" w:line="259" w:lineRule="auto"/>
        <w:ind w:firstLine="360"/>
      </w:pPr>
      <w:r>
        <w:rPr>
          <w:rFonts w:ascii="Noto Serif CJK SC" w:hAnsi="Noto Serif CJK SC" w:eastAsia="Noto Serif CJK SC"/>
        </w:rPr>
        <w:t>煞人无数。”饭在旁边不知吃饭，在启妙用而不知，这不是冤枉吗？所以我们说不要被自己所瞒，要明白这个道理。要真正消除贪嗔痴慢疑，就必须见性。你不见性，怎么能把贪嗔痴慢疑去掉？总是有所取，有所著，贪得无厌，有一万，要十万，有十万，要百万、亿万，贪心没有满足的时候。所以我们学佛法要一切放下。</w:t>
      </w:r>
    </w:p>
    <w:p>
      <w:pPr>
        <w:spacing w:before="0" w:after="80" w:line="259" w:lineRule="auto"/>
        <w:ind w:firstLine="360"/>
      </w:pPr>
      <w:r>
        <w:rPr>
          <w:rFonts w:ascii="Noto Serif CJK SC" w:hAnsi="Noto Serif CJK SC" w:eastAsia="Noto Serif CJK SC"/>
        </w:rPr>
        <w:t>我们上座时要死心塌地，像死人一样，一切不管，心念耳闻。心</w:t>
      </w:r>
    </w:p>
    <w:p>
      <w:pPr>
        <w:spacing w:before="0" w:after="80" w:line="259" w:lineRule="auto"/>
        <w:ind w:firstLine="360"/>
      </w:pPr>
      <w:r>
        <w:rPr>
          <w:rFonts w:ascii="Noto Serif CJK SC" w:hAnsi="Noto Serif CJK SC" w:eastAsia="Noto Serif CJK SC"/>
        </w:rPr>
        <w:t>持咒，不是嘴持咒；耳朵听清楚，大脑意识不动，就抓住了。抓住就能深入禅定，就能安心了，就能打开了。下座一定要观心！要时时刻刻观照，行住坐卧之中观照，不能忘记。内不随念转，念起即觉，一觉即空。念起了不知道，看不见，跟念头走了，不觉还有念头，那就迟了。念起了马上就知道，立即转掉。外不随境牵，外面境界的任何变化都拉不动我，知道这一切都是假相，都是我自性的影子，不跟着跑。这样做功夫，不消三、五年，都能上大道。所以我们要把道理说清楚，叫大家知道怎样走才对，绝对不是显神通才是成就。明白真心后时时保护他，真正地潇洒自在、无所追求，五神通自然会显现出来。现在给大家讲了开示见宗，知道一念断处，灵灵觉知性就是我们的本性，这是理悟。理悟了还要保护它。保护当中看住念头，不跟着跑。到熟了以后，能观之心，所观之念，一时脱落，就等于我们打坐时能念之心和所持之咒一时脱落一样，身心世界都不可得，亲证本性了。这理悟和亲证有什么区别呢？二者所证的理体是一样的，没有分别，就是一念之下证到的，和我们修法几年脱开证到的，理体是完全一样的，和禅宗参禅三十年证到的也是一样的。但力量有不同，一念证到的，没有做过功夫，事情来了之后往往挡不住，心就乱了。这就是思惑不了，就是贪嗔痴慢疑没有消除。现在我们上座做功夫，身心世界都化空了，亲证的力量就有了，事情来了就挡得住，贪嗔痴慢疑就能消了，所以力量就不同。但是，果真我们能立定脚跟，认识这一念断处就是我的本性，不再疑惑，保护它，也好啊。认</w:t>
      </w:r>
    </w:p>
    <w:p>
      <w:pPr>
        <w:spacing w:before="0" w:after="80" w:line="259" w:lineRule="auto"/>
        <w:ind w:firstLine="360"/>
      </w:pPr>
      <w:r>
        <w:rPr>
          <w:rFonts w:ascii="Noto Serif CJK SC" w:hAnsi="Noto Serif CJK SC" w:eastAsia="Noto Serif CJK SC"/>
        </w:rPr>
        <w:t>识这一性三身，即法报化三身，一切都是我的化身，不要疑惑，不要</w:t>
      </w:r>
    </w:p>
    <w:p>
      <w:pPr>
        <w:spacing w:before="0" w:after="80" w:line="259" w:lineRule="auto"/>
        <w:ind w:firstLine="360"/>
      </w:pPr>
      <w:r>
        <w:rPr>
          <w:rFonts w:ascii="Noto Serif CJK SC" w:hAnsi="Noto Serif CJK SC" w:eastAsia="Noto Serif CJK SC"/>
        </w:rPr>
        <w:t>当真的，不要去追逐，这样三五年下来也就慢慢了了，也是很好的事情嘛。所以做功夫就要这样做，没有什么玄妙的地方。要语不繁，临济大师开悟时说“原来佛法无多子”。没有什么东西，当下就是了，当下就证了。所以我们不离当下做功夫，时时刻刻用功。坏就坏在大家都在疑。如净宗行人也在疑：“我这样念佛能生西</w:t>
      </w:r>
    </w:p>
    <w:p>
      <w:pPr>
        <w:spacing w:before="0" w:after="80" w:line="259" w:lineRule="auto"/>
        <w:ind w:firstLine="360"/>
      </w:pPr>
      <w:r>
        <w:rPr>
          <w:rFonts w:ascii="Noto Serif CJK SC" w:hAnsi="Noto Serif CJK SC" w:eastAsia="Noto Serif CJK SC"/>
        </w:rPr>
        <w:t>方吗？恐怕不能吧。”疑心重了，念佛就没有力量了，生西方就困难了。要信念十足，“我这样决定能成就，决定能生西方，决定是！”那</w:t>
      </w:r>
    </w:p>
    <w:p>
      <w:pPr>
        <w:spacing w:before="0" w:after="80" w:line="259" w:lineRule="auto"/>
        <w:ind w:firstLine="360"/>
      </w:pPr>
      <w:r>
        <w:rPr>
          <w:rFonts w:ascii="Noto Serif CJK SC" w:hAnsi="Noto Serif CJK SC" w:eastAsia="Noto Serif CJK SC"/>
        </w:rPr>
        <w:t>就有力量了，全心全意就有力量了。我们先得漏尽通才是最重要</w:t>
      </w:r>
    </w:p>
    <w:p>
      <w:pPr>
        <w:spacing w:before="0" w:after="80" w:line="259" w:lineRule="auto"/>
        <w:ind w:firstLine="360"/>
      </w:pPr>
      <w:r>
        <w:rPr>
          <w:rFonts w:ascii="Noto Serif CJK SC" w:hAnsi="Noto Serif CJK SC" w:eastAsia="Noto Serif CJK SC"/>
        </w:rPr>
        <w:t>的。学佛法就是要潇洒自在，如果仍旧一天到晚烦恼忧愁，那就不是佛法，与佛法不相应。我们说“衣食丰俭随缘过”，一切随缘，好就好过，坏就坏过，无所谓，都是假相。假如好的因缘哈哈笑，坏的因缘就忧愁烦恼，那你学的什么佛？不是一切不可得吗？一切都是梦境吗？你还动什么心。有人问：“我开悟了吗？”开悟不开悟问你自己：“我在境界上还迷恋吗？还着相吗？”遇境界还要迷恋，那就是没悟。悟了就是醒悟，不再做梦了。做梦时什么都有，好的境界快活得不得了，差的境界苦恼得不得了，哭醒喊醒的都有。醒来之后呢，一点痕迹都没有。假如你遇境还烦恼，那就没悟。于顺境而不喜，逆境而不烦恼，不发火，那才对了，才能真正消除贪嗔痴慢疑。假如根本没有明心见性，谈不到消除贪嗔痴慢疑，一点都除不了。要除贪嗔痴慢疑，非见性不可！见性后还要在事境上历练、保护。力量不够，对境心还要动，就要多打坐。对境迷惑，心动了，这就是思惑。做功夫，首先要明白什么是真心，这是最重要的一着，然后才能下手保护他，知道在什么地方下功夫、用力气。不明白什么是真心，在什么地方用力气也不知道，怎么能成道？！做功夫须有自知之明，定力不够，就多打坐，多打坐才能增加定力。我们从前也是这样，每当星期日休息时，不出去游玩，在家打坐一天，到晚上下座，这个心清净得不得了，什么</w:t>
      </w:r>
    </w:p>
    <w:p>
      <w:pPr>
        <w:spacing w:before="0" w:after="80" w:line="259" w:lineRule="auto"/>
        <w:ind w:firstLine="360"/>
      </w:pPr>
      <w:r>
        <w:rPr>
          <w:rFonts w:ascii="Noto Serif CJK SC" w:hAnsi="Noto Serif CJK SC" w:eastAsia="Noto Serif CJK SC"/>
        </w:rPr>
        <w:t>境界都一点不动，本来喜欢的东西，现在什么都不要，只是轻安、法</w:t>
      </w:r>
    </w:p>
    <w:p>
      <w:pPr>
        <w:spacing w:before="0" w:after="80" w:line="259" w:lineRule="auto"/>
        <w:ind w:firstLine="360"/>
      </w:pPr>
      <w:r>
        <w:rPr>
          <w:rFonts w:ascii="Noto Serif CJK SC" w:hAnsi="Noto Serif CJK SC" w:eastAsia="Noto Serif CJK SC"/>
        </w:rPr>
        <w:t>喜无比。所以定力不够，还是要多打坐，才能绵密保护。心真空净，潇洒自在，就是道通，也是漏尽通。有了这个通，其他五神通不愁不发。这叫“但得本，不愁末”。因为五神通是本性具足的，打开来，就自然显现；未打开，就被盖在里面了。如果那些着相的东西都未拿掉，心总是动摇，你求神通，那是背道而驰，这是执着上加执着，贪嗔痴上加贪嗔痴，如何能如愿以偿？！要一切放下才行。</w:t>
      </w:r>
    </w:p>
    <w:p>
      <w:pPr>
        <w:spacing w:before="0" w:after="80" w:line="259" w:lineRule="auto"/>
        <w:ind w:firstLine="360"/>
      </w:pPr>
      <w:r>
        <w:rPr>
          <w:rFonts w:ascii="Noto Serif CJK SC" w:hAnsi="Noto Serif CJK SC" w:eastAsia="Noto Serif CJK SC"/>
        </w:rPr>
        <w:t>心中心法是禅、净、密融为一体的大法，时时刻刻要我们直下见</w:t>
      </w:r>
    </w:p>
    <w:p>
      <w:pPr>
        <w:spacing w:before="0" w:after="80" w:line="259" w:lineRule="auto"/>
        <w:ind w:firstLine="360"/>
      </w:pPr>
      <w:r>
        <w:rPr>
          <w:rFonts w:ascii="Noto Serif CJK SC" w:hAnsi="Noto Serif CJK SC" w:eastAsia="Noto Serif CJK SC"/>
        </w:rPr>
        <w:t>性。修法时是非空非有。印咒是有，但印咒是什么意思？无可思量，无由考虑，有等于没有，有而非有，即是非有；有个印咒，就不空，也就是非空。给你一个咒子念，一个手印结起来，就是空而不空、非空</w:t>
      </w:r>
    </w:p>
    <w:p>
      <w:pPr>
        <w:spacing w:before="0" w:after="80" w:line="259" w:lineRule="auto"/>
        <w:ind w:firstLine="360"/>
      </w:pPr>
      <w:r>
        <w:rPr>
          <w:rFonts w:ascii="Noto Serif CJK SC" w:hAnsi="Noto Serif CJK SC" w:eastAsia="Noto Serif CJK SC"/>
        </w:rPr>
        <w:t>非有，推着你往前跑，就能证到本性。证到本性之后就归到禅宗。心</w:t>
      </w:r>
    </w:p>
    <w:p>
      <w:pPr>
        <w:spacing w:before="0" w:after="80" w:line="259" w:lineRule="auto"/>
        <w:ind w:firstLine="360"/>
      </w:pPr>
      <w:r>
        <w:rPr>
          <w:rFonts w:ascii="Noto Serif CJK SC" w:hAnsi="Noto Serif CJK SC" w:eastAsia="Noto Serif CJK SC"/>
        </w:rPr>
        <w:t>真空净了，净裸裸、赤洒洒，一尘不染，那不就是净土吗？土就是心，心就是土，这样你要往生什么地方，东方南方西方北方，随你往生，都是净土。随缘自在，融合一体。真正的净土是我们的常寂光净土，本性净土，本来清净，不污染。都是因为我们妄心执着之故，所以造就这五浊恶世。我们的心清净了，五浊恶世也就变为净土了。所以心中心法是密宗的心髓部分，就是大圆满的知见。成道可分四个步骤：第一步“见到本性”。现在能明白这一念断处的灵知就是本性，也是一样。大圆满也是直接开示，使人当下见本性。接下来做保护功夫，做保护功夫当中“觉受增长”，这是第二步。觉是觉悟、觉照，不迷，不为境界所动、所转。真正的觉悟就得到真正的受用，就不会烦恼了。不然逆境时你要烦恼，要发火；觉悟了，就知道这一切都是假的，都是影子，不执着，不追求，不烦恼，就得真实受用，法喜充满，一天到晚轻安愉悦，快活得很。所以说初地是欢喜地，觉受增长，就一步步向上证，初地、二地、三地……自己常考验自己：“我现在比以前如何，是否有所进步？”当然不是一步登天，一下就到十地、等妙二觉了，要有个过程。第三步是“明体进诣”。明体就是光明体，进步了，光明大发，朗照十方世界。十方世界诸佛入我身，我身入诸佛之身，彼此交参无碍，这是《华严经》的境界。因为这是觉受增长的缘故，到这个地步，贪嗔痴慢疑就绝对没有了，一点都没有了。但还不是究竟。最后第四步才是“法界究竟”。一切光明都不可得，一切神通都不可得，都摄归自性，都不显现。按</w:t>
      </w:r>
    </w:p>
    <w:p>
      <w:pPr>
        <w:spacing w:before="0" w:after="80" w:line="259" w:lineRule="auto"/>
        <w:ind w:firstLine="360"/>
      </w:pPr>
      <w:r>
        <w:rPr>
          <w:rFonts w:ascii="Noto Serif CJK SC" w:hAnsi="Noto Serif CJK SC" w:eastAsia="Noto Serif CJK SC"/>
        </w:rPr>
        <w:t>大圆满说起来就是“如腊月三十之月”。腊月三十的月亮还能看得见</w:t>
      </w:r>
    </w:p>
    <w:p>
      <w:pPr>
        <w:spacing w:before="0" w:after="80" w:line="259" w:lineRule="auto"/>
        <w:ind w:firstLine="360"/>
      </w:pPr>
      <w:r>
        <w:rPr>
          <w:rFonts w:ascii="Noto Serif CJK SC" w:hAnsi="Noto Serif CJK SC" w:eastAsia="Noto Serif CJK SC"/>
        </w:rPr>
        <w:t>吗？看不见了。摄归自心，都没有了。禅宗到这里也是这样讲。上次讲过一则公案，有僧问曹山：“朗月当头如何？”朗月当头就是大圆的月亮照在头上。曹山答曰：“犹是阶下汉。”还没到家。曰：“请师接上阶。”请师父慈悲，拉我一把。答曰：“月落时相见。”所以禅宗和密宗是一样的，不要弄错了。高深的密法，最上层的密法就是禅宗。所以你们如能站稳脚跟，不为人言所惑，才能证成大道。如一听人言“活佛来了，有大神通”，就跟着跑，那就要走到叉路去了。因为没有再比禅宗高的密法，而且求神通就要倒霉、要着魔。这次广州来的一个姑娘，学气功，要求发特异功能，结果两个鬼都进到她身里去了。先进去的一个还好，有什么事鬼告诉她，似乎有了一点神通，再来一个，她肉体就吃不消了，难过了。这就是求神通的恶果。所以我们学佛法要明白，要走正路，晓得佛法最要紧的不是发神通，而</w:t>
      </w:r>
    </w:p>
    <w:p>
      <w:pPr>
        <w:spacing w:before="0" w:after="80" w:line="259" w:lineRule="auto"/>
        <w:ind w:firstLine="360"/>
      </w:pPr>
      <w:r>
        <w:rPr>
          <w:rFonts w:ascii="Noto Serif CJK SC" w:hAnsi="Noto Serif CJK SC" w:eastAsia="Noto Serif CJK SC"/>
        </w:rPr>
        <w:t>是了生死。生死怎样了？不着境，不跟念头跑，一点境界不粘着，才能了生死。求神通，不究竟，不能了生死。求神通的人都是着相，都是为了名闻利养。尝闻气功师先作带功报告，卖门票赚钱，然后治病敛钱，再后发售信息物。都是不相干的东西。说穿了，都是骗钱的玩意儿。跟他们走，岂不冤屈。我们学佛法要认定心地法门，“唯此一真实，余二即非真”。离开心地法门之外用功，心外取法就是外道。成就不是发神通，而是心空无住，坦荡荡的，潇洒自在。能做到顺逆无拘，潇洒自在，才是最大的神通。因为离开这个，发了五神通，心也不自在。比如有了宿命通，知道了过去世怎么样，心里就懊恼，“过去世做了这么多坏事啊”。有一个罗汉就是这样，过去世杀了自己的父亲，得了通，心里难过了，“我怎么如此不孝，杀了自己的父亲哩？！”坐也坐不住了。释迦佛对文殊菩萨说，“这个罗汉发了宿命通，知道杀了自己的父亲，心不稳了，我们给他唱台戏，说说法，救救他。”于是文殊拔剑要杀佛，大家一看吓死了，杀父亲罪就不得了，杀佛更不得了。佛说不要惊慌，文殊并无杀佛之心。这一切都是你们的妄心妄想蠢动，实际上这些事就像梦中所显现的梦境一样，都是虚幻的，真的事情是没有的。所以过去世做的事情等于梦中所做的梦一样，醒了就没有了，心也就安稳了。佛就这样给罗汉说法，而使这位罗汉心安稳下来。所以我们要明白，过去做的错事都如梦中做的梦一样，现在醒悟了，放开、心空就没了。心空，业障就消了；心不空就坏了，那就要受业障之报了。所以心不空时得宿命通，那就烦恼无边。修道人应时时刻刻在心地上用功夫，不要妄求神通。走正路，莫入歧途，才能真了生死！</w:t>
      </w:r>
    </w:p>
    <w:p>
      <w:pPr>
        <w:pStyle w:val="Heading2"/>
      </w:pPr>
      <w:r>
        <w:rPr>
          <w:rFonts w:ascii="Noto Serif CJK SC" w:hAnsi="Noto Serif CJK SC" w:eastAsia="Noto Serif CJK SC"/>
        </w:rPr>
        <w:t>6. 成佛的诀窍 / Full Chinese Source Text</w:t>
      </w:r>
    </w:p>
    <w:p>
      <w:pPr>
        <w:spacing w:before="0" w:after="80" w:line="259" w:lineRule="auto"/>
      </w:pPr>
      <w:r>
        <w:rPr>
          <w:rFonts w:ascii="Noto Serif CJK SC" w:hAnsi="Noto Serif CJK SC" w:eastAsia="Noto Serif CJK SC"/>
        </w:rPr>
        <w:t>Status: full Chinese body included</w:t>
      </w:r>
    </w:p>
    <w:p>
      <w:pPr>
        <w:spacing w:before="0" w:after="80" w:line="259" w:lineRule="auto"/>
      </w:pPr>
      <w:r>
        <w:rPr>
          <w:rFonts w:ascii="Noto Serif CJK SC" w:hAnsi="Noto Serif CJK SC" w:eastAsia="Noto Serif CJK SC"/>
        </w:rPr>
        <w:t>Source: XinMiWenJi.pdf, pages 1115-1137 of extracted PDF text.</w:t>
      </w:r>
    </w:p>
    <w:p>
      <w:pPr>
        <w:spacing w:before="0" w:after="80" w:line="259" w:lineRule="auto"/>
        <w:ind w:firstLine="360"/>
      </w:pPr>
      <w:r>
        <w:rPr>
          <w:rFonts w:ascii="Noto Serif CJK SC" w:hAnsi="Noto Serif CJK SC" w:eastAsia="Noto Serif CJK SC"/>
        </w:rPr>
        <w:t>成佛的诀窍一九九六年六月讲于济南我们修法的目的，是为了打开本来见到本性。心中心法是密法的心髓部。密法含九乘次第，就是外三乘、内三乘、密三乘。心中心法是密三乘最后的心髓部分。在西藏、在日本，要经过好多年的修行，才可以传授这个法。现在我们可以不要经过很多年的加行、前行，直接传正行。因为我们中华文明悠久，具有大乘气象，诞生于本土的道教、儒教，有很高的智慧内涵和文化底蕴。祖师西来，直接说禅，所以禅宗最盛行。禅宗就是直指，最直接了当，不要绕弯子兜圈子，直指人心见性成佛，是最快的。因为有这个好的基础，所以我们的心中心法就可以不经过加行、前行，直接修正行。大家已经修了很多时，总会有相当的心得。大家交流交流，做得怎么样子来谈一谈。因为大家光一个人修，没有师兄弟们或者是有修证的人交流交流，免不得有一点纳闷，谈一谈可以解开来，大家可以更清爽更明白的继续前进。我们修心中心法为什么说一千座呢？就是有这么一千座的基础打下去做功夫，它必定有打开本来见性的机会。必定有！恐怕有的时候呢，人就是错过了这个机会，不知不觉的过去了。就是在念无所念的时候，自己有一点比较不太清爽的感觉，似知道又不知道的样子。好像它就过去了，滑过去了。所以就是可惜的很。我们的本性其实时时在自己面门放光，它没有隐藏。我们能看能闻能说能坐能走的能，就是我们的佛性，时时在面门放光，它没有隐藏的时候。纵然我们睡着了，它也在了了分明。就是做梦的时候能起梦境的，也是它的功能。说起来做梦的时候是第八识的种子翻起来。第六识揽得种子在梦境里面。但是没有佛性怎么会有第八识呢！怎么会有第六识揽得梦境呢！这个功能根本还是佛性。佛性时时在，没有缺少的时侯，没有隐蔽的时候，所以它没有断续相。没有断掉之后再接续起来，没有！时时都是这样连续不断。所以我们做</w:t>
      </w:r>
    </w:p>
    <w:p>
      <w:pPr>
        <w:spacing w:before="0" w:after="80" w:line="259" w:lineRule="auto"/>
        <w:ind w:firstLine="360"/>
      </w:pPr>
      <w:r>
        <w:rPr>
          <w:rFonts w:ascii="Noto Serif CJK SC" w:hAnsi="Noto Serif CJK SC" w:eastAsia="Noto Serif CJK SC"/>
        </w:rPr>
        <w:t>功夫也就是如此，要认识佛性。现在我再详细指示一下：我们的佛性</w:t>
      </w:r>
    </w:p>
    <w:p>
      <w:pPr>
        <w:spacing w:before="0" w:after="80" w:line="259" w:lineRule="auto"/>
        <w:ind w:firstLine="360"/>
      </w:pPr>
      <w:r>
        <w:rPr>
          <w:rFonts w:ascii="Noto Serif CJK SC" w:hAnsi="Noto Serif CJK SC" w:eastAsia="Noto Serif CJK SC"/>
        </w:rPr>
        <w:t>就在我们一念断处——前念已断后念未起，那个时侯。前念断了后念未起那个时候，并不是没有知觉，它还是了了分明。那个时候是</w:t>
      </w:r>
    </w:p>
    <w:p>
      <w:pPr>
        <w:spacing w:before="0" w:after="80" w:line="259" w:lineRule="auto"/>
        <w:ind w:firstLine="360"/>
      </w:pPr>
      <w:r>
        <w:rPr>
          <w:rFonts w:ascii="Noto Serif CJK SC" w:hAnsi="Noto Serif CJK SC" w:eastAsia="Noto Serif CJK SC"/>
        </w:rPr>
        <w:t>千钧一发之机，关键时刻，最重要的时刻。但人呢，往往都错过这个机会，不认识它，滑过去了。任何人都有一秒钟的清净，是肯定的。就是随便哪一个都有一秒钟念头不起的时侯，这念头不起的时候还是了了分明，他不认识就错过去了。最重要的是认识这个本性，时时在我们面门放光的是。大家知道，黄山谷和苏东坡齐名，诗画字都很好。他参禅的时侯，他师父是晦堂老，叫他参“二三子以吾为隐乎？吾无隐乎</w:t>
      </w:r>
    </w:p>
    <w:p>
      <w:pPr>
        <w:spacing w:before="0" w:after="80" w:line="259" w:lineRule="auto"/>
        <w:ind w:firstLine="360"/>
      </w:pPr>
      <w:r>
        <w:rPr>
          <w:rFonts w:ascii="Noto Serif CJK SC" w:hAnsi="Noto Serif CJK SC" w:eastAsia="Noto Serif CJK SC"/>
        </w:rPr>
        <w:t>尔！”这是句什么话？这句话是孔老夫子讲的，孔老夫子对学生讲</w:t>
      </w:r>
    </w:p>
    <w:p>
      <w:pPr>
        <w:spacing w:before="0" w:after="80" w:line="259" w:lineRule="auto"/>
        <w:ind w:firstLine="360"/>
      </w:pPr>
      <w:r>
        <w:rPr>
          <w:rFonts w:ascii="Noto Serif CJK SC" w:hAnsi="Noto Serif CJK SC" w:eastAsia="Noto Serif CJK SC"/>
        </w:rPr>
        <w:t>的：“你们这学生啊！以为我老师还有什么隐蔽的地方、秘密的地方没和你们讲吗！以吾有隐乎？有隐藏吗？不和你们公开讲吗？吾无隐乎！我一点没有隐蔽，我和你们都公开讲了。对你们学生赤诚公开，没有对哪一个好一点就讲多一点，对哪一个差一点就讲少一点，没有！都是一视同仁，公开赤诚之心为你们大家讲的。吾无隐乎尔。我没有隐藏、隐蔽。”叫他参这个话头。黄山谷是读书人，“这个还不知道吗！怎么这个还教我参呀！我知道这个意思怎么样。”说了很多意思，晦堂老都给他否定：“不对不对，再说也不对！”黄山谷这就不开心了：“我是读书人那，能不知道吗。这个意思我懂啊，怎么说不对呢。”心里有些不忿，就是对老师有点看法：“你老师有点诮排我，说我的不对不对，这已经很对，还不对呀！”不高兴再讲了。但回去之后一想：“晦堂老是五百人善知识，他座下有五百个学生，这么大的祖师，不会有意在诮排我吧，总会有另外的什么意思吧，那么究竟什么意思呢？什么“二三子以吾有隐乎？吾无隐乎耳！”呢？”他参了好多时。一天和老师出去游山。我们做功夫也不是死做呀！也要出去散散心，把思想心情放松开来，箍得很紧的也不好，所以有的时候要放松，有的时候要收紧。就像我们拉乐器，弦子太紧了要断，太松了不成声。所我们做功夫也需要这样，太紧的时候要放松一点，太松的时候要收紧一点，所以要出去玩玩，散散心。那是八月份桂花盛开的时候，一阵风吹来一阵桂花香，黄山谷脱口而出：“好一阵木犀香啊！”木犀就是桂花。他的师父马上点他：“吾无隐乎尔！”我没有隐藏啊，你也没有隐藏啊，闻到桂花香</w:t>
      </w:r>
    </w:p>
    <w:p>
      <w:pPr>
        <w:spacing w:before="0" w:after="80" w:line="259" w:lineRule="auto"/>
        <w:ind w:firstLine="360"/>
      </w:pPr>
      <w:r>
        <w:rPr>
          <w:rFonts w:ascii="Noto Serif CJK SC" w:hAnsi="Noto Serif CJK SC" w:eastAsia="Noto Serif CJK SC"/>
        </w:rPr>
        <w:t>的是谁呀！黄山谷当下开悟：“噢！能闻的这个就是我的佛性</w:t>
      </w:r>
    </w:p>
    <w:p>
      <w:pPr>
        <w:spacing w:before="0" w:after="80" w:line="259" w:lineRule="auto"/>
        <w:ind w:firstLine="360"/>
      </w:pPr>
      <w:r>
        <w:rPr>
          <w:rFonts w:ascii="Noto Serif CJK SC" w:hAnsi="Noto Serif CJK SC" w:eastAsia="Noto Serif CJK SC"/>
        </w:rPr>
        <w:t>啊！”是啊，时时在我面门放光。我们能穿衣能吃饭的功能就是佛性，时时刻刻不离佛性，所以我们要见性不是难事，就在面前。这点是要指示大家明白见到，时刻知道这是佛性。</w:t>
      </w:r>
    </w:p>
    <w:p>
      <w:pPr>
        <w:spacing w:before="0" w:after="80" w:line="259" w:lineRule="auto"/>
        <w:ind w:firstLine="360"/>
      </w:pPr>
      <w:r>
        <w:rPr>
          <w:rFonts w:ascii="Noto Serif CJK SC" w:hAnsi="Noto Serif CJK SC" w:eastAsia="Noto Serif CJK SC"/>
        </w:rPr>
        <w:t>但是我们明白知道这佛性之后，是不是就了了，就大事完毕了，就到家了。不是！假如明白这个佛性之后，我们的习气还在，那就不行。事上透不过去，因为我们学佛的目地是了生死，不经六道轮回生死之苦。假如我们这个习气还在，境界现面前还动心，还跟境界跑，那生死就不了。纵然你明白了现在我一念断处这了了分明的就是我的佛性，你习气还在，动心，对境动心就没用处。我们现在有身体，就是当我们的父母同房的时侯，我们自己动心，自己钻进去，</w:t>
      </w:r>
    </w:p>
    <w:p>
      <w:pPr>
        <w:spacing w:before="0" w:after="80" w:line="259" w:lineRule="auto"/>
        <w:ind w:firstLine="360"/>
      </w:pPr>
      <w:r>
        <w:rPr>
          <w:rFonts w:ascii="Noto Serif CJK SC" w:hAnsi="Noto Serif CJK SC" w:eastAsia="Noto Serif CJK SC"/>
        </w:rPr>
        <w:t>没有谁来安排我们，指派我们，都是自己动心而去。我们对境动心</w:t>
      </w:r>
    </w:p>
    <w:p>
      <w:pPr>
        <w:spacing w:before="0" w:after="80" w:line="259" w:lineRule="auto"/>
        <w:ind w:firstLine="360"/>
      </w:pPr>
      <w:r>
        <w:rPr>
          <w:rFonts w:ascii="Noto Serif CJK SC" w:hAnsi="Noto Serif CJK SC" w:eastAsia="Noto Serif CJK SC"/>
        </w:rPr>
        <w:t>是坏事，尤其是淫欲心最坏，淫欲是生死的根本，我们真的用功，要</w:t>
      </w:r>
    </w:p>
    <w:p>
      <w:pPr>
        <w:spacing w:before="0" w:after="80" w:line="259" w:lineRule="auto"/>
        <w:ind w:firstLine="360"/>
      </w:pPr>
      <w:r>
        <w:rPr>
          <w:rFonts w:ascii="Noto Serif CJK SC" w:hAnsi="Noto Serif CJK SC" w:eastAsia="Noto Serif CJK SC"/>
        </w:rPr>
        <w:t>把淫欲断光，但是一下断不了呢，那要慢慢的断。居士们不是可以有正淫吗，准许有正淫，出家人正淫也不可以。但是要慢慢的断，生</w:t>
      </w:r>
    </w:p>
    <w:p>
      <w:pPr>
        <w:spacing w:before="0" w:after="80" w:line="259" w:lineRule="auto"/>
        <w:ind w:firstLine="360"/>
      </w:pPr>
      <w:r>
        <w:rPr>
          <w:rFonts w:ascii="Noto Serif CJK SC" w:hAnsi="Noto Serif CJK SC" w:eastAsia="Noto Serif CJK SC"/>
        </w:rPr>
        <w:t>西方极乐世界的人也要把淫念断光，断不光生不上去。所以我们要</w:t>
      </w:r>
    </w:p>
    <w:p>
      <w:pPr>
        <w:spacing w:before="0" w:after="80" w:line="259" w:lineRule="auto"/>
        <w:ind w:firstLine="360"/>
      </w:pPr>
      <w:r>
        <w:rPr>
          <w:rFonts w:ascii="Noto Serif CJK SC" w:hAnsi="Noto Serif CJK SC" w:eastAsia="Noto Serif CJK SC"/>
        </w:rPr>
        <w:t>练得对境不动心，那你生死才了。假如明白这道理，对境还动心，好的时候哈哈大笑，逆境当前倒霉的时候就六神无主，苦恼得不得了，那就不行，那生死就不能了。因此之故，净土宗人常常说禅宗不好，诽谤禅宗，就是这个缘故。纵饶你禅宗开悟了，你思惑不了，生</w:t>
      </w:r>
    </w:p>
    <w:p>
      <w:pPr>
        <w:spacing w:before="0" w:after="80" w:line="259" w:lineRule="auto"/>
        <w:ind w:firstLine="360"/>
      </w:pPr>
      <w:r>
        <w:rPr>
          <w:rFonts w:ascii="Noto Serif CJK SC" w:hAnsi="Noto Serif CJK SC" w:eastAsia="Noto Serif CJK SC"/>
        </w:rPr>
        <w:t>死不能了。思惑就是对境生心，思想动了，着境了，生死不能了。要</w:t>
      </w:r>
    </w:p>
    <w:p>
      <w:pPr>
        <w:spacing w:before="0" w:after="80" w:line="259" w:lineRule="auto"/>
        <w:ind w:firstLine="360"/>
      </w:pPr>
      <w:r>
        <w:rPr>
          <w:rFonts w:ascii="Noto Serif CJK SC" w:hAnsi="Noto Serif CJK SC" w:eastAsia="Noto Serif CJK SC"/>
        </w:rPr>
        <w:t>思惑也了，对境不动心了，那才行。所以我们假如明白这个道理之后，更要做功夫，加紧做功夫。我们心中心法就时时刻刻有这个机会，修心中心法是靠佛力加持之故，所以有的时候在座上能忽然打开见到本性。也有在走路时侯，因为我们要做功夫，不是走路就不做功夫啊，行住坐卧都要做功夫，看着念头起处，不跟念头跑，那也会一时脱开。乃至于我们睡觉做梦当中，也会脱开。不光是在座上脱开，做事时、走路时、做梦时都会脱开。就是有的时候不知道，错过机会了。所以今天指示大家，认识本性是第一要措，最要紧的措</w:t>
      </w:r>
    </w:p>
    <w:p>
      <w:pPr>
        <w:spacing w:before="0" w:after="80" w:line="259" w:lineRule="auto"/>
        <w:ind w:firstLine="360"/>
      </w:pPr>
      <w:r>
        <w:rPr>
          <w:rFonts w:ascii="Noto Serif CJK SC" w:hAnsi="Noto Serif CJK SC" w:eastAsia="Noto Serif CJK SC"/>
        </w:rPr>
        <w:t>施。不认识本性白修，修来修去你不知道什么是本性。我们心中心</w:t>
      </w:r>
    </w:p>
    <w:p>
      <w:pPr>
        <w:spacing w:before="0" w:after="80" w:line="259" w:lineRule="auto"/>
        <w:ind w:firstLine="360"/>
      </w:pPr>
      <w:r>
        <w:rPr>
          <w:rFonts w:ascii="Noto Serif CJK SC" w:hAnsi="Noto Serif CJK SC" w:eastAsia="Noto Serif CJK SC"/>
        </w:rPr>
        <w:t>法打开本来见到本性是很快，说一千座已经是放宽了，尺度放宽了。实际讲来不需要一千座，只要你时时刻刻真用心，就是我们上座时要死心塌地念念不生，死心塌地心念耳闻。念咒是心念，不是嘴念，耳朵要闻，听得清清爽爽，要能把大脑思想抓住不动，才容易入定。下座时，绵密观照，看着念头起处，不跟念头跑。境界当前，不为境界所动。这样做功夫很快，三百座乃至五百座就能打开本来见到本性，这个法是见性很快的。见性之后更要进一步除习气，把习气除光，思惑就了了。无明分</w:t>
      </w:r>
    </w:p>
    <w:p>
      <w:pPr>
        <w:spacing w:before="0" w:after="80" w:line="259" w:lineRule="auto"/>
        <w:ind w:firstLine="360"/>
      </w:pPr>
      <w:r>
        <w:rPr>
          <w:rFonts w:ascii="Noto Serif CJK SC" w:hAnsi="Noto Serif CJK SC" w:eastAsia="Noto Serif CJK SC"/>
        </w:rPr>
        <w:t>四个层次，由粗到细。第一就是见惑，知见。知见不正，像现在修法</w:t>
      </w:r>
    </w:p>
    <w:p>
      <w:pPr>
        <w:spacing w:before="0" w:after="80" w:line="259" w:lineRule="auto"/>
        <w:ind w:firstLine="360"/>
      </w:pPr>
      <w:r>
        <w:rPr>
          <w:rFonts w:ascii="Noto Serif CJK SC" w:hAnsi="Noto Serif CJK SC" w:eastAsia="Noto Serif CJK SC"/>
        </w:rPr>
        <w:t>的人很多是知见不正，跟气功跑了：“气功有很大的功用呀，会发特异功能呀！”跟着气功跑了。跟着气功不了生死的，气功顶多是身体，要练练身体，把精气神练足一点，让气周转的灵活一点，不生病就可以了。了生死是做不到。还执着到特异功能去了。特异功能哪里来呀？特异功能都不是自己的，都是外来的，就是附体的。现在那些特异功能的气功师十个有五双都是靠外来附体的，不是自己发的，所以不足为训不足取。有的人听说哪一个师父传道有神通可得，赶快就去了，趋之若骛，像苍蝇见了血一样。那是真神通吗？都不是！真神通是第一得道通，道通就是漏尽通，就是心中一点不执着了，什么都不要了，一切烦恼都漏光了，真正的心空净了发漏尽通。漏尽通是基础，漏尽通打开来就是神足通、宿命通、天眼通、天耳通。这些神通发生出来那才是真神通。这神通不可求，也不可修，修不到。神通是我们自己本性本具的，要打开本性见到本来，把本性上执着习气消光，自然发挥，那才是真正的神通。我们要明白这个道理，不跟人家转，脚跟立得稳，见惑要了，知见要正。知见正很容易，要知道我们修正当的佛法，或是净土宗、或是禅宗、或是密宗，修正当的佛法，其他不搞，那知见就正了。断思惑比较难，它比较细，由粗到细比较细。对境生心是人的习气，都要动心。尤其是男女老少看见异性都要动心。所以这个心见到境界都一点不要动。为什么呢？这就是我们悟道悟得深了，知道除本性之外，一切事情都是假的，虚幻不实的。《法华经》说：“唯此一事实，余二皆非真。”只有我们本性是真实的，只有这一样是真实的，其他都是假的，都是我们佛性当中的影子。所以都不可靠，不要执着，对境不要动摇，在境上锻炼，把这个习气锻炼光，生死才能了。见惑思惑了了，思惑断绝不跟境界跑了，不跟境界跑就不去了，那么就不投胎了，生死就了了。要是看见境界好跑了去，就投胎。所以说很危险。因此我们知道认识本性之后，正好用功，不是说认识本性之后可以不用功了。认识本性是第一步，最好用功的时侯，我们要努力精进做功夫。现在有两种人，一种人就是说了这话之后，叫他认识本性，不接受，“这就是本性啊！恐怕不是。为什么？假如认识这是本性，为什么没有发神通呢？”他住在神通上去了，他就住在那个天眼通，天耳通，他心通，神足通，宿命通上去了。“我没有发神通啊！还不知道啊！那还不是。我要是真认识本性之后，应该发通啊！”他就不肯接</w:t>
      </w:r>
    </w:p>
    <w:p>
      <w:pPr>
        <w:spacing w:before="0" w:after="80" w:line="259" w:lineRule="auto"/>
        <w:ind w:firstLine="360"/>
      </w:pPr>
      <w:r>
        <w:rPr>
          <w:rFonts w:ascii="Noto Serif CJK SC" w:hAnsi="Noto Serif CJK SC" w:eastAsia="Noto Serif CJK SC"/>
        </w:rPr>
        <w:t>受，这是一种。另外一种人呢，发狂了：“噢！这就是本性啊！好，好！我悟道了！可以不要用功了！”不要用功了——完蛋了。为什么？你习气还在，生死不能了。禅宗大祖师临济禅师对我们讲得很明白。他说：“第一句荐得，生死不了。”第一句是什么句子啊？就是“看取棚头弄傀儡，抽牵全藉里头人。”这句话，就是我们看木偶戏，木偶在棚子上面，一个人坐在里面抽线，木偶会动。比如我们看《孙悟空三打白骨精》，那个木偶会打会动，全靠有人拉线啊！这是比方我们——现在我们能说话，能走路，能工作，这就是有个人在里拉线。这个身体就等于是个木偶。那拉线的是谁？就是我们的佛性。认识这个道理之后：“噢！我现在能说能听能住能走，这就是我的佛性。”认识它了，但是你自己不了啊！为什么？习气还在，对境还生心还动摇，所以生死不了。临济大师关照我们认识它之后要绵</w:t>
      </w:r>
    </w:p>
    <w:p>
      <w:pPr>
        <w:spacing w:before="0" w:after="80" w:line="259" w:lineRule="auto"/>
        <w:ind w:firstLine="360"/>
      </w:pPr>
      <w:r>
        <w:rPr>
          <w:rFonts w:ascii="Noto Serif CJK SC" w:hAnsi="Noto Serif CJK SC" w:eastAsia="Noto Serif CJK SC"/>
        </w:rPr>
        <w:t>密保护，做功夫。禅宗是这样绵密保护，看着念头起处，就和我们讲</w:t>
      </w:r>
    </w:p>
    <w:p>
      <w:pPr>
        <w:spacing w:before="0" w:after="80" w:line="259" w:lineRule="auto"/>
        <w:ind w:firstLine="360"/>
      </w:pPr>
      <w:r>
        <w:rPr>
          <w:rFonts w:ascii="Noto Serif CJK SC" w:hAnsi="Noto Serif CJK SC" w:eastAsia="Noto Serif CJK SC"/>
        </w:rPr>
        <w:t>的一样无时无刻不像这样做到绵密保护，看着念头起处不跟念头跑。一切境界现前，善境恶境顺境逆境，都不动摇。这样锻炼，把习气消光，生死才能了。所以临济大师在这上面分九步，一步一步向前进。第一步：我们想要保护，会忘记保。因为动念动惯了，跟境界跑，跑惯了，境界一生起来就跟它跑掉了，保护忘记了。赶快把它拉回来，做到不忘记保。从忘记保而做到不忘记保，时时刻刻照顾话头，看住。这保护也不是呆板的保，也不是“我看住，我不要说话，我要看住不要说话！”不是这样子，保护是很活泼的，很潇洒的，很轻松的，不是压住念头保：“噢，这个念头不要起，不要起。“不是这样。你让它起，就是你起来，我不睬你，你念头起来我不睬你，它就过去了。就像马路上的行人，来来往往的人很多，你不睬他，他就过去了，你一睬他：嗳！拉住了，嗳！和他讲话，那好他就不走了。所以我们保护是很活泼不是死死的，呆住的，压住这念头。做事时就是做这个事的一个念头，没有第二个念头起来，那么这个就是保。所以保也要知道并不是看着什么地方，住着某一个点，就像道教守丹田守窍门那样，不是！很活泼，你念头一起就不跟它跑，很自在的就是了。从忘记保而到不忘记保，这就是大过程。能时时看住，真正能够不忘记保了，还要进步，要把这保也忘记，不要保了，要脱开这保。因为保也是多事，佛性本来如此，本来是不生不灭不垢不净不来不去不增不减。现在我们保，是因为我们习气重，不这样保下去，习气还不肯了。所以这样保成功了，它就不动了，自然不动了。就是</w:t>
      </w:r>
    </w:p>
    <w:p>
      <w:pPr>
        <w:spacing w:before="0" w:after="80" w:line="259" w:lineRule="auto"/>
        <w:ind w:firstLine="360"/>
      </w:pPr>
      <w:r>
        <w:rPr>
          <w:rFonts w:ascii="Noto Serif CJK SC" w:hAnsi="Noto Serif CJK SC" w:eastAsia="Noto Serif CJK SC"/>
        </w:rPr>
        <w:t>一切境界来的时侯，也不喜也不恼，这就是做功夫进步了。在禅宗说起来，这已经到了法身正住了。第一步见性叫法身边事，在边边上，等于是这个佛堂，你来到门口，头伸进来张望一下。没有做到善也不喜、恶也不恼，真能做到，一点不带勉强的，那才是法身正住。就等于进到房子里了，登堂入室了，功夫做到这里就比较好了。再慢慢的把这个“不要忘记保”统统的忘记了，忘记了也忘记了。还有忘记了也不行，得从有为过到无为。那时候就是不求神通，神通自然发现。到无为的时候就是八地菩萨的位子。还进一步，无为也不可得，假如有个无为在，还是不好，还是有一点点知见，还是有一点法执，这不好。要把它统统取消，从而进一步法身向上。这禅宗有三关，初关“法身边事”刚才讲了。第二关就是重关“法身正住”，第三关“末后牢关”就是法身向上，再有神通也不可得，再放大光明朗照十方也不可得，一切都收归自性。所以万物归自己，一切森罗万象都是我自己的化身。所以一点都不着相，那才是法界究竟。我们做功夫要依照这程序去做，千万不可得少为足。现在我们两种人：一种不能承担，不认识这个是自性。一种人知道点道理以为好了：“噢，到家了，不要修了，不要用功了！”其实差得远呢！不是到家，才是开始走第一步。在密宗大圆满里说的很清爽，就是我们认识本性这是第一步，所以我们修心中心就是大圆满法，因为它是圆满究竟的，是大圆满法，彻底圆满佛果的，所以叫大圆满法。第一步就是认识本性。我们大家修过心中心修过很多时，应该有这个知见。认识本性，就在我们一念断处，不要到外面去找，在外面找，找不到的。它时时刻刻在自己面门放光。认识之后，绵密保护是第二步。在密宗讲起来就是觉受增长，就是一天比一天觉悟了。晓得这些境界都是我佛性自己变现的。这里恐怕大家不太理解，怎么一切东西是自己佛性变现的呢？用个比方解释一下：比如这个大殿，造这个大殿是不是先要打个图样啊，画个蓝图啊。打图样，画蓝图是不是经过大脑的思考设计呀？大脑怎么能够思考设计的呀？是大脑自己功能这样子吗？假如是大脑，我们一口气不来死了，这个大脑还在，它怎么不能动啊？现在我怎么能思考设计呢？这个“能”就是我们的佛性的功能。佛性的功能，不是大脑的功能。大脑等于是个电线，这个佛性是电。电通过电线起作用，完成是大脑的作用。工人在依照这个图样蓝图去把房子造好。大家造好了，造是什么作用啊？这也是佛性的作用。所以这个大殿造成功，这就是佛性所变化出来</w:t>
      </w:r>
    </w:p>
    <w:p>
      <w:pPr>
        <w:spacing w:before="0" w:after="80" w:line="259" w:lineRule="auto"/>
        <w:ind w:firstLine="360"/>
      </w:pPr>
      <w:r>
        <w:rPr>
          <w:rFonts w:ascii="Noto Serif CJK SC" w:hAnsi="Noto Serif CJK SC" w:eastAsia="Noto Serif CJK SC"/>
        </w:rPr>
        <w:t>的，那就是佛性的变现。现在我们要看见这个大殿也是佛性的功能。因为眼睛不能看，眼睛能看也是靠大脑，大脑还要通电，通电还就是佛性，所以“见”归根结底，能看的还是佛性。因为科学家他不认识这佛性，他选择大脑，他说我们能看东西是大脑的功能大脑的作用，实际上还是我们的佛性。能看能闻都是佛性。这一切事物，千差万别的事物森罗万象，都是我们佛性所变现的，都是我们的化身。所以我们的法，报，化三身就在当下圆满具足，不要到外面去取。现在我们一念断处，了了分明的就是法身；我们能看一切事物都是我们的智慧光，智慧光朗照能看见，这智慧光明就是我们的报身；千差万别的事物森罗万像是我们佛性所变现的，是我们的化身。所以法、报、化三身就在面前圆满，不要到外面去找，当下就是。明白这个道理用功起来就很便当了，不费劲了。时时地看住我们的念头起处，不跟着念头跑，不要着相。尽管千差万别的境界现前不跟它跑，全都是我们法身当中的影子，法身是镜子，事物是影子。镜中影子不可得，不可取，一切境界面前不要动心、保护它，就成道了。所以用功很便当，不难。我们要圆成佛性、圆成佛果没有难处，只要我们知道诀窍、知道方法，没有什么难的。难就难在不知道决窍、不知道方法，乱走，盲修瞎练乱走，那就不好。今天和大家讲讲明白，我们做功夫要认识本性。本性不在别处，就在我们面门放光，这个能见能闻的能，就是我们的佛性。我们做功夫就是保护它。打座呢？打座是增加定力，我们要对境的时侯没有定力就跟境界跑了。其实假如知道这是理解，这还是理、不是事，本来是理就是事，事就是理。但是我们做功夫有一点分别。像《楞严经》说的“理属顿悟，乘悟并销。”道理是一悟即悟，没有今天悟一点</w:t>
      </w:r>
    </w:p>
    <w:p>
      <w:pPr>
        <w:spacing w:before="0" w:after="80" w:line="259" w:lineRule="auto"/>
        <w:ind w:firstLine="360"/>
      </w:pPr>
      <w:r>
        <w:rPr>
          <w:rFonts w:ascii="Noto Serif CJK SC" w:hAnsi="Noto Serif CJK SC" w:eastAsia="Noto Serif CJK SC"/>
        </w:rPr>
        <w:t>明天悟一点的，“今天我认识本性，噢！这就是我本性。”就行</w:t>
      </w:r>
    </w:p>
    <w:p>
      <w:pPr>
        <w:spacing w:before="0" w:after="80" w:line="259" w:lineRule="auto"/>
        <w:ind w:firstLine="360"/>
      </w:pPr>
      <w:r>
        <w:rPr>
          <w:rFonts w:ascii="Noto Serif CJK SC" w:hAnsi="Noto Serif CJK SC" w:eastAsia="Noto Serif CJK SC"/>
        </w:rPr>
        <w:t>了。“乘悟并销”就是所有不明白的妄想、知见、无明一起消光。“事则渐除，因次地尽。”事上要段炼啊，就是习气太重啊。我们的大祖师象圭峰宗密，他就说：“理可顿悟”，事上，因为我们都是历劫积累的，一下子消不了，“不能卒除”就是不能一下子除光。“长须觉察”需要长时间的觉，叫自己的名字，噢！这都是假的，不要动，不要动！要觉，不要昏迷。像我们修净土人念阿弥陀佛，念佛是用佛号喊醒我们自己，就是叫我们清醒些，不要昏迷，其实是一样的。现在净土宗人不知道，莲池大师是净土宗祖师，他就说：“声声唤醒主人公。”一声一声的阿弥陀佛，就是把我们主人公喊醒。我们禅宗也是</w:t>
      </w:r>
    </w:p>
    <w:p>
      <w:pPr>
        <w:spacing w:before="0" w:after="80" w:line="259" w:lineRule="auto"/>
        <w:ind w:firstLine="360"/>
      </w:pPr>
      <w:r>
        <w:rPr>
          <w:rFonts w:ascii="Noto Serif CJK SC" w:hAnsi="Noto Serif CJK SC" w:eastAsia="Noto Serif CJK SC"/>
        </w:rPr>
        <w:t>这样说：“喊自己名字！”比如我叫元音，就喊：“元音，元音！”自己答应：“哎！”“惺惺着！”就是你时时清醒，不要昏迷。就是我们时时</w:t>
      </w:r>
    </w:p>
    <w:p>
      <w:pPr>
        <w:spacing w:before="0" w:after="80" w:line="259" w:lineRule="auto"/>
        <w:ind w:firstLine="360"/>
      </w:pPr>
      <w:r>
        <w:rPr>
          <w:rFonts w:ascii="Noto Serif CJK SC" w:hAnsi="Noto Serif CJK SC" w:eastAsia="Noto Serif CJK SC"/>
        </w:rPr>
        <w:t>刻刻不要昏迷，这是最重要的。我们做功夫就是保持这清醒，不要</w:t>
      </w:r>
    </w:p>
    <w:p>
      <w:pPr>
        <w:spacing w:before="0" w:after="80" w:line="259" w:lineRule="auto"/>
        <w:ind w:firstLine="360"/>
      </w:pPr>
      <w:r>
        <w:rPr>
          <w:rFonts w:ascii="Noto Serif CJK SC" w:hAnsi="Noto Serif CJK SC" w:eastAsia="Noto Serif CJK SC"/>
        </w:rPr>
        <w:t>昏迷，不要着相。为除习气长须觉察、觉悟，这就是清醒。考察自己今天有什么过错，什么地方不对，什么地方又犯戒了，又着相了，赶快改除。损之又损，一天比一天减少。道教老子也是这样说的：“为道日损。”就是修大道要成功，就要一天比一天把我们的习气妄想减少，日损就是天天减少，天天损耗。做功夫就这样做下去，明白这个道理就有长远心，就不会急了。现在常常有人很急：“唉呀！我怎么进步很慢呀！怎么效果很小呀！”怎么进步很慢呀、没发神通啊！错误了，你怎么认为求神通是进步快，进步快是在事上考察，本来我对某桩事情很烦恼，现在我不烦恼；从前我对某桩事情很得意、很开心，现在我对某桩事情不得意、不开心，那就是大进步。真正进步是在事上锻炼、考验自己，不是发神通考验自己。你要是真正是在事情上不动念不烦恼，神通不求自得。祖师们都是这样说的，像仰山祖师，就是沩仰宗的祖师，沩山的徒弟。仰山祖师说：“神通为圣末边事。但得本，不愁末。”认识本性清爽了，真立稳脚跟，不跟境界转。“不愁末”，这枝末神通一定是有的。神通不可求，求不到，纵然求到了，那都是假的，不是真的，祖师这样说。所以我们进步，肯事上潇洒解脱。你事上能够时时刻刻自在安乐，一点没烦恼，那就是大进步。不是在神通上去考察，所以我们自己考察自己，就是向过去回头看看，不要向前面看。为什么？向前面看路途很遥远，成佛路途不是很近，因为我们的习气这么大。回头看看，过去我怎么样，现在我怎么样了，是不是进步了，那就有信心了。噢！比以前是进步了，从前我对某桩事情很放不下来，现在我能放的下来了，心空得了那就是大进步。进步在这地方看，所以要长须觉察，觉受增长，一天比一天觉悟，一天比一天得真实受用。受是受用，不是享受。现在我们人坏就坏在享受，追求享受。要吃得好、穿得好、住得好、走得好，样样都有。都向上看齐，不向下看齐，所以欲望无穷。欲望无穷之故，这个社会就不安定了。因为你也要、他也要、大家抢啊！所以贪污受贿都来了。我们的正受是受用，就是心里空荡荡的，安然自在，潇洒得很，这是受用。一天到晚苦楚苦恼，烦恼的不得了，忧伤烦恼，那何必呢！人生在世顶长一百多岁，在佛看来一</w:t>
      </w:r>
    </w:p>
    <w:p>
      <w:pPr>
        <w:spacing w:before="0" w:after="80" w:line="259" w:lineRule="auto"/>
        <w:ind w:firstLine="360"/>
      </w:pPr>
      <w:r>
        <w:rPr>
          <w:rFonts w:ascii="Noto Serif CJK SC" w:hAnsi="Noto Serif CJK SC" w:eastAsia="Noto Serif CJK SC"/>
        </w:rPr>
        <w:t>眨眼就过去了，不算一回事。所以我们要自己明白这佛性是真实的，一切事相都是假的、影子，不去追逐，各随各的缘。每个人从前做的业不同，自己所得的果也不同。现在我们又做事，又造业了，将来的果也不同，就是这个缘故。向上看那都要好，不可能！各有各的缘不同，各有各的业不同，不可能、不可能。所以我们随缘自在任运逍遥就好。运气都不同，缘也不同，这心空空的，吃得饱穿得暖就是了。何必向上看齐呢。上有上面的因缘，下有下面的因缘。你将上不足比下有余，朝下看看比我不足的还有呢。现在你们大家或许不知道，我们到穷山沟里去看看，哎呀！那些人苦的不得了哇！吃得饱都不可能啊，要吃得好更难啊。穿的什么样子啊？穿的暖就是好的啦，很多了。所以我们说比上不足比下有余也就是好的了。各有各的因缘自在嘛。只要我们努力尽一己之能工作去，得的报酬就是我们的能力所得，不要再去向上面看，上面有上面的能力，我们有我们的能力，各有各的不同，社会分工各个不同。所以要觉受增长，心里要一点没有烦恼，自然安闲。真正增长到饱和点了（心真空净了就是饱和点），他就发大神通了。禅宗这样说，我们密宗也是这样说。你不求神通，神通来求你了找你了，你就得大神通。那个时候就叫“明体进诣”，密宗里是这样名字，禅宗没有这样说，禅宗说的是“重关牢关”。“明体进诣”，发大神通，光明朗照十方世界。明体就是光明之体，进是进步，诣是到家，造诣很深的诣，就是造诣很深到了，到了这个地步了，光明大放朗照十方世界，十方的佛在我心中圆，我在诸佛心中圆，彼此交参无碍，这就是《华严经》证的境界。所以我们心中心法具足一切法门，我们心中心法要这样做功夫就能证到这个境界，就是华严境界。我们证到本性、明白本性，那就是禅宗。我们心清净一点没污染，那就是净土宗。所以净土宗，禅宗，什么宗都包括在内，一宗包括多宗。并不是我们说心中心法包含诸宗，其它就不包含诸宗，都是一样。净土宗也能包含诸宗。一句佛号念到心花开敷见到本性，那就是禅宗。心花开敷见到本性之后，习气消融，朗照十方那就是华严境界。用一句佛号三密加持，把秘密打开，见到秘密本性那就是密宗。所以一宗都能互相通用，并不是哪一宗最好哪一宗差。是法平等，无有高下，都是一样。所以我们现在常常对年老的居士们提倡修净土宗。净土宗毕竟比较方便一点，不要每座两小时，可以自由长短，半个钟头乃至于二到三小时随便，也很自由。念一句佛号也很便当，所以就劝告年老的居士们</w:t>
      </w:r>
    </w:p>
    <w:p>
      <w:pPr>
        <w:spacing w:before="0" w:after="80" w:line="259" w:lineRule="auto"/>
        <w:ind w:firstLine="360"/>
      </w:pPr>
      <w:r>
        <w:rPr>
          <w:rFonts w:ascii="Noto Serif CJK SC" w:hAnsi="Noto Serif CJK SC" w:eastAsia="Noto Serif CJK SC"/>
        </w:rPr>
        <w:t>用功修净土宗，也很好，一切都是一样。我们能够证道，“明体进诣”这一步还不究竟。为什么？还有法可得，还有光明在，还有神通在。要光明神通都收归自性，一切都不可得。法也不可得，佛也不可得，什么都不可得，不可得也不可得，那才是法界究竟，那才是禅宗所说的法身向上。所以说密宗说的法和禅宗说的法完全一样，密就</w:t>
      </w:r>
    </w:p>
    <w:p>
      <w:pPr>
        <w:spacing w:before="0" w:after="80" w:line="259" w:lineRule="auto"/>
        <w:ind w:firstLine="360"/>
      </w:pPr>
      <w:r>
        <w:rPr>
          <w:rFonts w:ascii="Noto Serif CJK SC" w:hAnsi="Noto Serif CJK SC" w:eastAsia="Noto Serif CJK SC"/>
        </w:rPr>
        <w:t>是禅，禅就是密，完全一样。因此大家修法的时侯不要分宗派，不要</w:t>
      </w:r>
    </w:p>
    <w:p>
      <w:pPr>
        <w:spacing w:before="0" w:after="80" w:line="259" w:lineRule="auto"/>
        <w:ind w:firstLine="360"/>
      </w:pPr>
      <w:r>
        <w:rPr>
          <w:rFonts w:ascii="Noto Serif CJK SC" w:hAnsi="Noto Serif CJK SC" w:eastAsia="Noto Serif CJK SC"/>
        </w:rPr>
        <w:t>这个宗好那个宗坏，其实都是一样。各有各的因缘，各有各的基础，各有各的爱好，这可随自己来选择，不必勉强。就像我们吃菜，你喜欢吃辣的，辣的很好吃。那我不喜欢吃辣的，辣的可怕可怕不能吃。你喜欢吃甜的，甜的好，不喜欢吃甜的，甜的就不好了。就是不要分门别类，分宗派彼此诽谤，就不好，各宗都是好的。我们讲讲功夫的进步给大家听听，这个路途讲清爽，大家可以依照这个道路去前进，不断的向前进，证到究竟。因为假如有发神通的时侯，证到光明体朗照十方认为是到家了，那是大错误。密宗也是这样说，假如你证到光明身，就是整个肉体完全化成光明体了，那还是宇宙之间一个游魂。还是个游魂，不算究竟，因为你着相了。要把光明体也没了，消化了。禅宗也是这样说，有光明在朗照你，浑身都被光明筒朗照住了，笼罩了，那个光明要消了才行，有光明在</w:t>
      </w:r>
    </w:p>
    <w:p>
      <w:pPr>
        <w:spacing w:before="0" w:after="80" w:line="259" w:lineRule="auto"/>
        <w:ind w:firstLine="360"/>
      </w:pPr>
      <w:r>
        <w:rPr>
          <w:rFonts w:ascii="Noto Serif CJK SC" w:hAnsi="Noto Serif CJK SC" w:eastAsia="Noto Serif CJK SC"/>
        </w:rPr>
        <w:t>也不行。禅宗里有很明显的例子。禅宗的公案很多，大家修心中心</w:t>
      </w:r>
    </w:p>
    <w:p>
      <w:pPr>
        <w:spacing w:before="0" w:after="80" w:line="259" w:lineRule="auto"/>
        <w:ind w:firstLine="360"/>
      </w:pPr>
      <w:r>
        <w:rPr>
          <w:rFonts w:ascii="Noto Serif CJK SC" w:hAnsi="Noto Serif CJK SC" w:eastAsia="Noto Serif CJK SC"/>
        </w:rPr>
        <w:t>法，可以看禅宗的公案，参参公案，公案是帮助我们用功的。有一个参禅师父去问曹山师父。曹山就是曹洞宗的开山师，洞山良价、曹山本寂，他师徒都是曹洞宗的开山祖师。他问曹山本寂师父：“我朗月当头怎么样？”功夫做得光明大放朗照住全身。曹山师父说：“犹是阶下汉。”你还在这个大殿外面石阶之下呢。那僧还以为到家了。“哎呀！那不是到家了，那么请你大师慈悲拉我一把呀，接引我上阶。”曹山师父说：“月落时相见！”把这个光明月亮落掉再相见。就是你还有光明见，还有法执法见，要把这个光明做到浑化相忘，忘记掉了，在光明当中不觉得有光明。就像我们现在在空气当中不觉得有空气，这样浑化相忘，忘记了，一点也没有了，那才到家。功</w:t>
      </w:r>
    </w:p>
    <w:p>
      <w:pPr>
        <w:spacing w:before="0" w:after="80" w:line="259" w:lineRule="auto"/>
        <w:ind w:firstLine="360"/>
      </w:pPr>
      <w:r>
        <w:rPr>
          <w:rFonts w:ascii="Noto Serif CJK SC" w:hAnsi="Noto Serif CJK SC" w:eastAsia="Noto Serif CJK SC"/>
        </w:rPr>
        <w:t>夫要做到这个地步才到家。不要以为：“噢，我认识你佛性了，听讲</w:t>
      </w:r>
    </w:p>
    <w:p>
      <w:pPr>
        <w:spacing w:before="0" w:after="80" w:line="259" w:lineRule="auto"/>
        <w:ind w:firstLine="360"/>
      </w:pPr>
      <w:r>
        <w:rPr>
          <w:rFonts w:ascii="Noto Serif CJK SC" w:hAnsi="Noto Serif CJK SC" w:eastAsia="Noto Serif CJK SC"/>
        </w:rPr>
        <w:t>就认识佛性了，可以了，不要修了。”大错误！有一批人就犯这个错误，知道一点理论，认识了：“噢，这个一念断处就是我们的佛性，好了……到家了，不要修了，我已经成佛了。”其实你没有成佛，你是因地佛，果上还没到。你因地到了，果地上没有成就。差得十万八千</w:t>
      </w:r>
    </w:p>
    <w:p>
      <w:pPr>
        <w:spacing w:before="0" w:after="80" w:line="259" w:lineRule="auto"/>
        <w:ind w:firstLine="360"/>
      </w:pPr>
      <w:r>
        <w:rPr>
          <w:rFonts w:ascii="Noto Serif CJK SC" w:hAnsi="Noto Serif CJK SC" w:eastAsia="Noto Serif CJK SC"/>
        </w:rPr>
        <w:t>里了，差得远，赶快用功。所以今天我趁这个机会告诫大家，假如有这个见解的，赶快回头。不是不用功，是正好用功。赶快努力用功，时时观照，观照不得力，还跟境界跑，那就还得多打座。不打座不增加定力，境界还拉着你跑，不行！</w:t>
      </w:r>
    </w:p>
    <w:p>
      <w:pPr>
        <w:spacing w:before="0" w:after="80" w:line="259" w:lineRule="auto"/>
        <w:ind w:firstLine="360"/>
      </w:pPr>
      <w:r>
        <w:rPr>
          <w:rFonts w:ascii="Noto Serif CJK SC" w:hAnsi="Noto Serif CJK SC" w:eastAsia="Noto Serif CJK SC"/>
        </w:rPr>
        <w:t>冶开大和尚是常州天宁寺的大禅师，他的弟子月霞法师、应慈法</w:t>
      </w:r>
    </w:p>
    <w:p>
      <w:pPr>
        <w:spacing w:before="0" w:after="80" w:line="259" w:lineRule="auto"/>
        <w:ind w:firstLine="360"/>
      </w:pPr>
      <w:r>
        <w:rPr>
          <w:rFonts w:ascii="Noto Serif CJK SC" w:hAnsi="Noto Serif CJK SC" w:eastAsia="Noto Serif CJK SC"/>
        </w:rPr>
        <w:t>师都很出名。这个大和尚参禅开悟之后，他师父就配个知事给他做，他做了之后：“哎呀！不行，我这个心还是动。”只好找师父：“师父啊，现在我虽然开悟了，见性了，还是不行啊！跟着境界转啊，不行不行！”你看人家多明智啊，知道不行。师父说：“好，还是去闭关吧！你力量不够，闭关！”闭三年关再出来：“噢，力量够了，做事情心不动了。”人家都是这样做功夫啊，不像我们，发狂啊！知道一点道理，好了，到家了，不用修行了。这是做大梦，生死不能了，说大话还要下地狱呢！真的啊，说大话叫“未得谓得，未证谓证”，这是要下地狱的。所以自己要当心了，没有得道不要说得道，你差得远呢！你事情上透得过吗？透不过，还要抽烟、还要喝酒、还要吃肉。哎呀！看，习气这么重，就到家了？！胡说八道！所以劝告大家不要这样想，赶快改过。好吧，今天就说这么一点，其它时间就让你们提问题，你们大家可交流，要提问题，大家谈谈呀。问：上座以后有时侯好象提不起咒来了，一提咒一念咒就好象气力不足一样。答：关于念咒的问题，其实有的人就是：“哎呦，念咒多了吧，多个事情吧，很麻烦吧，还是把咒放掉不要念了吧。”有人这样。有的人就说是：“我这个念咒，念到最后就念不出来了。”有这个不同，现在我们分开来讲。念咒嫌麻烦不念，不行！因为咒是用的工具，就是扫荡我们妄念的工具。你不念咒你的妄念是不是没有了？你还有！你不要这个工具你妄念怎么歇得下来呀。你假如真的妄念没有了，你身心世界都空了，没有了。你没有空，身体在世界在，就是有妄念。妄念境界呀，所有的境界都是妄念，妄念蕴界，妄想境，境界都是妄想境。境界都没有空就是有妄念在。你不要嫌念咒麻烦，大错误！你以后永远脱不开。不能嫌麻烦，还是要提起来。要提到不能提了，要念要念，念不出来了，那才是化掉了，就不知不觉之间咒脱掉。不知不觉之间咒脱掉，那才是真正不念。有心不念，不行！自然脱掉还有两种情形不同。一种是睡着了脱掉，不行。在你“呜……”睡</w:t>
      </w:r>
    </w:p>
    <w:p>
      <w:pPr>
        <w:spacing w:before="0" w:after="80" w:line="259" w:lineRule="auto"/>
        <w:ind w:firstLine="360"/>
      </w:pPr>
      <w:r>
        <w:rPr>
          <w:rFonts w:ascii="Noto Serif CJK SC" w:hAnsi="Noto Serif CJK SC" w:eastAsia="Noto Serif CJK SC"/>
        </w:rPr>
        <w:t>心密三祖元音阿阇黎佛法修证心要问答集</w:t>
      </w:r>
    </w:p>
    <w:p>
      <w:pPr>
        <w:spacing w:before="0" w:after="80" w:line="259" w:lineRule="auto"/>
        <w:ind w:firstLine="360"/>
      </w:pPr>
      <w:r>
        <w:rPr>
          <w:rFonts w:ascii="Noto Serif CJK SC" w:hAnsi="Noto Serif CJK SC" w:eastAsia="Noto Serif CJK SC"/>
        </w:rPr>
        <w:t>禅净密互融互通的修</w:t>
      </w:r>
    </w:p>
    <w:p>
      <w:pPr>
        <w:spacing w:before="0" w:after="80" w:line="259" w:lineRule="auto"/>
        <w:ind w:firstLine="360"/>
      </w:pPr>
      <w:r>
        <w:rPr>
          <w:rFonts w:ascii="Noto Serif CJK SC" w:hAnsi="Noto Serif CJK SC" w:eastAsia="Noto Serif CJK SC"/>
        </w:rPr>
        <w:t>着了，当然不念了，睡着了念什么，不行。不是睡着了，要入定。因为我们念咒的心是妄心，妄心不动了，这念咒的心没有，咒就没有了。就能念之心所念之咒一时脱落，根尘脱落，那就是见到本性了，那才行。假如睡着了昏沉了，那有什么用呢？昏沉了，尤其讨厌。看看我们结手印是不是倒下去了，是不是散掉了。手印倒下去了，散掉了，念不出来了，那是睡着了，没用。你真入定啊，这手印不倒，这样就是这样，不散。身体化空了，手印还不倒不散，那是真的入定，所以有这样就好。大家自己检查检查，视在自己的情况而下。假如是嫌麻烦不念的，赶快要提起来念。假如是昏沉倒下来不念的，不行，赶快把手印结起来把眼睛睁开出声持咒，把睡魔消散。把睡魔驱散之后，再清醒着，要念到无能念处，就是心不动摇，也念不出来了，自然不动，很好。这一点你们大家好好鉴别一下。不能因为自己说气力不足了，没有精神我不念了，就睡着了，不行。念咒我们不用精神，在心里转，“嗡……”不要出声，这有什么费劲的，不费劲的。出声念是费精神，“嗡……”这样才费精神嘛！因为怕费精神，所以叫大家用金刚持，不出声。不出声还不要持，那不行。要念，要念到无能念处无可念处那才行。问：经常出现不知什么力量把手印强行分开，在一座上出现几次，如何制止？答：那还是气的震动。你手震开是气的震动，那不要紧，再结起来。发生了，气机发动了震动开了，那也不要紧，再结起来。还有不要怕，怕什么？头爆裂，会有哇，这个感觉，气往上“彭”头要爆开：“哎呦！”不要往起抱，不要去抱头，不要怕，头真爆开倒好。不要怕他不会死，死是我们身体坏，佛性永远不死，所以不要怕。是有这样感觉，气足了“彭”爆了，头都爆了，不要怕。一怕：“哎呦，不好！”那坏了，这个念头一闪它就不爆了。它就退回来了。所以变化的时侯不要害怕。看见什么恶境界，就是凶猛的护法神或者是佛的愤怒身金刚，也不要怕。看见什么凶猛的野兽也不要怕，都不可得，不要睬。看见善境界佛菩萨现身也不要怕。有的时侯我们坐得好佛会来加持我们，但是不可求啊，不可求，说的比方，这是比方：“佛来了，送一个大宝贝给你，你去一接这个宝贝，“乒”一炸，好，把你身心世界都炸空了，就是佛力的加持。你正好拿了，正好一接，一接就炸了，接炸身心世界都空荡了没有了，这些会来。但是这是可遇而不可求，不好要求，坐在座上：“哎呦，来吧，来吧。”不行不行！</w:t>
      </w:r>
    </w:p>
    <w:p>
      <w:pPr>
        <w:spacing w:before="0" w:after="80" w:line="259" w:lineRule="auto"/>
        <w:ind w:firstLine="360"/>
      </w:pPr>
      <w:r>
        <w:rPr>
          <w:rFonts w:ascii="Noto Serif CJK SC" w:hAnsi="Noto Serif CJK SC" w:eastAsia="Noto Serif CJK SC"/>
        </w:rPr>
        <w:t>问：接手印沉，没法提起是怎么回事？答：那也不要紧，那是我们八触的一触，就是沉重，重。不要紧，重，有轻有重。这身体很轻，飘起来了飞起来了。有大有小，放大缩小这都有。麻麻的身体，痒痒的，这样变化都有，都不睬，都是好现象，不睬。问：入定后是不是就醒不过来？答：没有的话，入定后你现在还做不到要醒不过来，你定的时间都可能不会长。就是要长的时间，要经过几次入灭受想定时，才能长。不是一下子能做到的，要经过几次灭受想定。灭受想定也不是顶长，顶长是长到一天两天。慢慢就可以再长，一个星期啦十几天啦，半个月一个月啦。那以后可一下子长过去了，一下子长多少年都不可能。是灭受想定，那个定不好，入那个定是死定，死水不藏龙，不起作用，没用处。所以我们说这个定是活泼泼的，在境界上能起大用的，对境不粘着，那个定才是真定。所以六祖大师说的很清爽：“定不是坐在那里不动，定是对境不迷惑。”你看说的很清爽。不是坐在那里不动，入定了，这个不是定。出定有入定，这个定不是真定。禅宗有公案“女子入定“，一个女子在释迦佛边上入定了。文殊菩萨走来一看，“哎呦，这个女子不像话，怎么坐在佛边上入定了，把她拉出定。”他在面前给这个女子弹指，不出定。文殊菩萨神通很大呀，把她举上三十三天，不出定。把你打入十八层地狱，也不出定。女子定很深，释迦佛说：“你不能叫她出定啊！下方有个罔明菩萨，能叫她出定。”正说着话，下方的罔明菩萨来了。“哎，你来得正好，你叫这女子出定。”罔明菩萨在女子面前一弹指，“噢！”这个女子出定了。这个公案，请问大家呀，文殊菩萨是七佛之师，七尊佛的师父啊。到释迦佛那尊出世是第七尊佛，前面有六尊佛，所以七佛之师。为什么不能叫这女子出定啊？而小小的下方罔明菩萨能够叫这女子出定啊？是什么缘故啊？大家说说看什么缘故。就是说不能起知见，我们任何人不能起知见。文殊菩萨第一个起知见了：“这女子在佛的面前入定啊，不应该不应该。”这个知见不能起。文殊菩萨是代表大智慧的，叫大智文殊菩萨。还有大愿地藏王菩萨，大行普贤菩萨，大悲观世音菩萨。文殊菩萨是代表大智慧的。大智慧不能起知见。“罔明”什么意思啊？罔者不可得，一切聪明智慧不可得。所以不要有这种知见，一弹指就出定了。所以说我们不要用小聪明啊，把你的聪明打掉。孔夫子去见老子问道。看孔夫子多虚心啊，向老子</w:t>
      </w:r>
    </w:p>
    <w:p>
      <w:pPr>
        <w:spacing w:before="0" w:after="80" w:line="259" w:lineRule="auto"/>
        <w:ind w:firstLine="360"/>
      </w:pPr>
      <w:r>
        <w:rPr>
          <w:rFonts w:ascii="Noto Serif CJK SC" w:hAnsi="Noto Serif CJK SC" w:eastAsia="Noto Serif CJK SC"/>
        </w:rPr>
        <w:t>问道，我们这里有功高我慢的：“噢，我了不起，不去问他。”孔夫子没有这样的见解。老子说：“掊击尔智。”把你聪明智慧都打掉。掊击就是打，尔就是你，你的智慧打掉。聪明智慧打掉，世智才聪要不得。我们要证到“世智才聪”小聪明都不需要，都放掉。心空空的，你才证成大道。所以大慧杲祖师颂这个公案：“入定有出定，是定非真定。”入定能出定，这个定不是真定啊。真定没有出入的，大定无出入，无时不在定。所以这个定啊，不是坐在那里不动就是定，它是对境不动摇不迷惑才是真定。不是入定出定是定，是无时不在定才是真定。你不要怕，不会醒不过来，你不要入那个定不要怕。（问：如果被别人摇一下，身体就坏了吗？动哪里哪里就会坏死了吗？）你入了定也不怕，也不要摇你，你真正入定了，引磬在边上一敲你就出</w:t>
      </w:r>
    </w:p>
    <w:p>
      <w:pPr>
        <w:spacing w:before="0" w:after="80" w:line="259" w:lineRule="auto"/>
        <w:ind w:firstLine="360"/>
      </w:pPr>
      <w:r>
        <w:rPr>
          <w:rFonts w:ascii="Noto Serif CJK SC" w:hAnsi="Noto Serif CJK SC" w:eastAsia="Noto Serif CJK SC"/>
        </w:rPr>
        <w:t>定了。也不要捅你也不要摇你，用不着摇，摇你也不会坏死，不要</w:t>
      </w:r>
    </w:p>
    <w:p>
      <w:pPr>
        <w:spacing w:before="0" w:after="80" w:line="259" w:lineRule="auto"/>
        <w:ind w:firstLine="360"/>
      </w:pPr>
      <w:r>
        <w:rPr>
          <w:rFonts w:ascii="Noto Serif CJK SC" w:hAnsi="Noto Serif CJK SC" w:eastAsia="Noto Serif CJK SC"/>
        </w:rPr>
        <w:t>怕。你现在未雨绸缪，还没下雨先隐避好了。还没入定，就想出定</w:t>
      </w:r>
    </w:p>
    <w:p>
      <w:pPr>
        <w:spacing w:before="0" w:after="80" w:line="259" w:lineRule="auto"/>
        <w:ind w:firstLine="360"/>
      </w:pPr>
      <w:r>
        <w:rPr>
          <w:rFonts w:ascii="Noto Serif CJK SC" w:hAnsi="Noto Serif CJK SC" w:eastAsia="Noto Serif CJK SC"/>
        </w:rPr>
        <w:t>了。问：打座时似有大风吹得要飞起来怎么办？答：那就飞吧，不要紧。就飞，一切随缘，随自然，没关系不要怕，跌不下来，跌不死。因为你身体不飘，是你意识飘。身体还是在，不要怕，没事。问：打千座中间有一两次落下，是否要从头开始打座？答：有一两次停下是吧！顶好不要停，停了就不顶好。有一两次停下，那么以后一定不要停啊！问：什么是回光返照？答：刚才我不是讲了吗，时时刻刻要照顾话头，就是回光返照。什么叫回光返照呢？就不向外看了，向内看。看什么？看念头起处。念头一起就看见，不跟它跑。不是看哪一个地方，刚才我不是讲了，不住着哪一个点住哪一个窍，不守窍。不住着哪一个点，很轻松的，念头一来：“嗳！你来了，我不睬你。”叫回光返照。这不向外看，这是什么那是什么，着相！见无所见，外面东西见无所见，尽管见没见到什么东西，念头一起我就看见，看住我自己的念头这叫回光。光不往外，不往外看，往里看，看什么？看念头起处，不是那个头脑子，不是看我的心，不看。看念头起处就是觉得：“嗳，念头起了。”这个意思就是把看外面的这个念头歇下来，就是回光返照。不是看着</w:t>
      </w:r>
    </w:p>
    <w:p>
      <w:pPr>
        <w:spacing w:before="0" w:after="80" w:line="259" w:lineRule="auto"/>
        <w:ind w:firstLine="360"/>
      </w:pPr>
      <w:r>
        <w:rPr>
          <w:rFonts w:ascii="Noto Serif CJK SC" w:hAnsi="Noto Serif CJK SC" w:eastAsia="Noto Serif CJK SC"/>
        </w:rPr>
        <w:t>哪里啊！看我的头脑子，看我的心呀，看我的丹田啊，都不看都不看！很轻松自在的，念头一起就知道，不跟念头跑，这叫回光返照。境界来了不跟境界跑，要拉回来，就叫回光返照。不觉得把心拉回来，在放，越放越远，那么就不好了。时时刻刻的要注意观照。行住坐卧四威仪当中都要观照。问：有时上座在坐的过程中猛得震一下，有时上座昏迷坐不了怎么办？答：有的时侯猛得震一下，那也不要紧啊，猛得震一下，震过去就让它去了。震一下没关系，气机发动了要震一下子，这个毫无妨碍，不要紧让它震好了。昏迷的坐不下去，就没接着坐，最不好。就应该接下去坐，没接着坐就漏掉一座嘛，就不坐了吗？昏迷了赶快把眼睛睁开，刚才讲了。眼睛睁开挺起心胸出声持咒，把睡魔驱散，就是说还要坐下去。不是坐不下去就算数了，坐不下去就不坐了，不坐就停了吗。那就不好，不能停，还要接着坐。问：已打了三百座了，手印还痛是业障还未消尽吗？答：打了三百座了，手印还痛，是结第二印手印还痛。是这个样子，手印还痛的确是业障重。业障重是好事啊，你手印痛不就消了，痛就是很好吗，你知道了：“哎呦，我业障重啊。”赶快提精神打座</w:t>
      </w:r>
    </w:p>
    <w:p>
      <w:pPr>
        <w:spacing w:before="0" w:after="80" w:line="259" w:lineRule="auto"/>
        <w:ind w:firstLine="360"/>
      </w:pPr>
      <w:r>
        <w:rPr>
          <w:rFonts w:ascii="Noto Serif CJK SC" w:hAnsi="Noto Serif CJK SC" w:eastAsia="Noto Serif CJK SC"/>
        </w:rPr>
        <w:t>啊，多打座。多打座业障消了它就不痛了。多打座，痛不要怕，不要</w:t>
      </w:r>
    </w:p>
    <w:p>
      <w:pPr>
        <w:spacing w:before="0" w:after="80" w:line="259" w:lineRule="auto"/>
        <w:ind w:firstLine="360"/>
      </w:pPr>
      <w:r>
        <w:rPr>
          <w:rFonts w:ascii="Noto Serif CJK SC" w:hAnsi="Noto Serif CJK SC" w:eastAsia="Noto Serif CJK SC"/>
        </w:rPr>
        <w:t>怕痛，痛就是好。问：念咒时光心念而嘴不动，好吗？答：光心念嘴不动不好，为什么不好呢？嘴不动抿住那就是默念，默念耗血，容易昏沉。容易昏沉，耗血两个坏处。嘴唇动，不耗血不容易昏沉，有好处。所以出声念咒伤气，默念伤血，不好。问：修心中心法时是不是要严格的在每一天的某一点修法？答：修法的时间地点这个问题我们多次谈过。时间，早中晚都可以。地点也不管，什么地方都可以。但是你有习惯性问题，早上坐惯了，到中午和晚上一坐，一下子就不定。在这个地方坐惯了，调个地</w:t>
      </w:r>
    </w:p>
    <w:p>
      <w:pPr>
        <w:spacing w:before="0" w:after="80" w:line="259" w:lineRule="auto"/>
        <w:ind w:firstLine="360"/>
      </w:pPr>
      <w:r>
        <w:rPr>
          <w:rFonts w:ascii="Noto Serif CJK SC" w:hAnsi="Noto Serif CJK SC" w:eastAsia="Noto Serif CJK SC"/>
        </w:rPr>
        <w:t>方去坐，一下子也不得定。要坐几次才能得定。你说的是习惯性问</w:t>
      </w:r>
    </w:p>
    <w:p>
      <w:pPr>
        <w:spacing w:before="0" w:after="80" w:line="259" w:lineRule="auto"/>
        <w:ind w:firstLine="360"/>
      </w:pPr>
      <w:r>
        <w:rPr>
          <w:rFonts w:ascii="Noto Serif CJK SC" w:hAnsi="Noto Serif CJK SC" w:eastAsia="Noto Serif CJK SC"/>
        </w:rPr>
        <w:t>题，时间地点本来不成问题，就是习惯性有点问题。问：晚上打座，坐过晚上十二点算这天坐的吗？</w:t>
      </w:r>
    </w:p>
    <w:p>
      <w:pPr>
        <w:spacing w:before="0" w:after="80" w:line="259" w:lineRule="auto"/>
        <w:ind w:firstLine="360"/>
      </w:pPr>
      <w:r>
        <w:rPr>
          <w:rFonts w:ascii="Noto Serif CJK SC" w:hAnsi="Noto Serif CJK SC" w:eastAsia="Noto Serif CJK SC"/>
        </w:rPr>
        <w:t>答：晚上已过十二点在别的法讲，好比今天到晚上十二点为止，十二点以后就是第二天了，别的法是不可以的。但心中心法呢，因为你是十二点以前坐的，坐过十二点也就算是今天的，那也就可以过一点也不要紧。修别的法那是不可以，心中心法就可以比较宽松一点，过了一点不要紧。因为你第二天还要坐的，不是说：“噢，过了十二点吧，第二天时间都坐过去了，我就不再坐了。”还是要坐的啊。今天十二点超过了，坐到一点钟了，我明天还要再坐啊。“明天</w:t>
      </w:r>
    </w:p>
    <w:p>
      <w:pPr>
        <w:spacing w:before="0" w:after="80" w:line="259" w:lineRule="auto"/>
        <w:ind w:firstLine="360"/>
      </w:pPr>
      <w:r>
        <w:rPr>
          <w:rFonts w:ascii="Noto Serif CJK SC" w:hAnsi="Noto Serif CJK SC" w:eastAsia="Noto Serif CJK SC"/>
        </w:rPr>
        <w:t>我坐过了。”不是的。那是可以的，别的法呢就是不可以，心中心法</w:t>
      </w:r>
    </w:p>
    <w:p>
      <w:pPr>
        <w:spacing w:before="0" w:after="80" w:line="259" w:lineRule="auto"/>
        <w:ind w:firstLine="360"/>
      </w:pPr>
      <w:r>
        <w:rPr>
          <w:rFonts w:ascii="Noto Serif CJK SC" w:hAnsi="Noto Serif CJK SC" w:eastAsia="Noto Serif CJK SC"/>
        </w:rPr>
        <w:t>就可以。问：平时没有两个小时的时间怎么办？答：没有两个小时那你就不坐了！还是要坐一座之后，还有一点时间不足两个小时。这个问题不能模糊，假使你一座打过了，今天坐过一座还有多余的时间，这时间不足两个小时，是再可以用方便法修一修，我告诉你这可以用方便法修。假如你没有坐过两小时，用方便法修那就没用，等于是落了一座，落掉了，不行！这个问题你模糊了，你坐过一座之后，还有时间不足二小时，来坐一座是可以方便时间，这有方便时间，我们有方便结印，就是右手放在左手上，右手放在左手上大指捏中指方便印。（手心向上）还是念这个咒，念几十遍这咒就可以不念，念“嗡……”念几十遍就不念了，看着它就行了。方便结印有，但是要清爽，假如你今天没有坐一座，坐方便印，那你就落了一座，不行，不能把这替代打一座，不能说代替。问：打座时突然一片白光，白光当中有明点是什么？答：这事不要去管它，我们修法就是不许见光见佛，那是着相。一片白光，白光当中有明点都不去管它。在密宗说来，那个白光就是我们的自性光明。明点就是第八识，第八识也还是识啊，不行啊，我们要把这识打开来见性啊。所以不去管它，不睬它。不要沾沾自喜：“噢，我有白光了有明点了，好了！”坏了，那倒是坏了。不要睬它。问：明心见性的展现是图像啊还是真物啊？答：明心见性我说过了，就是现在你可以体会。叫体会，怎么体会啊？“断！”念头断，不是叫你嘴说断，我是要你念头断不叫你说断。叫你们“断！”这时侯一念不生是不是有景象啊？我问你们大家是</w:t>
      </w:r>
    </w:p>
    <w:p>
      <w:pPr>
        <w:spacing w:before="0" w:after="80" w:line="259" w:lineRule="auto"/>
        <w:ind w:firstLine="360"/>
      </w:pPr>
      <w:r>
        <w:rPr>
          <w:rFonts w:ascii="Noto Serif CJK SC" w:hAnsi="Noto Serif CJK SC" w:eastAsia="Noto Serif CJK SC"/>
        </w:rPr>
        <w:t>不是有景象啊？噢，没景象吧。所以见性不是有景象。是不是有东西啊？并不是有东西。所以不是有东西，也不是有景象啊。就是个灵觉，灵啊，魂灵的灵，明明灵灵的灵，灵觉。它就不是象木头石头一样，这木头没有知觉，它是了了分明。灵觉，不是有景象，也不是有东西，这当下就验证了吗？是不是！因为你们今天都是经过打座的，告诉你们验证，就自己当下验证啊。这还不明白吗？又没有图像是吧，又没有东西，这也不是个断灭相，不是断灭，它了了分明，对不对！？灵知就是我们本性。所以六祖大师的徒弟荷泽神会禅师就说：“知之一字，众妙之门。”就是灵知，无所知之。有所知就不对了：“噢，这是杯子。”那就不是了。它无所知之，灵知就是我们的本来面目，就是我们的佛性。它不是有图像不是有东西，但不是断灭。好了，这个事上明白了吗？你说这明白，要你自己明白，要大家明白啊！明白这个要注意，不是到家了好了，是正好用功啊。正好用功时时保护它。用一句阿弥陀佛也可以“阿弥陀佛……”也可以；用一句咒保护它也可以“嗡嘛呢……”也可以；用“嗡……轰啪吐”也可以，都可以随着保护。所以我们的禅宗大祖师大慧杲祖师就是用我们心中心法的这个大随求陀罗尼保护自己，他就是念“嗡……轰啪吐”禅师都念咒的，不要当禅师不念咒啊。憨山大师说的很明白：“历代禅师都秘密持咒。”不是不持，是秘密持不告诉人，所以是持咒的。所以任何一宗离不开密法，离开密法就没有。净土宗离不开密法，他念《大悲咒》、《楞严咒》、《十小咒》、《往生咒》，离不开密法他还说密法不好。净土宗人不知道，糊涂，说这个话不知道是谤法了。所以不要信口说这些话，无形当中造罪啊。他自己离不开密法，任何一宗也离不开。问：平时不打座是不是可以不结印念咒？答：可以啊。不打座时走在路上也可以念咒，乃至于大小便时也可以念咒，就是不出声持。你心持而不出声持。大小便也可以持咒，可以持，走路做事都可以持。问：结第五印食指要放在无明指第一节纹上，放不上去怎么办？答：放得上去啊，你往回退啊。手印结好之后，靠在上面往回退。把这个手印这两个圈圈捏得紧套得紧，把中指第二节骨节留出圈外。到圈圈外面留出圈外露出来，这个手靠上去便当了，你往回缩，</w:t>
      </w:r>
    </w:p>
    <w:p>
      <w:pPr>
        <w:spacing w:before="0" w:after="80" w:line="259" w:lineRule="auto"/>
        <w:ind w:firstLine="360"/>
      </w:pPr>
      <w:r>
        <w:rPr>
          <w:rFonts w:ascii="Noto Serif CJK SC" w:hAnsi="Noto Serif CJK SC" w:eastAsia="Noto Serif CJK SC"/>
        </w:rPr>
        <w:t>往回缩它就靠上去了，拉回了就靠上去了，不是靠不上去。最重要</w:t>
      </w:r>
    </w:p>
    <w:p>
      <w:pPr>
        <w:spacing w:before="0" w:after="80" w:line="259" w:lineRule="auto"/>
        <w:ind w:firstLine="360"/>
      </w:pPr>
      <w:r>
        <w:rPr>
          <w:rFonts w:ascii="Noto Serif CJK SC" w:hAnsi="Noto Serif CJK SC" w:eastAsia="Noto Serif CJK SC"/>
        </w:rPr>
        <w:t>的就是中指第二节露出圈外，你看露在外面，要套在里面就坏了。露出来它就结好了，最要紧的是露出来。问：在座上出现其它咒时是不是不去管它？答：对，打座时念咒，到了要得定的时侯就可能有其它的咒插进来。那就是那个咒比较熟，那个咒啊比较熟插进来了。不要紧，别的咒插进来或者是佛号插进来都不要紧。因为我们念就是要念到无能念处，这咒现在没有了最好。插进来没关系，你知道了就把它改过来，没有说是就念那个其它的咒。不要紧，没关系。问：修法修了百余天了，第三印第六印结得不正确（答：结得不正确吗，改正啊，请人家教你呀！）现以改正，并已重修第六印。答：那可以了，改正就行了，你已经改正就好了，没关系。问：在人死后他跑哪去了？答：到哪里去了？随业转了。你造的什么业就到什么地方去，造善业到善的地方去，造恶业到恶的地方去了。现在你修法了，就不要到别的地方去了，是吧。现在你校定你的目标啊。我们师公是慈悲啊，你还是愿意到兜率内院啊，还是到西方极乐世界呀。到兜率内院就念慈氏咒，到西方极乐世界就念往生广咒，给你个去处啊。本来没有去处，佛性是无所不在。为什么有去处呢？着相执着心不空净啊！因为佛性没东西没有影像，要有一个东西有地方放一放，没东西要放什么。尽虚空遍法界都是，自在逍遥地很，要有什么地方啊？不要地方！着相就要有地方啦，有身体，有身体有个安乐的地方安养啊。因为我们师公考虑到我们这些人着相很厉害，有顾虑了。你们不要顾虑了，给你个地方，还是兜率内院还是西方极乐世界。你喜欢哪呢就持哪个咒，那你就不怕了是吧！问：中阴身是不是没有佛性？答：离开佛性有中阴身吗？离开佛性什么都没有。什么叫中阴身啊，中阴身是第七识的幻化身，第七识还离开佛性吗？离不开。就是这个身体的前一个身体坏了，后一个身体还没形成，叫中阴，当中的。那个时侯以风大为主，现在我们的身体以地大为主，那么以风大为主，让风一吹就飞了。离不开佛性，离开佛性什么也没有，这也是佛性。</w:t>
      </w:r>
    </w:p>
    <w:p>
      <w:pPr>
        <w:spacing w:before="0" w:after="80" w:line="259" w:lineRule="auto"/>
        <w:ind w:firstLine="360"/>
      </w:pPr>
      <w:r>
        <w:rPr>
          <w:rFonts w:ascii="Noto Serif CJK SC" w:hAnsi="Noto Serif CJK SC" w:eastAsia="Noto Serif CJK SC"/>
        </w:rPr>
        <w:t>问：大光明咒起什么作用？答：大光明咒的作用太大了。也可以消灾，也可以增益，也可以发财，也可以成事，也可以度亡，也可以求什么有什么。大光明咒功用太大了。所以你们尽力持大光明咒会很好。度亡灵力量更大，这个人乃至于死了很多时，投了恶道里去，也可以把他拔出来升天，这样大的力量。大光明咒力量很大，也可以心想事成，想什么有什么。（问：可以讲咒语吗？）咒语不好讲，咒语是秘密的，显教好讲，咒语不讲，咒要持。咒语就是佛性化的符号，不讲，咒要绵密的提持。问：一天打几座？答：你现在修了多少座了？假如刚刚起修不要打多少座，一天一座就可以了。一百座之后就可以多打座，需要多打座。因为一天坐两个小时，时间太少力量很差。应该多打几座，打个三座四座都可以。算几座啊？算你一座。你不要说算三座，坐三座了。算一座。你说：“哎呦，多打座算一座那我就不坐了，我还是少坐一点吧。”那也不对了啊，因为我打座是求开悟成道，不是求数目的，求数目不行。多打座最好，坐得严谨成道快。我们从前看我们师公去，我们师公就问：“你们怎么坐的呀？”我说我每天打一座啊。“噢，不行不行……，二座三座连在一块打。”二座三座连在一块打，那就是四小时六小时连在一块坐，就这样关照。你能说听我说算一座，“噢，那我还是少坐一点吧，算一座不行。”你要成道啊，不是这样讲啊。还是要求自己严格一点好，要求严格好。问：往生西方极乐世界是不是有所求？答：往生极乐世界不是有所求。求什么？求成道度众生。往生极乐世界不是求享福。求成道度众生，不求别的。也不是求神通，也不求享受，也不是求快乐。往生西方极乐世界是求成佛度众生，广度众生。西方极乐世界《阿弥陀经》说的很清爽“饭食经行”。饭食经行这四个字，经行你们知道，走就叫经行，人家有解释就是在西方吃饱了饭没有事干就兜兜圈子玩玩，不是这个意思，完全错误！饭食经行，这两个字啊饭食，饭是反，食是饲，就是反哺，就是反过来给别人吃。就像乌鸦大了，反过来给老乌鸦吃东西，去抓虫子，抓来给老乌鸦吃，叫反哺。就是我们在西方极乐世界，听佛菩萨讲经授道圆满了，反过来经行十方给众生吃，叫十方经行，去说法度众生。反哺：说法食给众生吃。不是吃饭啊。法食给众生吃饭啊，法食度众生</w:t>
      </w:r>
    </w:p>
    <w:p>
      <w:pPr>
        <w:spacing w:before="0" w:after="80" w:line="259" w:lineRule="auto"/>
        <w:ind w:firstLine="360"/>
      </w:pPr>
      <w:r>
        <w:rPr>
          <w:rFonts w:ascii="Noto Serif CJK SC" w:hAnsi="Noto Serif CJK SC" w:eastAsia="Noto Serif CJK SC"/>
        </w:rPr>
        <w:t>就是反哺，就是饭食经行。所以我们到西方极乐世界就有这义务，要成道度众生。不是生到西方去享受快乐的，不是这样，不要弄错。问：抄写大悲咒时有时感到心烦是怎么回事？答：现在还感到心烦。不对，你怎么说感到心烦呢！这个心这么</w:t>
      </w:r>
    </w:p>
    <w:p>
      <w:pPr>
        <w:spacing w:before="0" w:after="80" w:line="259" w:lineRule="auto"/>
        <w:ind w:firstLine="360"/>
      </w:pPr>
      <w:r>
        <w:rPr>
          <w:rFonts w:ascii="Noto Serif CJK SC" w:hAnsi="Noto Serif CJK SC" w:eastAsia="Noto Serif CJK SC"/>
        </w:rPr>
        <w:t>不肯空啊。要多持咒多打座啊。你现在就感到心烦，写大悲咒也心</w:t>
      </w:r>
    </w:p>
    <w:p>
      <w:pPr>
        <w:spacing w:before="0" w:after="80" w:line="259" w:lineRule="auto"/>
        <w:ind w:firstLine="360"/>
      </w:pPr>
      <w:r>
        <w:rPr>
          <w:rFonts w:ascii="Noto Serif CJK SC" w:hAnsi="Noto Serif CJK SC" w:eastAsia="Noto Serif CJK SC"/>
        </w:rPr>
        <w:t>烦，你心太不空了，赶快多多打座吧。要耐住性子不要心烦，一定要</w:t>
      </w:r>
    </w:p>
    <w:p>
      <w:pPr>
        <w:spacing w:before="0" w:after="80" w:line="259" w:lineRule="auto"/>
        <w:ind w:firstLine="360"/>
      </w:pPr>
      <w:r>
        <w:rPr>
          <w:rFonts w:ascii="Noto Serif CJK SC" w:hAnsi="Noto Serif CJK SC" w:eastAsia="Noto Serif CJK SC"/>
        </w:rPr>
        <w:t>坐下去。心中心法为什么要坐两个小时呢？就是这个意思，要锻炼你这个心烦，你不坐两个小时不算。你心烦也要坐下去，耐着性坐坐，耐着性坐耐着性坐这心就不烦了。一定要耐下去，就是你太少坐了。问：身体阵阵发冷怎么办？答：啊呀，不对吧，怎么说你阵阵发冷呢！现在就有好处，现在天气这么热，你阵阵发冷就好就不热了，那好那舒服了。多持咒多改观，多持咒多打座，身体就改过来了，就不会阵阵发冷了。我劝你多打座。问：师父，那个补缺真言我们可以用吗？（答：可以用。）就是打完座以后可以用吗？（答：可以用。）打完座以后可以持七遍吗？答：可以用。问：持大光明咒时是否用结印？答：要结印，大光明咒有个印：左手结金刚拳，大指捏无名指第三</w:t>
      </w:r>
    </w:p>
    <w:p>
      <w:pPr>
        <w:spacing w:before="0" w:after="80" w:line="259" w:lineRule="auto"/>
        <w:ind w:firstLine="360"/>
      </w:pPr>
      <w:r>
        <w:rPr>
          <w:rFonts w:ascii="Noto Serif CJK SC" w:hAnsi="Noto Serif CJK SC" w:eastAsia="Noto Serif CJK SC"/>
        </w:rPr>
        <w:t>节纹，这个三个指头捏住大指，食指捏大指的骨节上，这个骨头要</w:t>
      </w:r>
    </w:p>
    <w:p>
      <w:pPr>
        <w:spacing w:before="0" w:after="80" w:line="259" w:lineRule="auto"/>
        <w:ind w:firstLine="360"/>
      </w:pPr>
      <w:r>
        <w:rPr>
          <w:rFonts w:ascii="Noto Serif CJK SC" w:hAnsi="Noto Serif CJK SC" w:eastAsia="Noto Serif CJK SC"/>
        </w:rPr>
        <w:t>捏住，这叫金刚拳。左手金刚拳，右手五指放开伸掌放光，放大光，这是结印。大光明咒的印：金刚拳，放大光。问：楞严咒心有手印吗？答：有，楞严咒心手印：无名指相接，其它手指不碰，（合腕）。问：知道这个能知能动的就是佛性，怎么样子转世不迷？答：这就要做功夫了。转世不迷就要做功夫啊，功夫做到八地菩萨以上可以转世不迷。不然下面的菩萨有隔阴之迷，做到这个要自己功夫深了，八地菩萨以上可以转世不迷。现在你不要追逐酒色财</w:t>
      </w:r>
    </w:p>
    <w:p>
      <w:pPr>
        <w:spacing w:before="0" w:after="80" w:line="259" w:lineRule="auto"/>
        <w:ind w:firstLine="360"/>
      </w:pPr>
      <w:r>
        <w:rPr>
          <w:rFonts w:ascii="Noto Serif CJK SC" w:hAnsi="Noto Serif CJK SC" w:eastAsia="Noto Serif CJK SC"/>
        </w:rPr>
        <w:t>气，现在就要开始段炼。将来不追逐酒色财气，现在先要做到。你现在还追逐酒色财气，将来转世怎么能做到呢！开始就要在境界上磨炼，不要追逐酒色财气。要多打座，多在境界上观照磨炼，把习气磨光，做到无所修无可修，真正的是空净了，那就是才能做到了。问：每日修二座三座是不是可连坐？答：是可以连坐，不是隔开来坐。四小时六小时连在一块坐，能坐到吗？假如不能做到，暂时分开来坐也可以，早坐一座晚坐一座。练到你能连着坐就连着坐，这样也可以。不要要求太快了，要求太快了欲速则不达。每天隔开来坐两座三座，不是连续一块坐，这个效果比较小一点，不是一样，比较小一点。连在一块坐效果比较大，因为你这个心肯清净，耐得下来。一般人都耐不下来，像刚才一个人问，心太烦是吧，写大悲咒也烦。照规矩抄写的时侯心很净呀，抄经文抄咒语心很净呀，他写的时侯还很烦。能连续坐四小时六小时就可以相当有定力了。隔开来坐呢，力量就比较差一点。问：百座之后是不是要看师公的书呢？和自己对照呢，为什么？答：看书增加你的智慧，这非常重要。你坐的时侯有什么问题，再看师公的书时就可以得到解决，很好吗！为什么要看，就是增加你的智慧。可以免得打座时走弯路去，走到黑山背后去。你不知道什么叫入定，那你为什么知道那是对的。那你看师公的书的指示啊：“那个时侯那个定不是定，应该要了了分明的，活活泼泼的定才是真定。”那你就该过来了。看师公的书很有帮助，应该看。禅宗的书也好看，禅宗的公案也是帮助我们做功夫的，都是师父们师祖们用功的经验之谈。我们看书很有帮助。问：补缺真言怎样念？</w:t>
      </w:r>
    </w:p>
    <w:p>
      <w:pPr>
        <w:spacing w:before="0" w:after="80" w:line="259" w:lineRule="auto"/>
        <w:ind w:firstLine="360"/>
      </w:pPr>
      <w:r>
        <w:rPr>
          <w:rFonts w:ascii="Noto Serif CJK SC" w:hAnsi="Noto Serif CJK SC" w:eastAsia="Noto Serif CJK SC"/>
        </w:rPr>
        <w:t>答：（上师教念补缺真言）其实我们不念也可以，不需要。你们要</w:t>
      </w:r>
    </w:p>
    <w:p>
      <w:pPr>
        <w:spacing w:before="0" w:after="80" w:line="259" w:lineRule="auto"/>
        <w:ind w:firstLine="360"/>
      </w:pPr>
      <w:r>
        <w:rPr>
          <w:rFonts w:ascii="Noto Serif CJK SC" w:hAnsi="Noto Serif CJK SC" w:eastAsia="Noto Serif CJK SC"/>
        </w:rPr>
        <w:t>就要，不一定要，就是后来的人啰哩啰嗦添出来的，其实不要。我们并不靠这个咒变出什么样子，我们靠的是心清净。你再变出再多，心不清净没用处，还靠我们自己念。心在念着这个咒，还没被念起，那才有用处。噢！你以为这个念错了念少了，补缺。没用处！还是心，你这个心乱七八糟的，不空净，再多也没用处。所以现在修净土宗的人有个大错误，追逐数字。因为永明寿禅师说过的，一定要念</w:t>
      </w:r>
    </w:p>
    <w:p>
      <w:pPr>
        <w:spacing w:before="0" w:after="80" w:line="259" w:lineRule="auto"/>
        <w:ind w:firstLine="360"/>
      </w:pPr>
      <w:r>
        <w:rPr>
          <w:rFonts w:ascii="Noto Serif CJK SC" w:hAnsi="Noto Serif CJK SC" w:eastAsia="Noto Serif CJK SC"/>
        </w:rPr>
        <w:t>十万佛号。噢，赶快数数吧。念得上气不接下气。你看看这有什么用处呀。要靠质量，你心真能清净不起妄念，才有用处。都错误了，抓在这数字上看。其实我们师父师公教我们没讲过这个补缺真言，都是你们添出来的，我们顺着你们的愿望：“啊，可以可以。”没讲过这话，是你们后来人添出来的。为了随顺众生呀，你们要，“好好就这样要吧。”其实是心清净最重要，不在数字上。不在少几遍，不在多几遍，不相干，还是心顶清净。不是我们说要念到无能念无所念吗！这个咒脱掉没有了，你说还有咒吗。它不要咒了，后来不要咒了你还补什么缺呀！所以你们多此一举呀。问：百座以后要是怕不开悟，再加念慈氏咒还是往生广咒好些？（什么东西不开悟？）打千座怕不开悟，加慈氏咒好还是往生广咒好？答：你弄错了，刚才我讲了，不是哪个咒好哪个咒坏，是你要生兜率内院还是愿往生西方极乐世界。你愿生哪里就念哪个咒，不是两个咒当中一个好一个坏，是你的愿望。佛菩萨随顺众生的愿望，佛菩萨没有分别心，你们才有分别心。你愿意生哪里就哪里。千座不开悟是什么缘故？这就是你们自己没用功啊！就是时时刻刻的这咒抓的不紧啦，没好好的持咒啊，就是没有心念耳闻啊，下座没观照啊。你果真上座时死心塌地心念耳闻，下座时绵密观照，没有一个不开悟的！因为大家全都有佛性，只要佛力加持，怎么不开悟啊！就是坐的时侯东想西想，没有心念耳闻。下座时也不观照，跟境界跑，一天到晚妄想，那怎么行呢。修法要用点心啊，要用功夫啊。真用功夫没有不开悟的，真的啊！很多很多人都开悟了，怎么你会不开悟吗！你也用功，上座时一定要死心塌地兼注意心念耳闻，心念咒不是嘴念咒，口念心不念没用处。要心念耳朵听清爽，耳朵就是心，心听清爽耳朵听清爽。下座再观照，没有不开悟的。问：打座的时候，忽然有点特别急事，或者身体特别不好，是不是暂停？答：什么事最急？生死最急还是其他事最急？（答：打座最急。）那么好了，为什么不打座？最急的事是了生死啊，这个最急的事你都能放得下，别的事情就放不下吗？你轻重倒置了，把了生死放到轻的一头去了。印光大师把一个斗大的“死”字贴在房间正面的墙上，时时警醒，要死了你还能做什么事啊？生死事大，无常迅速，这</w:t>
      </w:r>
    </w:p>
    <w:p>
      <w:pPr>
        <w:spacing w:before="0" w:after="80" w:line="259" w:lineRule="auto"/>
        <w:ind w:firstLine="360"/>
      </w:pPr>
      <w:r>
        <w:rPr>
          <w:rFonts w:ascii="Noto Serif CJK SC" w:hAnsi="Noto Serif CJK SC" w:eastAsia="Noto Serif CJK SC"/>
        </w:rPr>
        <w:t>个最急的你不做，要做别的事。你看看，是轻重倒置了吧。问：“看书很好”是不是法执？答：看书看的是受用，照着这书上说的话去做，这不算法执。看书在记言记语，这文字记住而不去做，那没用是法执。看书就做，做了就放掉，这不是法执，这个要明白。看书得受用，照著书说的话去做，那最好。不然你不知道怎么做法。</w:t>
      </w:r>
    </w:p>
    <w:p>
      <w:pPr>
        <w:pStyle w:val="Heading2"/>
      </w:pPr>
      <w:r>
        <w:rPr>
          <w:rFonts w:ascii="Noto Serif CJK SC" w:hAnsi="Noto Serif CJK SC" w:eastAsia="Noto Serif CJK SC"/>
        </w:rPr>
        <w:t>7. 传心中心法灌顶时之开示 / Full Chinese Source Text</w:t>
      </w:r>
    </w:p>
    <w:p>
      <w:pPr>
        <w:spacing w:before="0" w:after="80" w:line="259" w:lineRule="auto"/>
      </w:pPr>
      <w:r>
        <w:rPr>
          <w:rFonts w:ascii="Noto Serif CJK SC" w:hAnsi="Noto Serif CJK SC" w:eastAsia="Noto Serif CJK SC"/>
        </w:rPr>
        <w:t>Status: full Chinese body included</w:t>
      </w:r>
    </w:p>
    <w:p>
      <w:pPr>
        <w:spacing w:before="0" w:after="80" w:line="259" w:lineRule="auto"/>
        <w:ind w:firstLine="360"/>
      </w:pPr>
      <w:r>
        <w:rPr>
          <w:rFonts w:ascii="Noto Serif CJK SC" w:hAnsi="Noto Serif CJK SC" w:eastAsia="Noto Serif CJK SC"/>
        </w:rPr>
        <w:t>Source: XinMiWenJi.pdf, pages 929-934 of extracted PDF text; matches the Shanghai 1993 text embedded in the previous draft.</w:t>
      </w:r>
    </w:p>
    <w:p>
      <w:pPr>
        <w:spacing w:before="0" w:after="80" w:line="259" w:lineRule="auto"/>
        <w:ind w:firstLine="360"/>
      </w:pPr>
      <w:r>
        <w:rPr>
          <w:rFonts w:ascii="Noto Serif CJK SC" w:hAnsi="Noto Serif CJK SC" w:eastAsia="Noto Serif CJK SC"/>
        </w:rPr>
        <w:t>传心中心法灌顶时之开示一九九三年八月讲于上海</w:t>
      </w:r>
    </w:p>
    <w:p>
      <w:pPr>
        <w:spacing w:before="0" w:after="80" w:line="259" w:lineRule="auto"/>
        <w:ind w:firstLine="360"/>
      </w:pPr>
      <w:r>
        <w:rPr>
          <w:rFonts w:ascii="Noto Serif CJK SC" w:hAnsi="Noto Serif CJK SC" w:eastAsia="Noto Serif CJK SC"/>
        </w:rPr>
        <w:t>心地法门</w:t>
      </w:r>
    </w:p>
    <w:p>
      <w:pPr>
        <w:spacing w:before="0" w:after="80" w:line="259" w:lineRule="auto"/>
        <w:ind w:firstLine="360"/>
      </w:pPr>
      <w:r>
        <w:rPr>
          <w:rFonts w:ascii="Noto Serif CJK SC" w:hAnsi="Noto Serif CJK SC" w:eastAsia="Noto Serif CJK SC"/>
        </w:rPr>
        <w:t>修心中心法，上座时用金刚持的方法，即嘴唇微动持咒，不出声。因为出声念咒伤气，默念伤血。我们修法首先要注意身体，不能把身体弄坏，所以打坐、修行要把身体保护好。但是坐到种子翻腾、心里烦乱、坐也坐不住的时候，或是坐到昏然入睡、乱梦当前时，就要出声念咒，把那些混乱的妄念和睡魔除掉才能入定。没有遇到这种情况的时候，还是用金刚持的方法持咒。持咒的快慢是每分钟十至十二次。念的时候，要心念耳闻，就是一个字一个字的从心里过，不是有口无心地去念，要用耳朵聆听这从心里发出来的咒音，听得清清楚楚，这样才能将妄念摄住不动而渐渐入定。我们的六根——眼耳鼻舌身意——其中的意根好比猴子一样乱动惯了，你要它安静不动不起妄念很难，但不把它摄住不动就不能入定、开智慧成道。因此大势至菩萨教导我们念佛须“都摄六根，净念相继”。就是念佛时要至诚恳切地以“阿弥陀佛”这句圣号把眼耳鼻舌身意都抓住，叫它不要动，才能安然入定。这六根当中，以意、耳二根为难摄。眼睛闭上不看东西就能摄住眼根；嘴持咒就能摄住舌根（舌头）；鼻子不闻异味就能摄住鼻根；身体不接触外境就能摄住身根。但是人的耳朵最灵敏，很远很远的声音都能听见，隔着一座大山的声音也听得见，外面噪音会吵得你心烦。至于意根，更难摄住，不要它动，意念会不由自主地从心里跳出来。为什么呢？这是多生历劫的习气，它动惯了，不动不行。这在佛经中叫做“作意”。</w:t>
      </w:r>
    </w:p>
    <w:p>
      <w:pPr>
        <w:spacing w:before="0" w:after="80" w:line="259" w:lineRule="auto"/>
        <w:ind w:firstLine="360"/>
      </w:pPr>
      <w:r>
        <w:rPr>
          <w:rFonts w:ascii="Noto Serif CJK SC" w:hAnsi="Noto Serif CJK SC" w:eastAsia="Noto Serif CJK SC"/>
        </w:rPr>
        <w:t>也是法相宗所说的五个遍行心所，意、触、受、想、思的第一个心</w:t>
      </w:r>
    </w:p>
    <w:p>
      <w:pPr>
        <w:spacing w:before="0" w:after="80" w:line="259" w:lineRule="auto"/>
        <w:ind w:firstLine="360"/>
      </w:pPr>
      <w:r>
        <w:rPr>
          <w:rFonts w:ascii="Noto Serif CJK SC" w:hAnsi="Noto Serif CJK SC" w:eastAsia="Noto Serif CJK SC"/>
        </w:rPr>
        <w:t>所，它存在于八识当中，时时刻刻在蠢动，像流水一样不停地流，所以叫“流注生灭”，微细得很，只是我们平时看不见。有人说：“我们不修法不打坐没有念头，一修法打坐倒有念头了。</w:t>
      </w:r>
    </w:p>
    <w:p>
      <w:pPr>
        <w:spacing w:before="0" w:after="80" w:line="259" w:lineRule="auto"/>
        <w:ind w:firstLine="360"/>
      </w:pPr>
      <w:r>
        <w:rPr>
          <w:rFonts w:ascii="Noto Serif CJK SC" w:hAnsi="Noto Serif CJK SC" w:eastAsia="Noto Serif CJK SC"/>
        </w:rPr>
        <w:t>是不是修法修坏了，有念头了？”不是。这是因为平时心乱，看不见念头在乱动，等到你心里稍微静下来后，就看见念头在动了。这怎么办呢？怎么将妄念息下来呢？唯一的办法就是用耳根来摄意根。用耳根静听念佛的声音把妄念摄住，因为心无二用，一心听念佛，专注在佛号上，妄念就自然不动了。所以念佛要专注在“南无阿弥陀佛”六字或“阿弥陀佛”四字上。一个字一个字地听得清清楚楚，才能把妄念摄住不动。同样，持咒也需要一字一字从心里过，耳朵听得清清楚楚，才能如法。所以打坐的要旨就是“心念耳闻”，摄住妄念不动而入定。不然你坐在这</w:t>
      </w:r>
    </w:p>
    <w:p>
      <w:pPr>
        <w:spacing w:before="0" w:after="80" w:line="259" w:lineRule="auto"/>
        <w:ind w:firstLine="360"/>
      </w:pPr>
      <w:r>
        <w:rPr>
          <w:rFonts w:ascii="Noto Serif CJK SC" w:hAnsi="Noto Serif CJK SC" w:eastAsia="Noto Serif CJK SC"/>
        </w:rPr>
        <w:t>里，嘴里念咒或佛号，脑子里面却七想八想，那就不能入定。一定要</w:t>
      </w:r>
    </w:p>
    <w:p>
      <w:pPr>
        <w:spacing w:before="0" w:after="80" w:line="259" w:lineRule="auto"/>
        <w:ind w:firstLine="360"/>
      </w:pPr>
      <w:r>
        <w:rPr>
          <w:rFonts w:ascii="Noto Serif CJK SC" w:hAnsi="Noto Serif CJK SC" w:eastAsia="Noto Serif CJK SC"/>
        </w:rPr>
        <w:t>心念耳闻，死心塌地地打坐。</w:t>
      </w:r>
    </w:p>
    <w:p>
      <w:pPr>
        <w:spacing w:before="0" w:after="80" w:line="259" w:lineRule="auto"/>
        <w:ind w:firstLine="360"/>
      </w:pPr>
      <w:r>
        <w:rPr>
          <w:rFonts w:ascii="Noto Serif CJK SC" w:hAnsi="Noto Serif CJK SC" w:eastAsia="Noto Serif CJK SC"/>
        </w:rPr>
        <w:t>但是，最重要的还是在心空。修行为的是跳出三界外、不在五行</w:t>
      </w:r>
    </w:p>
    <w:p>
      <w:pPr>
        <w:spacing w:before="0" w:after="80" w:line="259" w:lineRule="auto"/>
        <w:ind w:firstLine="360"/>
      </w:pPr>
      <w:r>
        <w:rPr>
          <w:rFonts w:ascii="Noto Serif CJK SC" w:hAnsi="Noto Serif CJK SC" w:eastAsia="Noto Serif CJK SC"/>
        </w:rPr>
        <w:t>中，所以一切都要放下，才能入道。在家人比出家人多一重障碍，有家庭，烦恼多，驴事未去，马事又来，事情多得不得了。所以，我们时时要警惕，看破这些事相，都是假的，不可得，心里不恋着它，粗妄才可不起。接下来精勤用功打坐持咒，细妄又不免来侵袭，这是多生历劫的串习，动惯了，一下子停不下来，但不要怕它。念头跳出来你能看见，不理睬它，妄念自然化去。念头来了你看不见，那你就跟着念头跑了，这就不能入定了。打坐的时候最要紧的就是一切放下，心里要清清楚楚，念头一来就看到它，不睬它，也不要讨厌它、压制它。讨厌的本身就是一种妄心。压制也不行，压是压不死的，比如搬石头压草，石头拿掉之后，草又生起来了，这是不行的。纵或压死了，倒变成土木金石，不能起用了。所以要用活泼泼的转化法，不能用压制法。念头来了，只不睬它，把咒提起来，妄念自然转化掉。如此精进修法打坐，修到一心不乱的时候，咒也就自然化脱提不起来了。这是什么缘故呢？因为我们持咒的心还是妄心，有能有所，即有能念之心与所念之咒（念佛也是如此，有能念之心与所念之佛），能所相对，都是妄心。相对的都是虚假的，不是真实的；真实之心是绝对待而无相的，凡是有相的东西都是虚幻的。假如我们真的持到一心不乱的时候，一切相对的虚幻的东西就都脱落化为乌有了。这时身、心和世界就统统空掉了，虚空也粉碎了，而真实不虚的天真本性才会全体显露出来。经过灌顶修心中心法，有一个拉肚子的过程，不要怕，这是法的力量发生作用的缘故。这个法有极大的加持力量，叫你把污秽、垢</w:t>
      </w:r>
    </w:p>
    <w:p>
      <w:pPr>
        <w:spacing w:before="0" w:after="80" w:line="259" w:lineRule="auto"/>
        <w:ind w:firstLine="360"/>
      </w:pPr>
      <w:r>
        <w:rPr>
          <w:rFonts w:ascii="Noto Serif CJK SC" w:hAnsi="Noto Serif CJK SC" w:eastAsia="Noto Serif CJK SC"/>
        </w:rPr>
        <w:t>染、习障都从大便排掉，换一换肚皮，这是好事，所以不要怕。修法一段时间后，看禅宗的东西，有点理解了，那是理上的悟道。文字理解没有多大用处。因为没有亲证，定力不够，道理虽然明</w:t>
      </w:r>
    </w:p>
    <w:p>
      <w:pPr>
        <w:spacing w:before="0" w:after="80" w:line="259" w:lineRule="auto"/>
        <w:ind w:firstLine="360"/>
      </w:pPr>
      <w:r>
        <w:rPr>
          <w:rFonts w:ascii="Noto Serif CJK SC" w:hAnsi="Noto Serif CJK SC" w:eastAsia="Noto Serif CJK SC"/>
        </w:rPr>
        <w:t>白一些，但是事情来了就挡不住了。所以解悟不能了生死，一定要</w:t>
      </w:r>
    </w:p>
    <w:p>
      <w:pPr>
        <w:spacing w:before="0" w:after="80" w:line="259" w:lineRule="auto"/>
        <w:ind w:firstLine="360"/>
      </w:pPr>
      <w:r>
        <w:rPr>
          <w:rFonts w:ascii="Noto Serif CJK SC" w:hAnsi="Noto Serif CJK SC" w:eastAsia="Noto Serif CJK SC"/>
        </w:rPr>
        <w:t>证悟，亲自见到本性才有力量。“见到”当然不是眼睛见到，而是心地法眼亲证本性，本性是没有相的，眼睛只能见有相的东西，那时候你人也没有了，还有什么眼睛？还有什么看见？法身虽无相可见，但不是断灭空，它是真实的大功能，大能量，世界上举凡一切事相、境界都是它显现、变幻的。比如电，眼不能见，但离开它，世界就不能运转。又如“海水中盐味”，人能看见海水，海水里的盐味却看不见，但它确实存在！</w:t>
      </w:r>
    </w:p>
    <w:p>
      <w:pPr>
        <w:spacing w:before="0" w:after="80" w:line="259" w:lineRule="auto"/>
        <w:ind w:firstLine="360"/>
      </w:pPr>
      <w:r>
        <w:rPr>
          <w:rFonts w:ascii="Noto Serif CJK SC" w:hAnsi="Noto Serif CJK SC" w:eastAsia="Noto Serif CJK SC"/>
        </w:rPr>
        <w:t>我们用功到缘心息下，世界都化空，便时到神知，心领神会而见</w:t>
      </w:r>
    </w:p>
    <w:p>
      <w:pPr>
        <w:spacing w:before="0" w:after="80" w:line="259" w:lineRule="auto"/>
        <w:ind w:firstLine="360"/>
      </w:pPr>
      <w:r>
        <w:rPr>
          <w:rFonts w:ascii="Noto Serif CJK SC" w:hAnsi="Noto Serif CJK SC" w:eastAsia="Noto Serif CJK SC"/>
        </w:rPr>
        <w:t>道了。所以叫做心地法眼可以见道。见道了是不是就成功了呢？很多人以为这样就成功了，不是的，没有成功，还差得远哩。刚打开宝藏见到一点影子，仅是法身边事，不相干，生死犹不能了，还须努力向前，除尽恶习才是了手时。基于此点，净土宗人常常说禅宗不好：纵然明心见性，生死也不能了，还不如净土宗念佛稳妥，生到西方极乐世界了生死的好。刚刚明心见性的时候只是初悟，破本参，才跨过第一道门槛，妄习犹在，生死不能了。须勤于保护，历境练心，把多生历劫执着的妄习消灭光，真正做到与《金刚经》所说“凡所有相，皆是虚妄”相应，处顺境而不喜，遇逆境而不恼，丝毫无动于衷，才能了思惑而了分段生死。《金刚经》说：过去、现在、未来心皆不可得。心既不可得，还动什么？真见性的人只有这个觉性，其它一切都不可得，还须更向上，觉性与不可得也不住才为真了。若见境生心，随念而转，就不是见性开悟的人。罗汉之所以有四果之分，也是在是否生心动念上划分的。初果罗汉在山林里，清净无染，但是，到城市里就不免眼花缭乱、思念纷起了，这就是思惑未了之故。思惑者，对境生心，迷于事相之思想也，就是对幻境惑当真实，产生占有之妄想也。在打坐的过程当中，有很多现象出现，如美好的佛、菩萨光明等善相，或丑恶的魔相，都不要理睬它。有相的东西都是假的，一着相，就容易着魔。还有，当你从有相过渡到无相的时候要起一些变</w:t>
      </w:r>
    </w:p>
    <w:p>
      <w:pPr>
        <w:spacing w:before="0" w:after="80" w:line="259" w:lineRule="auto"/>
        <w:ind w:firstLine="360"/>
      </w:pPr>
      <w:r>
        <w:rPr>
          <w:rFonts w:ascii="Noto Serif CJK SC" w:hAnsi="Noto Serif CJK SC" w:eastAsia="Noto Serif CJK SC"/>
        </w:rPr>
        <w:t>化：如身体没有了，或手脚和头没有了等等，都不可管他。更或气要</w:t>
      </w:r>
    </w:p>
    <w:p>
      <w:pPr>
        <w:spacing w:before="0" w:after="80" w:line="259" w:lineRule="auto"/>
        <w:ind w:firstLine="360"/>
      </w:pPr>
      <w:r>
        <w:rPr>
          <w:rFonts w:ascii="Noto Serif CJK SC" w:hAnsi="Noto Serif CJK SC" w:eastAsia="Noto Serif CJK SC"/>
        </w:rPr>
        <w:t>断了、头要爆炸了，也毋须惊怖，这是身心将脱落的前奏。一害怕，</w:t>
      </w:r>
    </w:p>
    <w:p>
      <w:pPr>
        <w:spacing w:before="0" w:after="80" w:line="259" w:lineRule="auto"/>
        <w:ind w:firstLine="360"/>
      </w:pPr>
      <w:r>
        <w:rPr>
          <w:rFonts w:ascii="Noto Serif CJK SC" w:hAnsi="Noto Serif CJK SC" w:eastAsia="Noto Serif CJK SC"/>
        </w:rPr>
        <w:t>一惊觉，即前功尽弃而出定了。等到火候到时一下子大爆炸，内而身、心，外而世界一齐销殒，虚空也粉碎，本性即现前。不过你不能着相求这个爆炸，一着相即被妄念所遮，非但不能爆炸，连空也入不了。密宗就有这个好处，常常得佛菩萨的加被，以外界的爆炸声</w:t>
      </w:r>
    </w:p>
    <w:p>
      <w:pPr>
        <w:spacing w:before="0" w:after="80" w:line="259" w:lineRule="auto"/>
        <w:ind w:firstLine="360"/>
      </w:pPr>
      <w:r>
        <w:rPr>
          <w:rFonts w:ascii="Noto Serif CJK SC" w:hAnsi="Noto Serif CJK SC" w:eastAsia="Noto Serif CJK SC"/>
        </w:rPr>
        <w:t>引起内心的爆炸，但是千万不能求，想它什么时间来，更不能将心</w:t>
      </w:r>
    </w:p>
    <w:p>
      <w:pPr>
        <w:spacing w:before="0" w:after="80" w:line="259" w:lineRule="auto"/>
        <w:ind w:firstLine="360"/>
      </w:pPr>
      <w:r>
        <w:rPr>
          <w:rFonts w:ascii="Noto Serif CJK SC" w:hAnsi="Noto Serif CJK SC" w:eastAsia="Noto Serif CJK SC"/>
        </w:rPr>
        <w:t>等它或迎它来。打坐定境中的一切景象都不能理睬，须置之不理。《金刚经》的警句须牢牢记住：“凡所有相，皆是虚妄。”一切色相都是假的，不睬它就没事。一理睬执着它，就有着魔之虞。二果罗汉，前念才动，后念就觉。虽然能不住相而于觉后归家稳坐，但是念有起灭，还是有生有灭。所以还要有一番生天落地的生死，然后才能了分段生死。因此，打开本来之人并不是大事完结，还要好好地勤除习气，进入三果罗汉达遇事不动心的阶段，更向上进入无为之境，达到阿毗跋致的地步，方为初步了手。有思想、有妄情、有造作都是有为。修行从初地、二地、三地……到七地都是有为，入八地才是无为。七地虽然已证到无为了，但是还有个无为在，还有个无为的影子，还是不干净。到八地，无为的影子才取消。所以，我们每个人要衡量一下自己，看看是否对境心一点都不动，平时如还有妄心起伏，那就不行，在境界当中，若着境，更不行。一切时、一切处心空如洗，能够随缘起用，不执着，真空妙有、妙有真空，那才是真开悟。除打坐之外，最重要的是平时用功。时时看着自己，念头一起就看见，不跟着跑。念头起了看不见，跑了一大段才觉得，才知道，那就不行。禅宗说：不怕念起，只怕觉迟。念头起了不怕，只怕你不知道，跟着念头跑，就是生死；跟着念头跑了一大段才知道，就是已死去多时了，也就证明你将来生死不能了。假如我们能做到前念起，后念觉，不跟念头跑，就能受生自在了。受生自在不是已了生死，还有生死在，不过在生死当头能够自己作主，要到哪里就到哪里，不受业障牵连，随业受报了。功夫程度做功夫的第一步：念起不随。能做到念起不随就能于生死当中做得主，不为业牵，得大自在。第二步：亲证无为。一切事情尽管来，我心不动。这是真正随顺，</w:t>
      </w:r>
    </w:p>
    <w:p>
      <w:pPr>
        <w:spacing w:before="0" w:after="80" w:line="259" w:lineRule="auto"/>
        <w:ind w:firstLine="360"/>
      </w:pPr>
      <w:r>
        <w:rPr>
          <w:rFonts w:ascii="Noto Serif CJK SC" w:hAnsi="Noto Serif CJK SC" w:eastAsia="Noto Serif CJK SC"/>
        </w:rPr>
        <w:t>而不是压住它不动。压住它不动是不行的。要尽管应酬各种事情，随顺一切事缘，没有什么好的，没有什么坏的差别感，好的不喜，坏的不厌，这样我们的心才能平静，而到达平等无为之境。做到这个地步就能变化自在了，分段生死也就了了。第一步是在生死当中得自在，第二步是变化自在，能变粗为细，变短为长，到达第八地菩萨的位次，至少能显现三十多个意生身。第三步：微细流注消灭。微细流注就是上面讲的作意。作意在八识田里流动，你平时看也看不见，深入金刚萨埵大定，才能见到而消灭它。到这一步，微细流注都消灭光后，能显现百千万亿化身，度百千万亿众生。这时候才真到家，不是一开悟就好了，差得远，所以，还要好好的用功。没有菩提心是不能成道的。什么是菩提心呢？简单讲解就是“上求下化”：上求佛道，下度众生。我们修法是为了下化众生，而不是为了自了。</w:t>
      </w:r>
    </w:p>
    <w:p>
      <w:pPr>
        <w:spacing w:before="0" w:after="80" w:line="259" w:lineRule="auto"/>
        <w:ind w:firstLine="360"/>
      </w:pPr>
      <w:r>
        <w:rPr>
          <w:rFonts w:ascii="Noto Serif CJK SC" w:hAnsi="Noto Serif CJK SC" w:eastAsia="Noto Serif CJK SC"/>
        </w:rPr>
        <w:t>今天大家能得到这个法真是无上的福报。修禅需要几十年尽心</w:t>
      </w:r>
    </w:p>
    <w:p>
      <w:pPr>
        <w:spacing w:before="0" w:after="80" w:line="259" w:lineRule="auto"/>
        <w:ind w:firstLine="360"/>
      </w:pPr>
      <w:r>
        <w:rPr>
          <w:rFonts w:ascii="Noto Serif CJK SC" w:hAnsi="Noto Serif CJK SC" w:eastAsia="Noto Serif CJK SC"/>
        </w:rPr>
        <w:t>参究才能打开本来，而且现在一天到晚的参禅，时间不允许，依靠心中心法，假佛力加持就方便快速多了，参禅自力修行等于用两只脚走路，修心中心法得佛力加持等于乘车子、乘飞机，所以二者有时速上的不同。你们得到这个法须珍惜、慎重、爱护，更要连续不断</w:t>
      </w:r>
    </w:p>
    <w:p>
      <w:pPr>
        <w:spacing w:before="0" w:after="80" w:line="259" w:lineRule="auto"/>
        <w:ind w:firstLine="360"/>
      </w:pPr>
      <w:r>
        <w:rPr>
          <w:rFonts w:ascii="Noto Serif CJK SC" w:hAnsi="Noto Serif CJK SC" w:eastAsia="Noto Serif CJK SC"/>
        </w:rPr>
        <w:t>地精勤修行，不能今天修修，明天停停，那决定不能成就。心中心法</w:t>
      </w:r>
    </w:p>
    <w:p>
      <w:pPr>
        <w:spacing w:before="0" w:after="80" w:line="259" w:lineRule="auto"/>
        <w:ind w:firstLine="360"/>
      </w:pPr>
      <w:r>
        <w:rPr>
          <w:rFonts w:ascii="Noto Serif CJK SC" w:hAnsi="Noto Serif CJK SC" w:eastAsia="Noto Serif CJK SC"/>
        </w:rPr>
        <w:t>更妙在融万法于一炉。释迦佛讲，修心中心结第四印能生西方净土，更能十方净土随愿往生，这就是净土宗；打开本来见到本性，这就是禅宗；证到最后，心通十方世界，十方世界在我心中圆，诸佛在我心中，我在诸佛心中，光光互摄重重无尽彼此交参无碍，这就是华严宗。所以，我们说心密一宗包括诸宗无余，实非过语。此法得之不易，务请大家好好用功，坚持打坐、观照，切勿等闲视之，更重要的还是在坐下用功，不是坐两个小时就可以放野马，乱来了。还须于行、住、坐、卧处时时不忘观照，才能与大道相应。修行的六个要点第一：一切放下，死心塌地。恋着世间事物放不下，有什么用呢？这世界上的事事物物都是因缘合成，无有实体，犹如过眼云烟，虚</w:t>
      </w:r>
    </w:p>
    <w:p>
      <w:pPr>
        <w:spacing w:before="0" w:after="80" w:line="259" w:lineRule="auto"/>
        <w:ind w:firstLine="360"/>
      </w:pPr>
      <w:r>
        <w:rPr>
          <w:rFonts w:ascii="Noto Serif CJK SC" w:hAnsi="Noto Serif CJK SC" w:eastAsia="Noto Serif CJK SC"/>
        </w:rPr>
        <w:t>而不实，求不得，拿不走。即连各位自己的身体也是假有，留不住，不可得，身外的东西就可想而知了。所以认事物为真，抓牢不放，是不值达者一笑的愚痴之事，学佛修道是大智大慧的大丈夫事业，不是小根小慧的人所能胜任的。要成道，第一要看破一切。死心塌地地打坐，才能入定开悟，假如在座上想这样、想那样，妄念纷飞地乱想，那就完了。一定要一切放下，像个死人一样才行。第二：打坐持咒，心念耳闻。这是修心密的要诀，对入定开悟，关系非常重大，所以再三提示大家，要毫无折扣地照之实行。人的妄念动惯了，不专心致志地倾听持咒的心声，把意根摄住，妄念息不下来，妄念不息何能入定、开悟？所以必须心念耳闻，一个字一个字从心里念出来，耳朵听得清清楚楚，才能摄住意根不起妄念，而渐渐入定。第三：念起即觉，不压不随。念头来时，要能看见，如果看不见就跟着它跑了，一跟念跑，就妄念纷飞不能入定了。所以要念起即觉，既不随之流浪，也不压制不起，只不理睬它，提起正念，一心持咒，妄念自然化去而安然入定。第四：按时上座，不急不缓。每天按时上座，养成习惯就容易入定，最好早上打坐，凌晨更好。坐时不要急于入定，心情平和地以一种平常心安然入座，不急不缓地从容持咒，既不要求入定开悟，更不妄求神通。以要求入定、开悟、发神通等的一念即是妄心，此心一起，即障自悟门，非但不得开悟，而且不能入定。第五：下座观照，绵绵密密。把打坐中的静定功夫推广到日常动用中去，在行、住、坐、卧当中冷冷自用；绵绵密密地观照，一切无住，既不让境界拉着跑，也不随妄念流浪。第六：心量广大，容纳一切。修道人心量不能小，要宽宏大量地容纳一切，纵然别人对我不好，我对他还要更好，没有丝毫爱、恶、喜、厌的观念。随缘随份地做一切善事，时时处处潇洒自在，没有患得患失之心，亦无毁誉成败之念。这就是最大的神通。记住这六点，照之修行，绝定能打开本来，亲证佛性。做好这六点，丝毫不懈，保证能圆证菩提，得大成就！</w:t>
      </w:r>
    </w:p>
    <w:p>
      <w:pPr>
        <w:pStyle w:val="Heading2"/>
      </w:pPr>
      <w:r>
        <w:rPr>
          <w:rFonts w:ascii="Noto Serif CJK SC" w:hAnsi="Noto Serif CJK SC" w:eastAsia="Noto Serif CJK SC"/>
        </w:rPr>
        <w:t>8. 略论明心见性 / Full Chinese Source Text</w:t>
      </w:r>
    </w:p>
    <w:p>
      <w:pPr>
        <w:spacing w:before="0" w:after="80" w:line="259" w:lineRule="auto"/>
      </w:pPr>
      <w:r>
        <w:rPr>
          <w:rFonts w:ascii="Noto Serif CJK SC" w:hAnsi="Noto Serif CJK SC" w:eastAsia="Noto Serif CJK SC"/>
        </w:rPr>
        <w:t>Status: full Chinese body included</w:t>
      </w:r>
    </w:p>
    <w:p>
      <w:pPr>
        <w:spacing w:before="0" w:after="80" w:line="259" w:lineRule="auto"/>
      </w:pPr>
      <w:r>
        <w:rPr>
          <w:rFonts w:ascii="Noto Serif CJK SC" w:hAnsi="Noto Serif CJK SC" w:eastAsia="Noto Serif CJK SC"/>
        </w:rPr>
        <w:t>Source: XinMiWenJi.pdf, pages 660-790 of extracted PDF text.</w:t>
      </w:r>
    </w:p>
    <w:p>
      <w:pPr>
        <w:spacing w:before="0" w:after="80" w:line="259" w:lineRule="auto"/>
        <w:ind w:firstLine="360"/>
      </w:pPr>
      <w:r>
        <w:rPr>
          <w:rFonts w:ascii="Noto Serif CJK SC" w:hAnsi="Noto Serif CJK SC" w:eastAsia="Noto Serif CJK SC"/>
        </w:rPr>
        <w:t>连载于《禅》刊一九九一年第一至四期绪说我等众生，从无始旷劫以来，迷失自己本来面目，认妄为真，唤奴作郎，妄起贪嗔，造业受报，如春蚕作茧，自缠自缚，无解脱时。愚者无知，安受困苦，不求解脱；智者虽知生死事大，苦海无边，欲求解脱而苦无其门。如古之外道六师，探宇宙万有之缘起，不曰神我，即谓冥谛、断灭；今之科学、哲学，究人生万物之根源，不言二元，即言一元，虽各言之凿凿，极尽玄妙，然皆如盲人摸象，无有是处。释迦文佛，悲悯众生，出苦无由，应现世间，教化众生。四十九年随顺时节机宜，说大、说小，说偏、说圆，说顿、说渐，披肝沥胆，委曲开示二种根本：一者无始生死根本，二者菩提涅槃原清净体，以阐明人生宇宙之奥秘，揭示生死轮回之根由，俾众生识自本心，见自本性，回复真常，出离生死，息灭苦轮。我等众生，本具如来智慧德相，灵明空寂，与佛无殊。只因无明不觉，颠倒妄执，动乱不已，造业受报，才由共业感现山河大地，复由别业招来十二类生。由是周而复始，循环不已，故而生死轮回不息。今欲回复本来，出离生死，首须觉破无明。以无明不破，迷己逐物，见境生心，生死绝不能了。</w:t>
      </w:r>
    </w:p>
    <w:p>
      <w:pPr>
        <w:spacing w:before="0" w:after="80" w:line="259" w:lineRule="auto"/>
        <w:ind w:firstLine="360"/>
      </w:pPr>
      <w:r>
        <w:rPr>
          <w:rFonts w:ascii="Noto Serif CJK SC" w:hAnsi="Noto Serif CJK SC" w:eastAsia="Noto Serif CJK SC"/>
        </w:rPr>
        <w:t>以是一切经论，所有法门，无不围绕着这一中心——明心见性</w:t>
      </w:r>
    </w:p>
    <w:p>
      <w:pPr>
        <w:spacing w:before="0" w:after="80" w:line="259" w:lineRule="auto"/>
        <w:ind w:firstLine="360"/>
      </w:pPr>
      <w:r>
        <w:rPr>
          <w:rFonts w:ascii="Noto Serif CJK SC" w:hAnsi="Noto Serif CJK SC" w:eastAsia="Noto Serif CJK SC"/>
        </w:rPr>
        <w:t>——来阐扬发明，使人们得以觉破迷情，消除无明，离妄返真，就路归家。佛教之所以异于他教，超越外道者，其原因即在切中众生生死与还灭之根源，而此根源又在明心见性与否。故明心见性，实乃佛教之精髓，超生脱死之重要关键也。因是之故，经论虽多，阐述评唱，纵或有异，而宗旨是一；法门虽广，设施手段，容有不同，而目的无殊。所谓方便有多门，归元无二路也。</w:t>
      </w:r>
    </w:p>
    <w:p>
      <w:pPr>
        <w:spacing w:before="0" w:after="80" w:line="259" w:lineRule="auto"/>
        <w:ind w:firstLine="360"/>
      </w:pPr>
      <w:r>
        <w:rPr>
          <w:rFonts w:ascii="Noto Serif CJK SC" w:hAnsi="Noto Serif CJK SC" w:eastAsia="Noto Serif CJK SC"/>
        </w:rPr>
        <w:t>绪说</w:t>
      </w:r>
    </w:p>
    <w:p>
      <w:pPr>
        <w:spacing w:before="0" w:after="80" w:line="259" w:lineRule="auto"/>
        <w:ind w:firstLine="360"/>
      </w:pPr>
      <w:r>
        <w:rPr>
          <w:rFonts w:ascii="Noto Serif CJK SC" w:hAnsi="Noto Serif CJK SC" w:eastAsia="Noto Serif CJK SC"/>
        </w:rPr>
        <w:t>明心见性之意义</w:t>
      </w:r>
    </w:p>
    <w:p>
      <w:pPr>
        <w:spacing w:before="0" w:after="80" w:line="259" w:lineRule="auto"/>
        <w:ind w:firstLine="360"/>
      </w:pPr>
      <w:r>
        <w:rPr>
          <w:rFonts w:ascii="Noto Serif CJK SC" w:hAnsi="Noto Serif CJK SC" w:eastAsia="Noto Serif CJK SC"/>
        </w:rPr>
        <w:t>明心见性之证成</w:t>
      </w:r>
    </w:p>
    <w:p>
      <w:pPr>
        <w:spacing w:before="0" w:after="80" w:line="259" w:lineRule="auto"/>
        <w:ind w:firstLine="360"/>
      </w:pPr>
      <w:r>
        <w:rPr>
          <w:rFonts w:ascii="Noto Serif CJK SC" w:hAnsi="Noto Serif CJK SC" w:eastAsia="Noto Serif CJK SC"/>
        </w:rPr>
        <w:t>悟后真修</w:t>
      </w:r>
    </w:p>
    <w:p>
      <w:pPr>
        <w:spacing w:before="0" w:after="80" w:line="259" w:lineRule="auto"/>
        <w:ind w:firstLine="360"/>
      </w:pPr>
      <w:r>
        <w:rPr>
          <w:rFonts w:ascii="Noto Serif CJK SC" w:hAnsi="Noto Serif CJK SC" w:eastAsia="Noto Serif CJK SC"/>
        </w:rPr>
        <w:t>证体起用归宿问题</w:t>
      </w:r>
    </w:p>
    <w:p>
      <w:pPr>
        <w:spacing w:before="0" w:after="80" w:line="259" w:lineRule="auto"/>
        <w:ind w:firstLine="360"/>
      </w:pPr>
      <w:r>
        <w:rPr>
          <w:rFonts w:ascii="Noto Serif CJK SC" w:hAnsi="Noto Serif CJK SC" w:eastAsia="Noto Serif CJK SC"/>
        </w:rPr>
        <w:t>结论</w:t>
      </w:r>
    </w:p>
    <w:p>
      <w:pPr>
        <w:spacing w:before="0" w:after="80" w:line="259" w:lineRule="auto"/>
        <w:ind w:firstLine="360"/>
      </w:pPr>
      <w:r>
        <w:rPr>
          <w:rFonts w:ascii="Noto Serif CJK SC" w:hAnsi="Noto Serif CJK SC" w:eastAsia="Noto Serif CJK SC"/>
        </w:rPr>
        <w:t>奈何降及近世末法时代，教内学者大为走样，他们非但不敢提倡弘扬“明心见性”这一代时教的伟大宏深之旨与精髓之所在，反而有似谈虎色变，连“明心见性”一词也不敢形于口吻，见于著述，广为宣传了。细细推究起来，其原因不外下列数端：（一）禅宗行人因缺乏师资，用功时无人指引，相机提示，痛下钳锤剿绝粘缚，于紧要关头更无人为之点开正眼，亲见本来。大都抱定一则千篇一律的死煞话头——念佛是谁，苦参几十年，了无消息。因而以见性为甚深难事，高不可攀，乃高推圣境，不敢企求，更不敢弘扬提倡了。（二）净宗行人绝大多数都说净土宗的修法与众不同，它是主张横超生西的，不用明心见性。殊不知净土是三根普摄的大教，对下根虽不明言明心见性，只强调横超生西，但事实上早将明心见性的要义，暗暗含藏在修法内了。请试看它的修法：念佛时要“都摄六根，净念相继。”请问这都摄六根，不即是一切放下吗？一切不放下，能六根门头紧闭，将见闻觉知都摄在一句佛号上吗？这净念相继四字，含义深广，留待下面来详加解释，今只从文字的表面来讲，以清净心，继续不断地念佛，不就是教人用佛念来密密转移妄念吗？因为人不能无念，不念佛法僧，即念贪嗔痴，今善巧方便地用一句佛号来代替妄念，使人于不知不觉中将妄心转换为佛心。所</w:t>
      </w:r>
    </w:p>
    <w:p>
      <w:pPr>
        <w:spacing w:before="0" w:after="80" w:line="259" w:lineRule="auto"/>
        <w:ind w:firstLine="360"/>
      </w:pPr>
      <w:r>
        <w:rPr>
          <w:rFonts w:ascii="Noto Serif CJK SC" w:hAnsi="Noto Serif CJK SC" w:eastAsia="Noto Serif CJK SC"/>
        </w:rPr>
        <w:t>谓“佛号投于乱心，乱心不得不佛！”请问佛是什么？不是明心见性</w:t>
      </w:r>
    </w:p>
    <w:p>
      <w:pPr>
        <w:spacing w:before="0" w:after="80" w:line="259" w:lineRule="auto"/>
        <w:ind w:firstLine="360"/>
      </w:pPr>
      <w:r>
        <w:rPr>
          <w:rFonts w:ascii="Noto Serif CJK SC" w:hAnsi="Noto Serif CJK SC" w:eastAsia="Noto Serif CJK SC"/>
        </w:rPr>
        <w:t>又是什么？该宗更进一步说：“入三摩地，斯为第一。”请问什么是三摩地？三摩地即三昧也。念佛证到三昧，即能念之心与所念之佛，一时脱落，也即是根尘脱落、能所双亡的时节。念佛念到这步田地，即是宗下桶底脱落，明心见性的时节。到这里还有什么净和禅呢？所以说净就是禅，禅就是净，禅净不分家也。对下根人，不须和他多说甚深禅理，只教他放舍身心，秉直念去，念到情亡心空，自然证得。若上根人一闻即悟，更不消多说。故净宗唯下根与上根人最容易成就也。盖中根人似聪明而非真聪明，似愚笨而又非真愚笨。非真聪明，不易看破世情，一切放下；非真愚笨，又不肯脚踏实地，恳恳切切地老实念佛，所以不易成就也。复次，晚近净宗行人，大都只图省力，单独依靠阿弥陀佛接引生西。自己不肯努力用念佛功夫扫荡妄心习染，改造自己，而美其名曰：“我们是他力法门，靠他力修行。”及闻“一心不乱”，便连连摇</w:t>
      </w:r>
    </w:p>
    <w:p>
      <w:pPr>
        <w:spacing w:before="0" w:after="80" w:line="259" w:lineRule="auto"/>
        <w:ind w:firstLine="360"/>
      </w:pPr>
      <w:r>
        <w:rPr>
          <w:rFonts w:ascii="Noto Serif CJK SC" w:hAnsi="Noto Serif CJK SC" w:eastAsia="Noto Serif CJK SC"/>
        </w:rPr>
        <w:t>首，说：“不消不消！净土只须有信愿，自有弥陀接引，行得力与不得力无关重要。”他们哪里需要什么“明心见性”哩！又哪里知道“一心不乱，花开见佛悟无生”乃是明心见性的同义词哩！（三）密宗行人又大都趋向神通玄妙，有的还炫耀于世人而满足其名闻利养，根本不注重证体悟道、了生脱死的功夫。把个大好密宗弄得妖气十足。密宗所标榜的即生或即身成佛——即明心见性，早抛到九霄云外去了。我国现有三大宗派萎靡凌乱如此，其他有名无实的宗派，也就不言而喻，可想而知了。以是整个辉煌灿烂的佛教，被它不长进的后代子孙糟蹋得如此乌烟瘴气，狼狈不堪，后进者哪里知道佛教的精神所在！又哪里能修身养性，回复天真，了脱生死呢？言之，怎不令人痛心疾首！尤有进者，佛教是教育人们明白真理，舍弃妄见，改恶向善，去邪归正，改造人类的大教；是使人们从迷梦中觉醒，不贪著，不自私，尽一己之力为大众服务，为群生谋福利——普利群生的善法；更是使众生去惑证真，卸下重担（心中所粘附的事物），生活得轻松愉快，有意义，有价值，得真实受用的妙法。因之，它是对社会和国家具有莫大现实积极意义的伟大宗教。因为举凡社会的不安和国家的动乱，莫不由人们的贪、嗔、痴这三大劣根性在作祟。人由于物欲炽盛，贪心高涨，才不择手段地去干那贪赃枉法，投机倒把，走私受贿，甚至阴谋叛乱，结党营私等等的罪行。而佛教正是向这三大毒根——贪、嗔、痴开刀的。至如世界的运行和人类的遭遇，都是由于人们自己无明妄动，著境造业所感召的果报。换句话说，都是人们自作自受，非干鬼神之事。而且只要人们迅猛觉醒，识自本心，见自本性，人人都能成佛。佛是主张一切平等，无有阶级差别的广博大教。因之，很多人主张佛教是非宗教的。复次，从佛教的宗旨来看，圆顿教从最究竟处着眼，说无生死可了，无涅槃可证，无佛无众生，法法皆空。起心动念，即乖自宗。所谓“举心即错，动念即乖”，它是以无所宗为宗的。无所宗为宗是佛教的真宗，以有所宗，即落偏见故。所以也有很多人以此称佛教为非宗教者。但他们似乎忘记了佛教虽以无所宗为宗，但非无主，还有个无宗之宗在，所以又非不宗教者。佛教所讲的是辩证的真理，以无所宗故，不应言是宗教；以无所宗为宗故，不应言非宗教。非空非</w:t>
      </w:r>
    </w:p>
    <w:p>
      <w:pPr>
        <w:spacing w:before="0" w:after="80" w:line="259" w:lineRule="auto"/>
        <w:ind w:firstLine="360"/>
      </w:pPr>
      <w:r>
        <w:rPr>
          <w:rFonts w:ascii="Noto Serif CJK SC" w:hAnsi="Noto Serif CJK SC" w:eastAsia="Noto Serif CJK SC"/>
        </w:rPr>
        <w:t>有，非有非空，乃佛教不立二边中道之的旨，要会此的旨，非明心见</w:t>
      </w:r>
    </w:p>
    <w:p>
      <w:pPr>
        <w:spacing w:before="0" w:after="80" w:line="259" w:lineRule="auto"/>
        <w:ind w:firstLine="360"/>
      </w:pPr>
      <w:r>
        <w:rPr>
          <w:rFonts w:ascii="Noto Serif CJK SC" w:hAnsi="Noto Serif CJK SC" w:eastAsia="Noto Serif CJK SC"/>
        </w:rPr>
        <w:t>性不可！由此可见，明心见性是学佛者至关重要的课题了。明心见性对学佛者如此重要，那末，明心见性的内容究竟是怎么回事？怎样才能证取它？证到时是什么境象（界）？证到后又有什</w:t>
      </w:r>
    </w:p>
    <w:p>
      <w:pPr>
        <w:spacing w:before="0" w:after="80" w:line="259" w:lineRule="auto"/>
        <w:ind w:firstLine="360"/>
      </w:pPr>
      <w:r>
        <w:rPr>
          <w:rFonts w:ascii="Noto Serif CJK SC" w:hAnsi="Noto Serif CJK SC" w:eastAsia="Noto Serif CJK SC"/>
        </w:rPr>
        <w:t>么功用？这许多问题，都是学佛者所想（应）明白，而亟待研究的问</w:t>
      </w:r>
    </w:p>
    <w:p>
      <w:pPr>
        <w:spacing w:before="0" w:after="80" w:line="259" w:lineRule="auto"/>
        <w:ind w:firstLine="360"/>
      </w:pPr>
      <w:r>
        <w:rPr>
          <w:rFonts w:ascii="Noto Serif CJK SC" w:hAnsi="Noto Serif CJK SC" w:eastAsia="Noto Serif CJK SC"/>
        </w:rPr>
        <w:t>题，兹为能明白易晓，以便于读者证取起见，分别略述于后。</w:t>
      </w:r>
    </w:p>
    <w:p>
      <w:pPr>
        <w:spacing w:before="0" w:after="80" w:line="259" w:lineRule="auto"/>
        <w:ind w:firstLine="360"/>
      </w:pPr>
      <w:r>
        <w:rPr>
          <w:rFonts w:ascii="Noto Serif CJK SC" w:hAnsi="Noto Serif CJK SC" w:eastAsia="Noto Serif CJK SC"/>
        </w:rPr>
        <w:t>甲明心见性之意义</w:t>
      </w:r>
    </w:p>
    <w:p>
      <w:pPr>
        <w:spacing w:before="0" w:after="80" w:line="259" w:lineRule="auto"/>
        <w:ind w:firstLine="360"/>
      </w:pPr>
      <w:r>
        <w:rPr>
          <w:rFonts w:ascii="Noto Serif CJK SC" w:hAnsi="Noto Serif CJK SC" w:eastAsia="Noto Serif CJK SC"/>
        </w:rPr>
        <w:t>明心见性一词简约总括地解释起来，就是：从究明人们的“心”（本心）的形相与作用，而彻见、领悟、神会生命的根源——“性”（本性）之妙体与真理，以觉醒迷梦，而了生脱死，证大涅槃。它的意义详细分析起来，至为深广，因为它是这一代时教的精髓所在，可以说三藏十二部都是它的注脚。现在我们只能择其精要者约略言之。在未讨论明心见性的内容与如何明心见性之前，首先让我们来把心性的轮廓勾勒一下，以便易于着手分析讨论明心见性的意义。那么心是什么？性又是何物呢？原来所谓心者，并不是我们胸膛里的肉团心，而是我们对境生起来的念头和思想，佛经称为六尘缘影，就是色、声、香、味、触、法落谢的影子，简称曰集起为心。意思是说，我们本来没有心——思想和念头，而是由于有色等境在，才从各别的境缘上领受它的形象，产生认识，分别它的同异，安立名字，发生爱嗔，取舍，造作，才生出种种心念。这心是和环境集合起来而生出的，不是片面单独起的，所以称为集起为心，也就是现代学说所谓“思想是客观环境的反映。”要详细谈它的形象和内容，</w:t>
      </w:r>
    </w:p>
    <w:p>
      <w:pPr>
        <w:spacing w:before="0" w:after="80" w:line="259" w:lineRule="auto"/>
        <w:ind w:firstLine="360"/>
      </w:pPr>
      <w:r>
        <w:rPr>
          <w:rFonts w:ascii="Noto Serif CJK SC" w:hAnsi="Noto Serif CJK SC" w:eastAsia="Noto Serif CJK SC"/>
        </w:rPr>
        <w:t>法相宗《成唯识论》说得很清楚，它可以分为八大心王和五十一心</w:t>
      </w:r>
    </w:p>
    <w:p>
      <w:pPr>
        <w:spacing w:before="0" w:after="80" w:line="259" w:lineRule="auto"/>
        <w:ind w:firstLine="360"/>
      </w:pPr>
      <w:r>
        <w:rPr>
          <w:rFonts w:ascii="Noto Serif CJK SC" w:hAnsi="Noto Serif CJK SC" w:eastAsia="Noto Serif CJK SC"/>
        </w:rPr>
        <w:t>所。这里为了节省时间和篇幅，不详细说它了，请读者自己去研读《成唯识论》吧。心既如斯，性又是何物呢？性是生起心的根本，是心的本原。现代学说认为，它是生起心的能量。没有它，对境生不起心来。我们之所以能对境生心，全是它的作用。它是无形无相的，所以眼不能见，但它能起种种作用，故确实是有。古人比为色里胶青，水中盐味，虽不可目睹，但事实上确实在起作用，在佛经上它有很多异名，如一真法界、真如、如来藏、佛性、真心、大圆胜慧等等。只因众生迷而</w:t>
      </w:r>
    </w:p>
    <w:p>
      <w:pPr>
        <w:spacing w:before="0" w:after="80" w:line="259" w:lineRule="auto"/>
        <w:ind w:firstLine="360"/>
      </w:pPr>
      <w:r>
        <w:rPr>
          <w:rFonts w:ascii="Noto Serif CJK SC" w:hAnsi="Noto Serif CJK SC" w:eastAsia="Noto Serif CJK SC"/>
        </w:rPr>
        <w:t>不觉，不知有此妙体，无始以来，只与生灭和合，变为妄心。故心性</w:t>
      </w:r>
    </w:p>
    <w:p>
      <w:pPr>
        <w:spacing w:before="0" w:after="80" w:line="259" w:lineRule="auto"/>
        <w:ind w:firstLine="360"/>
      </w:pPr>
      <w:r>
        <w:rPr>
          <w:rFonts w:ascii="Noto Serif CJK SC" w:hAnsi="Noto Serif CJK SC" w:eastAsia="Noto Serif CJK SC"/>
        </w:rPr>
        <w:t>原是一物，如水之与波，不是两回事。现在世界得以飞跃前进，全靠自动化，而自动化又靠热能，无有热能，即无动力；无有动力，一切都是静止的，死的。同样，我人之所以能思考、工作、创造发明等，也靠体内的动力，而这动力就是性的作用。所以性虽不能眼见，但</w:t>
      </w:r>
    </w:p>
    <w:p>
      <w:pPr>
        <w:spacing w:before="0" w:after="80" w:line="259" w:lineRule="auto"/>
        <w:ind w:firstLine="360"/>
      </w:pPr>
      <w:r>
        <w:rPr>
          <w:rFonts w:ascii="Noto Serif CJK SC" w:hAnsi="Noto Serif CJK SC" w:eastAsia="Noto Serif CJK SC"/>
        </w:rPr>
        <w:t>确实在起一切作用，犹如电虽不能目见，而一切照明、发动等等都是它在起作用。佛经内称性是体，心是用，性是理，心是事。但宗下常两者混用，称心为性，称性为心，我们只要洞悉它们的底蕴，搞清它们的分野，也就不至为之混淆惑乱了。明白了心和性的形貌和定义，就须进一步探讨“性”——生命的根源——何由缘境而生心？境又因何而生起，以致生死缠绵不断？更须明白，明心见性的含义包括些什么？怎样才可以明它、见它，出离生死？现在让我们分为五节，详细讨论一下。（一）明心见性者，明心虚妄不可得，息下狂心见真性也。我人欲了脱生死，先须知道生死之由来。如欲断其流者，先须识知源之所在，而后方可塞其源、断其流，逍遥于生死之外。那么芸芸众生在六道内头出头没地轮回不已，究竟何由而起呢？释迦佛用两句简约的话告诉我们：“三界唯心，万法唯识。”分析起来，乃是说，一切众生本具如来藏性，它是不生不灭、不垢不净、不来不去、无相灵敏之万能体；它不属迷悟，体绝凡圣。只以众生不觉，无有经验，不知妙体本明，而生一念认明，以本有之妙觉智光，幻为妄明所明。将原为一体之觉明——觉即明，明即觉，非有二致，分为觉明相对——觉外有明，明外有觉，觉为明所明，明为觉所觉，而成能所双立。即《楞严经》所谓“性觉必明，妄为明觉”也。由此无明故（此明觉即吾人通常所说的无明），迷本圆明，将本有无相之真如，转为阿赖耶识（如正常人吃醉了老酒相似）。于是灵明真空变为顽空，复于顽空中，无明妄动，凝结成四大妄色（如来藏性本具之性能地、水、火、风四大种因，因妄动而显相，世界即此四大所凝成）。此即《楞严经》所谓“迷妄有虚空，依空立世界”也。由有四大妄色，则本有之智光转为妄见，复以彼妄色为所见之境。妄见既久，更抟取少分四大为我，于是妄见托彼四大以为我身——即无明裹定八识潜入身根，四大本是无知，因妄见执受而有知。真心无量，今被无明封固，潜入四大以为心。即所谓色杂妄想，想相为身，是为五蕴之众生。亦《楞严经》所说“想澄成国土，知觉乃众生”也。由此可见，身心世界之所妄起，实系一念认明（即无明）之过咎。众生既迷失本性，而认物为己，于是追逐物境，迷著不舍，造业受报，轮回不息！经云：“心生则种种法生，法生则种种心生。”种子起现行，现行复熏种子，由因成果，果复感因，因因果果，果果因因，</w:t>
      </w:r>
    </w:p>
    <w:p>
      <w:pPr>
        <w:spacing w:before="0" w:after="80" w:line="259" w:lineRule="auto"/>
        <w:ind w:firstLine="360"/>
      </w:pPr>
      <w:r>
        <w:rPr>
          <w:rFonts w:ascii="Noto Serif CJK SC" w:hAnsi="Noto Serif CJK SC" w:eastAsia="Noto Serif CJK SC"/>
        </w:rPr>
        <w:t>周而复始，循环不已。因是众生从无生死中，枉受生死轮回之苦，不得停息！所以说，我人的心是虚幻不实的。它只是六尘落谢的影子，而六尘（即世界万物）又由无明妄结而幻现，本不可得。佛经所谓不自生，不他生，不共生，不无因生。那么，由它生起的妄心，更是虚幻中之虚幻了。现代的哲学家们也说“心”是客观物质的反映，但他们只说心由物产生，没有道出物何由而产生，不及佛经说得全面。佛说：“心不自心，因物故心；物不自物，因心故物。”这就将心物互为因果而虚幻生起的道理，说得一清二楚了。心物既俱虚幻而不可得，我人一旦梦醒了得身心世界本空，这就是明心。于本空处，非如木石不知无觉，而是虚明了了，虽了了虚明而寂然不动，一念不生，这是什么？这奇伟而又平淡的景象，非吾人不生不灭，亘古长存之真如自体，又是何物！当此自体豁然显露时一把擒来，即谓之亲证本来面目，亦谓之见性。所谓见性，并不是用眼睛去看见什么东西，而是心地法眼亲切深彻的体会与神领。经云：“见见之时，见非是见。”故明心见性，乃于打破妄知妄见，狂心息处，身心消殒时，彻见真性也。如二祖神光大师，见初祖达摩曰：“学人心不安，乞师安心。”祖曰：“将心来，与汝安。”师良久曰：“觅心了不可得。”祖乃顺水推舟曰：“与汝安心竟！”师于言下大悟。此即于觅心了不可得处（前念断，后念未起时）而彻见这不落断灭（当时念虽断，但非如木石无知）了了灵知的性。这则公案的妙处，即在心是集起虚妄的，并无真实来处，一经追问，即便化为乌有。但念虽息空而能（即性）不灭，会者即于此际，猛著精彩，回光荐取，即为见性。关于能量不灭，现代科学家都承认。而能量最大者，莫过于性能。因性无形无相，至大至坚，大而无外，小而无内，能摧一切，一切不能摧它，故无法衡量，无可比度。投生六道，受罪享福的是它，了生脱死，逍遥化外的也是它，所以要了脱生死，必须明心见性也。</w:t>
      </w:r>
    </w:p>
    <w:p>
      <w:pPr>
        <w:spacing w:before="0" w:after="80" w:line="259" w:lineRule="auto"/>
        <w:ind w:firstLine="360"/>
      </w:pPr>
      <w:r>
        <w:rPr>
          <w:rFonts w:ascii="Noto Serif CJK SC" w:hAnsi="Noto Serif CJK SC" w:eastAsia="Noto Serif CJK SC"/>
        </w:rPr>
        <w:t>（二）明心见性者，乃明白心之妙用，皆依性体而起；从用见</w:t>
      </w:r>
    </w:p>
    <w:p>
      <w:pPr>
        <w:spacing w:before="0" w:after="80" w:line="259" w:lineRule="auto"/>
        <w:ind w:firstLine="360"/>
      </w:pPr>
      <w:r>
        <w:rPr>
          <w:rFonts w:ascii="Noto Serif CJK SC" w:hAnsi="Noto Serif CJK SC" w:eastAsia="Noto Serif CJK SC"/>
        </w:rPr>
        <w:t>体，从流得源也。古德云：体无形相，非用不显；性无状貌，非心不明！起用正以显体，明心方可见性。这就是说要见性须从明心上下手，离心无性可</w:t>
      </w:r>
    </w:p>
    <w:p>
      <w:pPr>
        <w:spacing w:before="0" w:after="80" w:line="259" w:lineRule="auto"/>
        <w:ind w:firstLine="360"/>
      </w:pPr>
      <w:r>
        <w:rPr>
          <w:rFonts w:ascii="Noto Serif CJK SC" w:hAnsi="Noto Serif CJK SC" w:eastAsia="Noto Serif CJK SC"/>
        </w:rPr>
        <w:t>见。因为性体无形象，不可见，而心是用，用无相不显，从有相之心</w:t>
      </w:r>
    </w:p>
    <w:p>
      <w:pPr>
        <w:spacing w:before="0" w:after="80" w:line="259" w:lineRule="auto"/>
        <w:ind w:firstLine="360"/>
      </w:pPr>
      <w:r>
        <w:rPr>
          <w:rFonts w:ascii="Noto Serif CJK SC" w:hAnsi="Noto Serif CJK SC" w:eastAsia="Noto Serif CJK SC"/>
        </w:rPr>
        <w:t>绪说</w:t>
      </w:r>
    </w:p>
    <w:p>
      <w:pPr>
        <w:spacing w:before="0" w:after="80" w:line="259" w:lineRule="auto"/>
        <w:ind w:firstLine="360"/>
      </w:pPr>
      <w:r>
        <w:rPr>
          <w:rFonts w:ascii="Noto Serif CJK SC" w:hAnsi="Noto Serif CJK SC" w:eastAsia="Noto Serif CJK SC"/>
        </w:rPr>
        <w:t>明心见性之意义</w:t>
      </w:r>
    </w:p>
    <w:p>
      <w:pPr>
        <w:spacing w:before="0" w:after="80" w:line="259" w:lineRule="auto"/>
        <w:ind w:firstLine="360"/>
      </w:pPr>
      <w:r>
        <w:rPr>
          <w:rFonts w:ascii="Noto Serif CJK SC" w:hAnsi="Noto Serif CJK SC" w:eastAsia="Noto Serif CJK SC"/>
        </w:rPr>
        <w:t>明心见性之证成</w:t>
      </w:r>
    </w:p>
    <w:p>
      <w:pPr>
        <w:spacing w:before="0" w:after="80" w:line="259" w:lineRule="auto"/>
        <w:ind w:firstLine="360"/>
      </w:pPr>
      <w:r>
        <w:rPr>
          <w:rFonts w:ascii="Noto Serif CJK SC" w:hAnsi="Noto Serif CJK SC" w:eastAsia="Noto Serif CJK SC"/>
        </w:rPr>
        <w:t>悟后真修</w:t>
      </w:r>
    </w:p>
    <w:p>
      <w:pPr>
        <w:spacing w:before="0" w:after="80" w:line="259" w:lineRule="auto"/>
        <w:ind w:firstLine="360"/>
      </w:pPr>
      <w:r>
        <w:rPr>
          <w:rFonts w:ascii="Noto Serif CJK SC" w:hAnsi="Noto Serif CJK SC" w:eastAsia="Noto Serif CJK SC"/>
        </w:rPr>
        <w:t>证体起用归宿问题</w:t>
      </w:r>
    </w:p>
    <w:p>
      <w:pPr>
        <w:spacing w:before="0" w:after="80" w:line="259" w:lineRule="auto"/>
        <w:ind w:firstLine="360"/>
      </w:pPr>
      <w:r>
        <w:rPr>
          <w:rFonts w:ascii="Noto Serif CJK SC" w:hAnsi="Noto Serif CJK SC" w:eastAsia="Noto Serif CJK SC"/>
        </w:rPr>
        <w:t>结论</w:t>
      </w:r>
    </w:p>
    <w:p>
      <w:pPr>
        <w:spacing w:before="0" w:after="80" w:line="259" w:lineRule="auto"/>
        <w:ind w:firstLine="360"/>
      </w:pPr>
      <w:r>
        <w:rPr>
          <w:rFonts w:ascii="Noto Serif CJK SC" w:hAnsi="Noto Serif CJK SC" w:eastAsia="Noto Serif CJK SC"/>
        </w:rPr>
        <w:t>用，方可得见无相之性体。上面说过，我人之思想、工作、创造、发明，乃至今日世界之文明，皆是心之作用。要见性，即须从这些作用上来见，离开作用，即无性可见。犹如世间之理与事，事无理不成，理无事不显；理立正所以成事，事成正所以显理，理即事，事即理，理事不分，故见理须从事上见，离事亦无理可见也。如昔异见王问婆罗提尊者曰：“如何是佛？”尊者曰：“见性是佛！”王曰：“师见性否？”尊者曰：“我见佛性。”王曰：“性在何处？”尊者曰：“性在作用！”王曰：“是何作用？我今不见。”尊者曰：“昭昭作用，王自不见！”王曰：“于我有否？”尊者曰：“王若作用，无有不是；王若不用，体亦难见。”王曰：“若当用时，几处现出？”尊者曰：“若出现时，当有其八。”王曰：“其八出现，当为我说。”尊者曰：“在胎曰身，处世曰人，在眼曰见，在耳曰闻，在鼻辨香，在舌谈论，在手执捏，在足运奔；遍现俱该法界，收摄在一微尘；识者知是佛性，不识者唤作精魂！”王闻即开悟。又如《金刚经》，世尊于说法之前为什么先插一段著衣、持钵、入城、乞食，直至敷座而坐呢？盖欲启大众无形般若之机，不得不借用六波罗蜜有相之形也。因无体不能成用，眼前一切相用，在在皆在反显般若无相之体。奈我人不识，故佛特借用有相之事行，以密示无形之妙体，令我人证入般若波罗密也。性固不无，但不可以耳闻，不可以目睹，不可以知知，不可以识识，但可以慧照，可以妙观，可以领悟，可以神会。故曰“如是悟会，悟会如是”而已。六波罗密之密行，乃世尊不开口之说法。如是般若放光，独空生（须菩提）当下契会，应机缘起，出座请问，乃成就一部《金刚般若》妙经。（三）明心见性者，明心本无，见性本有也。上面说过，心性有如事用与理体。事用虽有形相，可以眼见，但似有实无，以缘起性空故；理体虽无相可见，但似无实有，以性空缘起故。二者相辅相成，离体无相，离相无体，故曰：非空非有，亦空亦有，即空即有。吾人非但于一切事相不可执著，倒于一边，尚须透过幻起之事相，明见本真的性体。《楞严经》云：“性色真空，性空真色。”性体是真空，无有形相；无相之真空方是性体。一切有相之色，俱是妄色。妄色无体，犹如空花水月不可得，但妄想而已。故《心经》说，一切皆无，既无世法之眼耳</w:t>
      </w:r>
    </w:p>
    <w:p>
      <w:pPr>
        <w:spacing w:before="0" w:after="80" w:line="259" w:lineRule="auto"/>
        <w:ind w:firstLine="360"/>
      </w:pPr>
      <w:r>
        <w:rPr>
          <w:rFonts w:ascii="Noto Serif CJK SC" w:hAnsi="Noto Serif CJK SC" w:eastAsia="Noto Serif CJK SC"/>
        </w:rPr>
        <w:t>鼻舌身意与色声香味触法，亦无声闻缘觉之苦集灭道与十二因缘，更无菩萨之智与得，于一切不可得处乃得阿耨多罗三藐三菩提。此即揭示吾人于明心本无处而彻见本有之性体也。此在宗下谓之泯绝无寄宗，如庞居士问马祖：“不与万物为侣者，是什么人？”祖曰：“待汝一口吸尽西江水，再向你道！”心念泯绝，</w:t>
      </w:r>
    </w:p>
    <w:p>
      <w:pPr>
        <w:spacing w:before="0" w:after="80" w:line="259" w:lineRule="auto"/>
        <w:ind w:firstLine="360"/>
      </w:pPr>
      <w:r>
        <w:rPr>
          <w:rFonts w:ascii="Noto Serif CJK SC" w:hAnsi="Noto Serif CJK SC" w:eastAsia="Noto Serif CJK SC"/>
        </w:rPr>
        <w:t>空有销殒，真空妙体自然显现。又如近代之楚泉禅师，参见赤山法</w:t>
      </w:r>
    </w:p>
    <w:p>
      <w:pPr>
        <w:spacing w:before="0" w:after="80" w:line="259" w:lineRule="auto"/>
        <w:ind w:firstLine="360"/>
      </w:pPr>
      <w:r>
        <w:rPr>
          <w:rFonts w:ascii="Noto Serif CJK SC" w:hAnsi="Noto Serif CJK SC" w:eastAsia="Noto Serif CJK SC"/>
        </w:rPr>
        <w:t>祖。一日祖问曰：“法华开示悟入佛知见，历代祖师各有开示。但皆是各位祖师自己的，非关子事。今欲子从自己胸襟中道将来，如何开示悟入佛知见？”师无语。祖叹曰：“如是参禅，只是徒丧光阴，有何益处？”罚令跪参。连参三枝香，听维那打开静板响，忽然省悟！祖考问曰：“如何开佛知见？”答曰：“开出本有（即本有之自性理体也）。”进问曰：“如何示？”答曰：“示出本无（即一切心用事相皆不可得，从不可得之心用上以示本真性体也）。”再问曰：“如何悟？”答曰：“悟无有无（消灭其迷悟痕迹也）。”更问曰：“如何入？”答曰：“入出无碍（得大受用，语默动静自在无碍也）。”（四）明心见性者，明悟即心即性，即性即心也。真觉禅师云：心性虽似有体用理事之分，但考其实际，则非一非异。以从事相说来，妙用随缘，应显万类，似有形象，而妙体不动，绝诸对待，离一切相，故非一。但用从体发，用不离体；体能发用，体不离用。从此不相离背说来，故非异。经云：“一切事相，皆性之显现。”事相虽殊，分门别类，各有不同，但其性则一。故曰：“无不从此法界流，无不还归此法界。”</w:t>
      </w:r>
    </w:p>
    <w:p>
      <w:pPr>
        <w:spacing w:before="0" w:after="80" w:line="259" w:lineRule="auto"/>
        <w:ind w:firstLine="360"/>
      </w:pPr>
      <w:r>
        <w:rPr>
          <w:rFonts w:ascii="Noto Serif CJK SC" w:hAnsi="Noto Serif CJK SC" w:eastAsia="Noto Serif CJK SC"/>
        </w:rPr>
        <w:t>明镜无不现影，无影不为明镜；现影皆从明镜，无镜不能现影。心</w:t>
      </w:r>
    </w:p>
    <w:p>
      <w:pPr>
        <w:spacing w:before="0" w:after="80" w:line="259" w:lineRule="auto"/>
        <w:ind w:firstLine="360"/>
      </w:pPr>
      <w:r>
        <w:rPr>
          <w:rFonts w:ascii="Noto Serif CJK SC" w:hAnsi="Noto Serif CJK SC" w:eastAsia="Noto Serif CJK SC"/>
        </w:rPr>
        <w:t>性亦复如是，性是真空妙体，心是有形相用。故有性体必有相用，无相无从显体。是则相即性，性即相；相外无性，性外无相。非如顽空，冥顽不灵，死寂无知，落于断灭也。众生迷头认影，执相造业，故招五浊秽土；诸佛见性遣相，清净无染，故感净土庄严。其真、妄、净、秽虽殊，而现相之性体则一。吾人只须将认影遣镜之误，转换为认镜遣影，则秽土当下即是净土，并不待死后始得往生也。经云：“随其心净，即佛土净；欲净其土，先净其心。”良有以也。真空妙有者，拣非顽空，从体起用也。以真空故，能随缘；以妙有故，能起用。妙有真空者，拣非实有，摄用归体也。以随缘起用，现</w:t>
      </w:r>
    </w:p>
    <w:p>
      <w:pPr>
        <w:spacing w:before="0" w:after="80" w:line="259" w:lineRule="auto"/>
        <w:ind w:firstLine="360"/>
      </w:pPr>
      <w:r>
        <w:rPr>
          <w:rFonts w:ascii="Noto Serif CJK SC" w:hAnsi="Noto Serif CJK SC" w:eastAsia="Noto Serif CJK SC"/>
        </w:rPr>
        <w:t>诸幻相，故《弥陀经》说佛土庄严；以体性清净无染，不沾一法，故《金刚经》说一物不立。一物不立，正是佛土庄严，佛土庄严，正是一物不立，故《金刚》即《弥陀》，《弥陀》即《金刚》，非有二般。心性相体，看来有异，其实如一，如水之与波，水以湿为体，波以动为相。水性波相，看来非一，但波即水，水即波，湿性非异。故真见性者，非但心地法眼可以见道，肉眼亦能彻见真性。以性即相，相即性也。古德云：“万象丛中独露身！”又云：“山河及大地，尽露法王身！”即指此世界万有皆我性体所显现也。《金刚经》云：“若见诸相非相，即见如来！”我人果能彻究斯理，于日常生活中，即相而见性，任何尘缘境相，不作尘缘境相会，则当下超越诸有，逍遥于三界外矣！生公说法，顽石点头，情与无情，同</w:t>
      </w:r>
    </w:p>
    <w:p>
      <w:pPr>
        <w:spacing w:before="0" w:after="80" w:line="259" w:lineRule="auto"/>
        <w:ind w:firstLine="360"/>
      </w:pPr>
      <w:r>
        <w:rPr>
          <w:rFonts w:ascii="Noto Serif CJK SC" w:hAnsi="Noto Serif CJK SC" w:eastAsia="Noto Serif CJK SC"/>
        </w:rPr>
        <w:t>圆种智。目之所及，耳之所闻，无一非佛也。此在宗下谓之直指心</w:t>
      </w:r>
    </w:p>
    <w:p>
      <w:pPr>
        <w:spacing w:before="0" w:after="80" w:line="259" w:lineRule="auto"/>
        <w:ind w:firstLine="360"/>
      </w:pPr>
      <w:r>
        <w:rPr>
          <w:rFonts w:ascii="Noto Serif CJK SC" w:hAnsi="Noto Serif CJK SC" w:eastAsia="Noto Serif CJK SC"/>
        </w:rPr>
        <w:t>性。如大梅问马祖：“如何是佛？”祖曰：“即心即佛！”大梅于言下大悟。又如灵训问归宗和尚：“如何是佛？”宗云：“我今向汝道，恐汝不信！”训云：“和尚诚言，某焉敢不信！”宗云：“即汝便是！”训于言下有省。请看，何等果断！何等便捷！何等庆快！（五）明心见性者，明心性无住，一物不立，归无所得也。心性本自空灵无住，方成妙用，一有所住便成窠臼；心性本来无有一物，说空说有，说迷说悟，说真说妄，俱是相对立说，均系戏论。所谓但有言说，均无实义。如彻悟心源，明见真性，迷妄既无，</w:t>
      </w:r>
    </w:p>
    <w:p>
      <w:pPr>
        <w:spacing w:before="0" w:after="80" w:line="259" w:lineRule="auto"/>
        <w:ind w:firstLine="360"/>
      </w:pPr>
      <w:r>
        <w:rPr>
          <w:rFonts w:ascii="Noto Serif CJK SC" w:hAnsi="Noto Serif CJK SC" w:eastAsia="Noto Serif CJK SC"/>
        </w:rPr>
        <w:t>悟从何立？不立亦不立，了无一法可得。故云：人我空非真空，须法</w:t>
      </w:r>
    </w:p>
    <w:p>
      <w:pPr>
        <w:spacing w:before="0" w:after="80" w:line="259" w:lineRule="auto"/>
        <w:ind w:firstLine="360"/>
      </w:pPr>
      <w:r>
        <w:rPr>
          <w:rFonts w:ascii="Noto Serif CJK SC" w:hAnsi="Noto Serif CJK SC" w:eastAsia="Noto Serif CJK SC"/>
        </w:rPr>
        <w:t>我空，更复空空，方真到家稳坐。亦即古人所谓无所成、无所得、无所修、无所证方真成、真得、真证也。如认自己有法可得、有道可成，则正堕在圣位法执里。小则生死不了，纵或了得分段生死，绝不能了变易生死，以法执即变易生死之障故；大则发狂成魔，后果不堪设想！关于无修无得无证之说，即是彻悟到家人之了脱语，亦是最初理解如来密因人之因地法语。以众生本来是佛，不因修成。只因不觉，迷己逐物，追逐外境，沦为众生。今如凛觉醒悟，如千年暗室，一灯能明。便恢复本性，有何修证之可言？故云不假劬劳、肯綮修证也。但如习染浓厚，妄执深重，虽明斯理而历境心生，则不无辛勤绵密扫荡之功！又如仅明众生本来是佛之理，并未亲见自性，只为将来成佛之因，则更须勤恳修习，以期亲证。切不可开大口，说大话，自</w:t>
      </w:r>
    </w:p>
    <w:p>
      <w:pPr>
        <w:spacing w:before="0" w:after="80" w:line="259" w:lineRule="auto"/>
        <w:ind w:firstLine="360"/>
      </w:pPr>
      <w:r>
        <w:rPr>
          <w:rFonts w:ascii="Noto Serif CJK SC" w:hAnsi="Noto Serif CJK SC" w:eastAsia="Noto Serif CJK SC"/>
        </w:rPr>
        <w:t>欺欺人，拨无修证，而致莽莽荡荡遭秧祸也。彻悟心性，一法不立，无佛无众生，整日如痴如呆，任运随缘，皆是佛事。所谓嬉笑怒骂、謦欬掉臂，皆是海印放光；穿衣吃饭、运水搬柴，无非神通妙用！其间无所取舍，无所倚重，故谓之归无所得也。才有所重，便障自悟门，故宗下大德，皆善为人解粘去缚，即令学人放下重担，打开悟门也，如马祖见有人堕在前答“即心即佛”处，故于有僧更问“如何是佛”时，又答“非心非佛！”临济祖师恐人落在“赤肉团上无位真人”上，当有僧更问“如何是赤肉团上无位真人”时，托开其僧云：“无位真人值什么干屎橛？”又如第四节所述第二则公案，灵训于言下有省时进问云：“如何保任？”归宗云：“一翳在目，空花乱坠！”这些例子都很好说明真性是无所住、一物不立的。所以我们要彻底悟真心，既不能着佛求，更不能着神通玄妙！赵州云：“佛之一字，吾不喜闻！”后人虽有嫌其尚有“不喜在”之落处，但赵州之意在了法见，示人无一法可得、无所倚重，不在喜不</w:t>
      </w:r>
    </w:p>
    <w:p>
      <w:pPr>
        <w:spacing w:before="0" w:after="80" w:line="259" w:lineRule="auto"/>
        <w:ind w:firstLine="360"/>
      </w:pPr>
      <w:r>
        <w:rPr>
          <w:rFonts w:ascii="Noto Serif CJK SC" w:hAnsi="Noto Serif CJK SC" w:eastAsia="Noto Serif CJK SC"/>
        </w:rPr>
        <w:t>喜也。至于立言之弊，以但有言说不无痕迹！如灵龟摆尾，扫其行</w:t>
      </w:r>
    </w:p>
    <w:p>
      <w:pPr>
        <w:spacing w:before="0" w:after="80" w:line="259" w:lineRule="auto"/>
        <w:ind w:firstLine="360"/>
      </w:pPr>
      <w:r>
        <w:rPr>
          <w:rFonts w:ascii="Noto Serif CJK SC" w:hAnsi="Noto Serif CJK SC" w:eastAsia="Noto Serif CJK SC"/>
        </w:rPr>
        <w:t>迹，行迹虽去，又落扫迹。以故宗下大德说到末后，无法开口，即拂袖归方丈，以示末后也。综上所述，明心见性，实为佛教之纲宗，学佛者之圭臬！我人如真欲出生死、成大道，不问修习何宗，均须向明心见性这一伟大目的奋斗、前进！决不可畏难而退！以一切宗派的门庭设施，修习方法，无一非息心止念之手段，而这些手段又莫不以明心见性为目的。故明心见性为佛教各宗派之总纲，如不依此总纲修习，则非佛教徒矣！复次我人之有生死，因无明不觉，今如不觉破无明，挥发智光，如何能了生死？故明心见性为了生死之要关，证大道之枢</w:t>
      </w:r>
    </w:p>
    <w:p>
      <w:pPr>
        <w:spacing w:before="0" w:after="80" w:line="259" w:lineRule="auto"/>
        <w:ind w:firstLine="360"/>
      </w:pPr>
      <w:r>
        <w:rPr>
          <w:rFonts w:ascii="Noto Serif CJK SC" w:hAnsi="Noto Serif CJK SC" w:eastAsia="Noto Serif CJK SC"/>
        </w:rPr>
        <w:t>纽，任何宗派之佛教徒，非但不可漠视它、否定它、偏离它，而且要</w:t>
      </w:r>
    </w:p>
    <w:p>
      <w:pPr>
        <w:spacing w:before="0" w:after="80" w:line="259" w:lineRule="auto"/>
        <w:ind w:firstLine="360"/>
      </w:pPr>
      <w:r>
        <w:rPr>
          <w:rFonts w:ascii="Noto Serif CJK SC" w:hAnsi="Noto Serif CJK SC" w:eastAsia="Noto Serif CJK SC"/>
        </w:rPr>
        <w:t>竭尽自己之智勇与精力，为实现这一宏伟目的而努力奋斗！</w:t>
      </w:r>
    </w:p>
    <w:p>
      <w:pPr>
        <w:spacing w:before="0" w:after="80" w:line="259" w:lineRule="auto"/>
        <w:ind w:firstLine="360"/>
      </w:pPr>
      <w:r>
        <w:rPr>
          <w:rFonts w:ascii="Noto Serif CJK SC" w:hAnsi="Noto Serif CJK SC" w:eastAsia="Noto Serif CJK SC"/>
        </w:rPr>
        <w:t>乙明心见性之证成经过详细讨论明心见性的意义，我们深切知道它关系佛教至钜。如果佛教徒都来奉行弘扬，加以提倡，佛教即能昌盛兴隆。反是，佛教即将奄奄一息，一蹶不振。因为一个宗教兴亡盛衰，系于它的精神实质如何，如果只有形貌，而无精髓内容，这个宗教一定渐趋衰亡。明心见性是佛教的总纲，精髓所在！故一切宗派，任何法门无不环绕它而善巧方便地随顺众生不同的习性与各别的根器，建立多种多样的修习方法，以资发扬光大。方法虽多，目的则一。行人如不按照各该宗派所订的仪轨与所建的法门，虔诚勤恳地努力修习，仅</w:t>
      </w:r>
    </w:p>
    <w:p>
      <w:pPr>
        <w:spacing w:before="0" w:after="80" w:line="259" w:lineRule="auto"/>
        <w:ind w:firstLine="360"/>
      </w:pPr>
      <w:r>
        <w:rPr>
          <w:rFonts w:ascii="Noto Serif CJK SC" w:hAnsi="Noto Serif CJK SC" w:eastAsia="Noto Serif CJK SC"/>
        </w:rPr>
        <w:t>以烧香礼拜，求些福报为事，则不能得各该宗派之的旨——明心见</w:t>
      </w:r>
    </w:p>
    <w:p>
      <w:pPr>
        <w:spacing w:before="0" w:after="80" w:line="259" w:lineRule="auto"/>
        <w:ind w:firstLine="360"/>
      </w:pPr>
      <w:r>
        <w:rPr>
          <w:rFonts w:ascii="Noto Serif CJK SC" w:hAnsi="Noto Serif CJK SC" w:eastAsia="Noto Serif CJK SC"/>
        </w:rPr>
        <w:t>性。不能明心见性，也自然达不到学佛的真正目的。佛教的精神目标不能显扬，怎么能够不萎靡不振，日趋衰颓呢？所以我们要振兴</w:t>
      </w:r>
    </w:p>
    <w:p>
      <w:pPr>
        <w:spacing w:before="0" w:after="80" w:line="259" w:lineRule="auto"/>
        <w:ind w:firstLine="360"/>
      </w:pPr>
      <w:r>
        <w:rPr>
          <w:rFonts w:ascii="Noto Serif CJK SC" w:hAnsi="Noto Serif CJK SC" w:eastAsia="Noto Serif CJK SC"/>
        </w:rPr>
        <w:t>佛教，非提倡明心见性不可！那么，我们用什么方法才能达到明心</w:t>
      </w:r>
    </w:p>
    <w:p>
      <w:pPr>
        <w:spacing w:before="0" w:after="80" w:line="259" w:lineRule="auto"/>
        <w:ind w:firstLine="360"/>
      </w:pPr>
      <w:r>
        <w:rPr>
          <w:rFonts w:ascii="Noto Serif CJK SC" w:hAnsi="Noto Serif CJK SC" w:eastAsia="Noto Serif CJK SC"/>
        </w:rPr>
        <w:t>见性的目的呢？又有什么方法最快速最简易可行呢？为了适应上中下三根修行人的爱好和便利不同习气的人迅速入门起见，兹择禅、净、密三宗中最简单、最迅速、最方便的修习方法，详细介绍如下。至于其他宗派，上面说过，只有其名，而无其实，无有真正修习之人。如天台宗，虽有止观法门，而今行人皆修净土；华严宗虽有华严三观，但修行者不入禅即入净，不复修观；法相宗也有唯识观，但该宗行人，今则讨论教义，分析名相，作佛学研究，而不入观，至与性宗分河饮水，争论纷纷。其余如“三论”等宗，更连名义亦渐使人淡忘，故今暂置一边不去讨论它了。（一）禅宗讲到明心见性，最简便、最迅速的方法，莫过于禅宗了。因为禅宗是教外别传，不立文字，直指人心，见性成佛的。不像其他宗派，转弯抹角地建立许多仪轨法则，让行人按部就班渐次修习，慢慢证成。譬如欲深入宝所，禅宗只一道门，一打开，即能进入，而其他宗派，最少者亦有二道门，多者就不止三四道门了。</w:t>
      </w:r>
    </w:p>
    <w:p>
      <w:pPr>
        <w:spacing w:before="0" w:after="80" w:line="259" w:lineRule="auto"/>
        <w:ind w:firstLine="360"/>
      </w:pPr>
      <w:r>
        <w:rPr>
          <w:rFonts w:ascii="Noto Serif CJK SC" w:hAnsi="Noto Serif CJK SC" w:eastAsia="Noto Serif CJK SC"/>
        </w:rPr>
        <w:t>所以禅宗是佛教的正宗，它门风高峻，气势磅礴，人才辈出，气象万千，独称宗门。中国佛教之兴隆昌盛，端赖此宗作中流砥柱，独挑大梁。但可惜降及近世，这仅有的一道无门之门，似乎已经堵死了。此宗非但人才寥落，绝无过去诸大宗师生龙活虎般的气派，纵擒活杀为人的手段，且亦不具相机提示，逢缘点化的妙手。晚近的所谓禅宗，从南到北，由东到西，走遍天下，只是教人参一句刻板死煞话头——“念佛是谁？”你如请他于念佛是谁外别示方便。他在无法开脱下，只说禅要自己参，不须问人，而不能别出手眼善巧露布，</w:t>
      </w:r>
    </w:p>
    <w:p>
      <w:pPr>
        <w:spacing w:before="0" w:after="80" w:line="259" w:lineRule="auto"/>
        <w:ind w:firstLine="360"/>
      </w:pPr>
      <w:r>
        <w:rPr>
          <w:rFonts w:ascii="Noto Serif CJK SC" w:hAnsi="Noto Serif CJK SC" w:eastAsia="Noto Serif CJK SC"/>
        </w:rPr>
        <w:t>使学人当下悟去。以致禅宗行人苦参几十年了无消息，所谓明心见</w:t>
      </w:r>
    </w:p>
    <w:p>
      <w:pPr>
        <w:spacing w:before="0" w:after="80" w:line="259" w:lineRule="auto"/>
        <w:ind w:firstLine="360"/>
      </w:pPr>
      <w:r>
        <w:rPr>
          <w:rFonts w:ascii="Noto Serif CJK SC" w:hAnsi="Noto Serif CJK SC" w:eastAsia="Noto Serif CJK SC"/>
        </w:rPr>
        <w:t>性者，将视为历史的陈迹而束之高阁了。太虚大师无限感慨地说：“现在禅宗儿孙，都是法眷传法，而不是明心见性后传法，所谓临济宗几世孙，皆一张空纸而已，何曾悟心来！”言之，能不令人痛心！禅宗最重要的是师资。学人之所以能迅速开悟，全赖明眼老师从旁拶逼锤炼，相机提示点破，否则业障众生，玄关紧闭，识锁难开，自力参取谈何容易！但是现在师资如此缺乏，哪里去寻这大手笔宗师来赤诚善巧为人？所以一些野狐精都用一句人云亦云的刻板话头——念佛是谁？——来藉以藏身。你如问他：“如何是佛？”他叫你去参“念佛是谁？”你问他：“不是心，不是物，不是佛是什么？”他也叫你自己参“念佛是谁？”总之，离开念佛是谁，即无有开示。就这样上行下效，把个禅宗搞得徒具虚名，一团污糟，宁不痛惜！假如这也叫你自己参，那也叫你自己参，要你宗师何用？其实说穿了，不值一笑。原来所谓宗师者，自己并未豁开正眼，也是个睁眼瞎，你叫他方便善巧为人，岂不是叫瞎子去做俏媚眼吗？如果有一二位明眼人说，不用如此参，可改用直指法，直指他如何是本来面目，叫他当下见性。他又毁谤你是野狐禅。因为他自己用功数十年，没有消息，就疑惑他人亦不能见性。更或还要说，祖庭所传，参禅要“参念佛是谁”，哪有用什么直指的？这叫己既不能，又疑他人，禅宗如何能不衰颓消沉呢？其实禅宗古来本不须参什么话头而系直接指示的。如傅大士云：“夜夜抱佛眠，朝朝还共起。起坐镇相随，语默同居止。纤毫不相离，如身影相似。欲识佛去处，只这语声是。”宝志公《大乘赞》并《十二时颂》，俱系直指。其《十二时颂》末二句云：“未了之人听一言，只这如今谁动口。”更为径捷明快。</w:t>
      </w:r>
    </w:p>
    <w:p>
      <w:pPr>
        <w:spacing w:before="0" w:after="80" w:line="259" w:lineRule="auto"/>
        <w:ind w:firstLine="360"/>
      </w:pPr>
      <w:r>
        <w:rPr>
          <w:rFonts w:ascii="Noto Serif CJK SC" w:hAnsi="Noto Serif CJK SC" w:eastAsia="Noto Serif CJK SC"/>
        </w:rPr>
        <w:t>南岳慧思大师偈曰：“天不能盖地不载，无去无来无障碍。无长无短无青黄，不在中间及内外。超群同众太虚玄，指物传心人不会。”布袋和尚偈云：“只个心心心是佛，十方世界最灵物；纵横妙用可怜生，一切不如心真实。”又云：“吾有一躯佛，世人皆不识，不塑又不装，不雕亦不刻。无一滴灰泥，无一点彩色。人画画不成，贼偷偷不得。体相本自然，清净非拂拭。”类此语句多不胜举。即祖师禅也不过只就来机问处下搭，去其住着，于妄心不行处，逼令回光返照，彻见本来。因为禅是正法眼藏，涅槃妙心，系圆顿法门，属悟不属修。古来大德，均言下得旨，句前荐机，见性成道，没有一个是参话头，积久开悟的。如六祖闻人诵《金刚经》，即便开悟。得五祖开示证明后，为惠明说法，亦只说：“不思善，不思恶，正与么时，那个是明上座本来面目。”惠明即于言下大悟。不闻教参什么话头！提起这则惠明公案，也曾闹过一场纠纷。有人说：“这是六祖直指。不思善，不思恶，一念不生时，而了了分明不落断灭的那个，即是本来面目，那个应作that解。”有人说：“不对，那个应作what解，叫他自己参，不是直接告知。”双方各执一词，打了多少笔墨官司，还是不见分晓。其实依愚见，作that或what解，均在当人。如能当下领会六祖的提示，what即是that；如颟顸笼统，莫知所以，that即是what了。何必定分that和what呢？因为禅宗的法语，本是两面刃，一面杀，一面活，不可执定一面看。更何况古来大德常用直指法呢！如临济禅师示众云：“赤肉团上有一无位真人。要识这无位真人么？即今说法、听法者是。”又如僧问慧海：“如何是佛？”海云：“清谈对面，非佛而何？”更如前面所举僧问归宗：“如何是佛？”宗曰：“即汝便是！”等等，不胜枚举。此等指示，多少直捷，多少痛快！假如我们也用直指法指示学人，不教参什么话头，不是也能造就些人才吗？但不幸的是，有很多人非议直指说，直指一法，远在石头下，药山禅师即否定其存在。如于岫大夫问紫玉禅师：“如何是佛？”玉召大夫云：“大夫！”岫应诺。玉云：“即此是，无别物。”大夫有省。宁非直指！但药山闻之曰：“于岫大夫埋向紫玉山中了也。”岂不是不肯直指吗？后于岫大夫闻药山语而大疑，复往参药山。山曰：“有疑但问。”大夫问云：“如何是佛？”山亦召云：“大夫！”大夫应诺。山抓住时机追问云：“是什么？！”大夫大悟。你看这问语多有力量！这种大悟的效果，岂是直指所能达到的！</w:t>
      </w:r>
    </w:p>
    <w:p>
      <w:pPr>
        <w:spacing w:before="0" w:after="80" w:line="259" w:lineRule="auto"/>
        <w:ind w:firstLine="360"/>
      </w:pPr>
      <w:r>
        <w:rPr>
          <w:rFonts w:ascii="Noto Serif CJK SC" w:hAnsi="Noto Serif CJK SC" w:eastAsia="Noto Serif CJK SC"/>
        </w:rPr>
        <w:t>余闻之，不禁笑云：君等但知其一，不知其二。直指一法，变化多</w:t>
      </w:r>
    </w:p>
    <w:p>
      <w:pPr>
        <w:spacing w:before="0" w:after="80" w:line="259" w:lineRule="auto"/>
        <w:ind w:firstLine="360"/>
      </w:pPr>
      <w:r>
        <w:rPr>
          <w:rFonts w:ascii="Noto Serif CJK SC" w:hAnsi="Noto Serif CJK SC" w:eastAsia="Noto Serif CJK SC"/>
        </w:rPr>
        <w:t>端，不是千篇一律的。药山之所以不肯紫玉，乃试试于岫大夫是否脚跟真正点地，如真悟者，虽佛出兴于世，亦如不闻不见。若非真悟，即不免随人脚跟转。如马祖示大梅即心是佛后，亦曾遣侍者说非心非佛往试大梅。故药山试垂一语以钓大夫看他是否上钩。不料于岫脚跟未曾点地，一闻即便生疑，不似大梅彻悟无疑，于侍者来试时，反呵马祖：“这老汉淆惑人心！”毫不动摇。于岫既到药山，复如前问。山为不辜其问，变换一下直指的手法，暗示他这应诺的即是佛，使其领悟。盖于岫所问：“如何是佛？”所答当不离问处，即答应他啥样才是佛，而不可答他别样事物。否则，即答非所问。故于大夫应诺后，山追问：“是什么？”不就等于明白告诉他，这答应的便是佛吗！所以这种问话式的答话是直指的另一种暗示手法，看起来似问语，但和上下文连贯起来看，就等于是肯定语了。紫玉、药山语式虽异，手法是一。如无紫玉肯定语在前，朦胧者仅闻药山“是什么”的问话式答语，恐又将作疑问会矣！降至后世，这些手法为什么不用，而改为参话头呢？因为人心向后险恶、浮滑，根基日渐薄劣、浅陋。如用直指，聪明伶俐者虽能领悟，但以得来太不费事，太轻松便当，不予重视。有如纨绔子弟，得父祖遗产，自己未经辛勤流汗劳动，不知来处艰难，狂花滥用，结果贫困潦倒，客死他乡。故此等人不能体会祖师赤诚为人之悲心，反而等闲轻易视之，不能遵守教导，绵密保任，守道养性，证成正果。愚昧者，虽经百般指点开示，但以未见任何奇特神通玄妙，以为不是，不肯承当，总向心外求法，以期神效。主法者虽悲心痛切，欲大家都能当下见性，成佛证果，但不能按牛头吃草，代伊承当。故不得已由宋大慧宗杲禅师，改为参话头（以前虽亦有参话头，但尚未蔚然成风）。用一则无义味的话头，安在学人心上，生起大疑情。如吞栗棘蓬相似，吞又吞不下，吐又吐不出，使整个身心拶入疑团内，行不知行，坐不知坐，所有妄念情想于不知不觉中完全化为疑情。时节因缘到来——即功夫成熟，桶底脱落，如十字街头，撞着亲爹相似，方知以前所为，皆如白日作梦！浑浑噩噩，争名夺利，好不羞惭！悟心后，方知辛勤参究亦是多此一举，以佛性天真，不属修证。但不走此一段冤枉路怎得打开这紧闭的识锁玄关，见到本来面目？路虽多走一段，看似冤枉，但脚劲总练出来了，不比光读佛经、语录，空谈理论者虽亦相似明悟，能通佛理，但遇事不得力，常为境转。大慧杲呵为药水汞，遇火即飞！此祖师痛切为人，因时制宜，方便变迁，不得已之苦衷也。</w:t>
      </w:r>
    </w:p>
    <w:p>
      <w:pPr>
        <w:spacing w:before="0" w:after="80" w:line="259" w:lineRule="auto"/>
        <w:ind w:firstLine="360"/>
      </w:pPr>
      <w:r>
        <w:rPr>
          <w:rFonts w:ascii="Noto Serif CJK SC" w:hAnsi="Noto Serif CJK SC" w:eastAsia="Noto Serif CJK SC"/>
        </w:rPr>
        <w:t>祖师虽创立参话头门庭，但绝非教大家千篇一律地参一则刻板话头，而是因人施教，就不同的来机，参不同的话头。因话头的得力处在起疑情，如疑情起不起，即毫无作用。故宗下有大疑大悟、小疑小悟、不疑不悟之语。而且有的话头只能破初关或重关，不能一线到底打破牢关。故决不是用一则话头，可以教导一切人的。所以参话头须老师的慧眼来识别来机，施与恰当适应的话头，令其一参，即能生起疑情，方能受益。否则，徒然唐丧光阴，不起作用。复次，于参究时，更须老师时刻留意，缜密察看学人进展的情况，从旁推进；尤须抓紧与学人所参话头有关的时节因缘，拶逼提示，俾能当下有省，识自本心，见自本性。如黄山谷参晦堂，堂令参“二三子以吾有隐乎？吾无隐乎尔！”孔老夫子教导弟子的一则话头，山谷久参未悟。一日山谷与晦堂游山次，一阵风吹来桂花香味，山谷脱口曰：“好一阵木樨香味！”晦堂即应机点示云：“吾无隐乎尔！”山谷于言下大悟。由此看来，禅宗的师资多么重要，而现在又哪里去寻这种明眼的大宗师哩！禅宗既因墨守陈规而死气沉沉，日趋衰亡。为今之计，似又须改弦易辙，另走捷径，以资打开僵局，复兴禅宗。从现阶段的禅机因缘看来，愚意似应改为直示本来面目，不要再守一则刻板死煞话头，</w:t>
      </w:r>
    </w:p>
    <w:p>
      <w:pPr>
        <w:spacing w:before="0" w:after="80" w:line="259" w:lineRule="auto"/>
        <w:ind w:firstLine="360"/>
      </w:pPr>
      <w:r>
        <w:rPr>
          <w:rFonts w:ascii="Noto Serif CJK SC" w:hAnsi="Noto Serif CJK SC" w:eastAsia="Noto Serif CJK SC"/>
        </w:rPr>
        <w:t>以利学人迅速开悟。为师者只就来人询问处下搭，逼其于意识不行</w:t>
      </w:r>
    </w:p>
    <w:p>
      <w:pPr>
        <w:spacing w:before="0" w:after="80" w:line="259" w:lineRule="auto"/>
        <w:ind w:firstLine="360"/>
      </w:pPr>
      <w:r>
        <w:rPr>
          <w:rFonts w:ascii="Noto Serif CJK SC" w:hAnsi="Noto Serif CJK SC" w:eastAsia="Noto Serif CJK SC"/>
        </w:rPr>
        <w:t>时，回光自见，然后再嘱其善自绵密保任，销除妄习，圆成道果。此等直示方法，古来有很多好例子。如问：如何是佛？答曰：问者是谁？！曰：是我。难曰：唤什么作我？曰：见闻觉知是我，身是我！难曰：身是汝！知身是汝者又是谁？曰：亦是我。难曰：身与知俱是汝，岂非有二个汝？曰：如身与知俱非我，岂不落断空？！因唤彼云：某甲！答曰：诺！直指云：是什么？！是断空吗？（这个无身亦无知，又不落断空的了了灵知不是佛是什么？！）彼乃恍然大悟。又如问：</w:t>
      </w:r>
    </w:p>
    <w:p>
      <w:pPr>
        <w:spacing w:before="0" w:after="80" w:line="259" w:lineRule="auto"/>
        <w:ind w:firstLine="360"/>
      </w:pPr>
      <w:r>
        <w:rPr>
          <w:rFonts w:ascii="Noto Serif CJK SC" w:hAnsi="Noto Serif CJK SC" w:eastAsia="Noto Serif CJK SC"/>
        </w:rPr>
        <w:t>本来面目可得见否？答曰：不可得见！问曰：为什么不可得见？答</w:t>
      </w:r>
    </w:p>
    <w:p>
      <w:pPr>
        <w:spacing w:before="0" w:after="80" w:line="259" w:lineRule="auto"/>
        <w:ind w:firstLine="360"/>
      </w:pPr>
      <w:r>
        <w:rPr>
          <w:rFonts w:ascii="Noto Serif CJK SC" w:hAnsi="Noto Serif CJK SC" w:eastAsia="Noto Serif CJK SC"/>
        </w:rPr>
        <w:t>曰：本来面目是汝自己，汝自己又要见过本来面目，岂非两个本来面目耶？如眼岂能自见？曰：然则本来面目是无耶？答曰：眼虽不能自见，眼却非无！汝今不思善、不思恶时，还有妄念否？答曰：一念不生！问曰：一念不生，如木石无知否？曰：了了常知！直指曰：即此非有无之了了常知是什么？是不是汝本来面目！又如问：如何是我自己？答曰：即今问者岂非汝自己？！问曰：即将此问者为我自己可否？答曰：不可！问曰：为甚不可？答曰：问者虽是汝自己，若</w:t>
      </w:r>
    </w:p>
    <w:p>
      <w:pPr>
        <w:spacing w:before="0" w:after="80" w:line="259" w:lineRule="auto"/>
        <w:ind w:firstLine="360"/>
      </w:pPr>
      <w:r>
        <w:rPr>
          <w:rFonts w:ascii="Noto Serif CJK SC" w:hAnsi="Noto Serif CJK SC" w:eastAsia="Noto Serif CJK SC"/>
        </w:rPr>
        <w:t>认着自己，即成二个自己了。谓问者是汝自己，又认着问者为自己，岂非二个自己耶？彼乃释然大悟。如斯随机直指，令其当下开悟，岂不快便？较之辛勤参究数十年了无消息者，相去奚啻霄壤！或曰：如是指悟者遇事恐不得力。曰：彼如真个自肯承当，纵令习染深厚，一时恐不无走着，但如能绵密保任，如古人悟后牧牛相似，二六时中抓紧牛绳鞭索，看令不许走着，二三年后，功夫不患不能成片、不达炉火纯青之境。最忌浮滑禅流，似是而非，浮光掠影，口头虽似圆滑，但心性实未明悟。又复不肯脚踏实地，在事上历境练心，绵密保任，任其流浪走着，则终成败坏！虽然，如能于茫茫人海中，捞一个半个豁开正眼，为人天眼目，</w:t>
      </w:r>
    </w:p>
    <w:p>
      <w:pPr>
        <w:spacing w:before="0" w:after="80" w:line="259" w:lineRule="auto"/>
        <w:ind w:firstLine="360"/>
      </w:pPr>
      <w:r>
        <w:rPr>
          <w:rFonts w:ascii="Noto Serif CJK SC" w:hAnsi="Noto Serif CJK SC" w:eastAsia="Noto Serif CJK SC"/>
        </w:rPr>
        <w:t>亦较数十年苦参了无消息，无人继承法统，而不得不沦为法眷传法</w:t>
      </w:r>
    </w:p>
    <w:p>
      <w:pPr>
        <w:spacing w:before="0" w:after="80" w:line="259" w:lineRule="auto"/>
        <w:ind w:firstLine="360"/>
      </w:pPr>
      <w:r>
        <w:rPr>
          <w:rFonts w:ascii="Noto Serif CJK SC" w:hAnsi="Noto Serif CJK SC" w:eastAsia="Noto Serif CJK SC"/>
        </w:rPr>
        <w:t>者，又不知好多少倍了。另外揆诸古德令人参话头的用意，不过是叫人于心念行不得处回光自见。但现时人根陋劣，被这闷棍一打，即死于棍下，活不转来。何如直指，令伊自肯承当，进而保任圆成，较为得计哩！复次，禅是正法眼藏，涅槃妙心，一切不着，无用心处。而参话头</w:t>
      </w:r>
    </w:p>
    <w:p>
      <w:pPr>
        <w:spacing w:before="0" w:after="80" w:line="259" w:lineRule="auto"/>
        <w:ind w:firstLine="360"/>
      </w:pPr>
      <w:r>
        <w:rPr>
          <w:rFonts w:ascii="Noto Serif CJK SC" w:hAnsi="Noto Serif CJK SC" w:eastAsia="Noto Serif CJK SC"/>
        </w:rPr>
        <w:t>正是有用心处。有处用心皆是着相；无用心处，方是正用心。如僧问</w:t>
      </w:r>
    </w:p>
    <w:p>
      <w:pPr>
        <w:spacing w:before="0" w:after="80" w:line="259" w:lineRule="auto"/>
        <w:ind w:firstLine="360"/>
      </w:pPr>
      <w:r>
        <w:rPr>
          <w:rFonts w:ascii="Noto Serif CJK SC" w:hAnsi="Noto Serif CJK SC" w:eastAsia="Noto Serif CJK SC"/>
        </w:rPr>
        <w:t>古德：本来面目如何用心参耶？答曰：本来面目无你用心</w:t>
      </w:r>
    </w:p>
    <w:p>
      <w:pPr>
        <w:spacing w:before="0" w:after="80" w:line="259" w:lineRule="auto"/>
        <w:ind w:firstLine="360"/>
      </w:pPr>
      <w:r>
        <w:rPr>
          <w:rFonts w:ascii="Noto Serif CJK SC" w:hAnsi="Noto Serif CJK SC" w:eastAsia="Noto Serif CJK SC"/>
        </w:rPr>
        <w:t>处！“参”正是用心处！问曰：如是无用心处，如何用心耶？答曰：无处用心，方是正用心；有处用心，皆是着相！问曰：无处用心，岂不落空耶？答曰：知落空者是谁？曰：是我也。曰：此既是你，岂落空耶？问曰：即将此知落空者为我可否？答曰：不可！问曰：为甚不可？答曰：金屑虽贵，落眼成翳！禅宗的门庭设施，是由伟大的祖师视众生的机感与时节因缘而随宜制定的，并无一定的楷模。过去既</w:t>
      </w:r>
    </w:p>
    <w:p>
      <w:pPr>
        <w:spacing w:before="0" w:after="80" w:line="259" w:lineRule="auto"/>
        <w:ind w:firstLine="360"/>
      </w:pPr>
      <w:r>
        <w:rPr>
          <w:rFonts w:ascii="Noto Serif CJK SC" w:hAnsi="Noto Serif CJK SC" w:eastAsia="Noto Serif CJK SC"/>
        </w:rPr>
        <w:t>可由直指而改为参话头，现在又何不可由参话头改为问答逼拶见性</w:t>
      </w:r>
    </w:p>
    <w:p>
      <w:pPr>
        <w:spacing w:before="0" w:after="80" w:line="259" w:lineRule="auto"/>
        <w:ind w:firstLine="360"/>
      </w:pPr>
      <w:r>
        <w:rPr>
          <w:rFonts w:ascii="Noto Serif CJK SC" w:hAnsi="Noto Serif CJK SC" w:eastAsia="Noto Serif CJK SC"/>
        </w:rPr>
        <w:t>呢？因为现在参话头，时久弊生，流为一则刻板死话头，大家生不起疑情，以致苦参数十年而了无消息，加以现在环境不同，大家都很忙，没有人能像过去那样用几十年的时间来专为参禅而参禅；就是有这种苦心孤诣的人，肯花冗长的时间来苦参，亦为时代所不</w:t>
      </w:r>
    </w:p>
    <w:p>
      <w:pPr>
        <w:spacing w:before="0" w:after="80" w:line="259" w:lineRule="auto"/>
        <w:ind w:firstLine="360"/>
      </w:pPr>
      <w:r>
        <w:rPr>
          <w:rFonts w:ascii="Noto Serif CJK SC" w:hAnsi="Noto Serif CJK SC" w:eastAsia="Noto Serif CJK SC"/>
        </w:rPr>
        <w:t>许。更何况禅属智悟，是用极强的智慧打开识锁玄关的，不是由定</w:t>
      </w:r>
    </w:p>
    <w:p>
      <w:pPr>
        <w:spacing w:before="0" w:after="80" w:line="259" w:lineRule="auto"/>
        <w:ind w:firstLine="360"/>
      </w:pPr>
      <w:r>
        <w:rPr>
          <w:rFonts w:ascii="Noto Serif CJK SC" w:hAnsi="Noto Serif CJK SC" w:eastAsia="Noto Serif CJK SC"/>
        </w:rPr>
        <w:t>功积累而开悟的。现在如改用直指法，指示学人当下见性，再用牧牛法保任除习以资圆证，是较合时宜，而且也不违背禅宗的宗旨。因为禅即是明心见性，而用以明心见性的方法，古来就很多直指法，并非今天新创，有什么不可呢？兹为加深读者的信心起见，再</w:t>
      </w:r>
    </w:p>
    <w:p>
      <w:pPr>
        <w:spacing w:before="0" w:after="80" w:line="259" w:lineRule="auto"/>
        <w:ind w:firstLine="360"/>
      </w:pPr>
      <w:r>
        <w:rPr>
          <w:rFonts w:ascii="Noto Serif CJK SC" w:hAnsi="Noto Serif CJK SC" w:eastAsia="Noto Serif CJK SC"/>
        </w:rPr>
        <w:t>举一则便捷、轻快的直指禅法于下，以示余言不谬。真觉禅师与侍者同阅《楞严经》次，至“我若按指，海印放光”处，侍者问云：此意作么生？师云：释迦老子好与三十棒！侍者云：有何过患，要吃三十棒？师云：要按指作么？！侍者云：争奈暂时举心，尘劳先起！师大喝云：亦是海印放光！侍者大悟云：啊！多年来只以心起便是尘劳妄念，不知原是海印放光！诸位请看，此等直指开示，多么痛快，多么清晰，又多么便捷！闻者于言下悟去，能不庆快生平，欢喜无量哉！关于妄念和放光——即妙用之别，原来在于日用、应缘、接物时粘着不粘着。若粘着，海印放光即变成尘劳妄念；若不粘着，尘劳妄念即是海印放光。六祖云：“若于转处不留情，繁兴永处那伽定。”憨山大师释云：“所言转识成智者，别无妙术。但于日用念念流转处，若留情念系着，即智成识；若念念转处，心无系着，不结情根，即识成智。则一切时中常居那伽大定矣！”又憨山大师梦升兜率，弥勒为说唯识曰：“分别是识，无分别是智。依识染，依智净。染有生死，净无诸佛。”这些言句，何等简练明畅，如倾甘露于焦渴喉中。吾人得闻，幸何如之！不于当下拨开迷雾，明见佛性，于日用中保任圆成，还疑个什么呢？或者有人说：参禅参禅，要经过一番艰苦参究开悟，方能大用现前。直指顿悟见性之禅，只是口头禅、文字禅，乃至野狐禅，不派用场。更或认为其他宗派虽修至见性时亦不是禅，唯有参话头，才是嫡传的教外别传之禅。他们似乎忘记了禅宗的初祖摩诃迦叶接佛心印时，是经过一番</w:t>
      </w:r>
    </w:p>
    <w:p>
      <w:pPr>
        <w:spacing w:before="0" w:after="80" w:line="259" w:lineRule="auto"/>
        <w:ind w:firstLine="360"/>
      </w:pPr>
      <w:r>
        <w:rPr>
          <w:rFonts w:ascii="Noto Serif CJK SC" w:hAnsi="Noto Serif CJK SC" w:eastAsia="Noto Serif CJK SC"/>
        </w:rPr>
        <w:t>艰苦参究话头才开悟接法的，还是于释迦佛拈花示众时微笑印心</w:t>
      </w:r>
    </w:p>
    <w:p>
      <w:pPr>
        <w:spacing w:before="0" w:after="80" w:line="259" w:lineRule="auto"/>
        <w:ind w:firstLine="360"/>
      </w:pPr>
      <w:r>
        <w:rPr>
          <w:rFonts w:ascii="Noto Serif CJK SC" w:hAnsi="Noto Serif CJK SC" w:eastAsia="Noto Serif CJK SC"/>
        </w:rPr>
        <w:t>的。须知禅就是涅槃妙心，真如佛性，只要明悟不疑就是，不在用什么法上。一切方法只是明见它的手段，不是真伪的分别。而这些手段须视时代之不同，根器的优劣，随时制宜，不可泥执成见，墨守陈规。否则甚难造就人才，绍隆佛种！相反，因为西天二十八祖和东土六祖都不是用参话头开悟的，而是直指人心，见性成佛的，所以说禅只到六祖为止，以后只是教，不是禅的，亦大有人在！故禅之为禅，绝不在某种传统方法上。至于说大用现前，不知果何所指？如以为显发神通，才算大用现前，那未免太执相，太狭隘了。须知宗下所谓大机大用，乃指胸襟磊落，意气风发，慷慨激昂，豪迈不群的处世为人的风格；不受一切受，遇事不粘，明见机先的作风，所谓“泰山崩于前而色不变，麋鹿</w:t>
      </w:r>
    </w:p>
    <w:p>
      <w:pPr>
        <w:spacing w:before="0" w:after="80" w:line="259" w:lineRule="auto"/>
        <w:ind w:firstLine="360"/>
      </w:pPr>
      <w:r>
        <w:rPr>
          <w:rFonts w:ascii="Noto Serif CJK SC" w:hAnsi="Noto Serif CJK SC" w:eastAsia="Noto Serif CJK SC"/>
        </w:rPr>
        <w:t>兴于左而目不瞬”，不是什么显发神通不显发神通。如说神通，难道穿衣吃饭、发明创造，不是神通吗？如说不是，为什么庞居士说“神通与妙用，运水与搬柴”哩！可见你轻视日常运用不是神通，乃是你着相求神奇、好玄妙的劣根性在作怪！换一句话说，你的心根本不曾空，不曾见性，还是着相以求。这样下去，即便发了神通，亦成魔道，因粘着未断在。持这种见解的人很多，兹再举一例，以示寻常日用即神通妙用，不可另求玄奇神妙，以免弄精魂而入魔道。麻谷等五位大德悟道后，行脚参方，以资增益。时天热口渴，见路旁有一婆婆卖茶，乃唤婆云：请来五杯茶。婆见来五位和尚，乃问云：大德何往？曰：参善知识。婆送上茶后曰：我这里茶要有神通才能喝，无神通不能喝！五位大师虽已开悟，但神通未发，面面相觑，不敢举杯饮茶。婆见状哈哈大笑云：五个呆鸟看老婆子逞神通喝茶！举起杯来，一一饮尽。五人看罢恍然大悟，齐声道：今日才是我等真正悟道时！我等时时在神通中，不知是神通，还向外驰求。今日不逢婆婆，又几错过一生！这虽是观世音菩萨化身指点彼等，又何尝不是指示我们的迷津哩！</w:t>
      </w:r>
    </w:p>
    <w:p>
      <w:pPr>
        <w:spacing w:before="0" w:after="80" w:line="259" w:lineRule="auto"/>
        <w:ind w:firstLine="360"/>
      </w:pPr>
      <w:r>
        <w:rPr>
          <w:rFonts w:ascii="Noto Serif CJK SC" w:hAnsi="Noto Serif CJK SC" w:eastAsia="Noto Serif CJK SC"/>
        </w:rPr>
        <w:t>达摩大师云：迷时色摄识，悟时识摄色；但得本，不愁末。直指见</w:t>
      </w:r>
    </w:p>
    <w:p>
      <w:pPr>
        <w:spacing w:before="0" w:after="80" w:line="259" w:lineRule="auto"/>
        <w:ind w:firstLine="360"/>
      </w:pPr>
      <w:r>
        <w:rPr>
          <w:rFonts w:ascii="Noto Serif CJK SC" w:hAnsi="Noto Serif CJK SC" w:eastAsia="Noto Serif CJK SC"/>
        </w:rPr>
        <w:t>性，如自真肯不疑，必然通身放下，寓定于慧，于日用中死心贴贴地毫无粘滞。纵或习染深厚，一时不能净尽，遇个别境缘尚有起心动念处，但前念才起，后念即觉，不至徘徊不去，留连忘返。再经绵密打磨，不断锤炼，必然“皮肤脱落尽，惟露一真实”，不愁不神通大发。至于将信将疑、犹豫不决者，又当别论矣。如说其他宗派修至见性时亦不是禅，为什么经文分明说“若人但念阿弥陀，是名无上深妙禅”呢？净土宗人念佛念到“一心不乱”、“花开见佛悟无生”，不是即与禅宗合辙了吗？所以古德说：“禅是净土之禅，净土是禅之净土。”“禅即净，净即禅，禅净不分家。”禅与净的关系既如此，其他宗派又何尝不如此呢？因为同是佛说，同是明心见性，同是了生死的呀！为什么偏偏要分宗裂派，你呵斥我，我责骂你，兄弟阋墙哩！上面说过，有人说：“禅属悟，不属修；禅是顿，不是渐。禅之为禅，只到六祖为止，以后只是教，不是禅了。”因为教是讲渐修的，一步一个脚印，历阶上升，有修、有得、有证的；而禅是一悟便休，一切时、一切处只随缘放旷、任运逍遥，无修、无得、无证的。六祖以后，诸方禅德都讲渐修，研讨取证，所以只是教而非禅了。</w:t>
      </w:r>
    </w:p>
    <w:p>
      <w:pPr>
        <w:spacing w:before="0" w:after="80" w:line="259" w:lineRule="auto"/>
        <w:ind w:firstLine="360"/>
      </w:pPr>
      <w:r>
        <w:rPr>
          <w:rFonts w:ascii="Noto Serif CJK SC" w:hAnsi="Noto Serif CJK SC" w:eastAsia="Noto Serif CJK SC"/>
        </w:rPr>
        <w:t>绪说</w:t>
      </w:r>
    </w:p>
    <w:p>
      <w:pPr>
        <w:spacing w:before="0" w:after="80" w:line="259" w:lineRule="auto"/>
        <w:ind w:firstLine="360"/>
      </w:pPr>
      <w:r>
        <w:rPr>
          <w:rFonts w:ascii="Noto Serif CJK SC" w:hAnsi="Noto Serif CJK SC" w:eastAsia="Noto Serif CJK SC"/>
        </w:rPr>
        <w:t>明心见性之意义</w:t>
      </w:r>
    </w:p>
    <w:p>
      <w:pPr>
        <w:spacing w:before="0" w:after="80" w:line="259" w:lineRule="auto"/>
        <w:ind w:firstLine="360"/>
      </w:pPr>
      <w:r>
        <w:rPr>
          <w:rFonts w:ascii="Noto Serif CJK SC" w:hAnsi="Noto Serif CJK SC" w:eastAsia="Noto Serif CJK SC"/>
        </w:rPr>
        <w:t>明心见性之证成</w:t>
      </w:r>
    </w:p>
    <w:p>
      <w:pPr>
        <w:spacing w:before="0" w:after="80" w:line="259" w:lineRule="auto"/>
        <w:ind w:firstLine="360"/>
      </w:pPr>
      <w:r>
        <w:rPr>
          <w:rFonts w:ascii="Noto Serif CJK SC" w:hAnsi="Noto Serif CJK SC" w:eastAsia="Noto Serif CJK SC"/>
        </w:rPr>
        <w:t>悟后真修</w:t>
      </w:r>
    </w:p>
    <w:p>
      <w:pPr>
        <w:spacing w:before="0" w:after="80" w:line="259" w:lineRule="auto"/>
        <w:ind w:firstLine="360"/>
      </w:pPr>
      <w:r>
        <w:rPr>
          <w:rFonts w:ascii="Noto Serif CJK SC" w:hAnsi="Noto Serif CJK SC" w:eastAsia="Noto Serif CJK SC"/>
        </w:rPr>
        <w:t>证体起用归宿问题</w:t>
      </w:r>
    </w:p>
    <w:p>
      <w:pPr>
        <w:spacing w:before="0" w:after="80" w:line="259" w:lineRule="auto"/>
        <w:ind w:firstLine="360"/>
      </w:pPr>
      <w:r>
        <w:rPr>
          <w:rFonts w:ascii="Noto Serif CJK SC" w:hAnsi="Noto Serif CJK SC" w:eastAsia="Noto Serif CJK SC"/>
        </w:rPr>
        <w:t>结论</w:t>
      </w:r>
    </w:p>
    <w:p>
      <w:pPr>
        <w:spacing w:before="0" w:after="80" w:line="259" w:lineRule="auto"/>
        <w:ind w:firstLine="360"/>
      </w:pPr>
      <w:r>
        <w:rPr>
          <w:rFonts w:ascii="Noto Serif CJK SC" w:hAnsi="Noto Serif CJK SC" w:eastAsia="Noto Serif CJK SC"/>
        </w:rPr>
        <w:t>这些说话，听来很觉高妙，但究其实际，恐无是处。因宗与教固有顿、渐、悟、修之分，但所分在入处之不同，而不在证境之速与</w:t>
      </w:r>
    </w:p>
    <w:p>
      <w:pPr>
        <w:spacing w:before="0" w:after="80" w:line="259" w:lineRule="auto"/>
        <w:ind w:firstLine="360"/>
      </w:pPr>
      <w:r>
        <w:rPr>
          <w:rFonts w:ascii="Noto Serif CJK SC" w:hAnsi="Noto Serif CJK SC" w:eastAsia="Noto Serif CJK SC"/>
        </w:rPr>
        <w:t>慢。从研究教理而大开圆解，证见本性者谓之教下；从直指人心，见</w:t>
      </w:r>
    </w:p>
    <w:p>
      <w:pPr>
        <w:spacing w:before="0" w:after="80" w:line="259" w:lineRule="auto"/>
        <w:ind w:firstLine="360"/>
      </w:pPr>
      <w:r>
        <w:rPr>
          <w:rFonts w:ascii="Noto Serif CJK SC" w:hAnsi="Noto Serif CJK SC" w:eastAsia="Noto Serif CJK SC"/>
        </w:rPr>
        <w:t>性成佛者谓之宗下。及至到达目的地，彼此无殊，都是一样。故古人说：教是有声之禅，禅是无声之教。不能因当今习禅者根器渐劣，悟后习染不净，须假渐修，以了余习，便谓是教非禅。如果必谓一悟便彻，更不待保任、牧牛、打扫余习，即便归家稳坐，毫无走着，方是禅宗，那么六祖悟后，还有十余年隐藏猎人队中韬光养晦的功夫，也算不得禅了。故不能这般武断地说：“一悟便休方是禅，悟后渐修便是教。”因为我们历劫多生颠倒妄动，执着惯了，积为习气，深着八识田里。今虽醒悟，怎奈习染深厚，影响难消。犹如臭粪桶积粪多年，一旦倒尽，但臭气深入木里，绝不能一下消尽，须待久久泡洗扫刷，方能渐渐除尽余臭。故真正脚踏实地的修行者，深知其中甘苦，不敢狂言乱语，于稍有悟入处，谬赞自己已无修、无得、无证。至于一悟便至无修、无得、无证者当然不能说绝无其人，但究竟少数，非人人可冀。况且这种绝顶上根人，今日之所顿悟、顿证，与昔日之渐修、渐证不无关系。古德云：今日之顿正是昔日之渐。所以不能一笔抹杀渐修、渐悟、渐证的人，说他们不是禅。况且这种悟后渐修的人，从上禅宗说来，也是绝大多数。连顶顶大名的禅宗大德赵州和尚也有“八十犹行脚”之说，何况他人！从前有一秀才，读了几本禅宗祖师的语录，便谓已大彻大悟。去参归宗禅师，说自己已到无修、无得、无证了。宗只含笑唯唯。俟其</w:t>
      </w:r>
    </w:p>
    <w:p>
      <w:pPr>
        <w:spacing w:before="0" w:after="80" w:line="259" w:lineRule="auto"/>
        <w:ind w:firstLine="360"/>
      </w:pPr>
      <w:r>
        <w:rPr>
          <w:rFonts w:ascii="Noto Serif CJK SC" w:hAnsi="Noto Serif CJK SC" w:eastAsia="Noto Serif CJK SC"/>
        </w:rPr>
        <w:t>告辞而去、送至门首告曰：阁下锦袍后背何来一大洞？秀才慌忙问</w:t>
      </w:r>
    </w:p>
    <w:p>
      <w:pPr>
        <w:spacing w:before="0" w:after="80" w:line="259" w:lineRule="auto"/>
        <w:ind w:firstLine="360"/>
      </w:pPr>
      <w:r>
        <w:rPr>
          <w:rFonts w:ascii="Noto Serif CJK SC" w:hAnsi="Noto Serif CJK SC" w:eastAsia="Noto Serif CJK SC"/>
        </w:rPr>
        <w:t>云：在哪里？在哪里？宗呵云：好个无修、无得、无证！秀才面赤惶愧而去。这不是给我们一个自诩无修、无得、无证者出乖露丑的曝光写照吗？综上所述，我人于不思善、不思恶——前念已断，后念未起时，虽空寂无念，而非如木石，蓦然回首，荐取此了了灵知即本来面目；既无有乱，亦无有定，随缘应用，毫无粘滞，即为明心见性。复次，性是真空妙有，非是顽空，以真空故必有相用，有相用故方是真空。故性即相、相即性。我人能于日用中，透过相见性，不为相所转；识得一切事物、任何相用俱是性的显现、心的妙用，只利物之用，而不为物所用，即为明心见性。古德云：拈一根草，即丈六金身，即是悟</w:t>
      </w:r>
    </w:p>
    <w:p>
      <w:pPr>
        <w:spacing w:before="0" w:after="80" w:line="259" w:lineRule="auto"/>
        <w:ind w:firstLine="360"/>
      </w:pPr>
      <w:r>
        <w:rPr>
          <w:rFonts w:ascii="Noto Serif CJK SC" w:hAnsi="Noto Serif CJK SC" w:eastAsia="Noto Serif CJK SC"/>
        </w:rPr>
        <w:t>后的注脚，切不可作奇特玄妙想。因奇特玄妙本身即是妄想，非但障自悟门，不得明心见性，而且有入魔之虞。须知一切神通玄妙，均以明心见性为基础。只要于悟后，勤除五盖，即财、色、名、食、睡，不受一切受，自然水到渠成，六通齐发。有如大鹏一翅数万里，全仗脚下一点劲，如脚不点地一下，亦无由飞起。</w:t>
      </w:r>
    </w:p>
    <w:p>
      <w:pPr>
        <w:spacing w:before="0" w:after="80" w:line="259" w:lineRule="auto"/>
        <w:ind w:firstLine="360"/>
      </w:pPr>
      <w:r>
        <w:rPr>
          <w:rFonts w:ascii="Noto Serif CJK SC" w:hAnsi="Noto Serif CJK SC" w:eastAsia="Noto Serif CJK SC"/>
        </w:rPr>
        <w:t>如或不然，经此番叙述，仍不敢咬定，不肯承当，又想明心见性</w:t>
      </w:r>
    </w:p>
    <w:p>
      <w:pPr>
        <w:spacing w:before="0" w:after="80" w:line="259" w:lineRule="auto"/>
        <w:ind w:firstLine="360"/>
      </w:pPr>
      <w:r>
        <w:rPr>
          <w:rFonts w:ascii="Noto Serif CJK SC" w:hAnsi="Noto Serif CJK SC" w:eastAsia="Noto Serif CJK SC"/>
        </w:rPr>
        <w:t>者则莫如习密，由密过渡到禅，比较省力稳当。以密仗佛力加持，似比禅宗自力参究快速省便得多。尤有进者，密宗有异胜方便，假多种力量接引，不似参禅，除老师逼拶指示外，别无他法，故成就较禅</w:t>
      </w:r>
    </w:p>
    <w:p>
      <w:pPr>
        <w:spacing w:before="0" w:after="80" w:line="259" w:lineRule="auto"/>
        <w:ind w:firstLine="360"/>
      </w:pPr>
      <w:r>
        <w:rPr>
          <w:rFonts w:ascii="Noto Serif CJK SC" w:hAnsi="Noto Serif CJK SC" w:eastAsia="Noto Serif CJK SC"/>
        </w:rPr>
        <w:t>宗殊胜快速。如人乘车或飞机，自比步行者省力迅速。但密宗法门</w:t>
      </w:r>
    </w:p>
    <w:p>
      <w:pPr>
        <w:spacing w:before="0" w:after="80" w:line="259" w:lineRule="auto"/>
        <w:ind w:firstLine="360"/>
      </w:pPr>
      <w:r>
        <w:rPr>
          <w:rFonts w:ascii="Noto Serif CJK SC" w:hAnsi="Noto Serif CJK SC" w:eastAsia="Noto Serif CJK SC"/>
        </w:rPr>
        <w:t>深广，仪轨繁多，学者一时不易窥其全貌。择其简速易行，与禅相近者又莫如“心中心密法”，以该法是无相密，无有繁复仪轨，不须建立坛场，任何人随时随地俱可修习，而且不用转弯抹角，修持加行，从有相过渡到无相，可以直接证体起用。故世人尝赞之为禅密，语虽不当，义有足多者。至于它的修法留待下面“密宗”里再谈。（二）净土宗净土一宗，法门深广，普被三根，圆该八教。盖心即土、土即心，心外无土、土外无心，故经云：欲净其土，先净其心；随其心净，即佛土净。土即是心，而心又是宇宙间最大的能量，大而无外，小而无内的，无有一物超越心量之外，故也无有一宗能超乎净土之外了。所以净土能高能下，可深可浅。如就净土的本义说来，修行人的心清净了，则一切土、一切处无不清净、无不自在，十方世界无不同时化为净土。心如不净，即便在庄严佛土，亦复颠倒烦恼。古德云：心净阿鼻即为净土，心秽净土即为阿鼻。至于西方乃表日升于东落于西，结果圆成之意，故普贤大士以十大愿王求生西方净土，以圆成佛果也。真修净土者，时时观照心念——或用念佛观，或用净土庄严和阿弥陀佛圣像作观，更或观自身即弥陀等，不令攀缘住着。才有念起，即凛觉转空，或提起佛念，化去妄念，不使相续。久久专注，努力用功，时节因缘到来，忽然能观与所观、能念所念，顿时脱落，弥陀真</w:t>
      </w:r>
    </w:p>
    <w:p>
      <w:pPr>
        <w:spacing w:before="0" w:after="80" w:line="259" w:lineRule="auto"/>
        <w:ind w:firstLine="360"/>
      </w:pPr>
      <w:r>
        <w:rPr>
          <w:rFonts w:ascii="Noto Serif CJK SC" w:hAnsi="Noto Serif CJK SC" w:eastAsia="Noto Serif CJK SC"/>
        </w:rPr>
        <w:t>性，灼然现前，亲见法身，即当下现生净土。这在禅宗谓之明心见</w:t>
      </w:r>
    </w:p>
    <w:p>
      <w:pPr>
        <w:spacing w:before="0" w:after="80" w:line="259" w:lineRule="auto"/>
        <w:ind w:firstLine="360"/>
      </w:pPr>
      <w:r>
        <w:rPr>
          <w:rFonts w:ascii="Noto Serif CJK SC" w:hAnsi="Noto Serif CJK SC" w:eastAsia="Noto Serif CJK SC"/>
        </w:rPr>
        <w:t>性，在净宗谓之“花开见佛悟无生”，语虽异而义则一，故禅净不分家也。</w:t>
      </w:r>
    </w:p>
    <w:p>
      <w:pPr>
        <w:spacing w:before="0" w:after="80" w:line="259" w:lineRule="auto"/>
        <w:ind w:firstLine="360"/>
      </w:pPr>
      <w:r>
        <w:rPr>
          <w:rFonts w:ascii="Noto Serif CJK SC" w:hAnsi="Noto Serif CJK SC" w:eastAsia="Noto Serif CJK SC"/>
        </w:rPr>
        <w:t>欲真生净土，正不待死后往生。必须现生努力，当下能生，方有把握。《弥陀经》所说之“临命终时”一般皆解作“等到气断死亡的时候”，其实这都是依文解义。如按经的精义来说，盖所谓临命终时者，不是死下来的时候，而是“等到生死命根终断的时候”。什么是生死命根哩？就是我人的颠倒妄想啊！所以《弥陀经》在临命终时接下来就说心不颠倒，彼佛现前。当我们用功作观或念佛，用到着力时，行不知行，坐不知坐，孜孜兀兀，除佛念外，别无他念，这生死命根——妄念，即将终断。到最后忽然根尘脱落，一心不乱，当下即亲见真佛，生到净土了。到那时，方知娑婆即是极乐，极乐即是娑婆，平日分东分西、说净说秽，皆如白日做梦。故云真生净土者，生而无生，去而不去也。如果仍有娑婆、极乐之分，净土、秽土之别，正是心未清净、妄念未尽也。可惜现阶段一般修习净土者，眼光均向最下层看，修行从最低处着手，异口同声说：“我们修净土宗，以生西为目的，而生西是仗佛</w:t>
      </w:r>
    </w:p>
    <w:p>
      <w:pPr>
        <w:spacing w:before="0" w:after="80" w:line="259" w:lineRule="auto"/>
        <w:ind w:firstLine="360"/>
      </w:pPr>
      <w:r>
        <w:rPr>
          <w:rFonts w:ascii="Noto Serif CJK SC" w:hAnsi="Noto Serif CJK SC" w:eastAsia="Noto Serif CJK SC"/>
        </w:rPr>
        <w:t>慈力接引的，是他力修行，不是自力修禅宗，不要明心见性。”如问</w:t>
      </w:r>
    </w:p>
    <w:p>
      <w:pPr>
        <w:spacing w:before="0" w:after="80" w:line="259" w:lineRule="auto"/>
        <w:ind w:firstLine="360"/>
      </w:pPr>
      <w:r>
        <w:rPr>
          <w:rFonts w:ascii="Noto Serif CJK SC" w:hAnsi="Noto Serif CJK SC" w:eastAsia="Noto Serif CJK SC"/>
        </w:rPr>
        <w:t>他：“一心不乱”是什么？为什么《弥陀经》要说“执持名号，一日乃至七日一心不乱”呢？他便连说不须不须。灵峰藕益大师说过：“得生与否，全由信愿之有无。”我们只要具真信切愿，临终自有阿弥陀佛接引生西。只要能生西，就是下品下生，纵或边地疑城，于愿亦足矣。因为既到西方，成佛不过时间快慢长短而已，终得一生补处预期成佛。比在娑婆沉沦六道者，不知好万千倍了。因有此如意算盘好打，于是有些善男信女往往把生西的责任推到阿弥陀佛身上，自己不肯努力修持，勇猛精进。早晚除作二时课诵外，一点也不遵照古人修持的方法，绵密提持佛号，用以打扫妄念、改造习气，净其心地、储备往生资粮。他们哪里知道藕益大师的说话是二句对合语，绝不可切开来断章取义。因为信、愿、行是净土宗修持三要诀，缺一不可。关于此理，净土大德说得很清楚，无信愿即不能与佛慈愿力相接而生西，无行非但无从表示信真愿切，更不能完成信愿。故大师在上面说了信愿，接下来就说：“品位高下，全由持名之深浅。”就是说要上品上生固要甚深之修持功行，即下品下生亦须相当之修持，方得往生，因修行不力，正是信不真，愿不切也。并不是阿猫阿狗口里念佛而心不净的人都能往生的。更何况大师之有上语，是针对当时以念佛求定，不思生西的人说的哩。</w:t>
      </w:r>
    </w:p>
    <w:p>
      <w:pPr>
        <w:spacing w:before="0" w:after="80" w:line="259" w:lineRule="auto"/>
        <w:ind w:firstLine="360"/>
      </w:pPr>
      <w:r>
        <w:rPr>
          <w:rFonts w:ascii="Noto Serif CJK SC" w:hAnsi="Noto Serif CJK SC" w:eastAsia="Noto Serif CJK SC"/>
        </w:rPr>
        <w:t>永明寿大师说：“行人净业成熟，心地清净，与佛相应，方见佛现前，接引生西。”佛虽现前，实无来去。如月在天，千江万水，一时俱现。而月实无分，心犹水也，如心不净，犹水混浊，月虽在天，而不现影。故心颠倒混乱者，佛虽放光接引，犹生盲不能见日。如照密宗的说法，阿弥陀佛是兴无缘大慈，无人不接、无生不救的。不问什么众生，于命终时，都一视同仁，放光普照，接他们生西。只以众生障重，不能相接。甚者，因佛光炽盛，畏而逃避，窜入恶道，宁不可悲可叹！所以我们要真正生西，非脚踏实地努力用功不可，绝不能贪便宜怕吃苦，把生西的责任单单推到阿弥陀佛的身上。不然，《观经》为</w:t>
      </w:r>
    </w:p>
    <w:p>
      <w:pPr>
        <w:spacing w:before="0" w:after="80" w:line="259" w:lineRule="auto"/>
        <w:ind w:firstLine="360"/>
      </w:pPr>
      <w:r>
        <w:rPr>
          <w:rFonts w:ascii="Noto Serif CJK SC" w:hAnsi="Noto Serif CJK SC" w:eastAsia="Noto Serif CJK SC"/>
        </w:rPr>
        <w:t>什么教我们种种入观的方法，《弥陀经》又教我们执持名号，至一心</w:t>
      </w:r>
    </w:p>
    <w:p>
      <w:pPr>
        <w:spacing w:before="0" w:after="80" w:line="259" w:lineRule="auto"/>
        <w:ind w:firstLine="360"/>
      </w:pPr>
      <w:r>
        <w:rPr>
          <w:rFonts w:ascii="Noto Serif CJK SC" w:hAnsi="Noto Serif CJK SC" w:eastAsia="Noto Serif CJK SC"/>
        </w:rPr>
        <w:t>不乱哩？观想或观相比较心细，功夫较持名念佛难，故晚近净土行人都只修持名。现在我们就持名念佛法门来谈一谈它的修法与奥妙。释迦文佛默察末法众生垢染深重，难以打开玄关识锁，离苦得乐，从悲心中运用广大智慧，巧妙地设一念佛法门，将一粒清净佛珠——万德洪名——安放在众生妄染心中，密密转移其颠倒妄想，从切近处</w:t>
      </w:r>
    </w:p>
    <w:p>
      <w:pPr>
        <w:spacing w:before="0" w:after="80" w:line="259" w:lineRule="auto"/>
        <w:ind w:firstLine="360"/>
      </w:pPr>
      <w:r>
        <w:rPr>
          <w:rFonts w:ascii="Noto Serif CJK SC" w:hAnsi="Noto Serif CJK SC" w:eastAsia="Noto Serif CJK SC"/>
        </w:rPr>
        <w:t>断其生死根株，而得心花开敷，见弥陀佛性，往生净土。一切唯心</w:t>
      </w:r>
    </w:p>
    <w:p>
      <w:pPr>
        <w:spacing w:before="0" w:after="80" w:line="259" w:lineRule="auto"/>
        <w:ind w:firstLine="360"/>
      </w:pPr>
      <w:r>
        <w:rPr>
          <w:rFonts w:ascii="Noto Serif CJK SC" w:hAnsi="Noto Serif CJK SC" w:eastAsia="Noto Serif CJK SC"/>
        </w:rPr>
        <w:t>造，而人不能无念，不念佛、法、僧，必念贪、嗔、痴。念贪、嗔、痴则杀、盗、淫恶业起，恶业起，生死轮回无有止息。佛乃因势利导，抓住众生不能无念的习气，善巧方便地用一佛念来代替妄念，使人于不知不觉中将妄念转为佛念，染心换为净心，从而轻而易举地往生净土，出离生死。古德云：“清珠下于浊水，浊水不得不清；佛号投于乱心，乱心不得不佛。”莲池大师云：“念佛就是于众生生死切近处（妄心）作最亲切、最简易的转换。”我们如果不体察佛祖的深心和伟大的教导，认真以念佛的功行来改造自己，单靠依赖弥陀之愿力接引往生，又怎么能达到目的呢？古德云：单修（单靠弥陀愿力）生西难，双修（自己用功和佛力相应）生西易。真是不朽的名言！我们明白了念佛的作用和生西的道理，就知道大势至菩萨教导我们念佛的方法“都摄六根、净念相继”是确切不移、无可改变的至理名言了。上中下三根，不问哪种人，都须遵照这确切的指示，内而身心、外而世界，一切放下，将眼耳鼻舌身意这六根统统摄在一句佛号上，绵密提持不绝，自然于不知不觉中将妄心转化为佛心，与西方弥陀感应道交，打成一片。所以古人说：“万修万人去。”</w:t>
      </w:r>
    </w:p>
    <w:p>
      <w:pPr>
        <w:spacing w:before="0" w:after="80" w:line="259" w:lineRule="auto"/>
        <w:ind w:firstLine="360"/>
      </w:pPr>
      <w:r>
        <w:rPr>
          <w:rFonts w:ascii="Noto Serif CJK SC" w:hAnsi="Noto Serif CJK SC" w:eastAsia="Noto Serif CJK SC"/>
        </w:rPr>
        <w:t>念佛时，既不能操之过急，追求次数，以免伤气耗血，亦不能疏漏缓慢，让妄念有空可钻；既不可追求一心不乱，以免妄上加妄，更不可认念佛成片为难，畏惧不前。我人果真看破红尘，知一切是幻，毫无系念，定能死心塌地地抓紧一句佛号，着力提持，而不致口念心乱，妄念翻滚不歇。念佛如能像推重车上山一样用力，句句相接，字字分明，虽下下根人亦不怕佛念不能成片，心不开悟！因念佛功夫，不在懂得深奥玄妙的道理，而贵专一。心不外驰，便能一切放下，死心塌地地一心念佛，久久功纯，妄心何患不融，佛性何患不见！故云：下下根人有上上智。盖看破红尘，一切放下，专心念佛，即上上智也。净宗大德嘱人，不要管他是否一心不乱，也不要问他明心见性与否。只安详稳步秉直念去，自然水到渠成。一是怕我们要求一心不乱或明心见性而妄上加妄，反自误事；二是恐要求过高，胆怯众生望而生畏，知难而退，不敢进修。并不是说念佛法门不要一心不乱，或与明心见性无关。净宗是寓高深之理于平易践履之中，于真实行处而暗合道妙。故上、中、下三根人遵其所教，平实念佛，俱能见性。不似禅宗，只接上根利智，中下根人无从问津，故法门深广也。或者有人说，这是禅宗的说法，不合净宗的轨则。兹为增进读者信心起见，节录一段印光大师《念佛三昧》如下，以证余言不谬：“若论证三昧之法，必须当念佛时，即念返观，专注一境，毋使外驰。念念照顾心源，心心契合佛体。返念而念，返观而观；即念即观，即观即念。务使全念即观，全观即念；观外无念，念外无观。观念虽同水乳，尚未鞠到根源！须向着一念南无阿弥陀佛上重重体究，切切提撕，越究越切，愈提愈亲，及至力极功纯，豁然和念脱落，证入无念无不念境界。所谓‘灵光独耀，迥脱根尘。体露真常，不拘文字，心性无染，本自圆成，但离妄念，即如如佛。’此之谓也。功夫至此，</w:t>
      </w:r>
    </w:p>
    <w:p>
      <w:pPr>
        <w:spacing w:before="0" w:after="80" w:line="259" w:lineRule="auto"/>
        <w:ind w:firstLine="360"/>
      </w:pPr>
      <w:r>
        <w:rPr>
          <w:rFonts w:ascii="Noto Serif CJK SC" w:hAnsi="Noto Serif CJK SC" w:eastAsia="Noto Serif CJK SC"/>
        </w:rPr>
        <w:t>念佛得法，感应道交，正好着力。其相如云散长空，青天彻露。亲见</w:t>
      </w:r>
    </w:p>
    <w:p>
      <w:pPr>
        <w:spacing w:before="0" w:after="80" w:line="259" w:lineRule="auto"/>
        <w:ind w:firstLine="360"/>
      </w:pPr>
      <w:r>
        <w:rPr>
          <w:rFonts w:ascii="Noto Serif CJK SC" w:hAnsi="Noto Serif CJK SC" w:eastAsia="Noto Serif CJK SC"/>
        </w:rPr>
        <w:t>本来，本无所见，无见之见，是名真见。到此则溪声山色，咸是第一义谛；鸦鸣鹊嘈，无非最上真乘。活泼泼应诸法相而不住一法；光皎皎照了诸境而了无一物。语其用，如旭日东升，圆明朗彻；语其体，犹皓月西落，清净寂然。即照即寂，即寂即照，双存双泯，绝待圆融，譬若雪覆千山，海吞万象，唯是一色，了无异味。论其益，现在未离娑婆，常预海会，临终则一登上品，顿证佛乘。唯有家里人，方知家里事，语于门外汉，遭谤定无疑！”</w:t>
      </w:r>
    </w:p>
    <w:p>
      <w:pPr>
        <w:spacing w:before="0" w:after="80" w:line="259" w:lineRule="auto"/>
        <w:ind w:firstLine="360"/>
      </w:pPr>
      <w:r>
        <w:rPr>
          <w:rFonts w:ascii="Noto Serif CJK SC" w:hAnsi="Noto Serif CJK SC" w:eastAsia="Noto Serif CJK SC"/>
        </w:rPr>
        <w:t>诸位，请看这一段说话，岂不尽与禅宗同出一辙？念佛时，非但要观念一致，还要在阿弥陀佛这一佛念上重重体究，切切提撕，岂不即是禅宗参话头的功夫？及至越究越切，愈提愈亲，力极功纯，豁然脱落，证入无念无不念的境界与下面一大段所描绘的悟后境相，岂不即是禅宗参究豁开本来面目、明心见性的境界？我们现在对一般人不说参究提撕，只说心念耳闻，观念一致，极力追究，功夫纯熟，自能豁然脱落，证入三昧，与禅宗明心见性，完全无二。但不能像现在一般人，仅以做早晚功课为完事。说到此，真难立言！连德高望重的印光大师末后还要慨叹地说一句：“语于门外汉，遭谤定无疑！”何况他人！法华会上佛说法，尚有五千人退席，遑论末法时代，要人人信入，不生疑谤，又怎么能做到哩？！（三）密宗密宗是诸佛于末法时代度生的最方便、最完备、最当机的法门，也是一切宗派不能偏离的法门。它从体到用、从小至大、由浅到深、由末到本，样样具备无不完善。可惜近代学佛者，不务正修，证体成道，仅学些皮毛、起用之法，弄玄虚、逞神通，搞得妖气十足，为达人正直君子所不齿。如弘一大师亦曾因不明密宗真相，为外形所惑，而毁谤密宗。后深研密宗教观，始知密宗深广难思，法门完善无不具备，而深自忏悔，告诫后学，勿因误解密乘仪轨而疑谤，应先深入研讨密宗教典，精通教义后，再行探讨仪轨之修持。正因为密宗学人不务正修之故，习禅修净者皆远避密宗，恐怕沾上妖气，其实这是多余的，不必要的。因为密乘是诸佛心印，三世诸佛也不能离开它成佛，何况禅净等宗的后学者！你要离开它，逃避它，犹如日中逃影，徒益自劳！比如净土宗，虽然不主张明心见性，但为消除业障，确保生西起见，须持《楞严咒》、《大悲咒》、《往生咒》以及十小咒等，请问这许多咒是不是密法？参禅者参至种子翻腾，进不能进，退不可退，闷恼欲绝，无可奈何时，不假密咒佛菩萨加持之力，即不能过此难关而打破疑团，亲证本来。憨山大师云：“历代禅宗大德，均密持神咒，潜假佛力，但秘而不宣。我今为诸仁公开指呈：参禅参至无始无明种子翻腾烦闷欲绝时，须迅速加持《楞严咒心》，仗佛慈力，方可渡过难关。”如斯自诩自力修证，高榜门风高峻，教外别传，直指见性之禅，也不离开密乘，何况其他法门哩！</w:t>
      </w:r>
    </w:p>
    <w:p>
      <w:pPr>
        <w:spacing w:before="0" w:after="80" w:line="259" w:lineRule="auto"/>
        <w:ind w:firstLine="360"/>
      </w:pPr>
      <w:r>
        <w:rPr>
          <w:rFonts w:ascii="Noto Serif CJK SC" w:hAnsi="Noto Serif CJK SC" w:eastAsia="Noto Serif CJK SC"/>
        </w:rPr>
        <w:t>据日本《密教纲要》云：天皇曾诏各宗派大德至皇宫开法会，讨论</w:t>
      </w:r>
    </w:p>
    <w:p>
      <w:pPr>
        <w:spacing w:before="0" w:after="80" w:line="259" w:lineRule="auto"/>
        <w:ind w:firstLine="360"/>
      </w:pPr>
      <w:r>
        <w:rPr>
          <w:rFonts w:ascii="Noto Serif CJK SC" w:hAnsi="Noto Serif CJK SC" w:eastAsia="Noto Serif CJK SC"/>
        </w:rPr>
        <w:t>何宗最优，证道最快，以资选择而从之修习。各宗祖师各自呈本宗优点并自诩为最优、最快、最完善后，密宗弘法大师白帝曰：诸宗皆好，各有优点，但均离不开密，离密即无诸宗。以密乃诸佛心印，离</w:t>
      </w:r>
    </w:p>
    <w:p>
      <w:pPr>
        <w:spacing w:before="0" w:after="80" w:line="259" w:lineRule="auto"/>
        <w:ind w:firstLine="360"/>
      </w:pPr>
      <w:r>
        <w:rPr>
          <w:rFonts w:ascii="Noto Serif CJK SC" w:hAnsi="Noto Serif CJK SC" w:eastAsia="Noto Serif CJK SC"/>
        </w:rPr>
        <w:t>佛心何有诸宗，故密实集诸宗之长，为最完善、最方便、最迅捷之法</w:t>
      </w:r>
    </w:p>
    <w:p>
      <w:pPr>
        <w:spacing w:before="0" w:after="80" w:line="259" w:lineRule="auto"/>
        <w:ind w:firstLine="360"/>
      </w:pPr>
      <w:r>
        <w:rPr>
          <w:rFonts w:ascii="Noto Serif CJK SC" w:hAnsi="Noto Serif CJK SC" w:eastAsia="Noto Serif CJK SC"/>
        </w:rPr>
        <w:t>门，为三世诸佛成道必由之径。天皇深肯之，故日本密宗独盛也。密宗以《大日经》与《金刚顶经》为依。立十种心，统摄诸教，建立曼荼罗，身、口、意三密相应，即凡成圣。其不思议力用，惟佛能知，非因位菩萨所能测度，深密秘奥，又为对未灌顶人不许显示之教法，故云密宗。其教派法门繁多，非今论所及，故不详赘，兹仅就与明心见性有关的，择其重要者，约略言之。讲到密宗，似乎就是神变，以是唐武宗皇帝深恐密宗行人搞神通把他的江山搞掉，把帝位搞垮了，下令取缔密宗。至明朱元璋皇帝更忌密宗，严加禁止，密宗因之绝迹于中国。后来反向日本及西藏地区就学，称为东密、藏密，宁不可叹！降至今日，学佛者更是不重</w:t>
      </w:r>
    </w:p>
    <w:p>
      <w:pPr>
        <w:spacing w:before="0" w:after="80" w:line="259" w:lineRule="auto"/>
        <w:ind w:firstLine="360"/>
      </w:pPr>
      <w:r>
        <w:rPr>
          <w:rFonts w:ascii="Noto Serif CJK SC" w:hAnsi="Noto Serif CJK SC" w:eastAsia="Noto Serif CJK SC"/>
        </w:rPr>
        <w:t>道，只重神通，误以为明心见性即发大神通，如未发神通即非明心</w:t>
      </w:r>
    </w:p>
    <w:p>
      <w:pPr>
        <w:spacing w:before="0" w:after="80" w:line="259" w:lineRule="auto"/>
        <w:ind w:firstLine="360"/>
      </w:pPr>
      <w:r>
        <w:rPr>
          <w:rFonts w:ascii="Noto Serif CJK SC" w:hAnsi="Noto Serif CJK SC" w:eastAsia="Noto Serif CJK SC"/>
        </w:rPr>
        <w:t>见性。此种邪见，非唯自误，兼亦误他。殊不知明心见性所悟之理，虽与诸佛无异，但历劫多生，习染深厚，卒难顿消。此时只为因地佛，如初生之婴儿，虽亦是人，但不能起用，有待依悟而修，勤除习气，长养圣胎，神通方始薰发。《楞严经》云：“理属顿悟，乘悟并销；事则渐除，因次第尽。”《大日经》云：“菩萨住此，勤除五盖，不久即五通齐发。”可惜众多佛子不明此理，但务神通，投众所好，以逞己能。以致学密者群起效尤，但为枝末起用神变之法，置根本证体、了生死之大法于不顾，良可慨也！</w:t>
      </w:r>
    </w:p>
    <w:p>
      <w:pPr>
        <w:spacing w:before="0" w:after="80" w:line="259" w:lineRule="auto"/>
        <w:ind w:firstLine="360"/>
      </w:pPr>
      <w:r>
        <w:rPr>
          <w:rFonts w:ascii="Noto Serif CJK SC" w:hAnsi="Noto Serif CJK SC" w:eastAsia="Noto Serif CJK SC"/>
        </w:rPr>
        <w:t>密法中各派有其各自最高殊胜之法，力用均不可思议，依法修</w:t>
      </w:r>
    </w:p>
    <w:p>
      <w:pPr>
        <w:spacing w:before="0" w:after="80" w:line="259" w:lineRule="auto"/>
        <w:ind w:firstLine="360"/>
      </w:pPr>
      <w:r>
        <w:rPr>
          <w:rFonts w:ascii="Noto Serif CJK SC" w:hAnsi="Noto Serif CJK SC" w:eastAsia="Noto Serif CJK SC"/>
        </w:rPr>
        <w:t>持，均得真实受用，证成圣果。但其中最圆满、最完善、最殊胜者，莫如红教之大圆满法。其法为九乘次第之最高法门，无有凌其上者。此法之前趋——恒河大手印法，即等于禅宗之直示心法，且较禅宗完整。大圆满之前半“彻却”修法，三空相印，即禅宗之见性；其后半之“妥噶”，身化虹光，即禅宗之向上。但禅宗唯靠自力修证，无甚方便接引，收效甚慢；而密宗除自力外，复得佛加持之力，且有种种异方便接引。其接引之殊胜，有如现代激光之理，非常科学化，故收效速，得力快。密宗大法，虽已有少许纳入禅净法中，行人如能于禅净外加修密</w:t>
      </w:r>
    </w:p>
    <w:p>
      <w:pPr>
        <w:spacing w:before="0" w:after="80" w:line="259" w:lineRule="auto"/>
        <w:ind w:firstLine="360"/>
      </w:pPr>
      <w:r>
        <w:rPr>
          <w:rFonts w:ascii="Noto Serif CJK SC" w:hAnsi="Noto Serif CJK SC" w:eastAsia="Noto Serif CJK SC"/>
        </w:rPr>
        <w:t>法以补禅净之不足，则进步更快，收效更宏。憨山大师云：“念佛不得力者，可以持明（即持咒），仗佛心印之力，可收事半功倍之效。”尤其禅宗行人，参一句刻板话头，无明师锤炼拶逼，而了无消</w:t>
      </w:r>
    </w:p>
    <w:p>
      <w:pPr>
        <w:spacing w:before="0" w:after="80" w:line="259" w:lineRule="auto"/>
        <w:ind w:firstLine="360"/>
      </w:pPr>
      <w:r>
        <w:rPr>
          <w:rFonts w:ascii="Noto Serif CJK SC" w:hAnsi="Noto Serif CJK SC" w:eastAsia="Noto Serif CJK SC"/>
        </w:rPr>
        <w:t>息，白费精力，莫如改修密法，仗佛慈力，易于开悟成就。但如修法</w:t>
      </w:r>
    </w:p>
    <w:p>
      <w:pPr>
        <w:spacing w:before="0" w:after="80" w:line="259" w:lineRule="auto"/>
        <w:ind w:firstLine="360"/>
      </w:pPr>
      <w:r>
        <w:rPr>
          <w:rFonts w:ascii="Noto Serif CJK SC" w:hAnsi="Noto Serif CJK SC" w:eastAsia="Noto Serif CJK SC"/>
        </w:rPr>
        <w:t>者厌仪轨之繁复，观想之繁琐，加行之缓慢，又莫如修心中心密法。以大圆满虽完满无缺，但修法之前，先须修加行，修彻却时，又须作种种有相之观想，繁琐复杂，不若心中心密法简捷易行。以心密乃无相密，直接痛快，不须从有相过渡到无相，既不须修加行，又勿须作观想，直证无相心源，实系密宗中至简至易、最速最妙之法。但如性近观想，喜从有相——本尊、种子、三脉五轮等入手者，则以修大圆满为宜。心中心法系藏密红教之法，东密也有传承。昔诺那上师曾在上海授与袁希廉。惜以该法系密部中上乘无相密法，在西藏须修二三十年有相密后，方可传习，故未广传。大法几将湮没无闻。今该法得以广布，端赖大愚阿阇黎于庐山修般舟三昧，备受艰辛，深入禅定，感普贤菩萨现身灌顶传授，并告以日本《大正新修大藏经》密部内有《佛心经亦通大随求陀罗尼》，乃该法之法本，可详为参阅。愚公得法，修习有成，深感佛法衰微，佛恩难报，不辞辛劳，下山广传。随后王公骧陆接法传授，受法弟子，几遍全国，法始大兴于世。该法简便快捷，学者咸称禅密，语似不当，义实相侔。其亦时节因缘到来，法当出兴宇内，以利广大有情乎！心中心密法，以六印合一咒，三密加持，设不设坛场均可。修时，手结印，口持咒，不作观想，但返闻心持密咒无音之声，有如念佛观。持咒时作金刚持，但唇动口不出声，绵绵不断，以得佛力加持故，入定至为迅速。这样修持既不伤气，又不伤血，且系养身妙法。以出声即伤气，默念即伤血，今作金刚持，心念耳闻，意不外驰，一线连绵不绝，心澄志凝，气血调和，安然入定，精神朗健，躯体安康，明心见性之基础即建于斯矣！此法每日修一座或二座均可，另有打七与九座之法。每座修二小时，手结印不散，口持咒不停，不可半途散印下座，否则不算，须从头修起。如根性相当，能连续修持，绝不中断，修满千座，决定可以明心见性。见性后，从体起用，磨练习气，即与禅宗合辙。如再藉大圆满妥噶修习之法勤苦修习，身化虹光，证成佛果，亦非难事！以上心中心、大圆满等法，以系密法，未经灌顶不可公开传示，</w:t>
      </w:r>
    </w:p>
    <w:p>
      <w:pPr>
        <w:spacing w:before="0" w:after="80" w:line="259" w:lineRule="auto"/>
        <w:ind w:firstLine="360"/>
      </w:pPr>
      <w:r>
        <w:rPr>
          <w:rFonts w:ascii="Noto Serif CJK SC" w:hAnsi="Noto Serif CJK SC" w:eastAsia="Noto Serif CJK SC"/>
        </w:rPr>
        <w:t>故不详言修法。有志者请觅师灌顶传授，依之修习，自有是处。一切众生，本来是佛，本不用修法以证佛果，只以积垢深重，虽遇明眼人直示心性，又不肯自信承当，故不得不假法修行，以作黄叶止啼之举。而诸修法中又以善巧方便不同，修习即有快慢迟速之殊。参禅动辄数十年始能得个消息，甚或迷闷终身而不悟。修其他宗派者，又多不敢言明心见性，此以净土宗尤甚。上述之心中心密法，可谓方便快捷多矣，亦复要修千座，约须三年之久，方能亲见本来面目（此就最慢者言，根利速成者并不须坐满千座）。克实言之，这都是无辜而披枷带锁，无事而走冤枉路。等到打开桶底，见到本来，方知本来现成，多此一举。</w:t>
      </w:r>
    </w:p>
    <w:p>
      <w:pPr>
        <w:spacing w:before="0" w:after="80" w:line="259" w:lineRule="auto"/>
        <w:ind w:firstLine="360"/>
      </w:pPr>
      <w:r>
        <w:rPr>
          <w:rFonts w:ascii="Noto Serif CJK SC" w:hAnsi="Noto Serif CJK SC" w:eastAsia="Noto Serif CJK SC"/>
        </w:rPr>
        <w:t>一念回光见性者，修心中心法一千座见性者与参禅数十年见性</w:t>
      </w:r>
    </w:p>
    <w:p>
      <w:pPr>
        <w:spacing w:before="0" w:after="80" w:line="259" w:lineRule="auto"/>
        <w:ind w:firstLine="360"/>
      </w:pPr>
      <w:r>
        <w:rPr>
          <w:rFonts w:ascii="Noto Serif CJK SC" w:hAnsi="Noto Serif CJK SC" w:eastAsia="Noto Serif CJK SC"/>
        </w:rPr>
        <w:t>者，其时间之快、慢、迟、速，曾不可以道里计。但多走冤枉路者亦不无补偿、值得之处。以冤枉路多走后，脚劲毕竟锻炼出来了。彼未走过冤枉路者，脚劲虚弱，一经上路——即对境遇缘时，即觉力有未逮！何以故？因上述三种人所悟之理虽无二样，但在力用上大有差别。一则以悟来甚易，未经习定磨练，心恒随境动摇，不能自主，故力量不足；一则久经打坐，习定功深，参究锤炼提撕观照，一旦开悟，故能洒脱自如，不为尘境所左右。古德所谓：“功不唐捐，法不浪施！”雪窦云：“数十年来曾辛苦，为君几下苍龙窟，屈！屈！堪述，明眼衲僧莫轻忽！”即颂此也。修心中心法约用三年的时间，仗佛力加持，可以开悟，虽较一念回光者多花了些时间，但比三十年勤苦参禅者省去了十倍的辛劳，而且可以得到同样的力用和效果。我们这些末法时代的子孙，除了深自庆幸何来如此福德遇此大法，和深切感谢佛菩萨的慈悲恩德外，还有什么话可说哩！复次，心中心法除了可以明心见性，即生成就外，还可以发愿求生西方极乐世界。如念佛不得力、圣境不能现前者，可假此法修习，以证三昧，往生西方极乐世界即有十足把握。此法虽名密法，实际是熔禅净于一炉的圆妙大法！有志者应探求修之！最后，奉劝修密的同仁，慎勿以密法作犯罪的勾当，而遭惨重的罪谴。密法固有种种奥秘的神通妙用，但须知任何妙法修得之通，</w:t>
      </w:r>
    </w:p>
    <w:p>
      <w:pPr>
        <w:spacing w:before="0" w:after="80" w:line="259" w:lineRule="auto"/>
        <w:ind w:firstLine="360"/>
      </w:pPr>
      <w:r>
        <w:rPr>
          <w:rFonts w:ascii="Noto Serif CJK SC" w:hAnsi="Noto Serif CJK SC" w:eastAsia="Noto Serif CJK SC"/>
        </w:rPr>
        <w:t>俱非真通，与漏尽慧光显发所证之通，不可同日而语。此种依法修</w:t>
      </w:r>
    </w:p>
    <w:p>
      <w:pPr>
        <w:spacing w:before="0" w:after="80" w:line="259" w:lineRule="auto"/>
        <w:ind w:firstLine="360"/>
      </w:pPr>
      <w:r>
        <w:rPr>
          <w:rFonts w:ascii="Noto Serif CJK SC" w:hAnsi="Noto Serif CJK SC" w:eastAsia="Noto Serif CJK SC"/>
        </w:rPr>
        <w:t>得之通，只是依通，与外道之法术相似，只能取悦炫耀于无知宵小之流，不登大雅之堂。纵能冒充神圣于一时，谋取些少名闻利养，及</w:t>
      </w:r>
    </w:p>
    <w:p>
      <w:pPr>
        <w:spacing w:before="0" w:after="80" w:line="259" w:lineRule="auto"/>
        <w:ind w:firstLine="360"/>
      </w:pPr>
      <w:r>
        <w:rPr>
          <w:rFonts w:ascii="Noto Serif CJK SC" w:hAnsi="Noto Serif CJK SC" w:eastAsia="Noto Serif CJK SC"/>
        </w:rPr>
        <w:t>至眼光落地，非但神通消失无依，亦将随业受惨厉恶报。</w:t>
      </w:r>
    </w:p>
    <w:p>
      <w:pPr>
        <w:spacing w:before="0" w:after="80" w:line="259" w:lineRule="auto"/>
        <w:ind w:firstLine="360"/>
      </w:pPr>
      <w:r>
        <w:rPr>
          <w:rFonts w:ascii="Noto Serif CJK SC" w:hAnsi="Noto Serif CJK SC" w:eastAsia="Noto Serif CJK SC"/>
        </w:rPr>
        <w:t>丙悟后真修</w:t>
      </w:r>
    </w:p>
    <w:p>
      <w:pPr>
        <w:spacing w:before="0" w:after="80" w:line="259" w:lineRule="auto"/>
        <w:ind w:firstLine="360"/>
      </w:pPr>
      <w:r>
        <w:rPr>
          <w:rFonts w:ascii="Noto Serif CJK SC" w:hAnsi="Noto Serif CJK SC" w:eastAsia="Noto Serif CJK SC"/>
        </w:rPr>
        <w:t>明心见性以前，任你修什么法门，如何用功，都跳不出“盲修瞎炼”的范畴！以未悟真心，于修法即不能无疑。虽亦努力用功，但有疑虑留碍胸中，不安之相即无法避免。而此不安之相即是生死根本，故虽对治功深，不为真修。普照禅师《修心诀》云：“修在悟前，虽则努力用功，不忘念念薰修，但亦着着生疑，未能无碍，如有一物碍在胸中，不安之相，常现在前。日久月深，对治功熟，则身心客尘，恰似轻安。虽复轻安，疑根未断，如石压草，犹于生死界不得自在。”故云：“修在悟前，非真修也。”但任何人都免不了有此一段盲修瞎炼的过程。待打开桶底明识本来后，就路还家，随缘了习，任运双修定慧，天真无作，动静常禅，方是无修之真修。《修心诀》云：“即或劣机，见性后烦恼浓厚，习染深重，对境而念念生情，遇缘而心心作有，甚或被境缘昏乱淆惑，昧却本来者，虽亦藉种种对治方便，除其劣习，去其污染，不无有功之修，但以念念无疑，不落留碍，日久月深，力极功纯，自然契合天真妙性，任运寂知，与前胜机，更无差别。”故学佛者，必先以明心见性为期，待明心后除断习气，方为真修。亦余之所以大声疾呼，不须参究刻板死煞话头，只由师家直接指示心性，令学人当下悟去，再着手真修，以免唐丧光阴也。或曰：明心见性，即是圣人，非但不须再事修习，还要现种种神通变化，大异常人，所谓大机大用，神变莫测，今何故反谓悟后方是真修？答曰：今时学道人有二种过错：一者以为悟后即是圣人，应现种种神变。如不能变现，即为非悟，只是口头禅，空说真理而已。因之心生退屈，反堕无分之失者，比比皆是。二者，则谓宗下原本无修无得无证，一悟便休，何须再事修治？以致虽已理悟，而习气依旧，日久月深，依前流浪生死，未免六道轮回。关于这一点，前面本已谈过，似不须再讲，但以关系修道人成败至钜，且又系眼下学道者错会病根所在，故不嫌辞费，再详论之。《修心诀》云：“入道多门，以要言之，不出顿悟渐修二门。”又</w:t>
      </w:r>
    </w:p>
    <w:p>
      <w:pPr>
        <w:spacing w:before="0" w:after="80" w:line="259" w:lineRule="auto"/>
        <w:ind w:firstLine="360"/>
      </w:pPr>
      <w:r>
        <w:rPr>
          <w:rFonts w:ascii="Noto Serif CJK SC" w:hAnsi="Noto Serif CJK SC" w:eastAsia="Noto Serif CJK SC"/>
        </w:rPr>
        <w:t>云：“此顿渐二门是千圣轨则，以上诸圣，莫不先悟后修，因修乃证。所谓神通变化依悟而修，渐薰所现。非谓悟时即发现也。”圭峰禅师云：“识冰池而全水，藉阳气以消融。悟凡夫而即佛，资法力以薰修。冰消则水流润，方显溉涤之功；妄尽则心虚通，始发通光之用。事上神通变化，非一日之功可成，乃渐薰而发现也。”仰山示众云：“我今分明向汝说，且莫凑泊，但向自己性海如实而修，不要三明六通。何以故？此是圣末边事。如今只要识心达性，但得其本，莫愁其末；他日后时，自在具足。若未得本，总将情学他，终不可得，得亦不真，将来成魔有份。”以上所引，可知顿悟是：凡夫迷时，妄执四大为身，妄想为心。不知自性是真法身，自己灵知是真佛，常于心外觅佛，东奔西走，忽被善知识指个入处，一念回光，见自本性，识自本心。而此心性，原无烦恼，原无生灭，本自圆成，本自具足，与诸佛无殊无别，而且由凡夫至佛位，更无阶级次第，故云顿悟。虽云顿悟，但属理边，事上习染，多生历劫，生来死去，执着坚固，卒难顿除。故须依悟而修，渐除习气，直至妄尽，神通方显，绝非于顿悟理时即现神通。故修道者，须明过程，识别先后，切不可因未通而自疑，更兼疑他人。以为均不能悟道，而另走蹊径，误入歧途，纵经尘劫，亦不能成道。</w:t>
      </w:r>
    </w:p>
    <w:p>
      <w:pPr>
        <w:spacing w:before="0" w:after="80" w:line="259" w:lineRule="auto"/>
        <w:ind w:firstLine="360"/>
      </w:pPr>
      <w:r>
        <w:rPr>
          <w:rFonts w:ascii="Noto Serif CJK SC" w:hAnsi="Noto Serif CJK SC" w:eastAsia="Noto Serif CJK SC"/>
        </w:rPr>
        <w:t>况且发通与否，不足说明是否悟道。一者，通有多端，有藉密法</w:t>
      </w:r>
    </w:p>
    <w:p>
      <w:pPr>
        <w:spacing w:before="0" w:after="80" w:line="259" w:lineRule="auto"/>
        <w:ind w:firstLine="360"/>
      </w:pPr>
      <w:r>
        <w:rPr>
          <w:rFonts w:ascii="Noto Serif CJK SC" w:hAnsi="Noto Serif CJK SC" w:eastAsia="Noto Serif CJK SC"/>
        </w:rPr>
        <w:t>修得者，有依神鬼附身告知者，有靠夙世薰修报得者，等等不一，不可谓是等人均已悟道。因此等神通，或有所依，不是真通，或仅相似通，一旦色身败坏，失其所依，即消灭无有。二者，古德谓有先悟后通和先通后悟之别，不可谓一经发通，即系悟道。如明破山禅师在天童修道时，未发悟前，即能出神偷乡人之鸭，作游戏三昧。后事发，被密云悟禅师诃曰：“子游戏神通虽不无，但佛法未梦见在！”破山跪请开示，再经力参，方始开悟。降及近代，众生根器更劣，习障更重，欲先通后悟，千万人中不得一人。故我人须于悟后，依悟而修，渐除习气，渐发神通。以上先圣历代祖师，无不如是。故顿悟渐修二门是佛徒的轨范，各宗行人俱应奉行遵守！或曰：理即事，事即理，理事不二。理如顿悟，事即相应，如事上不能透过，尚有留碍，如何能说已悟真理！答曰：理事非一非异。事以理成，理以事显；理不离事，事不离理，约此不相离理，故非异。但真理无形，而妙用随缘，应诸万类，</w:t>
      </w:r>
    </w:p>
    <w:p>
      <w:pPr>
        <w:spacing w:before="0" w:after="80" w:line="259" w:lineRule="auto"/>
        <w:ind w:firstLine="360"/>
      </w:pPr>
      <w:r>
        <w:rPr>
          <w:rFonts w:ascii="Noto Serif CJK SC" w:hAnsi="Noto Serif CJK SC" w:eastAsia="Noto Serif CJK SC"/>
        </w:rPr>
        <w:t>妄立虚相，不无形状，约此有相无相，故非一。今悟道，虽已明悟自己空寂之灵知即是真佛，但以多生习染深厚，一下不能顿除，遇事尚还生心，见境卒难无念，但于生心动念时，非如盲目者，不知尘境本空，粘着攀缘，流浪忘返。而能于前念动时，后念即觉，顿时扫空。不过较全不动心者有生灭的痕迹，力量稍差而已。但能绵密保任，时时觉照，日久功深，自能打成一片。历代祖师之牧牛行，即此悟后用功之楷模也。古德云：顿悟虽同佛，多生习气深；风停浪犹涌，理现念犹侵！故悟后常须照察。妄念若起，都不随之，损之又损，以至无为，方始究竟。天下善知识其能于事上发神通变化者，均非一日之功，乃渐薰而发现。况神通为圣末边事，于达人份上，并不看重。虽或发现，并不欲用。如未得本——明心见性，但求其末——发神通，非惟不能成道，抑且着魔有份，故不可不慎！今之佛徒，恒以神通衡量他人。妄以为一念悟时，即随现无量妙用，神通变化。若无神通变化，虽道眼通明，亦为非悟，此等人真所谓不知本末、不明先后痴迷之徒。既自生退屈，亦不信他，断佛种性，莫此为甚，良可悲也。关于第二种时病，以为一悟便休，无修无得无证者，较上述以为一悟便发通者，虽似有悟，但以见地未彻，误入歧途，与前未悟者所失无异，且或为害更甚。盖前者只自生退屈，不自信兼不信他，一旦</w:t>
      </w:r>
    </w:p>
    <w:p>
      <w:pPr>
        <w:spacing w:before="0" w:after="80" w:line="259" w:lineRule="auto"/>
        <w:ind w:firstLine="360"/>
      </w:pPr>
      <w:r>
        <w:rPr>
          <w:rFonts w:ascii="Noto Serif CJK SC" w:hAnsi="Noto Serif CJK SC" w:eastAsia="Noto Serif CJK SC"/>
        </w:rPr>
        <w:t>时节因缘到来，尚可打破痴迷，步入正轨。而后者自以为有悟，邪见</w:t>
      </w:r>
    </w:p>
    <w:p>
      <w:pPr>
        <w:spacing w:before="0" w:after="80" w:line="259" w:lineRule="auto"/>
        <w:ind w:firstLine="360"/>
      </w:pPr>
      <w:r>
        <w:rPr>
          <w:rFonts w:ascii="Noto Serif CJK SC" w:hAnsi="Noto Serif CJK SC" w:eastAsia="Noto Serif CJK SC"/>
        </w:rPr>
        <w:t>根深，免置后修，依前流浪，深入轮回，无以自拔！上面说过，无修、无得、无证乃理边事，亦为到家人最后了手语，绝非于一念悟时，即臻无修、无得、无证之境。尤其今代末法时人，根陋障重，更不能悟后未经进修，即臻无功用地。其言不须修治，一悟便休者，非狂即痴，实不可信也。盖一切众生本具如来智慧德性，只以迷妄不知，认假作真，造业受报，流转六道，沦为众生。虽在众生而本性不失，只一凛悟，便与诸佛无殊，不假修成，故云无修；凡所有相皆是虚妄，本来空寂，无有一法，故云无得；证至极地佛亦不立，故云无证。但当妄习未除，攀缘执着，流转生死时，又非不众生。故须念念薰修，心心觉照，于大悟后，于恶断断而无断，于善修修而无修，登堂入室归家稳坐，所谓绝学无为闲道人，方是无修无得无证的时节。未到此地步，即高谈无修无得无证，宁非欺贤诳圣，自贻伊戚！</w:t>
      </w:r>
    </w:p>
    <w:p>
      <w:pPr>
        <w:spacing w:before="0" w:after="80" w:line="259" w:lineRule="auto"/>
        <w:ind w:firstLine="360"/>
      </w:pPr>
      <w:r>
        <w:rPr>
          <w:rFonts w:ascii="Noto Serif CJK SC" w:hAnsi="Noto Serif CJK SC" w:eastAsia="Noto Serif CJK SC"/>
        </w:rPr>
        <w:t>或曰：顿悟顿修顿证，自古有之，难道此等人不是一悟便休吗？又难道此等人也要悟后渐修吗？假如自古有之，今时当然也不无了。答曰：顿悟顿修顿证者，非上上根人，不能得入。核实言之，此等人根机之所以高上深厚，皆过去依悟而修，渐薰积累而来，至于今</w:t>
      </w:r>
    </w:p>
    <w:p>
      <w:pPr>
        <w:spacing w:before="0" w:after="80" w:line="259" w:lineRule="auto"/>
        <w:ind w:firstLine="360"/>
      </w:pPr>
      <w:r>
        <w:rPr>
          <w:rFonts w:ascii="Noto Serif CJK SC" w:hAnsi="Noto Serif CJK SC" w:eastAsia="Noto Serif CJK SC"/>
        </w:rPr>
        <w:t>生机缘成熟，故能闻即发悟，一时顿毕。表面看来，似乎是顿悟顿修</w:t>
      </w:r>
    </w:p>
    <w:p>
      <w:pPr>
        <w:spacing w:before="0" w:after="80" w:line="259" w:lineRule="auto"/>
        <w:ind w:firstLine="360"/>
      </w:pPr>
      <w:r>
        <w:rPr>
          <w:rFonts w:ascii="Noto Serif CJK SC" w:hAnsi="Noto Serif CJK SC" w:eastAsia="Noto Serif CJK SC"/>
        </w:rPr>
        <w:t>顿证，实际上亦是先悟后修之机也。古德云：今日之顿，亦昔日之渐也。至于今世，学人根性陋劣，如非大菩萨再来，实难顿悟顿修顿证。纵有一二大根人一闻千悟，一悟顿毕，亦不能无修无得无证。盖无明习染，非一生可毕，更何况说个无修无得无证，早落在有修有得有证里边了也。《修心诀》云：“凡夫无始劫来，流转六道，坚执我相，妄想颠倒，无明种习，久已成性，虽到今生顿悟自性，本来空寂，与佛无异。而此旧习，卒难除断，故逢顺逆境，嗔喜是非，炽然起灭，客尘烦恼，与前无异，若不以般若着力薰修，焉能对治净明，得到大休大息之地？”大慧杲禅师云：“往往利根之辈，不费多力，打发此事，便生容易之心，更不修治，日久月深，依前流浪，未免轮回。岂可以一期所悟，便免置后修？”是以悟后，常须照察，不可玩忽，妄念忽起，或一凛觉，或提佛念，以至无为，方始究竟。故顿悟渐修之义，如车二轮缺一不可也。顿悟渐修既是佛徒之修行轨则，成道津梁，应如何修而后可？与悟前之修，又有何差别，试申论如下：</w:t>
      </w:r>
    </w:p>
    <w:p>
      <w:pPr>
        <w:pStyle w:val="Heading3"/>
      </w:pPr>
      <w:r>
        <w:rPr>
          <w:rFonts w:ascii="Noto Serif CJK SC" w:hAnsi="Noto Serif CJK SC" w:eastAsia="Noto Serif CJK SC"/>
        </w:rPr>
        <w:t>一、悟后之修，不可一概而论，须视学人妄习深浅，烦恼重轻而</w:t>
      </w:r>
    </w:p>
    <w:p>
      <w:pPr>
        <w:spacing w:before="0" w:after="80" w:line="259" w:lineRule="auto"/>
        <w:ind w:firstLine="360"/>
      </w:pPr>
      <w:r>
        <w:rPr>
          <w:rFonts w:ascii="Noto Serif CJK SC" w:hAnsi="Noto Serif CJK SC" w:eastAsia="Noto Serif CJK SC"/>
        </w:rPr>
        <w:t>定，习障浅者，不用对治，惟随缘照察，念起即觉，觉即转空。念念如是修习，自然渐得百千三昧。如《修心诀》云：“但照惑无本，念念不住；空花三界，如风卷烟；幻化六尘，如汤销冰。客尘烦恼，自然俱成醍醐。”学者如能如是念念修习，不忘照顾，定慧等持，则爱恶自然淡薄，智慧自然增发。若微细流注永断，圆觉大智朗然独存，即现千百亿化身，于十方国土中应机赴感而无留碍矣。《修心诀》云：“虽修万行，唯以无念为宗。天下善知识，悟后牧牛行，虽有后修，已先顿悟，妄念本空，心性本净，虽除断恶习而无恶</w:t>
      </w:r>
    </w:p>
    <w:p>
      <w:pPr>
        <w:spacing w:before="0" w:after="80" w:line="259" w:lineRule="auto"/>
        <w:ind w:firstLine="360"/>
      </w:pPr>
      <w:r>
        <w:rPr>
          <w:rFonts w:ascii="Noto Serif CJK SC" w:hAnsi="Noto Serif CJK SC" w:eastAsia="Noto Serif CJK SC"/>
        </w:rPr>
        <w:t>习可除，虽勤修福慧而无福慧可修；修而无修，除而无除，斯乃真修</w:t>
      </w:r>
    </w:p>
    <w:p>
      <w:pPr>
        <w:spacing w:before="0" w:after="80" w:line="259" w:lineRule="auto"/>
        <w:ind w:firstLine="360"/>
      </w:pPr>
      <w:r>
        <w:rPr>
          <w:rFonts w:ascii="Noto Serif CJK SC" w:hAnsi="Noto Serif CJK SC" w:eastAsia="Noto Serif CJK SC"/>
        </w:rPr>
        <w:t>真除矣。”</w:t>
      </w:r>
    </w:p>
    <w:p>
      <w:pPr>
        <w:spacing w:before="0" w:after="80" w:line="259" w:lineRule="auto"/>
        <w:ind w:firstLine="360"/>
      </w:pPr>
      <w:r>
        <w:rPr>
          <w:rFonts w:ascii="Noto Serif CJK SC" w:hAnsi="Noto Serif CJK SC" w:eastAsia="Noto Serif CJK SC"/>
        </w:rPr>
        <w:t>绪说</w:t>
      </w:r>
    </w:p>
    <w:p>
      <w:pPr>
        <w:spacing w:before="0" w:after="80" w:line="259" w:lineRule="auto"/>
        <w:ind w:firstLine="360"/>
      </w:pPr>
      <w:r>
        <w:rPr>
          <w:rFonts w:ascii="Noto Serif CJK SC" w:hAnsi="Noto Serif CJK SC" w:eastAsia="Noto Serif CJK SC"/>
        </w:rPr>
        <w:t>明心见性之意义</w:t>
      </w:r>
    </w:p>
    <w:p>
      <w:pPr>
        <w:spacing w:before="0" w:after="80" w:line="259" w:lineRule="auto"/>
        <w:ind w:firstLine="360"/>
      </w:pPr>
      <w:r>
        <w:rPr>
          <w:rFonts w:ascii="Noto Serif CJK SC" w:hAnsi="Noto Serif CJK SC" w:eastAsia="Noto Serif CJK SC"/>
        </w:rPr>
        <w:t>明心见性之证成</w:t>
      </w:r>
    </w:p>
    <w:p>
      <w:pPr>
        <w:spacing w:before="0" w:after="80" w:line="259" w:lineRule="auto"/>
        <w:ind w:firstLine="360"/>
      </w:pPr>
      <w:r>
        <w:rPr>
          <w:rFonts w:ascii="Noto Serif CJK SC" w:hAnsi="Noto Serif CJK SC" w:eastAsia="Noto Serif CJK SC"/>
        </w:rPr>
        <w:t>悟后真修</w:t>
      </w:r>
    </w:p>
    <w:p>
      <w:pPr>
        <w:spacing w:before="0" w:after="80" w:line="259" w:lineRule="auto"/>
        <w:ind w:firstLine="360"/>
      </w:pPr>
      <w:r>
        <w:rPr>
          <w:rFonts w:ascii="Noto Serif CJK SC" w:hAnsi="Noto Serif CJK SC" w:eastAsia="Noto Serif CJK SC"/>
        </w:rPr>
        <w:t>证体起用归宿问题</w:t>
      </w:r>
    </w:p>
    <w:p>
      <w:pPr>
        <w:spacing w:before="0" w:after="80" w:line="259" w:lineRule="auto"/>
        <w:ind w:firstLine="360"/>
      </w:pPr>
      <w:r>
        <w:rPr>
          <w:rFonts w:ascii="Noto Serif CJK SC" w:hAnsi="Noto Serif CJK SC" w:eastAsia="Noto Serif CJK SC"/>
        </w:rPr>
        <w:t>结论</w:t>
      </w:r>
    </w:p>
    <w:p>
      <w:pPr>
        <w:spacing w:before="0" w:after="80" w:line="259" w:lineRule="auto"/>
        <w:ind w:firstLine="360"/>
      </w:pPr>
      <w:r>
        <w:rPr>
          <w:rFonts w:ascii="Noto Serif CJK SC" w:hAnsi="Noto Serif CJK SC" w:eastAsia="Noto Serif CJK SC"/>
        </w:rPr>
        <w:t>又云：“见色闻声时但伊么（即见色闻声，但如明镜照物，风过树时，不作他想），着衣吃饭时但伊么，屙屎放尿时但伊么，对人接物时但伊么，乃至行、住、坐、卧，或语或默，或喜或怒，一切时中，一一如是；似虚舟驾浪，随高随下，而念念不住；如流水转山，遇曲遇直，而心心无知。今日腾腾任运，明日任运腾腾，随顺众缘，无障无碍。质直无伪，视听寻常，则绝一尘而作对，何劳遣荡之功；无一念而生情，不假忘缘之力矣。”似此任运寂知，原本无为之修，实等于无修。既无须另起炉灶，</w:t>
      </w:r>
    </w:p>
    <w:p>
      <w:pPr>
        <w:spacing w:before="0" w:after="80" w:line="259" w:lineRule="auto"/>
        <w:ind w:firstLine="360"/>
      </w:pPr>
      <w:r>
        <w:rPr>
          <w:rFonts w:ascii="Noto Serif CJK SC" w:hAnsi="Noto Serif CJK SC" w:eastAsia="Noto Serif CJK SC"/>
        </w:rPr>
        <w:t>执法修持，亦不用冥存观想，取静为行，与悟前不明所以，坚执法</w:t>
      </w:r>
    </w:p>
    <w:p>
      <w:pPr>
        <w:spacing w:before="0" w:after="80" w:line="259" w:lineRule="auto"/>
        <w:ind w:firstLine="360"/>
      </w:pPr>
      <w:r>
        <w:rPr>
          <w:rFonts w:ascii="Noto Serif CJK SC" w:hAnsi="Noto Serif CJK SC" w:eastAsia="Noto Serif CJK SC"/>
        </w:rPr>
        <w:t>相，牢持仪轨，贪取功德，追赶任务，披枷带锁之修，宁不大相径庭！</w:t>
      </w:r>
    </w:p>
    <w:p>
      <w:pPr>
        <w:pStyle w:val="Heading3"/>
      </w:pPr>
      <w:r>
        <w:rPr>
          <w:rFonts w:ascii="Noto Serif CJK SC" w:hAnsi="Noto Serif CJK SC" w:eastAsia="Noto Serif CJK SC"/>
        </w:rPr>
        <w:t>二、至于习染深厚，无明力大，于善恶顺逆境界未免被动静互</w:t>
      </w:r>
    </w:p>
    <w:p>
      <w:pPr>
        <w:spacing w:before="0" w:after="80" w:line="259" w:lineRule="auto"/>
        <w:ind w:firstLine="360"/>
      </w:pPr>
      <w:r>
        <w:rPr>
          <w:rFonts w:ascii="Noto Serif CJK SC" w:hAnsi="Noto Serif CJK SC" w:eastAsia="Noto Serif CJK SC"/>
        </w:rPr>
        <w:t>换，心不恬淡者，则不无妄缘遣荡、对治之功。对治法中，若掉举盛者，则以相应之定功摄散；若昏沉盛者，则以慧门观空（至于用何种功夫为宜，请阅下章“十种修行法门”），务令定慧等持，动静相亡，入于无为，方始究竟。《修心诀》云：“先以定门摄掉举，使心不随缘，契乎本寂；次以慧门警昏沉，择法观空，契乎本知。以定治乎乱想，</w:t>
      </w:r>
    </w:p>
    <w:p>
      <w:pPr>
        <w:spacing w:before="0" w:after="80" w:line="259" w:lineRule="auto"/>
        <w:ind w:firstLine="360"/>
      </w:pPr>
      <w:r>
        <w:rPr>
          <w:rFonts w:ascii="Noto Serif CJK SC" w:hAnsi="Noto Serif CJK SC" w:eastAsia="Noto Serif CJK SC"/>
        </w:rPr>
        <w:t>以慧治乎无记。昏乱相亡，对治功终，则对境而念念归宗，遇缘而心</w:t>
      </w:r>
    </w:p>
    <w:p>
      <w:pPr>
        <w:spacing w:before="0" w:after="80" w:line="259" w:lineRule="auto"/>
        <w:ind w:firstLine="360"/>
      </w:pPr>
      <w:r>
        <w:rPr>
          <w:rFonts w:ascii="Noto Serif CJK SC" w:hAnsi="Noto Serif CJK SC" w:eastAsia="Noto Serif CJK SC"/>
        </w:rPr>
        <w:t>心契道，任运双修，方为无事。”或曰：如此对治修习，与悟前劣机之渐修，一般无二，还讲什么顿悟呢？答曰：以此等人机劣习重，障深垢厚，虽亦悟自性清净空寂，具足万德，与佛无异，其奈对境生情，遇缘成滞，被它昏乱转换，昧却寂然常知，不藉对治之功，均调昏乱，非但不能入于无为，而反堕“悟后迷”中，是不可不慎也。兹举一二悟后迷的公案，以资悟后又不务实修者警惕：</w:t>
      </w:r>
    </w:p>
    <w:p>
      <w:pPr>
        <w:pStyle w:val="Heading3"/>
      </w:pPr>
      <w:r>
        <w:rPr>
          <w:rFonts w:ascii="Noto Serif CJK SC" w:hAnsi="Noto Serif CJK SC" w:eastAsia="Noto Serif CJK SC"/>
        </w:rPr>
        <w:t>一、负师</w:t>
      </w:r>
    </w:p>
    <w:p>
      <w:pPr>
        <w:spacing w:before="0" w:after="80" w:line="259" w:lineRule="auto"/>
        <w:ind w:firstLine="360"/>
      </w:pPr>
      <w:r>
        <w:rPr>
          <w:rFonts w:ascii="Noto Serif CJK SC" w:hAnsi="Noto Serif CJK SC" w:eastAsia="Noto Serif CJK SC"/>
        </w:rPr>
        <w:t>暹道者久参雪窦，得法后，窦拟举往金鹅为方丈，而暹不从，后出世开堂，因德山远和尚声势、名望均高于雪窦，即改而承嗣远和尚。令使者通书各山，山前婆子欣然问曰：“暹首座出世为谁烧香？”专使曰：“德山远和尚。”婆子诟骂曰：“雪窦抖擞尿肠，为你说禅，始有今日，你得恁么辜恩负德！”和州开盛觉老，初参长芦夫铁脚，久无所得。后造东山五祖演席下得法。出世住开盛，见长芦法席大盛，乃改嗣夫，不源所得。拈香</w:t>
      </w:r>
    </w:p>
    <w:p>
      <w:pPr>
        <w:spacing w:before="0" w:after="80" w:line="259" w:lineRule="auto"/>
        <w:ind w:firstLine="360"/>
      </w:pPr>
      <w:r>
        <w:rPr>
          <w:rFonts w:ascii="Noto Serif CJK SC" w:hAnsi="Noto Serif CJK SC" w:eastAsia="Noto Serif CJK SC"/>
        </w:rPr>
        <w:t>时，忽觉胸前如捣，遂于痛处发痈成窍。以乳香作饼塞之，久而不愈，竟卒！</w:t>
      </w:r>
    </w:p>
    <w:p>
      <w:pPr>
        <w:pStyle w:val="Heading3"/>
      </w:pPr>
      <w:r>
        <w:rPr>
          <w:rFonts w:ascii="Noto Serif CJK SC" w:hAnsi="Noto Serif CJK SC" w:eastAsia="Noto Serif CJK SC"/>
        </w:rPr>
        <w:t>二、卖友</w:t>
      </w:r>
    </w:p>
    <w:p>
      <w:pPr>
        <w:spacing w:before="0" w:after="80" w:line="259" w:lineRule="auto"/>
        <w:ind w:firstLine="360"/>
      </w:pPr>
      <w:r>
        <w:rPr>
          <w:rFonts w:ascii="Noto Serif CJK SC" w:hAnsi="Noto Serif CJK SC" w:eastAsia="Noto Serif CJK SC"/>
        </w:rPr>
        <w:t>庆藏主，蜀人，丛林知名。一日与秀大师同行入都城参法云圆通禅师。到法云，秀得参堂挂单，而庆藏主未获允准。庆在智海，偶卧病，秀欲诣问病况，而山门无假，乃潜往智海见庆。庆反以书白圆通，道秀越规矩出入。圆通知之，夜参大骂云：“彼以道义故，拼出院来问汝疾，反以书告讦，岂端人正士所为？”庆闻之，遂掩息。丛林尽谓庆遭圆通一诟而卒。</w:t>
      </w:r>
    </w:p>
    <w:p>
      <w:pPr>
        <w:pStyle w:val="Heading3"/>
      </w:pPr>
      <w:r>
        <w:rPr>
          <w:rFonts w:ascii="Noto Serif CJK SC" w:hAnsi="Noto Serif CJK SC" w:eastAsia="Noto Serif CJK SC"/>
        </w:rPr>
        <w:t>三、叛师</w:t>
      </w:r>
    </w:p>
    <w:p>
      <w:pPr>
        <w:spacing w:before="0" w:after="80" w:line="259" w:lineRule="auto"/>
        <w:ind w:firstLine="360"/>
      </w:pPr>
      <w:r>
        <w:rPr>
          <w:rFonts w:ascii="Noto Serif CJK SC" w:hAnsi="Noto Serif CJK SC" w:eastAsia="Noto Serif CJK SC"/>
        </w:rPr>
        <w:t>大阳平侍者，洞宗明安禅师之高足。一日琅琊广照禅师来访，明安与之云：“兴洞上一宗者，非远即觉也。”照云：“有平侍者在。”安云：“平旧习深厚。”并以手指胸云：“此处更不佳。”又捏拇叉中示之云：“平向后当死于此。”暨明安圆寂，平居大阳，拟谋取师生前李和文都尉所施黄白物，不惜毁师灵塔。虽经山中耆宿切陈，亦不听之。发塔，镢师颜面貌如生，薪尽俨然。众皆惊异，平更镢破师脑，益油薪，俄成灰烬。众以其事闻于官，坐平谋塔中物，不孝还俗。诸方以其人品格不端，皆弃之不顾。平流浪无所依。后于三叉路口遭大虫食之。竟不免明安丫叉之记，悲哉！此类公案亦不胜枚举，皆悟后不借对治精修，积习深厚，昧却天良，见利动心，忘恩负义，有以致之也。虽然，人固可以逞其凶顽奸诈之智，其奈护法神不予宽容何？其不得善终也，宜矣！须知虽藉对治功夫，暂调习气，以先顿悟心性本净，烦恼本空，即不执法修行，落于有修有得有证之劣见，故能念念归宗，心心契道，不失顿悟之旨。反之，修在悟前，以未见性故，虽念念薰修，但着着生疑。不能自在无碍，同时粘着法相，搏取功德，生死不了。故同样用对治法门，于悟人份上，如假道暂宿。一时方便，不落法执，日久月深，自然契合道妙，成就无上菩提。与前胜机习浅，修而无修，无修而修者，更无差别，是又不可不知也。又如修净土念佛者，未开悟前，不知念念归宗，只向外驰求，着相修行。甚者，着功德相，以多为胜，赶念经咒，反致生病。及开悟后，方知心即是佛，佛即是心，念佛即是念心，念心便是念佛；念念念佛，念念唤醒本心，所谓心佛道交，打成一片。故古德谓，一句佛号，明心见性后，方能全提，以未悟前，既不知念佛之落处，又复着</w:t>
      </w:r>
    </w:p>
    <w:p>
      <w:pPr>
        <w:spacing w:before="0" w:after="80" w:line="259" w:lineRule="auto"/>
        <w:ind w:firstLine="360"/>
      </w:pPr>
      <w:r>
        <w:rPr>
          <w:rFonts w:ascii="Noto Serif CJK SC" w:hAnsi="Noto Serif CJK SC" w:eastAsia="Noto Serif CJK SC"/>
        </w:rPr>
        <w:t>着生疑，故不得真实受用。开悟后，识得心之本原，念亦得，不念亦得，无所谓念与不念；既不着相以求念，亦不避舍而不念。整日净裸裸、赤洒洒，逍遥自在，随缘无碍，到这时方才真正称得起净念相继，无一念不是佛念。关于“净念相继”一语，其中大有学问，它和禅宗悟后的保任功夫完全无异，它是念佛人修行进程的指标。兹不嫌辞费，略述于下：盖“净念”二字非如一般人所想像的以清净心念佛，即为净念，而是念佛功纯，能念之心与所念之佛，一时脱落，能所双亡，空有皆泯之正念，始为净念。至于“相继”，则又分静中相继、动中相继与动静一如等功夫深浅的差别。兹分析如下：</w:t>
      </w:r>
    </w:p>
    <w:p>
      <w:pPr>
        <w:pStyle w:val="Heading3"/>
      </w:pPr>
      <w:r>
        <w:rPr>
          <w:rFonts w:ascii="Noto Serif CJK SC" w:hAnsi="Noto Serif CJK SC" w:eastAsia="Noto Serif CJK SC"/>
        </w:rPr>
        <w:t>一、静中相继。念佛人念至能所双亡，本性显发时，为初显净念。</w:t>
      </w:r>
    </w:p>
    <w:p>
      <w:pPr>
        <w:spacing w:before="0" w:after="80" w:line="259" w:lineRule="auto"/>
        <w:ind w:firstLine="360"/>
      </w:pPr>
      <w:r>
        <w:rPr>
          <w:rFonts w:ascii="Noto Serif CJK SC" w:hAnsi="Noto Serif CJK SC" w:eastAsia="Noto Serif CJK SC"/>
        </w:rPr>
        <w:t>嗣后，因无始旷劫着相习气深厚，不能每坐皆显，须隔数周、数月甚或一年再现，此全视行人的根基与修行的疏密而定。此时，行者须加劲精勤用功，使相隔时间渐渐缩短。由一年而数月，而一月，而数日，最后座座皆现；此为静中相继，相当于禅宗的“保”字功夫的第一阶段，是为理一心。</w:t>
      </w:r>
    </w:p>
    <w:p>
      <w:pPr>
        <w:pStyle w:val="Heading3"/>
      </w:pPr>
      <w:r>
        <w:rPr>
          <w:rFonts w:ascii="Noto Serif CJK SC" w:hAnsi="Noto Serif CJK SC" w:eastAsia="Noto Serif CJK SC"/>
        </w:rPr>
        <w:t>二、动中相继。静中能时时相继，遇境缘动乱时，又复打失，不能</w:t>
      </w:r>
    </w:p>
    <w:p>
      <w:pPr>
        <w:spacing w:before="0" w:after="80" w:line="259" w:lineRule="auto"/>
        <w:ind w:firstLine="360"/>
      </w:pPr>
      <w:r>
        <w:rPr>
          <w:rFonts w:ascii="Noto Serif CJK SC" w:hAnsi="Noto Serif CJK SC" w:eastAsia="Noto Serif CJK SC"/>
        </w:rPr>
        <w:t>称为真相继。须在日常动用中磨练，上而至于纵横无碍，顺逆无拘，如在静中一样，仍旧孤明历历，无有走着，方为动中相继。但有时偶而忘却，遇境而动，马上即觉而归空。此相当禅宗的“保”字功夫的第二阶段功夫，是为事一心。</w:t>
      </w:r>
    </w:p>
    <w:p>
      <w:pPr>
        <w:pStyle w:val="Heading3"/>
      </w:pPr>
      <w:r>
        <w:rPr>
          <w:rFonts w:ascii="Noto Serif CJK SC" w:hAnsi="Noto Serif CJK SC" w:eastAsia="Noto Serif CJK SC"/>
        </w:rPr>
        <w:t>三、动静一如。不管动中静中，俱无走着，且无守住之心，纯任自</w:t>
      </w:r>
    </w:p>
    <w:p>
      <w:pPr>
        <w:spacing w:before="0" w:after="80" w:line="259" w:lineRule="auto"/>
        <w:ind w:firstLine="360"/>
      </w:pPr>
      <w:r>
        <w:rPr>
          <w:rFonts w:ascii="Noto Serif CJK SC" w:hAnsi="Noto Serif CJK SC" w:eastAsia="Noto Serif CJK SC"/>
        </w:rPr>
        <w:t>然。此相当禅宗的“任”字功夫的第一阶段，是为理事一心。</w:t>
      </w:r>
    </w:p>
    <w:p>
      <w:pPr>
        <w:pStyle w:val="Heading3"/>
      </w:pPr>
      <w:r>
        <w:rPr>
          <w:rFonts w:ascii="Noto Serif CJK SC" w:hAnsi="Noto Serif CJK SC" w:eastAsia="Noto Serif CJK SC"/>
        </w:rPr>
        <w:t>四、相继亦不可得，不守之心亦无，昔日所有玄妙奇特，一扫而</w:t>
      </w:r>
    </w:p>
    <w:p>
      <w:pPr>
        <w:spacing w:before="0" w:after="80" w:line="259" w:lineRule="auto"/>
        <w:ind w:firstLine="360"/>
      </w:pPr>
      <w:r>
        <w:rPr>
          <w:rFonts w:ascii="Noto Serif CJK SC" w:hAnsi="Noto Serif CJK SC" w:eastAsia="Noto Serif CJK SC"/>
        </w:rPr>
        <w:t>空，镇日如痴如呆，淡而无味，然无味中有至味在焉。此相当禅宗的“任”字功夫的第二阶段，是为事事一心。斯真净念相继者也。</w:t>
      </w:r>
    </w:p>
    <w:p>
      <w:pPr>
        <w:spacing w:before="0" w:after="80" w:line="259" w:lineRule="auto"/>
        <w:ind w:firstLine="360"/>
      </w:pPr>
      <w:r>
        <w:rPr>
          <w:rFonts w:ascii="Noto Serif CJK SC" w:hAnsi="Noto Serif CJK SC" w:eastAsia="Noto Serif CJK SC"/>
        </w:rPr>
        <w:t>兹为便于后学择法修行起见，将元知讷禅师所说十种修行法门</w:t>
      </w:r>
    </w:p>
    <w:p>
      <w:pPr>
        <w:spacing w:before="0" w:after="80" w:line="259" w:lineRule="auto"/>
        <w:ind w:firstLine="360"/>
      </w:pPr>
      <w:r>
        <w:rPr>
          <w:rFonts w:ascii="Noto Serif CJK SC" w:hAnsi="Noto Serif CJK SC" w:eastAsia="Noto Serif CJK SC"/>
        </w:rPr>
        <w:t>摘录于下，供大家参考：问曰：未审宗门，以何法治心？曰：以无心法治妄心。问曰：人若无心，便同草木。无心之说，请施方便。曰：今云无心，非无心体，名为无心。但心中无物，名曰无心。如言空瓶，瓶中无物，名曰空瓶，非无瓶体，名空瓶也。故祖师云：汝但于心无事、于事无心，自然虚而灵、寂而妙，是此心的旨也。据此，则以无妄心，非无真心妙用</w:t>
      </w:r>
    </w:p>
    <w:p>
      <w:pPr>
        <w:spacing w:before="0" w:after="80" w:line="259" w:lineRule="auto"/>
        <w:ind w:firstLine="360"/>
      </w:pPr>
      <w:r>
        <w:rPr>
          <w:rFonts w:ascii="Noto Serif CJK SC" w:hAnsi="Noto Serif CJK SC" w:eastAsia="Noto Serif CJK SC"/>
        </w:rPr>
        <w:t>也。从来诸师说做无心功夫，类各不同，今总大义，略明十种。一曰觉察。谓做功夫时，平常绝念，提防念起，一念才生，即便与觉破，前念觉破，后念不生，此之觉智，亦不须用。妄觉俱忘，名曰无心。故祖师云：不怕念起，只恐觉迟。又偈云：不用求真，唯须息见。此觉察息妄功夫也。二曰休息。谓做功夫时，不思善，不思恶，心起便休，遇缘便歇。故云一条白练去，冷湫湫地去，古庙里香炉去！直得绝廉纤、离分别，如痴如呆，方有少分相应。此休息妄心功夫也。三曰泯心存境。谓做功夫时，于一切妄念俱息，不顾外境，但自息心。妄心已息，何害外境？即古人夺人不夺境法门也。庞公云：但自无心于万物，何妨万物常围绕！此泯心存境息妄功夫也。四曰泯境存心。谓做工夫时，将一切内外诸境，悉观为空寂，只</w:t>
      </w:r>
    </w:p>
    <w:p>
      <w:pPr>
        <w:spacing w:before="0" w:after="80" w:line="259" w:lineRule="auto"/>
        <w:ind w:firstLine="360"/>
      </w:pPr>
      <w:r>
        <w:rPr>
          <w:rFonts w:ascii="Noto Serif CJK SC" w:hAnsi="Noto Serif CJK SC" w:eastAsia="Noto Serif CJK SC"/>
        </w:rPr>
        <w:t>存一心，孤标独立。所以古人云：不与万物为侣，不与诸尘作对，心</w:t>
      </w:r>
    </w:p>
    <w:p>
      <w:pPr>
        <w:spacing w:before="0" w:after="80" w:line="259" w:lineRule="auto"/>
        <w:ind w:firstLine="360"/>
      </w:pPr>
      <w:r>
        <w:rPr>
          <w:rFonts w:ascii="Noto Serif CJK SC" w:hAnsi="Noto Serif CJK SC" w:eastAsia="Noto Serif CJK SC"/>
        </w:rPr>
        <w:t>若着境，心即是妄，今既无境，何妄之有？即古人夺境不夺人法门</w:t>
      </w:r>
    </w:p>
    <w:p>
      <w:pPr>
        <w:spacing w:before="0" w:after="80" w:line="259" w:lineRule="auto"/>
        <w:ind w:firstLine="360"/>
      </w:pPr>
      <w:r>
        <w:rPr>
          <w:rFonts w:ascii="Noto Serif CJK SC" w:hAnsi="Noto Serif CJK SC" w:eastAsia="Noto Serif CJK SC"/>
        </w:rPr>
        <w:t>也。故云：上苑花已谢，车马尚骈阗。此是泯境存心息妄功夫也。</w:t>
      </w:r>
    </w:p>
    <w:p>
      <w:pPr>
        <w:spacing w:before="0" w:after="80" w:line="259" w:lineRule="auto"/>
        <w:ind w:firstLine="360"/>
      </w:pPr>
      <w:r>
        <w:rPr>
          <w:rFonts w:ascii="Noto Serif CJK SC" w:hAnsi="Noto Serif CJK SC" w:eastAsia="Noto Serif CJK SC"/>
        </w:rPr>
        <w:t>五曰泯心泯境。谓做功夫时，先空寂外境，次灭内心，既内外心</w:t>
      </w:r>
    </w:p>
    <w:p>
      <w:pPr>
        <w:spacing w:before="0" w:after="80" w:line="259" w:lineRule="auto"/>
        <w:ind w:firstLine="360"/>
      </w:pPr>
      <w:r>
        <w:rPr>
          <w:rFonts w:ascii="Noto Serif CJK SC" w:hAnsi="Noto Serif CJK SC" w:eastAsia="Noto Serif CJK SC"/>
        </w:rPr>
        <w:t>境俱寂，毕竟妄从何有？故灌溪云：十方无壁落，四面亦无门。即祖</w:t>
      </w:r>
    </w:p>
    <w:p>
      <w:pPr>
        <w:spacing w:before="0" w:after="80" w:line="259" w:lineRule="auto"/>
        <w:ind w:firstLine="360"/>
      </w:pPr>
      <w:r>
        <w:rPr>
          <w:rFonts w:ascii="Noto Serif CJK SC" w:hAnsi="Noto Serif CJK SC" w:eastAsia="Noto Serif CJK SC"/>
        </w:rPr>
        <w:t>师人境两俱夺法门也。故有语云：云散水流去，人寂天地空！此泯心</w:t>
      </w:r>
    </w:p>
    <w:p>
      <w:pPr>
        <w:spacing w:before="0" w:after="80" w:line="259" w:lineRule="auto"/>
        <w:ind w:firstLine="360"/>
      </w:pPr>
      <w:r>
        <w:rPr>
          <w:rFonts w:ascii="Noto Serif CJK SC" w:hAnsi="Noto Serif CJK SC" w:eastAsia="Noto Serif CJK SC"/>
        </w:rPr>
        <w:t>泯境息妄功夫也。六曰存境存心。谓做功夫时，心住心位，境住境位。有时心境相对，则心不趣境，境不临心，各不相到，自然妄念不生，于道无碍。故经云：是法住法位，世间相常住。即祖师人境俱不夺法门也。故有语云：一片月生海，几家人上楼！此是存境存心灭妄功夫也。七曰内外全体。谓做功夫时，于山河大地，日月星辰，内身外器，一切诸法，同真心体，湛然虚明，无一毫异，大千沙界，打成一片，更于何处得妄心来！所以肇法师云：天地与我同根，万法与我同体。此是内外全体灭妄功夫也。八曰内外全用。谓做功夫时，将一切内外身心器界诸法及一切动用施为，悉观作真心妙用，一切心念才生，便是妙用现前。既一切皆是妙用，妄心向甚处安着？故永嘉云：无明实性即佛性，幻化空身即法身。此是内外全用息妄功夫也。九曰即体即用。谓做功夫时，虽冥合真体，一味空寂，而于中内隐灵明，乃体即用也；灵明中，内隐空寂，用即体也。故永嘉云：惺惺寂寂是，惺惺妄想非，寂寂惺惺是，寂寂无记非。既寂寂中不容无</w:t>
      </w:r>
    </w:p>
    <w:p>
      <w:pPr>
        <w:spacing w:before="0" w:after="80" w:line="259" w:lineRule="auto"/>
        <w:ind w:firstLine="360"/>
      </w:pPr>
      <w:r>
        <w:rPr>
          <w:rFonts w:ascii="Noto Serif CJK SC" w:hAnsi="Noto Serif CJK SC" w:eastAsia="Noto Serif CJK SC"/>
        </w:rPr>
        <w:t>记，惺惺中不用乱想，所有妄心如何得生？此是即体即用灭妄功夫也。十曰透出体用。谓做功夫时，不分内外，亦不辨东西南北，将四面八方只作一个大解脱门。圆陀陀地体用不分，无分毫渗漏，通身打成一片。其妄何处得起？古人云：通身无缝罅，上下成团圆，是乃透出体用灭妄功夫也。以上十种功夫，不须全做，但得一门成就，其妄自息，真心即现。随宿根曾与何法有缘，即便习之。此之功夫乃无功之功，非有心功力也。即使未悟真心者修之，亦易当下得见。此休息妄心法门，对学道人最关紧要，故不厌求详，录示后学，切勿以画蛇添足视之！以上十种功夫，俱在行、住、坐、卧处着力，须于穿衣吃饭时，屙屎放尿时，对话工作时，一切时、一切处，绵密觉察观照，不消打坐参究。其或习障深厚，力有未逮，仍须打坐用功者，即仍听之，但须于下坐后，将定中功夫，推在境上，在动中着力锻炼，庶几可以早日打成一片，而臻无功之大功，圆成菩提大道。至于密宗，悟后更须密修，以期即“身”成就。其修法之广，方便之多，远非显宗可比。但密法贵师承灌顶传授，不可公开露布，故从略。</w:t>
      </w:r>
    </w:p>
    <w:p>
      <w:pPr>
        <w:spacing w:before="0" w:after="80" w:line="259" w:lineRule="auto"/>
        <w:ind w:firstLine="360"/>
      </w:pPr>
      <w:r>
        <w:rPr>
          <w:rFonts w:ascii="Noto Serif CJK SC" w:hAnsi="Noto Serif CJK SC" w:eastAsia="Noto Serif CJK SC"/>
        </w:rPr>
        <w:t>丁证体起用关于证体之景相，古人多不详言。一者，以此证境，非言思能及，一落言诠，即嫌住着。二者，真证得者，归无所得，不欲炫耀于人。三者，恐未悟者窃为己有，以迷惑他人。四者，恐人着境以求，反障悟门。五者，各人经过境界，亦非完全一致。以是等等原因，故只以“云散长空，青天澈露”、“万里无云之晴空”、“心月孤圆，光含万象”、“非光非昧，非大非小，非青非黄”，更或以“圆团团，光灿灿”等约略描绘之。余今似亦不例外，况余并无所证，亦无所得，更无能为言，只得拾几句现成公案，以飨读者。至于详细情形，只有留待读者自己努力用功证取体会了。当我人修法修至能所双忘，心法双泯时，不管修什么宗，都是卒地折、爆地断，有如爆炸物，忽然爆破，内而身心，外而世界，乃至虚空，一时脱落、粉碎，化为乌有，连乌有也乌有。所谓大地平沉，虚空粉碎，当斯时也，虽一无所有，但虚明凝寂、一灵不昧，了了常知非如木石。虽了了而无能知与所知，以此了了全体是一片虚明灵知，不能再有能知与所知，再有知，便是头上加头，即非是了。我人证此真境后，回过头来，方才识知这个“灵知”不在别处，整日在六根门头上放光，与我人无丝毫离异、无些许间隔，一切言行动作，无不是“它”的灵妙神用。从前为它千辛万苦，百般追求探索，原来只在目前不识，反而污糟它、屈辱它，在六道内轮回受苦，宁不冤苦！古德谓“声前一句，千圣不传，面前一丝，亘古无间！”又谓“踏破铁鞋无觅处，得来全不费工夫。”即指此也。但这只是素法身，尚须辛勤打磨，绵密除习，始能大放光明。功夫纯熟，即便熟睡，顶上亦如一轮中秋明月朗照。待光明精纯，宽阔天眼自然豁开，十方世界一时齐彰，我入入我有如因陀罗网，重重交参，妙用无尽。或谓此种景相是禅宗或密宗行人所证，至于净土宗念佛人不应如此，因彼等以生西方净土为目的，应于定中见阿弥陀佛和西方圣境，不可一无所见。假使一无所见，如何得生净土？答曰：君不见前录之印光大师念佛三昧么？印光大师是极力主张</w:t>
      </w:r>
    </w:p>
    <w:p>
      <w:pPr>
        <w:spacing w:before="0" w:after="80" w:line="259" w:lineRule="auto"/>
        <w:ind w:firstLine="360"/>
      </w:pPr>
      <w:r>
        <w:rPr>
          <w:rFonts w:ascii="Noto Serif CJK SC" w:hAnsi="Noto Serif CJK SC" w:eastAsia="Noto Serif CJK SC"/>
        </w:rPr>
        <w:t>仗佛慈力，接引生西的。他为何在念佛三昧中也说，无见之见是真见，真见无所见呢？盖真如佛性无形无相，一尘不染，一丝不挂，说似一物即不中。故真佛，实在无言可说、无形可见。但此无形之佛性，不是顽空，故能随缘现相起用，但相以随缘现起故，只是假名，</w:t>
      </w:r>
    </w:p>
    <w:p>
      <w:pPr>
        <w:spacing w:before="0" w:after="80" w:line="259" w:lineRule="auto"/>
        <w:ind w:firstLine="360"/>
      </w:pPr>
      <w:r>
        <w:rPr>
          <w:rFonts w:ascii="Noto Serif CJK SC" w:hAnsi="Noto Serif CJK SC" w:eastAsia="Noto Serif CJK SC"/>
        </w:rPr>
        <w:t>非是实体。故见有相之佛不是真佛。古德云：报化非真佛，亦非说法</w:t>
      </w:r>
    </w:p>
    <w:p>
      <w:pPr>
        <w:spacing w:before="0" w:after="80" w:line="259" w:lineRule="auto"/>
        <w:ind w:firstLine="360"/>
      </w:pPr>
      <w:r>
        <w:rPr>
          <w:rFonts w:ascii="Noto Serif CJK SC" w:hAnsi="Noto Serif CJK SC" w:eastAsia="Noto Serif CJK SC"/>
        </w:rPr>
        <w:t>者。《法华经》谓为化城，非是宝所。欲上品上生西方净土，须透有相之小歇场，证到无相之真佛妙体，方能如愿以偿。反是，执有形之佛与有相之净土，只能下品下生，此乃无可移易之真理。故印光大师说到念佛最高之境界——念佛三昧时，亦不得不说无所见之见乃真见了。以证到如此高深境界，心土打成一片，心即土，土即心。发愿生西即是生自心之净土，生无所生，还怕不上品上生吗？见性之后，若死守空境，或耽着静居，而不知于境上起用，犹如贫子发了财后，不知其用，终如贫穷一样。而且不于事境上锻炼，不得理事双融之大定，更毋臻事事无碍之境而圆成佛道之大功。故必以所悟之理于事境上磨练，去其棱角，方臻圆妙。但初悟之人，往往不知起用之方，更不明其过程，甚或因力量一时不够，遇事而有波动时，又疑所悟为非而动摇根本。惶惑不知所措，甚为可惜！兹将先师骧陆公所著《证体起用之过程》择其要者，节录于后，以助读者于悟后启发般若之用，而成绝顶无为之功，亦幸甚矣！实相妙体本有无住妙用，学人须将所证得之清净自在光景，移用于人事颠倒之时，而化有归空，化颠倒为清净，化烦恼为自在，非但灭却自己之苦，且可以灭他人之苦，此即名度生。功夫越深，习气发动亦越多越快，学人不必害怕，此第八识性田中自然翻出之种子，发动虽快，但去亦甚快，发动可能较平日为大，但发一次，小一次，短一次，少一次，不复再增长了。功夫越深，胆子越大。如忽然遇惊，亦只一惊，不复再惊，而且力量愈用愈强。功夫越深，忽而忘记性大，又忽而记忆力甚强，且日见敏捷；感觉力亦强，往往不假思索即与物相应，此通之先兆也。常观此本来而默契之，习气一来，即便觉察，觉即转空，同时以般若扫荡此空，更以般若扫荡此扫荡，扫至无可扫时，斯合本来，斯合般若大空之旨。做功夫要准、要狠、要省、要等、要平、要稳。准者，看准方向，无所疑退。狠者，克制自己，丝毫不留情，对自己点滴过错，也不能姑</w:t>
      </w:r>
    </w:p>
    <w:p>
      <w:pPr>
        <w:spacing w:before="0" w:after="80" w:line="259" w:lineRule="auto"/>
        <w:ind w:firstLine="360"/>
      </w:pPr>
      <w:r>
        <w:rPr>
          <w:rFonts w:ascii="Noto Serif CJK SC" w:hAnsi="Noto Serif CJK SC" w:eastAsia="Noto Serif CJK SC"/>
        </w:rPr>
        <w:t>绪说</w:t>
      </w:r>
    </w:p>
    <w:p>
      <w:pPr>
        <w:spacing w:before="0" w:after="80" w:line="259" w:lineRule="auto"/>
        <w:ind w:firstLine="360"/>
      </w:pPr>
      <w:r>
        <w:rPr>
          <w:rFonts w:ascii="Noto Serif CJK SC" w:hAnsi="Noto Serif CJK SC" w:eastAsia="Noto Serif CJK SC"/>
        </w:rPr>
        <w:t>明心见性之意义</w:t>
      </w:r>
    </w:p>
    <w:p>
      <w:pPr>
        <w:spacing w:before="0" w:after="80" w:line="259" w:lineRule="auto"/>
        <w:ind w:firstLine="360"/>
      </w:pPr>
      <w:r>
        <w:rPr>
          <w:rFonts w:ascii="Noto Serif CJK SC" w:hAnsi="Noto Serif CJK SC" w:eastAsia="Noto Serif CJK SC"/>
        </w:rPr>
        <w:t>明心见性之证成</w:t>
      </w:r>
    </w:p>
    <w:p>
      <w:pPr>
        <w:spacing w:before="0" w:after="80" w:line="259" w:lineRule="auto"/>
        <w:ind w:firstLine="360"/>
      </w:pPr>
      <w:r>
        <w:rPr>
          <w:rFonts w:ascii="Noto Serif CJK SC" w:hAnsi="Noto Serif CJK SC" w:eastAsia="Noto Serif CJK SC"/>
        </w:rPr>
        <w:t>悟后真修</w:t>
      </w:r>
    </w:p>
    <w:p>
      <w:pPr>
        <w:spacing w:before="0" w:after="80" w:line="259" w:lineRule="auto"/>
        <w:ind w:firstLine="360"/>
      </w:pPr>
      <w:r>
        <w:rPr>
          <w:rFonts w:ascii="Noto Serif CJK SC" w:hAnsi="Noto Serif CJK SC" w:eastAsia="Noto Serif CJK SC"/>
        </w:rPr>
        <w:t>证体起用归宿问题</w:t>
      </w:r>
    </w:p>
    <w:p>
      <w:pPr>
        <w:spacing w:before="0" w:after="80" w:line="259" w:lineRule="auto"/>
        <w:ind w:firstLine="360"/>
      </w:pPr>
      <w:r>
        <w:rPr>
          <w:rFonts w:ascii="Noto Serif CJK SC" w:hAnsi="Noto Serif CJK SC" w:eastAsia="Noto Serif CJK SC"/>
        </w:rPr>
        <w:t>结论</w:t>
      </w:r>
    </w:p>
    <w:p>
      <w:pPr>
        <w:spacing w:before="0" w:after="80" w:line="259" w:lineRule="auto"/>
        <w:ind w:firstLine="360"/>
      </w:pPr>
      <w:r>
        <w:rPr>
          <w:rFonts w:ascii="Noto Serif CJK SC" w:hAnsi="Noto Serif CJK SC" w:eastAsia="Noto Serif CJK SC"/>
        </w:rPr>
        <w:t>息。省者，常常反躬自省也。等者，等时候也。非有相当时间，其力不能充足。平者，观一切平等。以不论何种挂碍，皆由心不平等，分别得失而起。不知法本不生，何患乎得；法本不灭，何患乎失？能平则自然不惊、不怖、不畏，超然入自在之境。人往往有时间相、得失相、成败相，诸种习气来时，不能打破，此即定不足，慧不充也，亦即般若力不强也。故要等，等到其间，力自充足，譬如行路，贵在方向不错，按步而进，不在迟速。稳者，如是稳定永不退转也。明心见性一事，为了无量劫生死，何等重大！绝不可以单单理解，即为算数。以由理解而得，毫无定力，则起狂慧颠倒，终不名明心。兹分七种过程：一、以极强之慧力，见到本来，由此得少分之定，</w:t>
      </w:r>
    </w:p>
    <w:p>
      <w:pPr>
        <w:spacing w:before="0" w:after="80" w:line="259" w:lineRule="auto"/>
        <w:ind w:firstLine="360"/>
      </w:pPr>
      <w:r>
        <w:rPr>
          <w:rFonts w:ascii="Noto Serif CJK SC" w:hAnsi="Noto Serif CJK SC" w:eastAsia="Noto Serif CJK SC"/>
        </w:rPr>
        <w:t>如禅宗入者。或由定力强，启发般若，见到本来，如心中心密法之修</w:t>
      </w:r>
    </w:p>
    <w:p>
      <w:pPr>
        <w:spacing w:before="0" w:after="80" w:line="259" w:lineRule="auto"/>
        <w:ind w:firstLine="360"/>
      </w:pPr>
      <w:r>
        <w:rPr>
          <w:rFonts w:ascii="Noto Serif CJK SC" w:hAnsi="Noto Serif CJK SC" w:eastAsia="Noto Serif CJK SC"/>
        </w:rPr>
        <w:t>入者。二、见到后，必深信勿疑，以承当为第一。三、见本性周遍法</w:t>
      </w:r>
    </w:p>
    <w:p>
      <w:pPr>
        <w:spacing w:before="0" w:after="80" w:line="259" w:lineRule="auto"/>
        <w:ind w:firstLine="360"/>
      </w:pPr>
      <w:r>
        <w:rPr>
          <w:rFonts w:ascii="Noto Serif CJK SC" w:hAnsi="Noto Serif CJK SC" w:eastAsia="Noto Serif CJK SC"/>
        </w:rPr>
        <w:t>界，则法界一切一切无非是性。说幻，即一切幻；说真，即一切真。究其真幻统属假名，非有实体，心能不为所拘，是名无住。四、一切无住，虽空而不落断灭，妙用宛在。幻心非无，是名无生。五、虽名无住，但于善恶非不了知、非不分别，只是分别而不住，入于平等不二之境。六、心既平等，自无挂碍恐怖，到处自在矣。七、力量每每旋进旋退，或定或慧，后则定慧不分，只进不退。此真明心理事双融者矣。明心后“我见”未能即除，习气未能即净。我见习气时时来，时时能转而化之，是真明心者。若转化之力小，此另一问题。只怕不知转、不知化，即不能转、不能化矣。故学佛第一在开觉知，如得财；第二在善用其觉知，如用财；第三，并觉知而亦空之；第四，无所谓空不空，本来如是。如真富贵人，自忘其多财也。觉照一起，习气即消，但此中迟捷，各有不同，此有过程者十：一、境来而不觉。二、境来而再觉，惟起觉极费事。三、境来时，起觉不难。四、境来即觉，略有先后。五、境觉同时并起，而有时忘失。</w:t>
      </w:r>
    </w:p>
    <w:p>
      <w:pPr>
        <w:pStyle w:val="Heading3"/>
      </w:pPr>
      <w:r>
        <w:rPr>
          <w:rFonts w:ascii="Noto Serif CJK SC" w:hAnsi="Noto Serif CJK SC" w:eastAsia="Noto Serif CJK SC"/>
        </w:rPr>
        <w:t>六、同起而可以勿忘。七、觉先于境，但有时在后，或偶尔竟回到忘</w:t>
      </w:r>
    </w:p>
    <w:p>
      <w:pPr>
        <w:spacing w:before="0" w:after="80" w:line="259" w:lineRule="auto"/>
        <w:ind w:firstLine="360"/>
      </w:pPr>
      <w:r>
        <w:rPr>
          <w:rFonts w:ascii="Noto Serif CJK SC" w:hAnsi="Noto Serif CJK SC" w:eastAsia="Noto Serif CJK SC"/>
        </w:rPr>
        <w:t>失时。八、常觉不动。九、觉尚未净。十、常寂而常照，并觉亦无住矣，此是力量真充足时。从来大习气易去，小习气难除，还是不平等。是以仍有惊、怖、畏之果。其间忽上忽下，不得以退转名之。平时常用反观法，考察自己习性，不论好、坏、善、恶，凡不易化</w:t>
      </w:r>
    </w:p>
    <w:p>
      <w:pPr>
        <w:spacing w:before="0" w:after="80" w:line="259" w:lineRule="auto"/>
        <w:ind w:firstLine="360"/>
      </w:pPr>
      <w:r>
        <w:rPr>
          <w:rFonts w:ascii="Noto Serif CJK SC" w:hAnsi="Noto Serif CJK SC" w:eastAsia="Noto Serif CJK SC"/>
        </w:rPr>
        <w:t>除者，即属生死之根，万不可固执为善而保留之。越不易化除，越要</w:t>
      </w:r>
    </w:p>
    <w:p>
      <w:pPr>
        <w:spacing w:before="0" w:after="80" w:line="259" w:lineRule="auto"/>
        <w:ind w:firstLine="360"/>
      </w:pPr>
      <w:r>
        <w:rPr>
          <w:rFonts w:ascii="Noto Serif CJK SC" w:hAnsi="Noto Serif CJK SC" w:eastAsia="Noto Serif CJK SC"/>
        </w:rPr>
        <w:t>化除，常与自己逆，便是进功。除习气，犹如人天交战，此必百战而可克胜，原非一朝一夕之功。明心而后，方具可以交战之资格，此即起用，由小战而大战，小胜而大胜，而根本破敌，永无后患。用功夫，切切压制不得、躲避不得。如贪嗔之根，必拔除之、化解之。若但知守住戒定慧，用以对治贪嗔痴，则善恶二见，留影于心。如敌来守城，虽一时敌不得入，敌终未去，乘机仍可入城，非究竟也。故勿压制、勿躲避，以破除为妙，两不留影，心无所染，敌我同化，即入大定。境来不理，亦不起念，但不断灭，此静中定也；对境不惑，依然应付，动而不动，此动中定也；至动静一如，无可无不可时，则大定矣。练心要练机，此在洞明因果之理。时时起观，功夫纯熟，大机大用起矣。一切烦恼，都由情见。情为我爱，见为我执，情见坚固，则成覆障，观因达果之机即不灵，此机用之所以不起也。得他心通者，端赖观因达果之机灵速，是以理事圆通，不待思索，历历如见。全在定慧双资、功夫纯熟。此便是神通，并无何种神妙之可求。肯做不屑做之事，肯说不愿说之话，肯接不愿交之人，其去平等智光不远矣。见他人过在，不独难入不二，亦障自己圣道而起骄慢，修道人所最忌！用功痛切时，必有一度不通世故人情时，故曰如丧考妣。盖痛切之至，必失于礼节威仪也。人每不谅，谓之骄慢自大，或疑为狂。此人人必经之过程，难为辩也。用功忽勤忽惰，若进若退，切勿疑忌，此是进功时，万勿性急而懊丧。喜静厌乱，即是不平等，切切不可，须知静乱乃我心之分别，与境无关。修道人自赞毁他，抑人自大，最为可耻可笑，慎勿为识者所讥！发愿不轻率，以发愿易而行愿难也。发愿欲大而坚，自心中掺不得一丝情见。八风不动中，四风易守，四风难防，逆者易知，顺者往往入其彀中而不自知，故于顺心如意之事，更须警惕，防其卷入境中。此中无有奇特事，但除习气，莫作圣解！所谓玄妙神变者亦稀松寻常，只缘少见，因而多怪，认为玄妙，忘却本来，入于魔道，宁不</w:t>
      </w:r>
    </w:p>
    <w:p>
      <w:pPr>
        <w:spacing w:before="0" w:after="80" w:line="259" w:lineRule="auto"/>
        <w:ind w:firstLine="360"/>
      </w:pPr>
      <w:r>
        <w:rPr>
          <w:rFonts w:ascii="Noto Serif CJK SC" w:hAnsi="Noto Serif CJK SC" w:eastAsia="Noto Serif CJK SC"/>
        </w:rPr>
        <w:t>可惜！用功切勿与人较量短长，应默察而自省之。修法为一时之权宜，切勿执取于法。贪法等于贪名利，同一生死。所谓成佛者，成如佛之性空也。心有所执，顿失本来，即离佛境，故宜时时凛觉。除习气亦在因缘，此有迟速之不同。明心后，保任绵密（所谓保任，切勿压心不起，只要能转化不住），经过相当时期，习气有忽然消除之妙。众生万般苦恼，只缘一乱字，乱由比量而起，见性人见闻觉知了了，不动念时心对境是现量，及至动念分别时，动而不动，虽比量而亦现量矣。常能如是者，名打成一片。方便力之大小随慧力而转，慧力之大小，在观照之圆不圆。圆斯通矣，通斯圆矣。所言通者，心无碍是也；碍者，以心碍心也。心如明圆不惑则通，此名无碍慧，发于大悲心陀罗尼中。陀罗尼者，心之至空至密地也。练心之法，只于有碍中忍得过。比如一切习惯，本无定义，本无不可。苦在自己养成习惯，非如此不可，遂不忍与自己逆，此碍之所以立也。倘忍得过，即无碍矣。因本来无碍也。比如面子事，本属虚幻不实，充其量，不过失去一虚幻面子耳！且看伊究竟碍不碍，此不过一时之不舒服，到底克胜过去，所得之无碍慧力，岂万金可买得哉！故学佛乃大丈夫事，能忍得，能放得下，不与世俗同流，亦不与世俗忤，所谓和而不同，即超然入圣矣。梦中所现之景，可以考察功夫之深浅。凡用功至密切时，心感于梦，梦中能有主张者，即不入三恶道之证。以入三恶道者，必心失其主为因，有随力而无主力，随业高下，入之而不觉。且如梦中有一分力量，必醒时有十分力量。心之与身，梦时为半离，死则为全离，死与梦无大异也。一切妙用，不离世觉故，明心见性后，须于人情世故，在在留心，练习通达，用以互除习气。熟于因果之理，方得机先，起大机用。《大日经·住心品疏》云：菩萨初发明道，即生获除盖障三昧，即与佛菩萨同住，发五神通，获知一切众生语言陀罗尼，能知一切众生心行，作诸佛事而广度之云云。明道者，见性成佛也；除盖障者，除习气也。习气何时净，五神通何时开发，非可先求也。得神通后，以他心通方便度脱众生。此为证体起用之过程，不依此道而入者，是</w:t>
      </w:r>
    </w:p>
    <w:p>
      <w:pPr>
        <w:spacing w:before="0" w:after="80" w:line="259" w:lineRule="auto"/>
        <w:ind w:firstLine="360"/>
      </w:pPr>
      <w:r>
        <w:rPr>
          <w:rFonts w:ascii="Noto Serif CJK SC" w:hAnsi="Noto Serif CJK SC" w:eastAsia="Noto Serif CJK SC"/>
        </w:rPr>
        <w:t>为外道。明道后，五神通虽一时未能全发，但已非同常人，以证得根本，所有除盖障发神通，均同时开发，只力微耳。悟了还同未悟时，不到平淡，炉火不能纯青。所谓大智若愚，整日如痴如傻，打成一片矣。以上所录，实为明心见性后，启发般若妙用之津梁。学者果能信入不疑，于证体后，刻刻提撕，在人情世故上，磨练自己，深谙众生心行，熟悉因果之理，则除盖障，发五神通，大机大用起矣。</w:t>
      </w:r>
    </w:p>
    <w:p>
      <w:pPr>
        <w:spacing w:before="0" w:after="80" w:line="259" w:lineRule="auto"/>
        <w:ind w:firstLine="360"/>
      </w:pPr>
      <w:r>
        <w:rPr>
          <w:rFonts w:ascii="Noto Serif CJK SC" w:hAnsi="Noto Serif CJK SC" w:eastAsia="Noto Serif CJK SC"/>
        </w:rPr>
        <w:t>戊归宿问题客有问明心见性人，圆寂后归往何处者；亦有问六祖大师入寂时云：“我自知去处”，但未言明去处，是知而不言，抑不明去处而不言欤？命终往生何所，确是修行人一大关键问题。如不把它搞清楚，对修行进程即大有妨碍，于将来的证果，亦将遭迂曲。一般说来，芸芸众生在六道中头出头没，轮回不息，生来死去，不知所以。今既开悟，识自本心，见自本性，当明生从何来，死归何所。如亦颟顸不知，岂非狂妄自负，未悟为悟？但所谓生死去来者，乃对迷人着相时说。在悟人份上，既豁开正眼，彻见真心，则三界六道，皆非实有；十方净土，宛如水月。本既不生，如何有灭？本自不灭，缘何有生？生灭既无，何有去来？更何有方所？六祖大师悟道后云：“何期自性本自清净；何期自性本不生灭；何期自性本自具足；何期自性本无动摇；何期自性能生万法。”所谓明心见性者，即见此不动不摇、不来不去、不生不灭而又能随缘现相，生起种种妙用之真空妙有之实性。既明见自性不生不灭，不来不去，缘何又从中取来去生灭之相而有所归呢？所以如说有命终、有往生，则实未开悟见性也。六祖说“我自知去处”者，拈黄叶止小儿啼也。不明言去处者，实无去处也。以此性如虚空，虚空何有归处？若见有去处，则落实，则着相。落实着相，则生死不了。无去处，则处处可去，处处可去而未尝去。所谓归即无归，无归即归；处处皆归，到处即归也。复次，妙有真空者，以妙有故，否则即是顽空；真空妙有者，以真空故，否则便成妄有。故彻悟心性者，融会色空，冥合体用，既不偏空，亦不执有，于无生灭处，不妨示现生灭，虽生而无生，无生而无不生。故天上地下，四生六道，乃至十方净土无不可生。于无来去处，不妨头出头没，虽处处现身而实无来去，无来去而正常来正常去，非枯死不动，坐在黑山背后，而谓无生灭来去也。庞居士《无生颂》云：“有男不婚，有女不嫁；合家团圞圆，共说无</w:t>
      </w:r>
    </w:p>
    <w:p>
      <w:pPr>
        <w:spacing w:before="0" w:after="80" w:line="259" w:lineRule="auto"/>
        <w:ind w:firstLine="360"/>
      </w:pPr>
      <w:r>
        <w:rPr>
          <w:rFonts w:ascii="Noto Serif CJK SC" w:hAnsi="Noto Serif CJK SC" w:eastAsia="Noto Serif CJK SC"/>
        </w:rPr>
        <w:t>绪说</w:t>
      </w:r>
    </w:p>
    <w:p>
      <w:pPr>
        <w:spacing w:before="0" w:after="80" w:line="259" w:lineRule="auto"/>
        <w:ind w:firstLine="360"/>
      </w:pPr>
      <w:r>
        <w:rPr>
          <w:rFonts w:ascii="Noto Serif CJK SC" w:hAnsi="Noto Serif CJK SC" w:eastAsia="Noto Serif CJK SC"/>
        </w:rPr>
        <w:t>明心见性之意义</w:t>
      </w:r>
    </w:p>
    <w:p>
      <w:pPr>
        <w:spacing w:before="0" w:after="80" w:line="259" w:lineRule="auto"/>
        <w:ind w:firstLine="360"/>
      </w:pPr>
      <w:r>
        <w:rPr>
          <w:rFonts w:ascii="Noto Serif CJK SC" w:hAnsi="Noto Serif CJK SC" w:eastAsia="Noto Serif CJK SC"/>
        </w:rPr>
        <w:t>明心见性之证成</w:t>
      </w:r>
    </w:p>
    <w:p>
      <w:pPr>
        <w:spacing w:before="0" w:after="80" w:line="259" w:lineRule="auto"/>
        <w:ind w:firstLine="360"/>
      </w:pPr>
      <w:r>
        <w:rPr>
          <w:rFonts w:ascii="Noto Serif CJK SC" w:hAnsi="Noto Serif CJK SC" w:eastAsia="Noto Serif CJK SC"/>
        </w:rPr>
        <w:t>悟后真修</w:t>
      </w:r>
    </w:p>
    <w:p>
      <w:pPr>
        <w:spacing w:before="0" w:after="80" w:line="259" w:lineRule="auto"/>
        <w:ind w:firstLine="360"/>
      </w:pPr>
      <w:r>
        <w:rPr>
          <w:rFonts w:ascii="Noto Serif CJK SC" w:hAnsi="Noto Serif CJK SC" w:eastAsia="Noto Serif CJK SC"/>
        </w:rPr>
        <w:t>证体起用归宿问题</w:t>
      </w:r>
    </w:p>
    <w:p>
      <w:pPr>
        <w:spacing w:before="0" w:after="80" w:line="259" w:lineRule="auto"/>
        <w:ind w:firstLine="360"/>
      </w:pPr>
      <w:r>
        <w:rPr>
          <w:rFonts w:ascii="Noto Serif CJK SC" w:hAnsi="Noto Serif CJK SC" w:eastAsia="Noto Serif CJK SC"/>
        </w:rPr>
        <w:t>结论</w:t>
      </w:r>
    </w:p>
    <w:p>
      <w:pPr>
        <w:spacing w:before="0" w:after="80" w:line="259" w:lineRule="auto"/>
        <w:ind w:firstLine="360"/>
      </w:pPr>
      <w:r>
        <w:rPr>
          <w:rFonts w:ascii="Noto Serif CJK SC" w:hAnsi="Noto Serif CJK SC" w:eastAsia="Noto Serif CJK SC"/>
        </w:rPr>
        <w:t>生话。”禅师和云：“无男可婚，无女可嫁；大众团圞圆，说甚无生话！”余试和云：“有男亦婚，有女亦嫁；子子复孙孙，是说无生话。”三颂合来正显此真空妙有之性，无生无不生，无在无不在也。真见性者，随缘自在，丝毫不着相，无净秽凡圣之别、四生六道之殊。所谓生灭来去，皆游戏三昧，不落实有。审如斯，何用指实去处哉？如僧问长沙：“南泉迁化向什么处去？”沙云：“东家作驴，西家作马！”又僧问：“南泉迁化向什么处去？”沙云：“要骑即骑，要下即下。”又一僧问：“南泉迁化向什么处去？”沙又曰：“石头作沙弥时参见六祖。”又问，又曰：“教伊寻思去。”后又问三次，沙三次默然。赞得此真如妙性，如此神出鬼没，不可思议，无处捞摸！三圣（临济禅师之法嗣）闻后云：“长沙此答可谓空前绝后，今古罕闻！”于此可见灵知妙性无所不在。我们只要一切放下，丝毫无住，不求有在处，则处处皆在，随所寓而常乐矣。但明悟自性的人，如旧习深厚，于日常运用中，不能顺逆无拘、声色无染，则分段生死未了，还不能如上所述逍遥自在，尚须七番或三番往返人天，方得自在。圭峰禅师于此，就功夫深浅，分为三种自在，敦促学人努力用功。第一，妄念若起，都不相随，临命终时，自然业不能系，虽有中阴，所向自由，天上人间，随意寄托。此为受生自在。第二，若爱恶之念已泯，即不受分段之身，自能易短为长、易粗为细。此为变易自在。第三，若微细流注一切寂灭，唯圆觉大智朗然独存，即随机应现千百亿化身，度有缘众生，名之为佛。此为究竟自在。诸位同参，我们于明悟本性后，应严加护持，力求上进，精勤不懈地尽除现业流识，以达究竟自在而臻极果。切不可得少为足，停滞不前而趋下流。万一力不从心，因缘不就，也应努力做到变易自在。假如这一点也做不到，那只有发愿往生西方极乐世界或兜率内院，以及其他佛国净土，以期了脱二死而证真常了。自明朝以来，好多禅师如莲池、彻悟等，均于悟后发愿往生西方净土，或许就是为了不能做到变易自在而不得不发愿往生净土。修心中心密法者如虑此生不能圆满成就，于修法外，每日加持弥勒菩萨根本真言四十九遍，为将来往生兜率作张本，而保有进无退，用心亦苦矣。</w:t>
      </w:r>
    </w:p>
    <w:p>
      <w:pPr>
        <w:spacing w:before="0" w:after="80" w:line="259" w:lineRule="auto"/>
        <w:ind w:firstLine="360"/>
      </w:pPr>
      <w:r>
        <w:rPr>
          <w:rFonts w:ascii="Noto Serif CJK SC" w:hAnsi="Noto Serif CJK SC" w:eastAsia="Noto Serif CJK SC"/>
        </w:rPr>
        <w:t>当然，大心凡夫为度众生故，不畏生死，堕三涂如堕四圣，毫无难色，斯真壮志凌云的大丈夫，人天所共仰，佛、菩萨所嘉护者，即不预此例矣。</w:t>
      </w:r>
    </w:p>
    <w:p>
      <w:pPr>
        <w:spacing w:before="0" w:after="80" w:line="259" w:lineRule="auto"/>
        <w:ind w:firstLine="360"/>
      </w:pPr>
      <w:r>
        <w:rPr>
          <w:rFonts w:ascii="Noto Serif CJK SC" w:hAnsi="Noto Serif CJK SC" w:eastAsia="Noto Serif CJK SC"/>
        </w:rPr>
        <w:t>己结论</w:t>
      </w:r>
    </w:p>
    <w:p>
      <w:pPr>
        <w:spacing w:before="0" w:after="80" w:line="259" w:lineRule="auto"/>
        <w:ind w:firstLine="360"/>
      </w:pPr>
      <w:r>
        <w:rPr>
          <w:rFonts w:ascii="Noto Serif CJK SC" w:hAnsi="Noto Serif CJK SC" w:eastAsia="Noto Serif CJK SC"/>
        </w:rPr>
        <w:t>以上拉拉扯扯讲了明心见性的意义和证取办法，又介绍了悟后真修的方便，更复述了证体起用的过程，其中还摘录了一些古近大德的著述。似乎对明心见性、顿悟渐修、一生成办的法门，已叙述得详尽无遗了。但彻底克实讲来这都是钝置众生的废话，不值一提，多此一举。以一切众生本来是佛，不用修，不用证，本自妙用无边、神通无碍，但自任运穿衣吃饭、应缘接物，无取无舍、无著无求，即如如佛。临济祖师云：你目前历历的勿一个形段孤明（即眼前有一个无形无相，而了然如空，历历无间断的绝对无偶的虚明）是活佛活祖。又云：你一念清净心光，是法身佛；一念无分别心光，是报身佛；一念无差别心光，是化身佛。又云：山僧见处与释迦不别，每日多般用处，欠少什么？六道神光（即六根作用）未曾间歇，非佛而何？我人果能于一切事缘上，无向、无背、无取、无舍，应付裕如，纵夺自在，则嬉笑怒骂，无不是神通妙用；行住坐卧，皆是海印放光。盖所谓神者，凡所施为，皆是真心神光起用，一切景象，既由它现起，一切事功，又无不由伊完成；所谓通者，无阻无碍，无滞无塞，即于事境上无憎无爱、无喜无忧。果如是，则身心轻快，超脱尘累，非心非佛，饥来吃饭，困来打眠，还用修个什么？怎奈众生眼光不瞥地，不是趣景逐物，着相驰求，便是妄想重重、情见深厚，故累他诸佛被过，出兴于世，唠唠叨叨，说长道短；和泥合水，委身落草，以致欲被云门一棒打杀喂狗吃，而图天下太平。但诸佛悲心痛切，不怕背黑锅，不畏打杀，还是浩浩而来，为众生布施头目骨髓，从无开口处，权说十二分教；向无下手处，建立八万四千法门，亦不过欲吾人觉醒迷梦，就路还家，恢复本来面目而已。其用心亦良苦矣！假如吾人经此详明叙述，还是咬不准，不敢肯定“自心即佛”；甚或不解穿衣吃饭便是神通妙用，另着神奇玄妙者，非但要勤苦念佛参禅，还要更好虔修密法，以资从定开慧，契悟本来，方能进而保任除习，归家稳坐，了脱生死。切不可盲目地侈谈无修、无得、无证，</w:t>
      </w:r>
    </w:p>
    <w:p>
      <w:pPr>
        <w:spacing w:before="0" w:after="80" w:line="259" w:lineRule="auto"/>
        <w:ind w:firstLine="360"/>
      </w:pPr>
      <w:r>
        <w:rPr>
          <w:rFonts w:ascii="Noto Serif CJK SC" w:hAnsi="Noto Serif CJK SC" w:eastAsia="Noto Serif CJK SC"/>
        </w:rPr>
        <w:t>而致贻误终身，殃及后世！更不要畏难不前，坐失良机。所谓神通变化，实亦寻常，以系本性所具之妙用，非从外来，只以平常为妄想所障而不显，今一旦妄尽显发，以少见故而多怪，以为神妙不可测！其实人人本具，人人都能，犹如穿衣吃饭一样，人人都会，有何奇特？古德谓堕入三恶道，即是堕入四圣，十法界同是一样神通变化，有何可贵，有何奇怪！而且一着稀奇古怪，即入魔道，是又不可不慎也。至于做无念功夫，切不可压念不起，而须念起不随不攀缘，不住境相。人非木石，何能无念！成佛乃是大机大用，活泼玲珑的觉者，更何能不起心念！故《圆觉经》教导我们：“居一切时，不起妄念，于诸妄心亦不息灭。”《金刚经》则云：“应无所住而生其心！”六祖大师救卧轮灭心偈亦云：“惠能没伎俩，不断百思想。对境心数起，菩提作么长！”故我人但时时心空，于一切事物无取无舍，不动情想，尽管应缘接物，不见有心起应，事完之后，更渺无用心痕迹。所以终日</w:t>
      </w:r>
    </w:p>
    <w:p>
      <w:pPr>
        <w:spacing w:before="0" w:after="80" w:line="259" w:lineRule="auto"/>
        <w:ind w:firstLine="360"/>
      </w:pPr>
      <w:r>
        <w:rPr>
          <w:rFonts w:ascii="Noto Serif CJK SC" w:hAnsi="Noto Serif CJK SC" w:eastAsia="Noto Serif CJK SC"/>
        </w:rPr>
        <w:t>动而未尝动，镇日起念而一念未起。懒融禅师无心颂云：“恰恰用心</w:t>
      </w:r>
    </w:p>
    <w:p>
      <w:pPr>
        <w:spacing w:before="0" w:after="80" w:line="259" w:lineRule="auto"/>
        <w:ind w:firstLine="360"/>
      </w:pPr>
      <w:r>
        <w:rPr>
          <w:rFonts w:ascii="Noto Serif CJK SC" w:hAnsi="Noto Serif CJK SC" w:eastAsia="Noto Serif CJK SC"/>
        </w:rPr>
        <w:t>时，恰恰无心用；无心恰恰用，常用恰恰无。”诚乃最好之无心写照也。复次，做无念功夫，也不是把前念断、后念未起的真空无念时间逐渐延长为进步，譬如今日无念只一分钟，慢慢延长为五分钟、十分钟，乃至一小时或二十四小时为成功。须知无念是活泼泼的，不是呆板如木石一块。僧问赵州：如何是无念？州云：急水上打球子！后人下语云：念念不停留！所谓无念不是一念不生为无念，而是随起随息，无丝毫住相痕迹。故如上所述，正起念应缘时，亦不见念起，既无起又焉有灭？无生灭，故云无念。于不应缘接物时，虽一念不生，也只如虎尾春冰，遇缘即起，非如木石死寂无知也。或问：今日如是详细阐述，亦深信一念不生时空寂之灵知，即我人真性。但如何宗下公案仍不能一一透脱？答曰：宗下公案，亦无甚奇特，只不过考试学人能否不上当，不被境夺；能否不立见，不被语句骗住；能否不落断灭，机用裕如而已。学者只须识得根本后，保任绵密，般若自然日渐开发，慧光自然日渐浑圆，不愁不解这些说话。所谓：“但得本，不愁末；只怕不成佛，不愁佛不解语！”宗下的言句不是故立奇特，玩弄玄虚，而是藉以考验学者机之利钝，用以观察平日之证入与照顾本来之力量而已。故</w:t>
      </w:r>
    </w:p>
    <w:p>
      <w:pPr>
        <w:spacing w:before="0" w:after="80" w:line="259" w:lineRule="auto"/>
        <w:ind w:firstLine="360"/>
      </w:pPr>
      <w:r>
        <w:rPr>
          <w:rFonts w:ascii="Noto Serif CJK SC" w:hAnsi="Noto Serif CJK SC" w:eastAsia="Noto Serif CJK SC"/>
        </w:rPr>
        <w:t>吾人只要平日锻炼功深，心若太虚，不上它机境的当，时时处处心</w:t>
      </w:r>
    </w:p>
    <w:p>
      <w:pPr>
        <w:spacing w:before="0" w:after="80" w:line="259" w:lineRule="auto"/>
        <w:ind w:firstLine="360"/>
      </w:pPr>
      <w:r>
        <w:rPr>
          <w:rFonts w:ascii="Noto Serif CJK SC" w:hAnsi="Noto Serif CJK SC" w:eastAsia="Noto Serif CJK SC"/>
        </w:rPr>
        <w:t>绪说</w:t>
      </w:r>
    </w:p>
    <w:p>
      <w:pPr>
        <w:spacing w:before="0" w:after="80" w:line="259" w:lineRule="auto"/>
        <w:ind w:firstLine="360"/>
      </w:pPr>
      <w:r>
        <w:rPr>
          <w:rFonts w:ascii="Noto Serif CJK SC" w:hAnsi="Noto Serif CJK SC" w:eastAsia="Noto Serif CJK SC"/>
        </w:rPr>
        <w:t>明心见性之意义</w:t>
      </w:r>
    </w:p>
    <w:p>
      <w:pPr>
        <w:spacing w:before="0" w:after="80" w:line="259" w:lineRule="auto"/>
        <w:ind w:firstLine="360"/>
      </w:pPr>
      <w:r>
        <w:rPr>
          <w:rFonts w:ascii="Noto Serif CJK SC" w:hAnsi="Noto Serif CJK SC" w:eastAsia="Noto Serif CJK SC"/>
        </w:rPr>
        <w:t>明心见性之证成</w:t>
      </w:r>
    </w:p>
    <w:p>
      <w:pPr>
        <w:spacing w:before="0" w:after="80" w:line="259" w:lineRule="auto"/>
        <w:ind w:firstLine="360"/>
      </w:pPr>
      <w:r>
        <w:rPr>
          <w:rFonts w:ascii="Noto Serif CJK SC" w:hAnsi="Noto Serif CJK SC" w:eastAsia="Noto Serif CJK SC"/>
        </w:rPr>
        <w:t>悟后真修</w:t>
      </w:r>
    </w:p>
    <w:p>
      <w:pPr>
        <w:spacing w:before="0" w:after="80" w:line="259" w:lineRule="auto"/>
        <w:ind w:firstLine="360"/>
      </w:pPr>
      <w:r>
        <w:rPr>
          <w:rFonts w:ascii="Noto Serif CJK SC" w:hAnsi="Noto Serif CJK SC" w:eastAsia="Noto Serif CJK SC"/>
        </w:rPr>
        <w:t>证体起用归宿问题</w:t>
      </w:r>
    </w:p>
    <w:p>
      <w:pPr>
        <w:spacing w:before="0" w:after="80" w:line="259" w:lineRule="auto"/>
        <w:ind w:firstLine="360"/>
      </w:pPr>
      <w:r>
        <w:rPr>
          <w:rFonts w:ascii="Noto Serif CJK SC" w:hAnsi="Noto Serif CJK SC" w:eastAsia="Noto Serif CJK SC"/>
        </w:rPr>
        <w:t>结论</w:t>
      </w:r>
    </w:p>
    <w:p>
      <w:pPr>
        <w:spacing w:before="0" w:after="80" w:line="259" w:lineRule="auto"/>
        <w:ind w:firstLine="360"/>
      </w:pPr>
      <w:r>
        <w:rPr>
          <w:rFonts w:ascii="Noto Serif CJK SC" w:hAnsi="Noto Serif CJK SC" w:eastAsia="Noto Serif CJK SC"/>
        </w:rPr>
        <w:t>空无住，应机自然敏捷。任何言句、公案，寓目即知其落处。如沩山灵佑禅师示众云：“老僧百年后，在山下施主家投一头水牯牛，右胁注明《沩山僧某甲》，唤我沩山僧，却是水牯牛，唤我水牯牛，又是沩山僧，唤我作什么？”这就是以水牯牛和沩山僧二名相换你眼光，看你上当不上当。你如心不空净，在名相上作活计，一定被他“牛”和“僧”骗住，在名相上立见解，那就上了它机境的当！故须用脱卸法，离开“牛”与“僧”下语方有出身之路。盖所谓僧也牛也，俱不过一时的假相假名，从真性说来，哪里有牛与僧，故从真处着眼，</w:t>
      </w:r>
    </w:p>
    <w:p>
      <w:pPr>
        <w:spacing w:before="0" w:after="80" w:line="259" w:lineRule="auto"/>
        <w:ind w:firstLine="360"/>
      </w:pPr>
      <w:r>
        <w:rPr>
          <w:rFonts w:ascii="Noto Serif CJK SC" w:hAnsi="Noto Serif CJK SC" w:eastAsia="Noto Serif CJK SC"/>
        </w:rPr>
        <w:t>一物不立，即透出重围。当时沩山会上无人作答，后有一位老宿答</w:t>
      </w:r>
    </w:p>
    <w:p>
      <w:pPr>
        <w:spacing w:before="0" w:after="80" w:line="259" w:lineRule="auto"/>
        <w:ind w:firstLine="360"/>
      </w:pPr>
      <w:r>
        <w:rPr>
          <w:rFonts w:ascii="Noto Serif CJK SC" w:hAnsi="Noto Serif CJK SC" w:eastAsia="Noto Serif CJK SC"/>
        </w:rPr>
        <w:t>得很好。他说：“师无异名！”他虽不说名而不离名；既说本来无名，而又可以任意取名；既不着僧与牛，又不离僧与牛，既透出名相，显示真如，而真如又不离这些名相而别有。确是双关妙语！但而今我们也可不让古人专美于前，另下一语，以酬古人。以本性妙用无边，尽可横拈竖弄，任意描绘，正不必局于一格也。上答是从体立言，我们现在不妨改从用下语：“闲名从来满五湖！”诸仁还会么？且道与上语是同是别？又如高峰禅师问学人：“大修心人为甚不守毗尼？”也是考验学人是否不为名相所拘。同样也只要以脱卸法答他：“为伊不识好恶！”因佛性清净无染、一丝不挂、无善无恶，有什么戒不戒、慧不慧？！说戒、说定、说慧，都是好肉上挖疮，徒自苦辛！复次，即或口头圆滑，下语玄妙，也须仔细勘过，方知是否真悟。因有些禅和子或从书本上看得几则公案，或从他人口边听来些许转语，窃为己有，拨弄唇舌，偶而合得一句合头语，便认为他已经开悟，那就大错特错了！如雪峰义存禅师上堂示众曰：“要说这件事有如古镜相似，胡来胡现，汉来汉现。”玄沙出问云：“忽遇镜子来时如何？”师云：“胡汉俱隐！”沙云：“和尚脚跟不点地！”是不肯雪峰也。最近有一位参禅者说：“何不答他：打破镜来相见！”语亦甚妙。但须勘他是否有真实见地，余乃追问曰：“镜子打破作么生相见？”彼即语塞，不能置答。可见这些合头语，不是从自己胸襟中流露出来，而是道听途说，从外得来。归宗禅师所谓：蛤蟆禅，只跳得一跳。古德谓：“一句合头语，万世系驴橛！”可不惧哉！又如天童寺密云悟禅师，冬至时命侍者送棉衣与茅蓬老宿御寒。一老宿语侍者云：“老僧自有娘生褂，不用寒衣。”侍者回报密云悟。</w:t>
      </w:r>
    </w:p>
    <w:p>
      <w:pPr>
        <w:spacing w:before="0" w:after="80" w:line="259" w:lineRule="auto"/>
        <w:ind w:firstLine="360"/>
      </w:pPr>
      <w:r>
        <w:rPr>
          <w:rFonts w:ascii="Noto Serif CJK SC" w:hAnsi="Noto Serif CJK SC" w:eastAsia="Noto Serif CJK SC"/>
        </w:rPr>
        <w:t>悟云：“此僧似有悟处，恐未实，更于语下搜看。”因嘱侍者再去问：“娘未生前着何衣？”老宿不能置答。悟嘱其参究此语。后三年，僧圆寂，无答语。荼毗时，舍利无数，一众惊叹！悟云：“舍利十斛，不及转语一句，尔等试代答看。”众皆无语。此则公案说明一句相似语不为真悟，火化有舍利，亦非证道。须真识自本心，见自本性，方如水面按葫芦，掀着便转，圆融无碍，活泼自在。兹为酬谢读者，了此公案，不嫌当阳扬丑，代下一语：当问“娘未生前着何衣？”只向他道：“才谢桃李嫩，又添菊梅新！”也免他悟禅师探水一场。我人不可强作解人，于理路上得个一知半解，便沾沾自喜，以为悟道，须于稳密处切实做去。纵或一时不会这些公案，亦无甚紧要，只要认得本来真切，严加护持，所谓心心不异，念念无差，勤除妄习，改造自己，不消三五年，定能“皮肤脱落尽，惟露一真实！”这些老和尚的舌头，不愁不七穿八穴，任你横拈竖弄，皆成妙谛。以这些说话以及一切神通妙用，无一不是他自性心中闲家具，有何奇特倚重之处！而且真到家者，归无所得。所谓无佛无众生、无证亦无得！如有些许玄妙，丝毫神奇，即着在境上，非但不能成佛，着魔倒有份在！可惜现在有些知名人士，也着在神通功用上，心未恬净。评论今古人物时，不说某人神通大，便说某人没本事，而不指出他们粘执附着处，使后学知所上进，以资策励。这正显示他们还有所重，堕在窠臼里，言之怎不令人感慨万端！兹为便于后学识别真心与妄心，知所勇猛精进，不致误入歧途起见，再将知衲禅师所作《真心直说》辨别真妄一节摘录于后。“或曰：真心与妄心对境时，如何辨别耶？曰：妄心对境有知而知，于顺违境，起贪嗔心，又于中容境起痴心也。既于境上起贪嗔痴三毒，足见是妄心也。若真心者，无知而知。平怀圆照故，异于草木；不生憎爱故，异于妄心。即对境虚明，不憎不爱，无知而知者为真心。故《肇论》云：夫圣心者微妙无相，不可为有；用之弥勤，不可为无；乃至非有，故知而无知；非无，故无知而知。是以无知即知，无以言异于圣人心也。又妄心在有著有，在无著无，常在二边，不知中道。永嘉云：舍妄心，取真理，取舍之心成巧伪，学人不了用修行，真成认贼将为子。若是真心，居有无，不落有无，常处中道。故祖师云，不逐有缘，勿住空忍，一种平怀，泯然自尽。《肇论》云：是以圣人处有不有，居无不无；虽不取于有无，然不舍于有无，所以和光同尘，周旋五趣，寂</w:t>
      </w:r>
    </w:p>
    <w:p>
      <w:pPr>
        <w:spacing w:before="0" w:after="80" w:line="259" w:lineRule="auto"/>
        <w:ind w:firstLine="360"/>
      </w:pPr>
      <w:r>
        <w:rPr>
          <w:rFonts w:ascii="Noto Serif CJK SC" w:hAnsi="Noto Serif CJK SC" w:eastAsia="Noto Serif CJK SC"/>
        </w:rPr>
        <w:t>然而往，泊尔而来，恬淡无为，而无不为。又真心乃平常心也，妄心乃不平常心也。或曰：何名平常心？曰：人人具有一点灵明，湛若虚空，遍一切处，对俗事假名理性，对妄识权号真心。无丝毫分别，遇事不昧；无一念取舍，触物皆周。不逐万</w:t>
      </w:r>
    </w:p>
    <w:p>
      <w:pPr>
        <w:spacing w:before="0" w:after="80" w:line="259" w:lineRule="auto"/>
        <w:ind w:firstLine="360"/>
      </w:pPr>
      <w:r>
        <w:rPr>
          <w:rFonts w:ascii="Noto Serif CJK SC" w:hAnsi="Noto Serif CJK SC" w:eastAsia="Noto Serif CJK SC"/>
        </w:rPr>
        <w:t>境迁移，设使随流得妙，不离当处湛然，觅即知，君不见，乃真心</w:t>
      </w:r>
    </w:p>
    <w:p>
      <w:pPr>
        <w:spacing w:before="0" w:after="80" w:line="259" w:lineRule="auto"/>
        <w:ind w:firstLine="360"/>
      </w:pPr>
      <w:r>
        <w:rPr>
          <w:rFonts w:ascii="Noto Serif CJK SC" w:hAnsi="Noto Serif CJK SC" w:eastAsia="Noto Serif CJK SC"/>
        </w:rPr>
        <w:t>也。或曰：何名不平常心？曰：境有凡圣、染净、断常、生灭、动静、去来、好丑、美恶等乃至万别千差，皆名不平常境。心随此不平常境而生灭，对前平常真心，故名不平常妄心也。或曰：真心平常不生耶？曰：真心有时施用，非逐境生，但妙用游戏，不昧因果！”学者幸于斯三致意焉！最后，还要向学者进一忠言，我人识取真心，证得本来后，尚须众善奉行，一则磨练自己习气，以增慧光，二则积累福德，以作成佛资粮。以吾人真如体性虽净，而有无始旷劫习染未除，不以种种方便薰习，烦恼亦无得净。而此烦恼垢染，遍一切处，故须修一切善行，以为对治。复次，佛是二足尊，智慧福德双圆，方能成佛。如仅有慧而无福，只不过是罗汉，不能成佛，故须广行诸善，积聚福德。切不可自恃天真，不习众善，以成懈怠，而误堕恶道，铸成大错！但修善时，须与无心相应，不可取着福报，若取福报，便落凡夫人天报中，难证真如，不脱生死。若与无心相应，即为成佛方便。既能超脱生死，更兼具广大福缘。《金刚经》云：“菩萨无住相布施，其福德不可思量！”千金不易之谈也。末了，戏作和秦观及陶铸“郴州旅舍”《踏莎行》词一首，以作本文</w:t>
      </w:r>
    </w:p>
    <w:p>
      <w:pPr>
        <w:spacing w:before="0" w:after="80" w:line="259" w:lineRule="auto"/>
        <w:ind w:firstLine="360"/>
      </w:pPr>
      <w:r>
        <w:rPr>
          <w:rFonts w:ascii="Noto Serif CJK SC" w:hAnsi="Noto Serif CJK SC" w:eastAsia="Noto Serif CJK SC"/>
        </w:rPr>
        <w:t>结束。昔日郴州环境荒凉，甚少人烟，为贬谪流放之地。少游因变法</w:t>
      </w:r>
    </w:p>
    <w:p>
      <w:pPr>
        <w:spacing w:before="0" w:after="80" w:line="259" w:lineRule="auto"/>
        <w:ind w:firstLine="360"/>
      </w:pPr>
      <w:r>
        <w:rPr>
          <w:rFonts w:ascii="Noto Serif CJK SC" w:hAnsi="Noto Serif CJK SC" w:eastAsia="Noto Serif CJK SC"/>
        </w:rPr>
        <w:t>之争，被谪居此，黯然神伤，词意因之多感伤悲苦、忆旧怀故之情；陶词因郴州现已建设得欣欣向荣，工业发达，环境秀丽，而心胸开朗，乃反其意而和之，故词意豪放、明朗、爽利、多姿。二词俱见报载，一时传为美谈。兹合二词之意，更和一首，以示佛法不离世法，世法即是佛法之意。用助诸仁在事境上磨练，去其习障，圆证菩提，在世法上大放异彩。不到之处，尚请读者多多指正。雾失楼台，绿漫溪渡，桃源不离寻常处！境无好恶心有别，任运休将知见树！桥跃长虹，鱼传尺素，风光本自无穷数！随缘放旷任沉浮，甘作春泥群芳护。</w:t>
      </w:r>
    </w:p>
    <w:p>
      <w:pPr>
        <w:spacing w:before="0" w:after="80" w:line="259" w:lineRule="auto"/>
        <w:ind w:firstLine="360"/>
      </w:pPr>
      <w:r>
        <w:rPr>
          <w:rFonts w:ascii="Noto Serif CJK SC" w:hAnsi="Noto Serif CJK SC" w:eastAsia="Noto Serif CJK SC"/>
        </w:rPr>
        <w:t>写至此，不觉哈哈大笑！忽听有人说道：笑什么，不怕开了口合不拢嘴吗？余振威喝曰：阿谁见余开口来！正是：说尽云山海月情，唇吻未动心勿行，玉兔怀胎蚌含月，泥牛入海木龙吟！</w:t>
      </w:r>
    </w:p>
    <w:p>
      <w:pPr>
        <w:spacing w:before="0" w:after="80" w:line="259" w:lineRule="auto"/>
        <w:ind w:firstLine="360"/>
      </w:pPr>
      <w:r>
        <w:rPr>
          <w:rFonts w:ascii="Noto Serif CJK SC" w:hAnsi="Noto Serif CJK SC" w:eastAsia="Noto Serif CJK SC"/>
        </w:rPr>
        <w:t>前二则连载于《禅》刊一九九二年第一至四期，后四则整理于一九九八年序说</w:t>
      </w:r>
    </w:p>
    <w:p>
      <w:pPr>
        <w:spacing w:before="0" w:after="80" w:line="259" w:lineRule="auto"/>
        <w:ind w:firstLine="360"/>
      </w:pPr>
      <w:r>
        <w:rPr>
          <w:rFonts w:ascii="Noto Serif CJK SC" w:hAnsi="Noto Serif CJK SC" w:eastAsia="Noto Serif CJK SC"/>
        </w:rPr>
        <w:t>今天我开始讲《碧岩录》的公案，这是禅宗的语录，或许有人要</w:t>
      </w:r>
    </w:p>
    <w:p>
      <w:pPr>
        <w:spacing w:before="0" w:after="80" w:line="259" w:lineRule="auto"/>
        <w:ind w:firstLine="360"/>
      </w:pPr>
      <w:r>
        <w:rPr>
          <w:rFonts w:ascii="Noto Serif CJK SC" w:hAnsi="Noto Serif CJK SC" w:eastAsia="Noto Serif CJK SC"/>
        </w:rPr>
        <w:t>问：我们修的是心中心密法，不是禅宗，为什么要讲宗门公案？因为心中心密法是与禅宗同一鼻孔出气的，二者有异曲同工之妙。禅宗之禅，不是禅定的禅。禅定分为四禅八定，是渐次法；而禅宗是达摩祖师所传，叫祖师禅，是直指人心、见性成佛的圆顿法门，不是一步步走的渐次法。我们所修的心中心密法，也同样是直接打开本来，彻见本性的。不是转弯抹角地从观想或观相成就，再破相见性的有相密。所以它是“以禅为体，以密为用”的，是以密法来证禅宗。为什么要这样做呢？因为禅宗只接上根人，中下根人就难以接受。最初的禅宗根本没有什么参话头，都是当下直指见性成佛的，不用参一则固定的话头。譬如“念佛是谁？”“父母未生前如何是我本来面目？”“这个拖死尸的是谁？”“如何是诸佛生处？东山水上行。”等等的话头。只就来问者语脉上下搭，指他个入处，令他当下自荐就是了。比如学人来参祖师，学人问：“如何是佛？”祖师直指道：“即心是佛！”“清谈对面，非佛而谁？”或者说：“我对你说恐你不信！”学人说：“师父说真话，学人焉敢不信！”师父说：“即汝便是！”提问的学人一听就开悟承当了。更有的师父就问“如何是佛”时，喝他一声名字，等他答应后便直示道：“即此便是，余无他物！”问者即于言下悟去。请看，这是多么便捷痛快！早期的禅宗都是这样直指见性成佛的。又比如六祖得衣钵离开黄梅之后，有很多人要追赶抢夺。有一个叫惠明的，未出家前是个将军，有武功，跑得比别人快，他第一个追</w:t>
      </w:r>
    </w:p>
    <w:p>
      <w:pPr>
        <w:spacing w:before="0" w:after="80" w:line="259" w:lineRule="auto"/>
        <w:ind w:firstLine="360"/>
      </w:pPr>
      <w:r>
        <w:rPr>
          <w:rFonts w:ascii="Noto Serif CJK SC" w:hAnsi="Noto Serif CJK SC" w:eastAsia="Noto Serif CJK SC"/>
        </w:rPr>
        <w:t>上六祖。这时六祖想：“我这衣钵是表法信的——就是表示得了心法</w:t>
      </w:r>
    </w:p>
    <w:p>
      <w:pPr>
        <w:spacing w:before="0" w:after="80" w:line="259" w:lineRule="auto"/>
        <w:ind w:firstLine="360"/>
      </w:pPr>
      <w:r>
        <w:rPr>
          <w:rFonts w:ascii="Noto Serif CJK SC" w:hAnsi="Noto Serif CJK SC" w:eastAsia="Noto Serif CJK SC"/>
        </w:rPr>
        <w:t>的物证，哪可用武力抢呢？”于是六祖把衣钵摆在大石上，自己隐在草莽中，看你怎么处理。惠明追到，见衣钵放在石上，心想：“这下衣</w:t>
      </w:r>
    </w:p>
    <w:p>
      <w:pPr>
        <w:spacing w:before="0" w:after="80" w:line="259" w:lineRule="auto"/>
        <w:ind w:firstLine="360"/>
      </w:pPr>
      <w:r>
        <w:rPr>
          <w:rFonts w:ascii="Noto Serif CJK SC" w:hAnsi="Noto Serif CJK SC" w:eastAsia="Noto Serif CJK SC"/>
        </w:rPr>
        <w:t>钵随手可得，祖师的宝座归我们了。”哪知用手一拿，却拿不动。为什么拿不动呢？关于这点众说纷纭。有人说，衣钵是传法的信物，惠明没有得法，护法神不许，所以拿不动。又有人说，不是这样，惠明也知道衣钵是传法的，不能用武力抢，自己还没有得法，纵然用武力抢来了，不过虚有其表，而且是恶行，内心有愧，就再也拿不动了。说法虽有不同，但归根结底“法信”是不可用武力抢夺的。所以惠明悔悟说：“我为法来，不为衣来。”于是六祖大师出来对惠明说：你为法来，我为你说法：不思善、不思恶——就是你好的也不想、坏的也不想。我们的思想都不过在善、恶、美、丑这二方面转，离开这二方面妄念就不行了。所以六祖说：你好的既不想，坏的也不要想。就是叫他不要动念头。这样，惠明良久——心念一动也不动了——正在这个关键时刻，六祖指示他道：“正与么时，那个是明上座本来面目！”换句话说就是在这一念不生时，那了了分明的灵知是什么？不是你本来面目又是什么？这一点，大家当下可试验。一念不生时，就是前念已断，后念未起时，是不是像木头石头一样没知觉？显然不是。一念不生时，心是了了分明的。比如大家在这房间里面，一念不生，心无所住，样样东西都在各人视线之内，清清楚楚如镜照物，了无分别。假如心有所住呢？这是什么？是伞啊！更进而想是尼龙伞还是自动伞？心念一起，有所住着，只见此物，别的东西就不见了。当心无所住，空空荡荡，一切都看见，而一切又似乎没看见的时候，这像镜子一样朗照无住的是谁？用功人就在这关键时刻，回光一鉴，猛着精彩，就豁开正眼了。所以六祖指示惠明：你在一念不生，而了了分明时那朗照无住的是谁？这就等于告诉他，那了无分别的神光就是你本来面目啊！因为此时除此之外，无有别物，所以惠明当下悟去。禅宗就这样直截了当。在各大宗派中，禅宗独称宗下，以其快捷简便非余宗所能企及。但是后来人因各人的知见不同，对六祖大师指示“那个是明上座</w:t>
      </w:r>
    </w:p>
    <w:p>
      <w:pPr>
        <w:spacing w:before="0" w:after="80" w:line="259" w:lineRule="auto"/>
        <w:ind w:firstLine="360"/>
      </w:pPr>
      <w:r>
        <w:rPr>
          <w:rFonts w:ascii="Noto Serif CJK SC" w:hAnsi="Noto Serif CJK SC" w:eastAsia="Noto Serif CJK SC"/>
        </w:rPr>
        <w:t>的本来面目”的“那个”二字就仁者见仁，智者见智，生出不同的见</w:t>
      </w:r>
    </w:p>
    <w:p>
      <w:pPr>
        <w:spacing w:before="0" w:after="80" w:line="259" w:lineRule="auto"/>
        <w:ind w:firstLine="360"/>
      </w:pPr>
      <w:r>
        <w:rPr>
          <w:rFonts w:ascii="Noto Serif CJK SC" w:hAnsi="Noto Serif CJK SC" w:eastAsia="Noto Serif CJK SC"/>
        </w:rPr>
        <w:t>解。有的说“那个”是问话，是问惠明，当一念不生时哪一个是你本来面目，相当英文的“what”；有的说“那个”是直指，是直接指示惠明，那个一念不生时的神光，就是你本来面目，相当英文的“that”。在禅宗里有很多人为这两个字打“笔墨官司”，各说各有理，互不相让。其实不用打官司。如果在六祖直接指示下，你即豁开正眼明白这一念不生而又了了分明的就是我本来面目，因为这时除了我本性外别无</w:t>
      </w:r>
    </w:p>
    <w:p>
      <w:pPr>
        <w:spacing w:before="0" w:after="80" w:line="259" w:lineRule="auto"/>
        <w:ind w:firstLine="360"/>
      </w:pPr>
      <w:r>
        <w:rPr>
          <w:rFonts w:ascii="Noto Serif CJK SC" w:hAnsi="Noto Serif CJK SC" w:eastAsia="Noto Serif CJK SC"/>
        </w:rPr>
        <w:t>序说</w:t>
      </w:r>
    </w:p>
    <w:p>
      <w:pPr>
        <w:spacing w:before="0" w:after="80" w:line="259" w:lineRule="auto"/>
        <w:ind w:firstLine="360"/>
      </w:pPr>
      <w:r>
        <w:rPr>
          <w:rFonts w:ascii="Noto Serif CJK SC" w:hAnsi="Noto Serif CJK SC" w:eastAsia="Noto Serif CJK SC"/>
        </w:rPr>
        <w:t>第一则圣谛第一义</w:t>
      </w:r>
    </w:p>
    <w:p>
      <w:pPr>
        <w:spacing w:before="0" w:after="80" w:line="259" w:lineRule="auto"/>
        <w:ind w:firstLine="360"/>
      </w:pPr>
      <w:r>
        <w:rPr>
          <w:rFonts w:ascii="Noto Serif CJK SC" w:hAnsi="Noto Serif CJK SC" w:eastAsia="Noto Serif CJK SC"/>
        </w:rPr>
        <w:t>第二则赵州至道无难第三则日面佛月面佛</w:t>
      </w:r>
    </w:p>
    <w:p>
      <w:pPr>
        <w:spacing w:before="0" w:after="80" w:line="259" w:lineRule="auto"/>
        <w:ind w:firstLine="360"/>
      </w:pPr>
      <w:r>
        <w:rPr>
          <w:rFonts w:ascii="Noto Serif CJK SC" w:hAnsi="Noto Serif CJK SC" w:eastAsia="Noto Serif CJK SC"/>
        </w:rPr>
        <w:t>第四则德山挟复问答</w:t>
      </w:r>
    </w:p>
    <w:p>
      <w:pPr>
        <w:spacing w:before="0" w:after="80" w:line="259" w:lineRule="auto"/>
        <w:ind w:firstLine="360"/>
      </w:pPr>
      <w:r>
        <w:rPr>
          <w:rFonts w:ascii="Noto Serif CJK SC" w:hAnsi="Noto Serif CJK SC" w:eastAsia="Noto Serif CJK SC"/>
        </w:rPr>
        <w:t>第七十五则乌臼消得恁么第七十六则丹霞问僧具眼他物！自肯承当，不再生疑，就是直指了。反过来，你不知道，糊里糊涂地问：“咳，这一念不生的是哪一个啊？”更或在这里猜疑这个本来面目总该有一个面目啊！这一念不生时，虽了了分明，但是没东西呀，这如何是呢？总得有玄妙奇特才对呀，不是说法性身是功德无量、妙用无边、神通广大么？我现在怎么一点神通也没有啊？这恐怕不是吧？那么“哪一个是我本来面目呢？”这么一来就变成问话了。其实，我们的佛性，是神妙无比、具足万能、功德无量的。但是你现在刚刚见到本性的时候，不过是等于刚刚离开娘胎落地的婴儿。这时他能起作用吗？能吃饭穿衣吗？能做事吗？显然一样都不能！所以刚见性的人只不过是素法身，没有玄妙奇特，要等待婴儿长大——就是要经过一段韬光养晦、保护长养的时间，把旧时习气都消光，长成大人之后，才能起妙用，才能显发神通。所以修道要知先后，不是一悟便休的。最初要认识它，继而保任它，而后方能渐渐圆满成就。我们现在讲这本《碧岩录》，目的就是要修心中心法的人先行打开本来，于见到自性后，要进一步保护它，使其长养壮大，不能够得少为足。不要认为：我已经打开了，见道了就好了。那还差得很远，只不过才到法身边，自救不了，还要由见道位，经修道位，到证道位，历过这三个阶段；才能圆满成就。比如曹洞宗，它讲五位君臣，也讲这三个阶段。临济宗讲三玄三要，也是讲这三个阶段；乃至沩仰宗，讲九十六个圆相，也不离这三个阶段。因为没有天生释迦——试看释迦佛的历史，他也是多生历劫修行成道而不是一悟即成的。因而我们见道之后，于肯定不疑之外，还要绵密保护，使它长养壮大，不能一悟便休。所以讲《碧岩录》是藉鉴古人用功的方法和经历，敦促大家进一步用功。为什么叫《碧岩录》呢？宋代有一位圆悟勤禅师，是禅宗的大手笔宗师，住在宜州（今湖南）的夹山上，山上有一块方丈大小的石头，叫碧岩石，他的丈室就以碧岩为名。夏季给学生讲禅宗公案，策励学人用功精进，学生记录下来，结集成书就叫《碧岩录》。圆悟勤禅师是根据雪窦祖师的一百则公案《颂古》讲的。《颂古》是颂古人悟道的因缘、证悟的境界和问答言句中的幽微奥义，并于公案中结角淆讹处，在节骨眼上点示学人；更或别出手眼，从另一角度颂自己的心得，补前人的不足。公案乃从上佛祖之垂示，宗门正</w:t>
      </w:r>
    </w:p>
    <w:p>
      <w:pPr>
        <w:spacing w:before="0" w:after="80" w:line="259" w:lineRule="auto"/>
        <w:ind w:firstLine="360"/>
      </w:pPr>
      <w:r>
        <w:rPr>
          <w:rFonts w:ascii="Noto Serif CJK SC" w:hAnsi="Noto Serif CJK SC" w:eastAsia="Noto Serif CJK SC"/>
        </w:rPr>
        <w:t>令，以判迷悟邪正者，有如公府之案牍律令（即今法院据以判案之法</w:t>
      </w:r>
    </w:p>
    <w:p>
      <w:pPr>
        <w:spacing w:before="0" w:after="80" w:line="259" w:lineRule="auto"/>
        <w:ind w:firstLine="360"/>
      </w:pPr>
      <w:r>
        <w:rPr>
          <w:rFonts w:ascii="Noto Serif CJK SC" w:hAnsi="Noto Serif CJK SC" w:eastAsia="Noto Serif CJK SC"/>
        </w:rPr>
        <w:t>律），拿来以判是非曲直，至尊至严而不可犯。本来至理绝言，惟对迷者，事不获已，才假言说以显道。复次，诸祖问答机缘，也只为判断迷悟生死。后人乃将这些垂示机缘唤作公案，用以对照自己的功夫。像照镜子一样，看看自己的修证功夫是不是相当？是不是和古人一致？功夫如有出入，即从中吸取养分以修证；未臻究竟者，经印证后，藉以开发般若，上上升进。雪窦禅师把从上诸祖悟道因缘的一百则公案拿来歌颂一番，像我们作诗歌一样，把这些公案里面的结角淆讹与玄奥之处宣示出来，俾后人容易从中吸取养分豁开正眼，亲证本来。但是颂出来后，意义仍很深奥，很幽隐，一般人还不容易懂。所以圆悟勤禅师再来烘云托月，旁敲侧击地评唱一番。他分三个层次来阐述：前面是垂示，就是在每一个公案之前他要讲一些与这公案有关的要紧话；其次把公案举出来，加以评论分析一下，把深奥之处分疏宣唱出来；最后再就雪窦禅师的颂古进行评唱一番。让后人明白无误地深切了解其中奥义，藉以不懈用功，深入堂奥。所以古来称为宗门第一书。今天我给大家讲这本《碧岩录》，帮助大家用功，藉禅宗的开示，助心密同仁直证心源。心中心密法是无相密，是直下见性的，它不和黄教、红教的有相密相同，而和禅宗倒有异曲同工之妙，所以人皆称为禅密。有相密先要住相修习，等相修成功后，再把相化空，才能见性，比我们多跨了一道门槛。所以无相密不和有相密共。我们心密的修法虽和禅宗有些不同，但它讲的佛法大意与所证境界完全</w:t>
      </w:r>
    </w:p>
    <w:p>
      <w:pPr>
        <w:spacing w:before="0" w:after="80" w:line="259" w:lineRule="auto"/>
        <w:ind w:firstLine="360"/>
      </w:pPr>
      <w:r>
        <w:rPr>
          <w:rFonts w:ascii="Noto Serif CJK SC" w:hAnsi="Noto Serif CJK SC" w:eastAsia="Noto Serif CJK SC"/>
        </w:rPr>
        <w:t>和禅宗一模一样。修到最后，咒也不要念，观也不要观，什么也不要</w:t>
      </w:r>
    </w:p>
    <w:p>
      <w:pPr>
        <w:spacing w:before="0" w:after="80" w:line="259" w:lineRule="auto"/>
        <w:ind w:firstLine="360"/>
      </w:pPr>
      <w:r>
        <w:rPr>
          <w:rFonts w:ascii="Noto Serif CJK SC" w:hAnsi="Noto Serif CJK SC" w:eastAsia="Noto Serif CJK SC"/>
        </w:rPr>
        <w:t>做，就是这么宽宽坦坦、现现成成，一种平怀，泯然自尽，寒来穿衣、饥来吃饭而已。这功夫既平常而又很深。有人要问：“穿衣吃饭就是，谁不会穿衣？谁不会吃饭？那么人人是佛吗？”我不禁向他笑道：不仅人人都是佛，一切众生都具如来智慧德相，只可惜大家不知道、不认识，只在声、色里打滚。穿衣时，不好好穿衣，在那里挑、拣，什么式样好，什么料子好，什么是新潮，什么是过时；吃饭呢？也不好好吃饭，也在这里挑精拣肥，什么菜好吃，什么菜不好吃。吃荤的还嫌死的不鲜，活的才鲜，就是这么造业受报。将一尊大好的天真佛，埋葬在六道轮回里，岂不可惜！假如我们心空无住，有粥吃粥，有饭吃饭，任运随缘，无拘无束，既不住空，也不著有，那就证入无为大道了。所以庞居士的女儿庞灵照说：“饥来吃饭困来</w:t>
      </w:r>
    </w:p>
    <w:p>
      <w:pPr>
        <w:spacing w:before="0" w:after="80" w:line="259" w:lineRule="auto"/>
        <w:ind w:firstLine="360"/>
      </w:pPr>
      <w:r>
        <w:rPr>
          <w:rFonts w:ascii="Noto Serif CJK SC" w:hAnsi="Noto Serif CJK SC" w:eastAsia="Noto Serif CJK SC"/>
        </w:rPr>
        <w:t>眠。”这是真正到家人语。在这之前，她父母各颂了一首偈子。庞居士先颂说：“难、难、难，十担麻油树上摊。”意思说，学佛修道很难很难，就像将麻油往树上摊，摊得上去吗？才摊上去油就流下来了。为什么难呢？因为修道人历劫多生着相惯了，碰到什么东西，他的心就粘上去了，碰到好的境界他就哈哈大笑，碰到逆的境界，他就很忧烦苦恼。其实境界都是假的，都是莫须有，都是空的，世人都不知道，认为是真实的，追求执着不放。犹如穿着棉絮在荆棘林中走路一样，东一碰扎上去了，西一碰也扎上去了。所以说学道是“难、难、难”，难得很啊！其实难吗？不难，为什么？因为我们本来是佛，不是把凡夫变成佛。你只要不迷于假的外境，心常凛觉，意常无守，你就成佛了！所以六祖说：“前念迷是凡夫，后念觉就是佛。”很快，很快！故此庞婆说：“易、易、易，百草头上西来意！”意思说学佛修道没有难处，容易得很。“百草”表示一切事物，在一切事物的“头上”，意思即离开一切事物。即物而离物时还有什么东西呢？心空无住是西来大意啊！也就是《金刚经》所说：“若见诸相非相，即见如来。”你们不要着在相上，离开相见，事事物物就是大道，有什么难的？所以我们学佛成道不难，不要怕，因为我们本来是佛！只要你放下，不着相，这了了分明的一念清净灵光不是佛是什么？所以这佛性不在别处，就在诸位面前放光啊！但是，庞居士与庞婆两个人一个说难，一个说易，还有所住，未曾究竟。因为我们的真智是一法不立，一丝不挂的。说难不对，说易也不对。所以他们的女儿庞灵照说：“也不难，也不易，饥来吃饭困来眠！”就是扫去这难易之迹，归于无住。你肚子饿了吃饭，困来睡觉就是了。放任自在，安然受用，才是天真佛啊！有的人说成道了，就可以不吃饭不睡觉了，如果你还吃饭睡觉，大概你还没成道。其实错误了。只要我们吃饭时不作吃饭想——终日吃饭没有咬着一粒米；睡觉时不作睡觉想，尽管睡得呼呼响，还是了了分明，不是幻梦颠倒就是了。这事只有自己知道，所以说“如人饮水，冷暖自知”，“有道无道，自己知道”。而不是常坐不睡才成道。六祖说得很好：“生来坐不卧，死时卧不坐。”你生的时候坐着不睡，你死的时候就倒在那里不能坐了。“一具臭骨头，何为立功过？”一具臭皮囊有什么功，有什么过呢？假如立功过的话，功过在心而不在身。泯绝功过，处处自在才是佛，处处拘谨了，着相了，那你自讨苦吃，不是佛！所以成佛要成活佛，要能起妙用，得真实受用。不是坐在那里动也不动就能成道的，坐在黑山</w:t>
      </w:r>
    </w:p>
    <w:p>
      <w:pPr>
        <w:spacing w:before="0" w:after="80" w:line="259" w:lineRule="auto"/>
        <w:ind w:firstLine="360"/>
      </w:pPr>
      <w:r>
        <w:rPr>
          <w:rFonts w:ascii="Noto Serif CJK SC" w:hAnsi="Noto Serif CJK SC" w:eastAsia="Noto Serif CJK SC"/>
        </w:rPr>
        <w:t>背后是不能成道的。我今天讲这些公案就是帮助大家，用古人的用功过程和悟道因缘来对照一下，反证自己的功力，从中找出差距，吸取经验教训，用以提高自己，由法身边而向上，进而圆证菩提。所以对我们帮助很大。现在我来讲第一则公案，题目叫《圣谛第一义》。</w:t>
      </w:r>
    </w:p>
    <w:p>
      <w:pPr>
        <w:spacing w:before="0" w:after="80" w:line="259" w:lineRule="auto"/>
        <w:ind w:firstLine="360"/>
      </w:pPr>
      <w:r>
        <w:rPr>
          <w:rFonts w:ascii="Noto Serif CJK SC" w:hAnsi="Noto Serif CJK SC" w:eastAsia="Noto Serif CJK SC"/>
        </w:rPr>
        <w:t>第一则圣谛第一义</w:t>
      </w:r>
    </w:p>
    <w:p>
      <w:pPr>
        <w:spacing w:before="0" w:after="80" w:line="259" w:lineRule="auto"/>
        <w:ind w:firstLine="360"/>
      </w:pPr>
      <w:r>
        <w:rPr>
          <w:rFonts w:ascii="Noto Serif CJK SC" w:hAnsi="Noto Serif CJK SC" w:eastAsia="Noto Serif CJK SC"/>
        </w:rPr>
        <w:t>佛教中有“真谛”、“俗谛”的义理，“谛”就是真理的意思。真谛明空，俗谛明有，真俗不二是圣谛第一义。这是教家穷玄极妙处。教家在精研教理时，把教分为五类。一是小乘，二是大乘。大乘又分始、终、顿、圆四教，合共五教。小乘为有义，有法可修，有道可成，有涅槃可证；大乘始教，从有入空，为大乘渐次教之开始，明一切皆空，但未显一切众生悉具佛性之义；大乘终教为渐次教之终了，说真如缘起之理，倡一切皆成佛者，明非空非有之义；大乘顿教，以顿彻理性，当下明心为教，乃即空即有义；大乘圆教俱赅一切，圆融具德，乃非空而非有，非有而非空义，即“说有之时，纤毫不立，说空之时，周遍法界”也。教家持论教义，先讲真谛、俗谛，就是先明空、有之义。最后才讲第一义谛，那是最高的——空亦不可得，有亦不可得，非空非有，即空即有的上乘义理。因此是教家最高原则。这是公案中梁武帝问达摩大师的问话，集结者就拿它作为本公案的题目。达摩祖师到中国来，第一个就是去看梁武帝。梁武帝是我们中国信佛的第一个皇帝，他是萧何的第二十五世孙（萧何是汉高祖刘邦的丞相），名字叫萧衍，他度很多人出家为僧，建塔、造寺、塑像装金，自己还披袈裟上座讲《放光般若经》，人称佛心天子。所以达摩第一个去看他。但梁武帝不是上上根器的人，而禅宗只接上上根人，中下根人就难以接受，因为它全凭自己极强的智慧打开本性，根器较差就难于语下开悟。帝问：如何是圣谛第一义？摩曰：廓然无圣！梁武帝一见达摩，就把这教下最玄妙的极则问题提出来问：圣谛第一义是怎么一回事？考考达摩，看看这位圣僧答得对不对。哪知这天下衲僧跳不出凡、圣、真、俗的圈缋，到大宗师手里，轻轻一捏，便粉碎无余。达摩应声答道：“廓然无圣！”我们如在这句话下荐得，便归家稳坐，饥来吃饭，倦来打眠，自在受用，不用在这里分是分非，说长道短了。其或未然，请听葛藤。“廓然”，乃像虚空一样辽</w:t>
      </w:r>
    </w:p>
    <w:p>
      <w:pPr>
        <w:spacing w:before="0" w:after="80" w:line="259" w:lineRule="auto"/>
        <w:ind w:firstLine="360"/>
      </w:pPr>
      <w:r>
        <w:rPr>
          <w:rFonts w:ascii="Noto Serif CJK SC" w:hAnsi="Noto Serif CJK SC" w:eastAsia="Noto Serif CJK SC"/>
        </w:rPr>
        <w:t>阔，广大无边，清虚灵明，不动不摇也。这是暗示我们的心性犹如虚空一样，辽阔虚明，清空廓彻。“无圣”，这里面既像虚空一样的灵明廓彻，一样也没有，当然没有圣，也没有凡了。但须注意，虽然一切没有，这知道没有的是谁？达摩大师把这无法形容、比拟的妙明真心巧妙地和盘托出给梁武帝看。可惜俏媚眼做给瞎子看。武帝只知持论教义，说凡道圣而不明心性。不知道这说无的是谁？道有的又是谁？而当面错过。禅师家犹如善舞太阿剑的能手，轻轻一挥，就把你心中的凡圣、真俗等等葛藤，齐根斩断，直下指点你见性。一切众生本具如来智慧德相，只因迷于声色而不识，果能一切放下，不随声色物相迁流，这妙明真心犹如辽阔的太虚空一样，哪里有圣有凡？就在这一切无有，根尘脱落时，回光一瞥，猛着精彩，即见本来！诸位，参禅已打开本来的人知道，当修法修到相当时刻，忽然卒地折、爆地断，打开本来时，内而身心，外而世界，一齐消殒无余，哪里有圣人——佛、菩萨？又哪里有凡夫——张三李四？虽然一切没有，但非同木石，而了了分明。这知道没有的是谁？就是达摩祖师当时指点梁武帝见道的“廓然无圣”的妙明真心啊！假如我们着相，心中存有圣凡见，就不能见道，要离相离见才能见道。但禅师不能像我们这样滔滔不绝地打葛藤，他只在节骨眼上点示你一句，你如能当下醒悟承当就是了。如点你还是不知道，那非但辜负了师家，也辜负了自己。殊不知，我们的本性廓然无物，一样东西都没有的。虽然无有一物，但了了分明，非同木石，这就是妙明真心。我们修法，千万别着相，不要以为有什么可得，假如要什么东西——要神奇、玄妙、神通等等——那就大错特错了！尤其初见性的人是素法身。素者是无花色之谓，是没有什么玄妙奇特的。千万不要以为没有神通发现而不认法身，错过见性的良机。正当打开时，是无所见、无所闻、无所住，一物都没有的历历孤明！这是最要紧的千钧一发时机！学者如不瞥地，错过这段光景，那就白费功夫了！所以我们说，尽管你前后际断——就是前念已断，后念未起的真空刹那——也不一定见性，为什么？当这时如果你不认识，错过了这段光景，岂不前功尽弃？如果在这时候一把抓住它……嗳！你们要问抓什么东西？用手拿住它吗？不是的，这里没有手，也没有东西，抓个什么？这个抓是当这瞥然即逝的千钧一发时机，灵光一瞥而神会醒悟的意思。这在宗下，叫“囫”的一声，转过身来，觌体承当，就是认识本性开悟了。千万别以为有一个东西，被擒住了，抓住</w:t>
      </w:r>
    </w:p>
    <w:p>
      <w:pPr>
        <w:spacing w:before="0" w:after="80" w:line="259" w:lineRule="auto"/>
        <w:ind w:firstLine="360"/>
      </w:pPr>
      <w:r>
        <w:rPr>
          <w:rFonts w:ascii="Noto Serif CJK SC" w:hAnsi="Noto Serif CJK SC" w:eastAsia="Noto Serif CJK SC"/>
        </w:rPr>
        <w:t>了，那就错会了。所以，达摩祖师说“廓然无圣”，是要梁武帝跳出有、无、凡、圣的窠臼而当下见性。而梁武帝呢？是着相的人呀，你说廓然无圣，连圣也没有岂不落空？可人家说你是圣人呀！你怎么说圣人也没有呢？于是帝继问曰：对朕者谁？摩曰：不识。梁武帝在有“圣”上着眼，而忽略了最重要的“廓然”二字，所以接下就问：“对朕者谁？”以为这下子抓住了要害，你说“无圣”，那么，站在对面的是谁？人家说你是圣人，若无圣，你又是谁呢？看你怎么抵对！这句话有两重意义，一者站在我对面的是谁，二者和我对话的是谁？梁武帝的本意只是第一重，站在我对面的是谁？但在宗下就不这样，而是取第二重，问这能对话的是谁？就像我们现在参禅问：念佛是谁？拖死尸的是谁？讲话是谁？听话又是谁？这个“谁”就有</w:t>
      </w:r>
    </w:p>
    <w:p>
      <w:pPr>
        <w:spacing w:before="0" w:after="80" w:line="259" w:lineRule="auto"/>
        <w:ind w:firstLine="360"/>
      </w:pPr>
      <w:r>
        <w:rPr>
          <w:rFonts w:ascii="Noto Serif CJK SC" w:hAnsi="Noto Serif CJK SC" w:eastAsia="Noto Serif CJK SC"/>
        </w:rPr>
        <w:t>份量，像是问话，却是直接指示你见性。这句话不这么好答，不是见</w:t>
      </w:r>
    </w:p>
    <w:p>
      <w:pPr>
        <w:spacing w:before="0" w:after="80" w:line="259" w:lineRule="auto"/>
        <w:ind w:firstLine="360"/>
      </w:pPr>
      <w:r>
        <w:rPr>
          <w:rFonts w:ascii="Noto Serif CJK SC" w:hAnsi="Noto Serif CJK SC" w:eastAsia="Noto Serif CJK SC"/>
        </w:rPr>
        <w:t>性人，就不免眼目定动，手足无措，不知落处。但是达摩祖师是大宗</w:t>
      </w:r>
    </w:p>
    <w:p>
      <w:pPr>
        <w:spacing w:before="0" w:after="80" w:line="259" w:lineRule="auto"/>
        <w:ind w:firstLine="360"/>
      </w:pPr>
      <w:r>
        <w:rPr>
          <w:rFonts w:ascii="Noto Serif CJK SC" w:hAnsi="Noto Serif CJK SC" w:eastAsia="Noto Serif CJK SC"/>
        </w:rPr>
        <w:t>师，他明知你是第一重问义，死马权作活马医，强作第二重问义答</w:t>
      </w:r>
    </w:p>
    <w:p>
      <w:pPr>
        <w:spacing w:before="0" w:after="80" w:line="259" w:lineRule="auto"/>
        <w:ind w:firstLine="360"/>
      </w:pPr>
      <w:r>
        <w:rPr>
          <w:rFonts w:ascii="Noto Serif CJK SC" w:hAnsi="Noto Serif CJK SC" w:eastAsia="Noto Serif CJK SC"/>
        </w:rPr>
        <w:t>道：“不识。”达摩祖师这句答话真疑杀天下人，你是悟道宗师，怎么说不识？是真不认识？还是假不认识？不是！不是！在认识不认识上着眼都不是。有一位禅师说得好：缺齿胡僧拿泥弹子到震旦斗宝，被梁武帝“是谁”这骊珠宝光一照，逼得他退避三舍，慌说：“不识。”这“不识”二字，如棉里针，一捏就刺手。从表面看，似乎是不认识，但实际是直示真心酬对他是谁的“谁”字。这能问和能答的东西，有相可见吗？有能所相对吗？无相无能所，有谁认识谁呢？当我们打开本来之际，身心世界都没有，只是一片虚明，没有色相，没有相对的二者，有谁认识谁？譬如我们二人相对有认识不认识之别，现在只是一个绝对真心，没有识别的对象，所以说“不识”。这个“不识”有如千钧之重，如会得，则当下悟去；如轻率地只当认识不认识</w:t>
      </w:r>
    </w:p>
    <w:p>
      <w:pPr>
        <w:spacing w:before="0" w:after="80" w:line="259" w:lineRule="auto"/>
        <w:ind w:firstLine="360"/>
      </w:pPr>
      <w:r>
        <w:rPr>
          <w:rFonts w:ascii="Noto Serif CJK SC" w:hAnsi="Noto Serif CJK SC" w:eastAsia="Noto Serif CJK SC"/>
        </w:rPr>
        <w:t>会，则磋过了也。或者有人说：“认识对呀，认识就是认识佛性</w:t>
      </w:r>
    </w:p>
    <w:p>
      <w:pPr>
        <w:spacing w:before="0" w:after="80" w:line="259" w:lineRule="auto"/>
        <w:ind w:firstLine="360"/>
      </w:pPr>
      <w:r>
        <w:rPr>
          <w:rFonts w:ascii="Noto Serif CJK SC" w:hAnsi="Noto Serif CJK SC" w:eastAsia="Noto Serif CJK SC"/>
        </w:rPr>
        <w:t>呀！”不对！正当打开时是不能起念的！那时能所双亡，什么都没</w:t>
      </w:r>
    </w:p>
    <w:p>
      <w:pPr>
        <w:spacing w:before="0" w:after="80" w:line="259" w:lineRule="auto"/>
        <w:ind w:firstLine="360"/>
      </w:pPr>
      <w:r>
        <w:rPr>
          <w:rFonts w:ascii="Noto Serif CJK SC" w:hAnsi="Noto Serif CJK SC" w:eastAsia="Noto Serif CJK SC"/>
        </w:rPr>
        <w:t>有，若起一认识之念，则被它影子所惑，失去开悟的良机。况且本性</w:t>
      </w:r>
    </w:p>
    <w:p>
      <w:pPr>
        <w:spacing w:before="0" w:after="80" w:line="259" w:lineRule="auto"/>
        <w:ind w:firstLine="360"/>
      </w:pPr>
      <w:r>
        <w:rPr>
          <w:rFonts w:ascii="Noto Serif CJK SC" w:hAnsi="Noto Serif CJK SC" w:eastAsia="Noto Serif CJK SC"/>
        </w:rPr>
        <w:t>既无相，也无声，又认个什么？再进一步说，彻悟的人，空却一切，心无所住，见犹不见，如有所重，着在性上，即成窠臼。宗下谓之圣</w:t>
      </w:r>
    </w:p>
    <w:p>
      <w:pPr>
        <w:spacing w:before="0" w:after="80" w:line="259" w:lineRule="auto"/>
        <w:ind w:firstLine="360"/>
      </w:pPr>
      <w:r>
        <w:rPr>
          <w:rFonts w:ascii="Noto Serif CJK SC" w:hAnsi="Noto Serif CJK SC" w:eastAsia="Noto Serif CJK SC"/>
        </w:rPr>
        <w:t>堕，便不为见性的人了。比如灵云禅师见桃花开悟后，洪觉范颂云：“灵云一见不再见！”为什么不再见呢！原来灵云祖师参禅，参了三十年不开悟。有一年春天，桃花开得正好的时候，他打开山门，蓦见千万丛桃花开得如火如荼，宛如一片香火海，当下身心脱落，尘识皆消，豁开本来面目。说偈云：“三十年来寻剑客，几回落叶又抽枝。自从一见桃花后，直到如今更不疑。”请看，古人用功，多么恳切，三十年如一日，孜孜参究，一旦时节因缘到来，一触即发，打开玄关识锁，亲证本来。现在的人如也能这么孜孜不倦地精勤修习，何患不即生成就！后来玄沙评论云：“谛当甚谛当，敢保老兄未彻在。”为什么说他未彻呢？因为还有一个“见”和不疑在！尾巴未净，所以不彻。这是教导参学人，于参悟时，只时到神知，而不可住在“性”上。后来洪觉范为之挽救云：“灵云一见不再见，红白枝枝不着花。”就是说，一见之后，不再着在“见”上了，尽管有红的白的桃花现前，也不再着桃花之见了。也就是说不再着在性上而泯去开悟之迹了。见性的人就是如此胸怀坦荡，无所住着。所以达摩祖师说“不识”，就告诉他真心无物，何有相对？这里没有谁认识谁的。帝不契，达摩遂渡江至魏。梁武帝虽信佛，但般若根器很差，不知达摩在点示他，还以为达摩祖师真正不认识，没有什么本事。所以“帝不契”，话不投机半句多，他就不睬达摩回后宫去了。达摩祖师呢，你不睬我，我也无法度你。因为禅宗是接上上根器人的，要悟当下悟，不是拖泥带水的说教。在两三句问答之中，语不投契，只有另找门路，所以“达摩遂渡江至魏”了。不是有达摩“一苇渡江”的故事么？达摩踏着一根芦苇就渡江到魏国去了。帝后举问志公，志公曰：陛下还识此人否？帝曰：不识。这梁武帝回到后宫去问宝志公。因为梁武帝面前有两位大师，一个是傅大士，一个是宝志公禅师。这两位大师都是从兜率天宫下降来度梁武帝的。梁武帝就把这段公案（与达摩祖师的对话）告诉宝志公。志公就问梁武帝，你还识得达摩吗？帝曰：“不识。”这里梁武帝也同样说不认识，和达摩祖师说的“不识”，是同是别？诸仁还知么？这里面大有文章在！达摩祖师所说的“不识”，不是认识不认识，而是把真心活泼泼地全盘托出给你看，指点你当下见性；而梁武</w:t>
      </w:r>
    </w:p>
    <w:p>
      <w:pPr>
        <w:spacing w:before="0" w:after="80" w:line="259" w:lineRule="auto"/>
        <w:ind w:firstLine="360"/>
      </w:pPr>
      <w:r>
        <w:rPr>
          <w:rFonts w:ascii="Noto Serif CJK SC" w:hAnsi="Noto Serif CJK SC" w:eastAsia="Noto Serif CJK SC"/>
        </w:rPr>
        <w:t>序说</w:t>
      </w:r>
    </w:p>
    <w:p>
      <w:pPr>
        <w:spacing w:before="0" w:after="80" w:line="259" w:lineRule="auto"/>
        <w:ind w:firstLine="360"/>
      </w:pPr>
      <w:r>
        <w:rPr>
          <w:rFonts w:ascii="Noto Serif CJK SC" w:hAnsi="Noto Serif CJK SC" w:eastAsia="Noto Serif CJK SC"/>
        </w:rPr>
        <w:t>第一则圣谛第一义</w:t>
      </w:r>
    </w:p>
    <w:p>
      <w:pPr>
        <w:spacing w:before="0" w:after="80" w:line="259" w:lineRule="auto"/>
        <w:ind w:firstLine="360"/>
      </w:pPr>
      <w:r>
        <w:rPr>
          <w:rFonts w:ascii="Noto Serif CJK SC" w:hAnsi="Noto Serif CJK SC" w:eastAsia="Noto Serif CJK SC"/>
        </w:rPr>
        <w:t>第二则赵州至道无难第三则日面佛月面佛</w:t>
      </w:r>
    </w:p>
    <w:p>
      <w:pPr>
        <w:spacing w:before="0" w:after="80" w:line="259" w:lineRule="auto"/>
        <w:ind w:firstLine="360"/>
      </w:pPr>
      <w:r>
        <w:rPr>
          <w:rFonts w:ascii="Noto Serif CJK SC" w:hAnsi="Noto Serif CJK SC" w:eastAsia="Noto Serif CJK SC"/>
        </w:rPr>
        <w:t>第四则德山挟复问答</w:t>
      </w:r>
    </w:p>
    <w:p>
      <w:pPr>
        <w:spacing w:before="0" w:after="80" w:line="259" w:lineRule="auto"/>
        <w:ind w:firstLine="360"/>
      </w:pPr>
      <w:r>
        <w:rPr>
          <w:rFonts w:ascii="Noto Serif CJK SC" w:hAnsi="Noto Serif CJK SC" w:eastAsia="Noto Serif CJK SC"/>
        </w:rPr>
        <w:t>第七十五则乌臼消得恁么第七十六则丹霞问僧具眼帝说的“不识”呢，只是我们世俗所说的不认识而已。但是在宗下如问你二个“不识”是同是别？你像上文这么回答，就要吃棒。要怎么答呢？父母所生口，终不向你道！志公曰：这是观音大士，传佛心印。志公说，这个达摩是观音大士，前来传佛心印的。佛的心印就是我们的自性，以心印心，叫你当下见性。不需要像我们现在要修什么法，要打多少坐。他只说一句话，在节骨眼上一点，叫你当下豁开正眼，明见本性，叫单刀直入，很快很快。但是现在这个末法时代，修道人根机钝了，像一把刀不快了。不要说一点，千点万点也点不开。豁开正眼就是打开般若，这是任何一宗都切切需要的，没有智慧绝不能成道。或许有人说修净土宗不要吧！不然！假如不要，为什么净土功课每一次最后要念一声“摩诃般若波罗蜜”呢？假如没有智慧，怎么能看破世上的一切色相而放下这世界往生西方呢？好多修净土宗的人到最后生不到西方，就是因为无有智慧，看不破这个生于斯、食于斯、所有亲朋好友都在这里的娑婆世界，放不下，舍不得离开，而不能去。假如明白所有妻财子禄都是梦幻泡影，舍得放下，那就千修千人去，万修万人去了。志公说观音大士传佛心印。观音大士太慈悲了，处处闻声救苦，加被一切众生，离苦得乐。因菩萨与此世界众生缘深，所以释迦佛</w:t>
      </w:r>
    </w:p>
    <w:p>
      <w:pPr>
        <w:spacing w:before="0" w:after="80" w:line="259" w:lineRule="auto"/>
        <w:ind w:firstLine="360"/>
      </w:pPr>
      <w:r>
        <w:rPr>
          <w:rFonts w:ascii="Noto Serif CJK SC" w:hAnsi="Noto Serif CJK SC" w:eastAsia="Noto Serif CJK SC"/>
        </w:rPr>
        <w:t>临圆寂时，托付观音菩萨照顾娑婆世界的众生使大家免遭苦难。《法</w:t>
      </w:r>
    </w:p>
    <w:p>
      <w:pPr>
        <w:spacing w:before="0" w:after="80" w:line="259" w:lineRule="auto"/>
        <w:ind w:firstLine="360"/>
      </w:pPr>
      <w:r>
        <w:rPr>
          <w:rFonts w:ascii="Noto Serif CJK SC" w:hAnsi="Noto Serif CJK SC" w:eastAsia="Noto Serif CJK SC"/>
        </w:rPr>
        <w:t>华经·普门品》就是宣说菩萨的伟大、愿深、慈祥、德隆与功力深厚的。大家称念“观世音菩萨”、“观世音菩萨”……非但不论什么样的障难灾殃都能化为乌有，连一些不顺遂的事也都能消除。我们要努力修行，不要辜负佛菩萨的恩典。修成之后，还要代佛菩萨来宣扬、说法，接引后进，使佛法振兴起来，使大家都能出离苦海。帝悔，遂遣使去请。梁武帝听志公禅师说，这是观世音菩萨，来传佛心印的，而自己不认识，怠慢了他，让他走了。梁武帝深悔自己无状，轻慢了达摩，使他悄然离去，所以要差他的使臣去把达摩祖师请回来。志公曰：莫道陛下发使去请，阖国人去，他亦不回！</w:t>
      </w:r>
    </w:p>
    <w:p>
      <w:pPr>
        <w:spacing w:before="0" w:after="80" w:line="259" w:lineRule="auto"/>
        <w:ind w:firstLine="360"/>
      </w:pPr>
      <w:r>
        <w:rPr>
          <w:rFonts w:ascii="Noto Serif CJK SC" w:hAnsi="Noto Serif CJK SC" w:eastAsia="Noto Serif CJK SC"/>
        </w:rPr>
        <w:t>宝志公说，不用说你陛下遣一个使臣去请达摩祖师回来，就是你把全国人发动去请达摩，达摩祖师也不回来了。这为什么呢？因为达摩祖师是来传佛心印，度有缘众生的，不是来受你供养的，你根基不相当，就无福接受禅门的法宝。宗下所谓：“不是知音，徒劳侧耳。”他更不需要名誉，只要得一个半个开悟之士能接法，绍隆佛种就是了。所以达摩祖师是“牢笼不肯住，呼唤不回头”。他是再也不肯回来的。达摩祖师渡江至魏后，居嵩山少林寺面壁九年，得神光大师，彻悟心源而传法。其余在他名下的人也很多，但是他们只得禅宗的皮、肉、骨，而不能得髓。所以达摩祖师只传神光一个人做第二代祖师。达摩原以为梁武帝是中国信佛的皇帝，大概有相当的根</w:t>
      </w:r>
    </w:p>
    <w:p>
      <w:pPr>
        <w:spacing w:before="0" w:after="80" w:line="259" w:lineRule="auto"/>
        <w:ind w:firstLine="360"/>
      </w:pPr>
      <w:r>
        <w:rPr>
          <w:rFonts w:ascii="Noto Serif CJK SC" w:hAnsi="Noto Serif CJK SC" w:eastAsia="Noto Serif CJK SC"/>
        </w:rPr>
        <w:t>基，哪晓得这皇帝不行，只在名相上着眼，不是上上根人，不能传</w:t>
      </w:r>
    </w:p>
    <w:p>
      <w:pPr>
        <w:spacing w:before="0" w:after="80" w:line="259" w:lineRule="auto"/>
        <w:ind w:firstLine="360"/>
      </w:pPr>
      <w:r>
        <w:rPr>
          <w:rFonts w:ascii="Noto Serif CJK SC" w:hAnsi="Noto Serif CJK SC" w:eastAsia="Noto Serif CJK SC"/>
        </w:rPr>
        <w:t>付，所以不辞而别。那么，学禅这么难，值兹末法时代，岂不要断绝佛种吗？不！末法时代也有正法根器人，广大佛子中，上上根人，大有人在。只要有心人提倡弘扬，禅门是会兴隆的。因为有佛、菩萨的伟大慈悲力量加被，只要深信不怠，天天朝于兹、夕于兹，流连于兹、颠沛于兹，不断地前进，自有水到渠成之日。假如疑疑惑惑地在这里猜疑，我能行吗？佛菩萨会加被我吗？恐怕业障重不成功吧？……那就坏了！因为一疑惑力量就不足了，修起来就打“格顿”，不</w:t>
      </w:r>
    </w:p>
    <w:p>
      <w:pPr>
        <w:spacing w:before="0" w:after="80" w:line="259" w:lineRule="auto"/>
        <w:ind w:firstLine="360"/>
      </w:pPr>
      <w:r>
        <w:rPr>
          <w:rFonts w:ascii="Noto Serif CJK SC" w:hAnsi="Noto Serif CJK SC" w:eastAsia="Noto Serif CJK SC"/>
        </w:rPr>
        <w:t>能奋勇地一往直前、奋斗到底完成艰巨伟大的任务。只要我们信心</w:t>
      </w:r>
    </w:p>
    <w:p>
      <w:pPr>
        <w:spacing w:before="0" w:after="80" w:line="259" w:lineRule="auto"/>
        <w:ind w:firstLine="360"/>
      </w:pPr>
      <w:r>
        <w:rPr>
          <w:rFonts w:ascii="Noto Serif CJK SC" w:hAnsi="Noto Serif CJK SC" w:eastAsia="Noto Serif CJK SC"/>
        </w:rPr>
        <w:t>足，不怕路远险阻，把全身力量扑上去奋力前进，就一定能排除艰难证成大道！上面说过，我们于悟道后，不是一悟就休，还要好好地保护它，长养它，把习气除尽，犹如婴儿成长为大人了，那时候才能随心所欲放手空行。于初悟时不保是不行的，怎么保呢？一面上座养定，一面在日常事务中磨练培养，既不住空，也不住有，一切随缘，任何工作都能做，虽做而不着做，毫无爱恶之心。宗下所谓：“于心无事，于事无心！”终日忙碌，而心中无事；心中无事，而不妨终日忙碌是也。假如做事时被事做了去，那就不行，要赶快拉回来，放下来，勤于觉照，精于锻炼；假如自觉力量不够，那就要多打坐。为什么呢？因为打坐能培养定力，使你在境界之中有主宰，有力量。你不打坐，定力不够，在境界中锻炼的时候，一浑就浑掉了，被境界拖着走了，落于悟后迷，就不行了，这是最重要的关键。复次，刚刚打开本来时，是没有什么奇特的。修行人往往不识，以为没有什么神奇，不是自性，而忽略错过，哪知这灵妙真心是一丝不挂、一法不立的绝相妙体。初见性时，习染尚在，只是素法身，</w:t>
      </w:r>
    </w:p>
    <w:p>
      <w:pPr>
        <w:spacing w:before="0" w:after="80" w:line="259" w:lineRule="auto"/>
        <w:ind w:firstLine="360"/>
      </w:pPr>
      <w:r>
        <w:rPr>
          <w:rFonts w:ascii="Noto Serif CJK SC" w:hAnsi="Noto Serif CJK SC" w:eastAsia="Noto Serif CJK SC"/>
        </w:rPr>
        <w:t>一无所有。须待修者于识得后，勤于磨练，将无始旷劫的妄习消尽，方能显发神用。故修行人须弄清修行的次第，千万不要因暂时未发</w:t>
      </w:r>
    </w:p>
    <w:p>
      <w:pPr>
        <w:spacing w:before="0" w:after="80" w:line="259" w:lineRule="auto"/>
        <w:ind w:firstLine="360"/>
      </w:pPr>
      <w:r>
        <w:rPr>
          <w:rFonts w:ascii="Noto Serif CJK SC" w:hAnsi="Noto Serif CJK SC" w:eastAsia="Noto Serif CJK SC"/>
        </w:rPr>
        <w:t>神通，不敢承当而错过开悟的良机，更不要因自己不识而以讹传</w:t>
      </w:r>
    </w:p>
    <w:p>
      <w:pPr>
        <w:spacing w:before="0" w:after="80" w:line="259" w:lineRule="auto"/>
        <w:ind w:firstLine="360"/>
      </w:pPr>
      <w:r>
        <w:rPr>
          <w:rFonts w:ascii="Noto Serif CJK SC" w:hAnsi="Noto Serif CJK SC" w:eastAsia="Noto Serif CJK SC"/>
        </w:rPr>
        <w:t>讹，贻害他人。其实开悟见性并非难事，因为这妙明真心不在别处，整日在各人自己面门放光，无有丝毫离异，只是人们迷相着境忽略不识罢了。傅大士《传心颂》云：“夜夜抱佛眠，朝朝还共起。起坐镇相随，语默同居止。纤毫不相离，如身影相似。”你看说得多少明白清楚，从这里悟去，多少庆快。再向别处去寻，找到弥勒佛降生，也无有是处。或有人说，保宁勇禅师昔曾说过：“从此偈瞥地者固多，但错会者也不少。”还有玄沙禅师也曾评论此偈说：“大小傅大士只识个昭昭灵灵。”恐怕此偈有毛病，不确切吧？我不禁笑答道：此偈说得如此亲切明白，虽下根人亦能闻之悟得。既能从此会得，为什么有错误呢？又错在哪里呢？保宁勇未曾指出，使后来人疑窦不少，我今不妨补叙出来，为诸君祛疑。盖错者不在此偈，而在会的人鲁莽，以为即此能言会道、举手投足的，便是自己天真佛。犹如有人错解了《圆觉经》那段精辟经文“知幻即离，不假方便；离幻即觉，亦无渐次”一样，以为觉了便成佛，不须再用功精修，勤除妄习，保护本真，以达不动究竟之地。哪知这才是始觉，不是本觉，尚须依于本觉，勤苦修习，如子依母，子母相合，融为一体，始成大觉。岂可得少为足，自以为是，不改旧习任性非为，着境住相，将一尊大好的天真佛，仍旧堕落在六道轮回里，岂不大错，岂不冤屈？！而玄沙禅师说的昭昭灵灵呢？这妙明真心原本昭昭灵灵，不是起心动念有意地去昭昭灵灵。假使有一点着意就不对了，比如明镜高悬，自然朗照，不是用力不用力，有意不有意而照。只在你自然而然，不费丝毫力，现现成成，任运而用，既不住执它，也不认着它便是。不是硬要把这昭昭灵灵打杀、磨灭才是。而且这昭昭灵灵任你怎样用力打，用力磨，也打杀不得，磨灭不得，而且愈打磨愈昭昭灵灵，更不是离此昭昭灵灵别求一个道理才是。有人虽修行多年而不悟者，都是为自己所瞒，以为发神通才是，而不知所谓神通者，就是日常动用。若不是神通怎会说话、工作？怎会穿衣吃饭？又怎会嬉笑怒骂？在在处处都是它的神用而不自知，偏偏要个奇特，自遭败屈，岂不冤苦？有些人自己不识，甘愿在</w:t>
      </w:r>
    </w:p>
    <w:p>
      <w:pPr>
        <w:spacing w:before="0" w:after="80" w:line="259" w:lineRule="auto"/>
        <w:ind w:firstLine="360"/>
      </w:pPr>
      <w:r>
        <w:rPr>
          <w:rFonts w:ascii="Noto Serif CJK SC" w:hAnsi="Noto Serif CJK SC" w:eastAsia="Noto Serif CJK SC"/>
        </w:rPr>
        <w:t>苦海中头出头没也只罢了，还要贻害别人，说未发神通为未开悟，开悟的人是六通俱全的。他哪里知道悟道在先，发通在后的序次。《大日经》云：“菩萨住此（即见道位）勤苦修习，不久即五通齐发。”悟道后还需经过一番打磨，将历劫多生的妄习消尽，方能显发神通。所以我们修行人，不要自暴自弃，于初打开时，识得它，当仁不让，敢于承当。不为神通奇特所淆惑，然后勤于保养，尽除妄习，不久将来，自然神通大发。又因修行人根机各各不同，也有先通后悟的，但现在这种人并不多见。现在有些特异功能的人，也没有经过修行，就有了神通，这是报得的神通，是暂时性的，过后就慢慢地消失了。我们佛教所说的神通有好几种：有报得的、修得的、证得的与依得的种种不同。修得的，是用一种法专修一种通，密宗修神通的法就很多；依得的是依靠外来的助力，如神、鬼、妖等而得的通。但这些都不究竟，一口气不来就没有了，没用处，还是在生死轮回中，不出苦海。只有证得的通才是真正的通，那是我们见性人经过事上的磨练，消尽了习气，恢复了本性的功能，焕发出来的无穷无尽的神通，它是永远不会磨灭的，而且尽管妙用无边而不着神用，整日如痴如呆相似，诚所谓大智若愚者也。后来雪窦禅师就此公案颂云：“圣谛廓然，何当辨的？对朕者谁？还云不识！因兹暗渡江，岂免生荆棘？阖国人追不再来，千古万古空相忆。休相忆，匝地清风有何极？”师顾视左右云：“这里还有祖师么？”自云：“有！唤来与老僧洗脚。”圆悟勤禅师云：“大凡颂古，只是绕路说禅，拈古大纲，据款结案。”雪窦颂此公案，劈头便道“圣谛廓然，何当辨的？”这就说明寥廓如万里无云晴空一般底一真法界——圣谛，是一丝不挂、一法不立的绝对真心，如何容你计较思量，分是分非，辨得辨失！到这里，直饶铁眼铜睛也摸索不着，岂可以情识卜度辨得？云门云：“参禅到紧要处，如击石火、闪电光，不落心机意识、情尘意想。计较生时，鸽子早过新罗（今名朝鲜）了也。”所以雪窦说天下的衲僧何当辨的？！“对朕者谁，还云不识。”这是雪窦重重为人处，上面说圣谛廓然，一法不立，是无相对的绝对妙体，既是绝对的妙体，有谁识谁呢？雪窦重在这里恐人磋过“廓然”，提醒众人道：“还云不识。”着个“还云”二字，就是警告大众廓然中连圣也没有，还有识与不识吗？白云端禅师曾有颂云：“寻常一箭落一雕，更加一箭已相饶。”这是古人老</w:t>
      </w:r>
    </w:p>
    <w:p>
      <w:pPr>
        <w:spacing w:before="0" w:after="80" w:line="259" w:lineRule="auto"/>
        <w:ind w:firstLine="360"/>
      </w:pPr>
      <w:r>
        <w:rPr>
          <w:rFonts w:ascii="Noto Serif CJK SC" w:hAnsi="Noto Serif CJK SC" w:eastAsia="Noto Serif CJK SC"/>
        </w:rPr>
        <w:t>婆心切处，重重为人，不惜浑身落草。到这里整个公案已颂毕。但雪窦为慈悲故，再将这公案的事迹颂出：“因兹暗渡江，岂免生荆棘？”达摩本为人解粘去缚，割除荆棘而来，因何却道生荆棘？盖非但修道人纷纷讨论这则公案的是非得失，即至而今广大的参玄人也无不为之辨得辨失，所以圆悟勤说：“即今诸人脚下已草深数丈。”“千古万古空相忆。”是的，自此公案延衍至今，道中人无不为梁武帝惋惜，又无不思念达摩。武帝于达摩圆寂后，自撰碑文云：“嗟夫，见之不见，逢之不逢，今之古之，怨之恨之！”圆悟勤着语云：“太煞不丈夫，诸仁还知么？”又道：“达摩在什么处？诸人还见么？一落思量，早磋过了也。”雪窦恐人着情见，所以拨转话头，出自己见解昭示后人道：“休相忆，匝地清风有何极？”识得自己脚跟下的立处，即时时与达摩和雪窦把手同行，用何寻思忆念？因此妙明真心不在别处，即在各人自己面门放光，寻常之极，犹如铺天盖地的清风，人人都受其吹拂，人人都受其薰育，人人都以之成就各种事业，有什么高不可攀、登峰造极之处呢？最后，雪窦恐人迷恋祖师，依倚祖师，不自省，不自立，着在这</w:t>
      </w:r>
    </w:p>
    <w:p>
      <w:pPr>
        <w:spacing w:before="0" w:after="80" w:line="259" w:lineRule="auto"/>
        <w:ind w:firstLine="360"/>
      </w:pPr>
      <w:r>
        <w:rPr>
          <w:rFonts w:ascii="Noto Serif CJK SC" w:hAnsi="Noto Serif CJK SC" w:eastAsia="Noto Serif CJK SC"/>
        </w:rPr>
        <w:t>里，便如灵龟曳尾，自扫行迹一般，更出方便为人，顾视左右问</w:t>
      </w:r>
    </w:p>
    <w:p>
      <w:pPr>
        <w:spacing w:before="0" w:after="80" w:line="259" w:lineRule="auto"/>
        <w:ind w:firstLine="360"/>
      </w:pPr>
      <w:r>
        <w:rPr>
          <w:rFonts w:ascii="Noto Serif CJK SC" w:hAnsi="Noto Serif CJK SC" w:eastAsia="Noto Serif CJK SC"/>
        </w:rPr>
        <w:t>道：“这里还有祖师么？”自应云：“有！”更自云：“唤来与老僧洗脚！”雪窦禅师为什么这样毁损祖师威光呢？因妙明真心是无师智、无依倚、无所知、无名貌，你唤作什么？一有所立，一有所著，早磋过了也。复次，天上天下无一物不是它的显现，无一法不是依它而立，你唤它作祖师？着在这里得么？如僧问黄檗，大唐国里还有禅师么？黄檗云：“不道无禅，只是无师。”即此意也。我们修行人应从此公案中吸取教训，初须知有，更须绵密保护，此是初善；次须放任，不守住它，此是中善；末后连不守之心也无，此是后善。望诸仁珍重！</w:t>
      </w:r>
    </w:p>
    <w:p>
      <w:pPr>
        <w:spacing w:before="0" w:after="80" w:line="259" w:lineRule="auto"/>
        <w:ind w:firstLine="360"/>
      </w:pPr>
      <w:r>
        <w:rPr>
          <w:rFonts w:ascii="Noto Serif CJK SC" w:hAnsi="Noto Serif CJK SC" w:eastAsia="Noto Serif CJK SC"/>
        </w:rPr>
        <w:t>第二则赵州至道无难在上一讲中，我已把第一则公案——圣谛第一义，作了发挥性的讲述。讲是讲过了，但禅不在语言文字里，诸位还须透过义理名相，直会自心始得。那么，如何是禅宗的根本宗旨？祖师又是如何方便接人的？我人应怎样体取？如果诸位仍未理会得，且听我再扯第二则葛藤——赵州至道无难。赵州是唐末禅门的著名大德，是一位大手笔宗师。他不与人谈玄说妙、言机论境，也不行棒行喝，只以本分事用平常言语接人，如“庭前柏树子”、“狗子无佛性”、“吃茶去”等话，以接来者，形成了独特的“赵州门风”。此等言句，看似平常，无甚奇特，但内蕴深长，犹如棉里针，着不得，捏不得，一着一捏即伤身刺手。此老能如是平易自如地横拈竖弄、逆行顺行得大自在，盖他计较已尽，炉火纯青，才能由浓而转为平淡。我们学禅修道，先须有悟由，而悟由的关键在于善知识的开发。赵州和尚也不例外。他在师事南泉禅师时，一日问南泉：“如何是道？”南泉指示说：“平常心是道。”这“平常心”三字就是指平常日用事，即是大道之所在。其或不然，一息不来时，躯壳尚在，怎么不会言笑运动？庞居士悟道偈云：“日用事无别……唯吾自偶谐，神通与妙用，运水与搬柴。”可见举凡嬉笑怒骂，謦欬掉臂，无一非真心妙用，只是世人迷于色相而不自知罢了。次就字面说来，平者不曲，常者不断，禅者之心如能做到时时平直无曲，处处相应不断，那当体呈现的光明与自在的妙用，也就是道了。这样也将就说得过去，但非宗门的正说。但此道又在何处？是否可以通过某种方法去证取？因此赵州又问：“还可趣向否？”南泉答道：“拟向即乖！”意思说，如意有拟议，心有趣向，即与道相背，怎能悟道？盖大道无形，大音希声，无可拟向攫取，息念即昭昭在前，生心即为影遮，故无可趣向也。可惜许多</w:t>
      </w:r>
    </w:p>
    <w:p>
      <w:pPr>
        <w:spacing w:before="0" w:after="80" w:line="259" w:lineRule="auto"/>
        <w:ind w:firstLine="360"/>
      </w:pPr>
      <w:r>
        <w:rPr>
          <w:rFonts w:ascii="Noto Serif CJK SC" w:hAnsi="Noto Serif CJK SC" w:eastAsia="Noto Serif CJK SC"/>
        </w:rPr>
        <w:t>学佛修法人，都落在拟议趣向上。看经听法时，认为有实法可得；修</w:t>
      </w:r>
    </w:p>
    <w:p>
      <w:pPr>
        <w:spacing w:before="0" w:after="80" w:line="259" w:lineRule="auto"/>
        <w:ind w:firstLine="360"/>
      </w:pPr>
      <w:r>
        <w:rPr>
          <w:rFonts w:ascii="Noto Serif CJK SC" w:hAnsi="Noto Serif CJK SC" w:eastAsia="Noto Serif CJK SC"/>
        </w:rPr>
        <w:t>法用功时，又以为有圣境可取。纷纷为趣向忙碌，徒自辛劳，宁不冤苦？！其实，道本现成，不属修证，而且人人不二，就看你迷不迷于</w:t>
      </w:r>
    </w:p>
    <w:p>
      <w:pPr>
        <w:spacing w:before="0" w:after="80" w:line="259" w:lineRule="auto"/>
        <w:ind w:firstLine="360"/>
      </w:pPr>
      <w:r>
        <w:rPr>
          <w:rFonts w:ascii="Noto Serif CJK SC" w:hAnsi="Noto Serif CJK SC" w:eastAsia="Noto Serif CJK SC"/>
        </w:rPr>
        <w:t>色相。因此古德讲：道在悟而不在修。那么，不用思想去拟议，怎么知道是道呢？故赵州又问：“不拟怎知是道？”南泉答道：“道不属知，不属不知。知是妄觉，不知是无记。若真达不疑之道，犹如太虚，廓然荡豁，岂可强是非耶？”大道虚廓，宛如虚空，一法不立，一丝不挂，了了分明，妙用无边。有知则头上安头，面目全非；无知则如木石，不起妙用。就宗说来，不属知，乃官不容针；不属不知，系私通车马。既知与不知俱无立脚处，还说什么道不道、佛不佛与是非得失呢？赵州在南泉指示下，悟明禅理。我们学佛修法的人，也应如此。以理明心，以心显理，时时处处以平常心而应缘，那么道即在其中矣。在未讲公案前，我们先讲圆悟勤祖师的垂示：“乾坤窄，日月星辰一时黑。”乾坤就是天与地，天地是一念心的显现。乾坤窄，就是指我们的心量狭窄。我们学佛的人心量要大，才能于事无住，安然入道。假如心量狭窄，就常与事物粘缠不清，放不下空不掉，与道就不相应了。为人的心量如何，对修道的成败大有讲究。有很多没有修法的人，他们也不知道信佛，平时就是心情豪放，慷慨激昂，乐善好施，不造诸恶，到了临命终时，同样也能预知时至，清清楚楚地安排后事，潇潇洒洒地走了。反过来，有些信佛修法的人，要死时，非但不能预知时至，反而痛哭流涕，悲伤得舍不得走。这是什么缘故呢？因为前者心量广大，慷慨豪放，提得起，放得下，虽不信佛，但与道契合，如止水生光，心明慧生，故能预知时至；而后者心量狭窄，处处计较，事事摆在心上放不下，虽然信佛、念佛、持斋打坐，但心不明慧不生，如何能预知时至而潇洒往生呢？心量狭窄的人，临死预知时至也不能，遑论了道成佛！所以说“乾坤窄，日月星辰一时黑”，一切都完了。圆悟勤接着说：“直饶棒如雨点，喝似雷奔，也未当得向上宗乘中事。”心量狭窄的人，纵然遇到明师，就是棒如雨点、喝似雷奔般的与他撤困，也当不得向上宗乘事——不会开悟的。这为什么？德山棒、临济喝是宗下出名的接人手法，能使学人棒</w:t>
      </w:r>
    </w:p>
    <w:p>
      <w:pPr>
        <w:spacing w:before="0" w:after="80" w:line="259" w:lineRule="auto"/>
        <w:ind w:firstLine="360"/>
      </w:pPr>
      <w:r>
        <w:rPr>
          <w:rFonts w:ascii="Noto Serif CJK SC" w:hAnsi="Noto Serif CJK SC" w:eastAsia="Noto Serif CJK SC"/>
        </w:rPr>
        <w:t>头明心，喝下得旨。既有如此妙用，为什么又当不得向上宗乘之事呢？盖学人心量狭窄，就事事摆在心里，牢不可拔，任你怎样棒喝与其撤困也无济于事。譬如我们说业障本来空，你们在禅堂里似乎承当认可“业障本如空花水月，非为实有”，心里轻松了。但是有些人出了禅堂遇到一些不如意的事，心里不免又变得沉重起来，觉得业障重了。这就是住在相上的心太厉害，执着心太重了。虽然在禅堂里受了些微的般若薰陶，但薰不动执着的老根子，还是为这莫须有的业所障碍。殊不知所谓业障者，就是心动住相，造业受报。而一切事相都是真心所显现的妙用，皆是影子，根本没有实质。《金刚经》云：“一切有为法，如梦幻泡影。”哪里有真实的事物？物境既不可得，你还愚痴地执着它干什么？心空境亡，业障就无立脚之处了。宗门云：“了则业障本来空。”相反，你执为实有，粘着不放，就变成“不了应须还宿债”而业障重重了。比如人患病时把心执在病上，就会觉得这里痛、那里痒，难过得要死。假如你放下来，不把病放在心上，所谓痛痒，不过如此，在日常生活中只是多背了一个包袱。这样心里就安稳得多，病也容易好。有二位生癌症的病人，一个心情开朗豁达，不把病放在心上，照样快快活活地生活、工作，病反而慢慢地好转了。而另一个呢？日夜愁苦烦恼，不多久即死亡了。由此可见一切粘染执着皆是自讨苦吃，自寻烦恼。就道说来，身本无有，病从何来？连包袱也不背。所谓：生病不作生病想，吃饭不作吃饭想，穿衣不作穿衣想。什么都不可得，不去管它，那还有什么业障不业障。所以，我们要时时心空无住，才能真正证得无为大道。我们修法从有为到无为，要历过六地、七地、八地。到第八地才</w:t>
      </w:r>
    </w:p>
    <w:p>
      <w:pPr>
        <w:spacing w:before="0" w:after="80" w:line="259" w:lineRule="auto"/>
        <w:ind w:firstLine="360"/>
      </w:pPr>
      <w:r>
        <w:rPr>
          <w:rFonts w:ascii="Noto Serif CJK SC" w:hAnsi="Noto Serif CJK SC" w:eastAsia="Noto Serif CJK SC"/>
        </w:rPr>
        <w:t>真入无为位。到第七地时，虽证无为，还有个无为在，非真无为。要</w:t>
      </w:r>
    </w:p>
    <w:p>
      <w:pPr>
        <w:spacing w:before="0" w:after="80" w:line="259" w:lineRule="auto"/>
        <w:ind w:firstLine="360"/>
      </w:pPr>
      <w:r>
        <w:rPr>
          <w:rFonts w:ascii="Noto Serif CJK SC" w:hAnsi="Noto Serif CJK SC" w:eastAsia="Noto Serif CJK SC"/>
        </w:rPr>
        <w:t>到第八地，无为影响消亡，才真正不动，所以八地又称不动地。我们学佛的人，一切不执着，心空无住，心量不求广阔而自广阔，不求开悟见性而自开悟见性。这样才能当得起向上宗乘的大事。否则呢，总是记言记语，求玄求妙，把事情摆在心里，放不开，</w:t>
      </w:r>
    </w:p>
    <w:p>
      <w:pPr>
        <w:spacing w:before="0" w:after="80" w:line="259" w:lineRule="auto"/>
        <w:ind w:firstLine="360"/>
      </w:pPr>
      <w:r>
        <w:rPr>
          <w:rFonts w:ascii="Noto Serif CJK SC" w:hAnsi="Noto Serif CJK SC" w:eastAsia="Noto Serif CJK SC"/>
        </w:rPr>
        <w:t>那怎么打得开这玄关识锁，见到本性呢？所以圆悟勤祖师说，你心</w:t>
      </w:r>
    </w:p>
    <w:p>
      <w:pPr>
        <w:spacing w:before="0" w:after="80" w:line="259" w:lineRule="auto"/>
        <w:ind w:firstLine="360"/>
      </w:pPr>
      <w:r>
        <w:rPr>
          <w:rFonts w:ascii="Noto Serif CJK SC" w:hAnsi="Noto Serif CJK SC" w:eastAsia="Noto Serif CJK SC"/>
        </w:rPr>
        <w:t>量一狭窄，虽有祖师在你面前棒喝交驰也无用。因为你执着太深，纠缠过甚，祖师也无能为力了。我们修任何宗法，净土也罢，禅宗也罢，密宗也罢，都要一切放下。不放下，法修不成。或许有人要说，念佛的人有阿弥陀佛接引往</w:t>
      </w:r>
    </w:p>
    <w:p>
      <w:pPr>
        <w:spacing w:before="0" w:after="80" w:line="259" w:lineRule="auto"/>
        <w:ind w:firstLine="360"/>
      </w:pPr>
      <w:r>
        <w:rPr>
          <w:rFonts w:ascii="Noto Serif CJK SC" w:hAnsi="Noto Serif CJK SC" w:eastAsia="Noto Serif CJK SC"/>
        </w:rPr>
        <w:t>生，用不着放。是吗？如果念佛的人爱根不断，放不下这娑婆世界的妻财子禄、功名富贵，也能往生吗？恐怕佛力再大，也不能接引往生吧！？何以故？因为你这只臭粪船的缆绳紧系在岸边的桩上——恋着娑婆，虽有机动力——佛力，叫他如何开得动呢？！由此可见，放下一切，一心用功，才能有所成就，不是什么投机取巧可以得逞的。圆悟勤接下又垂示说：“设使三世诸佛，只可自知。”斯道，即如三世诸佛，也只能自知，无法开口，就像哑子做梦一样，无法向人说。我们的本来面目没有一样东西可以比仿，没有一样物件和它相似，所以也就无法向人讲，只可自知了。宗门云：“妙高峰顶，不容商量！”故三世诸佛，有口难开。你们今后不必问人家打开本来是什么境界。阿弥陀佛！这无知之灵知，无法描绘，怎么向你道？纵或遇到明眼人，也不过旁敲侧击，烘云托月，以心印心。你心未明，说也不会。宗下所谓：“路逢剑客须呈剑，不是诗人莫献诗。”假如说你见到什么，那你见鬼，不是见道。《金刚经》说得很明白：“凡所有相，皆是虚妄。”见佛见光都不是，凡所有见，皆非真见。《楞严经》说得更清楚：“见见之时，见非是见，见犹离见，见不能及。”有所见的都不是。所以你们今后不要向别人打听，还是自己用功，打开本来，自证自知，才不为别人所瞒。打开之后，向过来人印证倒是可以的。在此之前打听别人最坏：一、看人家有什么境界，从而衡量人家是不是开悟，妄下定论。二、妄长知见，以为开悟是某种境界，自己也想于此得个消息。此见一起，非但不得消息，反而定也不能入。因为要得消息的这一念，即是妄心，妄心纷起，还能入定吗？三、人家有境界了，我怎么没有？衷心忧急，坐不安席；或自甘卑劣，不思上进，忧伤悲叹，用功无力；更或嫉妒人家，中伤别人，那就更不好了。一真法界是什么形象，确实不好说。故三世诸佛到这里无开口处，只好自己知道，如人饮水，冷暖自知。“历代祖师，全提不起。”过去各代大祖师，对于这件事，都无法全体描绘出来，拿给你看。因为它言语不能到，思想不能及，无开口处。一有言说，便有落</w:t>
      </w:r>
    </w:p>
    <w:p>
      <w:pPr>
        <w:spacing w:before="0" w:after="80" w:line="259" w:lineRule="auto"/>
        <w:ind w:firstLine="360"/>
      </w:pPr>
      <w:r>
        <w:rPr>
          <w:rFonts w:ascii="Noto Serif CJK SC" w:hAnsi="Noto Serif CJK SC" w:eastAsia="Noto Serif CJK SC"/>
        </w:rPr>
        <w:t>处，而非真空无住的一真法界了。如赵州大师说：“佛之一字，吾不喜闻！”连佛也不立，可谓干净剿绝了。但后人指出：“尚有不喜在！”可见这真空绝相的妙有，宛如虚空，是任何人无法措手的，又怎么能拈提呢？任凭你横说竖说，妙语如珠，也只是半提，而不能全张。但如遇颖悟之士，言下得旨，亦能由半提而张为全提；反是，即全提亦沦为半提矣。如五祖演大师语一士子云，有一首小艳诗颇相近：“频呼小玉原无事，只欲檀郎识得声！”士瞠目不会。圆悟勤在旁闻之，步出方丈，适闻金鸡喔喔啼午，豁然大悟云：“这不是《声》么？！”可见半提全提都由当人自己转换，祖师是不能代劳的。“一大藏教，诠注不及。”三藏十二部经文，也无法把它解释出来。这就等于善于画图的人，也没法把一种峻拔飘逸的意境画出来一样。宗下有句术语说：“好个风流画不成。”这段无尽风流的大好风光，叫人从何下笔，怎么描绘呢？只好隐隐约约烘云托月地说个梗概，由你自悟。譬如说：“绿荫深处是晨曦”，用以比方秘在形山的天真，这个蕴藏在绿荫深处的曦微晨光——真心，你纵使请善于画山水的妙手王维来画，他也无从握笔临池。又比如宗下的名句“棋逢绝处着方妙，梅到寒时香愈清！”这种清越峻拔的意境，除了你自己心领神会之外，又怎么描绘？故一大藏教到这里也无法把它注释出来。世尊末后在灵山会上拈花示众，以传此不传之秘，怎奈人天罔措，无有入处。幸赖金色公破颜微笑，以心印心，所谓教外别传的这盏光耀大千、腾辉千古的心灯，始得代代延绵不绝地衍传至今。此无说之说，无注解之解乃广博无比、深妙无边之说之注解也。“明眼衲僧，自救不了。到这里作么生请益。”般若如大火聚，撄之则燎，纵是明眼道人也不能依倚，无法抟取，是为自救不了。这样一来，大道似乎可望而不可即，无从下手了。但道贵回光转机，不可往死胡同里钻。古人诗云：“山穷水尽疑无路，柳暗花明又一村。”这柳暗花明的又一村在哪里呢？就在放舍生命，“回眸一笑百媚生”处。古德云：“不可得中这么得，无可取处如是取。”只要不怕牺牲，勇往直前，自能取得骊龙颔下之珠。虽然如是，怎奈斯道莫可言宣，无能传授，后生小子又怎能向之请教获益呢？上面说过，这涅槃妙心虽无法描绘，但可开一线，略露风光，方</w:t>
      </w:r>
    </w:p>
    <w:p>
      <w:pPr>
        <w:spacing w:before="0" w:after="80" w:line="259" w:lineRule="auto"/>
        <w:ind w:firstLine="360"/>
      </w:pPr>
      <w:r>
        <w:rPr>
          <w:rFonts w:ascii="Noto Serif CJK SC" w:hAnsi="Noto Serif CJK SC" w:eastAsia="Noto Serif CJK SC"/>
        </w:rPr>
        <w:t>便权说，俾颖悟者有个入处。故大心菩萨不惜浑身落草，指东话西，教益众生，而不事自救。这是自救不了的又一面。但一有落处，自命不凡，高人一等，能教化众生，便真的生死不了了。尤有进者，假如我们真正理悟了本来面目，而不绵密保任，更就法身，努力向上精勤锻炼，将旧习除尽，圆证本来，道眼虽不无明亮，也不能自救。因此时见惑虽了，思惑未尽，见可欲境，尚不能无动于衷，故于生死岸头，仍不得自由。龙牙禅师云：“学道先须有悟由，竞渡还如赛龙舟；虽是旧阁闲田地，一度赢来方始休！”就是教导我们于悟道后还须如龙舟竞渡一样奋力前进，勤除习气，完全恢复本性光明，方始完成渡过生死苦海的大业。印光大师曾再三说：“修净土好，净土稳当。禅宗虽好，但危险。”就是怕我们悟了一些道理，自以为是，不精进除习，结果对境生心，生死还是不了。关于了不了这一着是假不来的。假如你说假</w:t>
      </w:r>
    </w:p>
    <w:p>
      <w:pPr>
        <w:spacing w:before="0" w:after="80" w:line="259" w:lineRule="auto"/>
        <w:ind w:firstLine="360"/>
      </w:pPr>
      <w:r>
        <w:rPr>
          <w:rFonts w:ascii="Noto Serif CJK SC" w:hAnsi="Noto Serif CJK SC" w:eastAsia="Noto Serif CJK SC"/>
        </w:rPr>
        <w:t>话骗人，没用处，不过骗了你自己，骗不了人。所以我们应勤苦修</w:t>
      </w:r>
    </w:p>
    <w:p>
      <w:pPr>
        <w:spacing w:before="0" w:after="80" w:line="259" w:lineRule="auto"/>
        <w:ind w:firstLine="360"/>
      </w:pPr>
      <w:r>
        <w:rPr>
          <w:rFonts w:ascii="Noto Serif CJK SC" w:hAnsi="Noto Serif CJK SC" w:eastAsia="Noto Serif CJK SC"/>
        </w:rPr>
        <w:t>持，勤除习气，千万不能掉以轻心，得少为足。假如你做不到这一点，还不如念佛求生西方极乐世界为好。这是站在净土宗的立场来讲的。如依禅宗来说，我们果真打开本来见性了，真种子就种下去了。哪怕这一生未了，来生一出头来即一闻千悟，当下打彻。我们初心修道应发大誓愿：“为使众生出苦海，故不畏艰辛，不怕路远，一定要成佛，广度众生！”深深种下这颗菩提心种，就永远不会消失，生生世世能起大作用，此所谓愿力不可思议也。故见性后虽习气最深厚的人，也不过七生天上，七返人间，生死就完了。一个人有一个人的宿愿，应随顺各人的根性来修法，而不能一刀切。因此，如果你不怕生死，可以在业海里滚，出生入死，自利利他。假如惧怕，就求生极乐世界。佛就不同根性的众生说不同的法，没有定法。各随志愿修与自己相应的法而不用勉强。圆悟勤最后垂示道：“道个佛字，拖泥带水；道个禅字，满面惭惶。”说一个佛字，已经污染了，因为它是一法不立、一丝不挂的，哪有佛菩萨的名字。所以在禅堂内道个佛字，要挑三担水打扫禅堂。说一个禅字也就为禅所缚，本来面目清虚廓彻、无得无失，哪有这些闲名。你如有所得，有个禅在，那你该满脸惭惶才是。为什么？因</w:t>
      </w:r>
    </w:p>
    <w:p>
      <w:pPr>
        <w:spacing w:before="0" w:after="80" w:line="259" w:lineRule="auto"/>
        <w:ind w:firstLine="360"/>
      </w:pPr>
      <w:r>
        <w:rPr>
          <w:rFonts w:ascii="Noto Serif CJK SC" w:hAnsi="Noto Serif CJK SC" w:eastAsia="Noto Serif CJK SC"/>
        </w:rPr>
        <w:t>为你还没有真正空净，还有一物当前，不能与道相应。真正到家的人整日如痴如呆，没有佛，没有禅，连个没有也没有，只是饥来吃饭困来眠。如果还有一个佛、禅在，就必须把它打扫干净，方为绝学无为闲道人。佛既不可得，禅也无有，还有什么过去、现在、未来与东方、南方、西方、北方？真正彻悟空净了，时间与空间皆是虚语。我们前次谈到一个公案，一个说修道中有佛最亲切，一个说无佛最亲切。其实，有佛无佛都不对，还着在佛之有无间，不无落处。如果你有个念头：“我修禅，证道，打开本来见到自性了”，那你该多么羞惭、无地自容啊！“久参之士，不待言之；后学初机，直须究取。”久参之士是指修禅已经很久，本性打开来，保任到家的人。他们</w:t>
      </w:r>
    </w:p>
    <w:p>
      <w:pPr>
        <w:spacing w:before="0" w:after="80" w:line="259" w:lineRule="auto"/>
        <w:ind w:firstLine="360"/>
      </w:pPr>
      <w:r>
        <w:rPr>
          <w:rFonts w:ascii="Noto Serif CJK SC" w:hAnsi="Noto Serif CJK SC" w:eastAsia="Noto Serif CJK SC"/>
        </w:rPr>
        <w:t>大事已毕，哪要我们多嘴饶舌？然而刚刚进门的后学初机，未曾见</w:t>
      </w:r>
    </w:p>
    <w:p>
      <w:pPr>
        <w:spacing w:before="0" w:after="80" w:line="259" w:lineRule="auto"/>
        <w:ind w:firstLine="360"/>
      </w:pPr>
      <w:r>
        <w:rPr>
          <w:rFonts w:ascii="Noto Serif CJK SC" w:hAnsi="Noto Serif CJK SC" w:eastAsia="Noto Serif CJK SC"/>
        </w:rPr>
        <w:t>道，就须要真参实究，努力用功精勤取证了。参究什么呢？请看下面的公案。赵州示众云：“至道无难，唯嫌拣择，才有语言是拣择，是明白。老僧不在明白里，是汝还护惜也无？”一日赵州上堂开示大众说：“至道无难，唯嫌拣择。”这二句是三祖僧璨大师的《信心铭》中开头语。《信心铭》云：“至道无难，唯嫌拣择。但莫憎爱，洞然明白。”这就毫无遮掩明白地告诉我们，要证悟至高无上的大道没有什么难处，只要我们在日常动用中不去分别挑选，不要爱憎取舍，直心而应，无所住着，大道就在目前了。赵州和尚寻常用这二句开示大众，指示大家直下见道。由此看来，学道很便当，没有难处。只要我们勇于牺牲世间的虚名假利，放舍贪恋幻境的旧习，当下脱体现成。因为我们本来是佛，只为迷于色相，恋着尘境，掩盖了本性的光明与神用而沦为凡夫，所以不须用力寻取，更不要向外追求。一切众生本来是佛，苦不自知，向前趣境，造业受报，枉受六道轮回生死之苦，宁不冤屈？假如我们在日用中，不去拣择分别，也不爱憎取舍，一切贪恋执着的心都放下，随缘穿衣，任运吃饭，心里</w:t>
      </w:r>
    </w:p>
    <w:p>
      <w:pPr>
        <w:spacing w:before="0" w:after="80" w:line="259" w:lineRule="auto"/>
        <w:ind w:firstLine="360"/>
      </w:pPr>
      <w:r>
        <w:rPr>
          <w:rFonts w:ascii="Noto Serif CJK SC" w:hAnsi="Noto Serif CJK SC" w:eastAsia="Noto Serif CJK SC"/>
        </w:rPr>
        <w:t>空荡荡的，净裸裸的，一法也不立，那你就是一尊活佛。所以说，修</w:t>
      </w:r>
    </w:p>
    <w:p>
      <w:pPr>
        <w:spacing w:before="0" w:after="80" w:line="259" w:lineRule="auto"/>
        <w:ind w:firstLine="360"/>
      </w:pPr>
      <w:r>
        <w:rPr>
          <w:rFonts w:ascii="Noto Serif CJK SC" w:hAnsi="Noto Serif CJK SC" w:eastAsia="Noto Serif CJK SC"/>
        </w:rPr>
        <w:t>道没有难处。修道既如是容易，为什么大家又说难呢？盖难在不肯放也！大</w:t>
      </w:r>
    </w:p>
    <w:p>
      <w:pPr>
        <w:spacing w:before="0" w:after="80" w:line="259" w:lineRule="auto"/>
        <w:ind w:firstLine="360"/>
      </w:pPr>
      <w:r>
        <w:rPr>
          <w:rFonts w:ascii="Noto Serif CJK SC" w:hAnsi="Noto Serif CJK SC" w:eastAsia="Noto Serif CJK SC"/>
        </w:rPr>
        <w:t>序说</w:t>
      </w:r>
    </w:p>
    <w:p>
      <w:pPr>
        <w:spacing w:before="0" w:after="80" w:line="259" w:lineRule="auto"/>
        <w:ind w:firstLine="360"/>
      </w:pPr>
      <w:r>
        <w:rPr>
          <w:rFonts w:ascii="Noto Serif CJK SC" w:hAnsi="Noto Serif CJK SC" w:eastAsia="Noto Serif CJK SC"/>
        </w:rPr>
        <w:t>第一则圣谛第一义</w:t>
      </w:r>
    </w:p>
    <w:p>
      <w:pPr>
        <w:spacing w:before="0" w:after="80" w:line="259" w:lineRule="auto"/>
        <w:ind w:firstLine="360"/>
      </w:pPr>
      <w:r>
        <w:rPr>
          <w:rFonts w:ascii="Noto Serif CJK SC" w:hAnsi="Noto Serif CJK SC" w:eastAsia="Noto Serif CJK SC"/>
        </w:rPr>
        <w:t>第二则赵州至道无难家假如肯放，个个都是现现成成的佛，不用向外求取。一般俗人，自不待论，而广大学佛参禅的人，又迷于神通妙用而不自知。其实，我们知道冷、知道暖、知道饿、知道饱、知道长、知道短，就是现成的神通妙用，不须另外别求。假如这不是真心的神用，上面说过，你一息不来，还能动用自如吗？盖所谓神者，妙用无边；通者，无有阻碍。我们的灵妙真心无所不能，无可阻隔，故谓之神通。而现在有所局限者，因旧习未尽，如乌云遮日，光芒不能大放。一俟习染销除，乌云散尽，光芒自然大放，神用自然全张。故我们用功的诀窍，就在一切放下，无所住着。因此僧璨大师开头就说：“至道无难，唯嫌拣择。”假如我们时时刻刻把这二句话八个字蕴育在胸中，处处提高警惕，不事分别取舍，成道就无难了。反之，如果畏难不前，或别求玄妙，就难上加难了。庞居士讲：“难、难、难，十担麻油树上摊！”盖形容不知诀窍、修道之难和不肯死心塌地勇猛精进也。庞婆接云：“易、易、易，百草头上西来意。”一切事事物物都是真心妙用，现现成成，俯拾即是，容易得很，有什么难处？修道就是闹革命，是革自己的命，不是革他人的命。要把自己执着物欲的命革掉。王阳明先生说“格物致知”，就是格除物欲之私而致良知——显发真心。学道人之所以不肯革自己的命，袒护执着心，关键在于放不下。你执住不放，保得住吗？人总是要死的，现在不放，最后还是要放下。与其最后舍不得放而不得不放，做个守财鬼，倒不如聪明些当下一切放下，做个超脱生死的道人了。更有愚痴透顶的人把生前的爱物存放在棺材里，这有何用，能带走吗？徒然引起宵小觊觎财物、掘坟盗墓的盗窃丑行而已。这些愚痴的举动，说来真令人可悲可笑。我们现在应有智慧，及早一切放下，乐得逍遥自在，何必自寻烦恼，粘着不下，而落个六道轮回、生死不了的冤鬼呢？赵州和尚接下来说：“才有语言是拣择，是明白。”他为什么这样说呢？因为我们说话，不是说长道短，便是分是分非。有些老太太一边念佛，一边说媳妇怎么坏，女儿怎么好，此固不足论。就是我们修心地法门的人，也同样在辩论，这个法好，那个法不好；某某人开悟了，某某人还未开悟。这不也是无事生非在拣择吗？其实法法平等，无有高下，都是好的。而所谓不好，是适合不适合的问题，如吃药，病不同，应吃不同的药，不能千篇一律，只修一种法。一切众生本具佛性，只要好好修法，皆能开悟。不可拣择或住在什么境界上，</w:t>
      </w:r>
    </w:p>
    <w:p>
      <w:pPr>
        <w:spacing w:before="0" w:after="80" w:line="259" w:lineRule="auto"/>
        <w:ind w:firstLine="360"/>
      </w:pPr>
      <w:r>
        <w:rPr>
          <w:rFonts w:ascii="Noto Serif CJK SC" w:hAnsi="Noto Serif CJK SC" w:eastAsia="Noto Serif CJK SC"/>
        </w:rPr>
        <w:t>第三则日面佛月面佛</w:t>
      </w:r>
    </w:p>
    <w:p>
      <w:pPr>
        <w:spacing w:before="0" w:after="80" w:line="259" w:lineRule="auto"/>
        <w:ind w:firstLine="360"/>
      </w:pPr>
      <w:r>
        <w:rPr>
          <w:rFonts w:ascii="Noto Serif CJK SC" w:hAnsi="Noto Serif CJK SC" w:eastAsia="Noto Serif CJK SC"/>
        </w:rPr>
        <w:t>第四则德山挟复问答</w:t>
      </w:r>
    </w:p>
    <w:p>
      <w:pPr>
        <w:spacing w:before="0" w:after="80" w:line="259" w:lineRule="auto"/>
        <w:ind w:firstLine="360"/>
      </w:pPr>
      <w:r>
        <w:rPr>
          <w:rFonts w:ascii="Noto Serif CJK SC" w:hAnsi="Noto Serif CJK SC" w:eastAsia="Noto Serif CJK SC"/>
        </w:rPr>
        <w:t>第七十五则乌臼消得恁么第七十六则丹霞问僧具眼如见光、见佛，或似有一物在前，推也推不开，离也离不去等等。这些境界，不管怎么好，都是假相，总是阴境，不可着取。真境界是无境界的境界，落个无境界，还是拣择住着。真正证道的人是无境界可得，无话可说的。古德云：“举心便错，动念即乖！”又云：“凡有言说，俱无实意。”现在所说的都是事不获已落二落三之言。所以赵州和尚说“才有语言是拣择”也。那么，明白又有什么不好？也要否定呢？世人所谓的明白，不过是世智辩聪，耍耍小聪明而已。这些都是后天的，随境界转的意识分别，而非先天的般若大智。搞小聪明，就世法说来，也非好事。郑板桥不是有句名言“难得糊涂”吗？就是教人不要逞聪明，争强好胜，须耐气让人，以免惹是招非。对修行人说来搞小聪明，更是大忌。因为一搞小聪明，便不能死心塌地地老实修行，而想搞花招，找窍门，虚应故事了，甚至于未得谓得，不是谓是，从而葬送了自己悟道的光明前程。修行人用功多年而不能证道的，毛病即在于此。复次，世智愈聪，知道得愈多愈坏。因为知见一多，意识分别就更甚，法见也随之更浓而不易除。即使将来能除人我执，因所知障之故，法我执也除不了。故净土宗也说，惟大智大愚的人，念佛可以成功，原因即在于此。昔孔子问道于老子，老子说：“掊击尔智！”不也是教孔子放舍世智辩聪，才可以入道吗？所以要入道，一定要否定“明白”，心中放教空荡荡底，般若大智才能生起。修心到家的人，不与世争，整日如痴如呆，哪会说长道短，故大师说：“老僧不在明白里。”大师这句话，是老婆心切，不惜拖泥带水痛切为人处。所语“明白”也不立，看似剿绝干净，无有丝毫粘染，但一有言说，便有落处。说个不在“明白”里，正有“明白”在。假如真的没有“明白”，说什么在与不在？《心经》第一句“观自在菩萨”（一般说，这是观世音菩萨的别称。但《心经》是教导学人用心地法门功夫的，不是专指哪一位菩萨，而是泛指用观心法门证道的大菩萨）。“观”就是观照，“自”是自性，不是色身，“在”是要住本位。这是说起初用功要时时处处观照自己的本性，要住本位而不移；功夫渐熟，“观”不要了，“自”在本位不动摇；更进一步，“自”也不要了，自他合为一体，“自”自然化去；最后，功夫转深，化一为零，无在无不在，“在”也无处立脚了。今大师说“不</w:t>
      </w:r>
    </w:p>
    <w:p>
      <w:pPr>
        <w:spacing w:before="0" w:after="80" w:line="259" w:lineRule="auto"/>
        <w:ind w:firstLine="360"/>
      </w:pPr>
      <w:r>
        <w:rPr>
          <w:rFonts w:ascii="Noto Serif CJK SC" w:hAnsi="Noto Serif CJK SC" w:eastAsia="Noto Serif CJK SC"/>
        </w:rPr>
        <w:t>在明白里”，正是有在处，漏逗不少。圆悟着语云：“贼身已露！”良有以也。因此语有空处，已启问难之机，后面这句“是汝还护惜也无？”就更全身委地了。六祖云：“本来无一物，何处惹尘埃？”既无有一物，护惜个什么？今教人护惜，岂不着在物上，不更遭人检点吗？故圆悟着语云：“败也，正好与一拶！”老和尚岂不自知？难道是失于检点，自讨苦吃吗？非也，大宗师纵横自在，收放自如，不怕虎口里横身，送给你咬，自有临危解脱之方，绝处逢生之机。不然，说什么神通广大、妙用无边呢？请看下文，自见分晓。时有僧出，问云：“既不在明白里，护惜个什么？”果然，问罪之师来了。捏住你胳膊，看你往哪里走？用功人既然到了净裸裸、赤洒洒，一无所“知”的地步，还保个什么？又惜个什么呢？这对一般人说来，是无法回避、无言可对的。但到大宗师手里，自有转身吐气之能，化险为夷之功。州云：“我亦不知。”妙哉！看似已到绝处，却又退步阔宏。圆悟着语云：“倒退三千！”是褒，是贬，诸仁还知么？你们听了，休错认老和尚这下完了，被这僧问倒了，连圆悟也说倒退三千，大概是甘拜下风，不得不自供“我亦不知”了。那你们就被赵州和圆悟瞒了。他说的不知，是说这里无能知、所知，一丝不挂，一法不立，没有东西，叫我向你道个什么？复次，自性当体是灵知，若再加“知”，便是头上安头，面目全非了。故知也要铲除。关于“知”之一字，神会大师曾说：“‘知’之一字，众妙之门。”教大家识取这能生起知饥、知寒的“灵知”，就是我人的佛性，只要绵密保</w:t>
      </w:r>
    </w:p>
    <w:p>
      <w:pPr>
        <w:spacing w:before="0" w:after="80" w:line="259" w:lineRule="auto"/>
        <w:ind w:firstLine="360"/>
      </w:pPr>
      <w:r>
        <w:rPr>
          <w:rFonts w:ascii="Noto Serif CJK SC" w:hAnsi="Noto Serif CJK SC" w:eastAsia="Noto Serif CJK SC"/>
        </w:rPr>
        <w:t>护它，不粘物、情，知而无知，无知而知，就证道了。后来祖师们见</w:t>
      </w:r>
    </w:p>
    <w:p>
      <w:pPr>
        <w:spacing w:before="0" w:after="80" w:line="259" w:lineRule="auto"/>
        <w:ind w:firstLine="360"/>
      </w:pPr>
      <w:r>
        <w:rPr>
          <w:rFonts w:ascii="Noto Serif CJK SC" w:hAnsi="Noto Serif CJK SC" w:eastAsia="Noto Serif CJK SC"/>
        </w:rPr>
        <w:t>广大禅和子着在此“知”上，堕在窠臼里，为救众人出离缠缚故，改为：“‘知’之一字，众祸之门。”由此可见是祸是福，是智是愚，不在言说、文字，而在当人会与不会、荐与不荐了。僧云：“和尚既不知，为何却道不在明白里？”这僧也是作家，知道赵州命意之所在。但你这么一说，又露出更</w:t>
      </w:r>
    </w:p>
    <w:p>
      <w:pPr>
        <w:spacing w:before="0" w:after="80" w:line="259" w:lineRule="auto"/>
        <w:ind w:firstLine="360"/>
      </w:pPr>
      <w:r>
        <w:rPr>
          <w:rFonts w:ascii="Noto Serif CJK SC" w:hAnsi="Noto Serif CJK SC" w:eastAsia="Noto Serif CJK SC"/>
        </w:rPr>
        <w:t>严重的败阙来，得理不让人，哪容赵州回避。逼问云：“和尚既不知，</w:t>
      </w:r>
    </w:p>
    <w:p>
      <w:pPr>
        <w:spacing w:before="0" w:after="80" w:line="259" w:lineRule="auto"/>
        <w:ind w:firstLine="360"/>
      </w:pPr>
      <w:r>
        <w:rPr>
          <w:rFonts w:ascii="Noto Serif CJK SC" w:hAnsi="Noto Serif CJK SC" w:eastAsia="Noto Serif CJK SC"/>
        </w:rPr>
        <w:t>为什么却道不在明白里？”这一拶非同小可，没有相当的功底也问</w:t>
      </w:r>
    </w:p>
    <w:p>
      <w:pPr>
        <w:spacing w:before="0" w:after="80" w:line="259" w:lineRule="auto"/>
        <w:ind w:firstLine="360"/>
      </w:pPr>
      <w:r>
        <w:rPr>
          <w:rFonts w:ascii="Noto Serif CJK SC" w:hAnsi="Noto Serif CJK SC" w:eastAsia="Noto Serif CJK SC"/>
        </w:rPr>
        <w:t>不出，直教人难以置答。圆悟着语云：“逐教上树去！”可见其转身回避之难。是呀！你既然到了无能知与无所知的地步，为什么说不在明白里？说个不在明白里，不正是有所知吗？你有所知说无所知，不是自相矛盾吗？这一问假使问着你们，真要哑口无言了。但是，请注意！所谓无知不是真个糊里糊涂，什么都不知道，是非长短都不识，那还是佛、菩萨吗？不见六祖谓永嘉云：汝甚得无生之意。永嘉云：无生岂有意耶？祖曰：无意谁当分别？永嘉云：分别亦非意。可见无知是知而不知，不知而无所不知。无知者是无所住，不着相，任何事情毫无粘染，过去就算了；无所不知者，样样事情都知道，山是山、水是水、长是长、短是短，虽亦分别而不着意，犹如虚空包容万象，无有挂碍，而不是死的无知无物。昔六祖说的“本来无一物”，祖师们恐人误会，着在顽空里，增益云：“无一物中无尽藏，有花有月有楼台。”本性是神用无边、灵妙无方的，不是冥顽不灵的。假如是死空，无相用、无知觉，佛教有什么价值，还能延绵至今吗？这僧不是不明斯理，一来要和赵州大师觌面相见，二来要将功夫微细、幽隐处显豁出来，留传后世，以作典范。故在关节上捏住赵州空处，逼他道出末后句来。州云：“问事既得，礼拜了退！”大师自有临危不惧、倒转乾坤的手段，在看似无法闪躲，要被顶死的刹那，却能巧避锋芒，安然无恙地轻易走过。这是什么功夫？不到炉火纯青的地步，能有这样轻灵飘逸的手脚吗？真了不起！圆悟到这里也不得不赞赏道：“这老贼，赖有这一着！”这是哪一着？诸仁还知吗？咄！磋过也不知！到这里是：“云散水流去，人寂天地空！”消息已尽，大事已毕，不消再问了。故大师云：礼谢之后，回去休息吧。这无言说的言说就是末后句啊！而不会者，咸谓赵州不答话，宁不冤屈！昔五祖演会下有一僧请益五祖：“如何是末后句？”祖云：“你师兄会末后句，问他去。”僧问师兄，适逢游山回，僧为打水洗脚次，进问云：“如何是末后句？”师兄以脚挑水洒其面斥云：“什么末后</w:t>
      </w:r>
    </w:p>
    <w:p>
      <w:pPr>
        <w:spacing w:before="0" w:after="80" w:line="259" w:lineRule="auto"/>
        <w:ind w:firstLine="360"/>
      </w:pPr>
      <w:r>
        <w:rPr>
          <w:rFonts w:ascii="Noto Serif CJK SC" w:hAnsi="Noto Serif CJK SC" w:eastAsia="Noto Serif CJK SC"/>
        </w:rPr>
        <w:t>句？！”僧哭诉祖，祖云：“我向你道，他会末后句！”僧于言下大悟。请看！这末后句多么幽默，又多么巧妙！这僧悟来多么轻快！禅宗就是这样俊捷，诚非它宗可比，诸仁还会么？本公案问话之僧也不是等闲之辈，大有经天纬地之才，敢捋虎须，与大宗师法战一场，精彩纷呈，甚为了当，我等于中获益非浅。看公案犹如照镜子，看看自己的功夫到了什么地步，和古人是否有出入，如有偏差，好及时纠正；如功夫未到，看不懂，也无关紧要，只要照公案的指示摆正路线，对准方向，将来功夫一到，自然契合，而不致误入歧途。由于这则公案的一场精彩法战，我们收到的教益，归纳起来，有如下列：</w:t>
      </w:r>
    </w:p>
    <w:p>
      <w:pPr>
        <w:pStyle w:val="Heading3"/>
      </w:pPr>
      <w:r>
        <w:rPr>
          <w:rFonts w:ascii="Noto Serif CJK SC" w:hAnsi="Noto Serif CJK SC" w:eastAsia="Noto Serif CJK SC"/>
        </w:rPr>
        <w:t>一、悟道没有什么难处，只要确认一切物境，宛如空花水月，不</w:t>
      </w:r>
    </w:p>
    <w:p>
      <w:pPr>
        <w:spacing w:before="0" w:after="80" w:line="259" w:lineRule="auto"/>
        <w:ind w:firstLine="360"/>
      </w:pPr>
      <w:r>
        <w:rPr>
          <w:rFonts w:ascii="Noto Serif CJK SC" w:hAnsi="Noto Serif CJK SC" w:eastAsia="Noto Serif CJK SC"/>
        </w:rPr>
        <w:t>可得，无可取，心中放教空荡荡地，无丝毫粘染住着，切莫爱憎取舍。</w:t>
      </w:r>
    </w:p>
    <w:p>
      <w:pPr>
        <w:pStyle w:val="Heading3"/>
      </w:pPr>
      <w:r>
        <w:rPr>
          <w:rFonts w:ascii="Noto Serif CJK SC" w:hAnsi="Noto Serif CJK SC" w:eastAsia="Noto Serif CJK SC"/>
        </w:rPr>
        <w:t>二、做功夫要能收能放，日常动用更要灵活运用，不要呆板；时时</w:t>
      </w:r>
    </w:p>
    <w:p>
      <w:pPr>
        <w:spacing w:before="0" w:after="80" w:line="259" w:lineRule="auto"/>
        <w:ind w:firstLine="360"/>
      </w:pPr>
      <w:r>
        <w:rPr>
          <w:rFonts w:ascii="Noto Serif CJK SC" w:hAnsi="Noto Serif CJK SC" w:eastAsia="Noto Serif CJK SC"/>
        </w:rPr>
        <w:t>反省，处处返照。</w:t>
      </w:r>
    </w:p>
    <w:p>
      <w:pPr>
        <w:pStyle w:val="Heading3"/>
      </w:pPr>
      <w:r>
        <w:rPr>
          <w:rFonts w:ascii="Noto Serif CJK SC" w:hAnsi="Noto Serif CJK SC" w:eastAsia="Noto Serif CJK SC"/>
        </w:rPr>
        <w:t>三、见道后要绵密保任，不要荒废。但做保任功夫，也不可有所</w:t>
      </w:r>
    </w:p>
    <w:p>
      <w:pPr>
        <w:spacing w:before="0" w:after="80" w:line="259" w:lineRule="auto"/>
        <w:ind w:firstLine="360"/>
      </w:pPr>
      <w:r>
        <w:rPr>
          <w:rFonts w:ascii="Noto Serif CJK SC" w:hAnsi="Noto Serif CJK SC" w:eastAsia="Noto Serif CJK SC"/>
        </w:rPr>
        <w:t>住，不能为保任而保，要灵活，似保非保，保任圆熟，保既无有，任也不见。如灵训参归宗，悟道后，问归宗：“如何保任？”宗云：“一翳在目，空华乱坠。”就是说，有个保任在，犹如翳在目，就非是了。</w:t>
      </w:r>
    </w:p>
    <w:p>
      <w:pPr>
        <w:pStyle w:val="Heading3"/>
      </w:pPr>
      <w:r>
        <w:rPr>
          <w:rFonts w:ascii="Noto Serif CJK SC" w:hAnsi="Noto Serif CJK SC" w:eastAsia="Noto Serif CJK SC"/>
        </w:rPr>
        <w:t>四、虽然无知，不是落于无记，死在那里不动。如园头问梁山：“家</w:t>
      </w:r>
    </w:p>
    <w:p>
      <w:pPr>
        <w:spacing w:before="0" w:after="80" w:line="259" w:lineRule="auto"/>
        <w:ind w:firstLine="360"/>
      </w:pPr>
      <w:r>
        <w:rPr>
          <w:rFonts w:ascii="Noto Serif CJK SC" w:hAnsi="Noto Serif CJK SC" w:eastAsia="Noto Serif CJK SC"/>
        </w:rPr>
        <w:t>贼难防时如何？”山云：“识得不为冤！”头进问云：“识得后如何？”山云：“贬向无生国里。”头更进问云：“莫非这就是安身立命处么？”山云：“死水不藏龙！”死在那里不动就完蛋了。公案讲完，请看下面雪窦禅师的颂：至道无难，言端语端。一有多种，二无两般。天际日上月下，槛前山深水寒。髑髅识尽喜何立？枯木龙吟销未干。难难！拣择明白君自看！雪窦禅师开头把至道无难提示出来，随后便道言端语端，就是教我们不要把大道看远了，把悟道看难了，它不在别处，就在目前——言之端、语之端——就是在语言未形之前，也就是一念未生之</w:t>
      </w:r>
    </w:p>
    <w:p>
      <w:pPr>
        <w:spacing w:before="0" w:after="80" w:line="259" w:lineRule="auto"/>
        <w:ind w:firstLine="360"/>
      </w:pPr>
      <w:r>
        <w:rPr>
          <w:rFonts w:ascii="Noto Serif CJK SC" w:hAnsi="Noto Serif CJK SC" w:eastAsia="Noto Serif CJK SC"/>
        </w:rPr>
        <w:t>前。你如在此时回光一瞥，“这是什么？”当下猛省，就悟道了，没有什么难处。这“言端语端”一句似乎另有一重意义，就是说“至道无难”这句话是千真万确端正无误的。但我们为了适合禅机，还是采用前一种说法较为适当。从前有一位师父参“如何是父母未生前本来面目？”参了多年，未能开悟。后来碰到一位大德，请他慈悲指示个方便。大德问：“你参什么话头？”他答道：“我参如何是我父母未生前的本来面目？”大德道：“你参得太远了，应向近处看。”他问：“怎么向近处看？”大德道：“不要看父母未生前，须看一念未生以前是什么？”禅者言下大悟。大家坐在这里，请看这一念未生前是什么？它在各人面门放光，朗照一切而毫无粘着，无知无见而又非同木石，这是什么？就在这里猛着精彩，就是悟道。所以说“至道无难，言端语端”啊！下面说：“一有多种，二无两般。”为什么说一却有多种，而二无两般呢？盖一者是唯一真心；二者乃千变万化的色相也。千差万别之境相皆一念真心之所现，故二无两般；唯一真心，妙用无边，能生万法，故一有多种。语云：“一即一切，一切即一。”即斯义也。真证道者心境俱忘，打成一片，头头是道，物物全真，斯真入不二法门者也。既然“一有多种，二无两般”，打成一片，就天下太平，无有事了。修道人计较净尽，无不返朴归真，纯任自然。所以道：“天际日上月下，槛前山深水寒。”天上的太阳升起，月亮便西沉了；门外的山愈高深，水便格外寒冷。这种毫无造作，纯系自然的景象，正是修道人心空无住、随缘起居的无作妙用。圆悟道：“修道人怎么始得平稳去？风来树动，浪来船高；春生夏长，秋收冬藏，一种平怀，泯然自尽。”不也就是纯任自然，无所造作吗？！修道人到这里随你唤天作地，唤地作天，也言端语端，无所不是了。下面：髑髅识尽喜何立？枯木龙吟销未干。这两句是借古人问道公案的语句，交织起来颂本公案“知而无知，无知而无所不知”的。昔有僧问香严禅师：“如何是道？”严云：“枯木里龙吟。”僧进问云：“如何是道中人？”严云：“髑髅里眼睛。”僧不悟，举问石霜：“如何是枯木里龙吟？”霜云：“犹带喜在。”僧云：“如何是髑髅里眼睛？”霜云：“犹带识在。”僧仍不悟，又</w:t>
      </w:r>
    </w:p>
    <w:p>
      <w:pPr>
        <w:spacing w:before="0" w:after="80" w:line="259" w:lineRule="auto"/>
        <w:ind w:firstLine="360"/>
      </w:pPr>
      <w:r>
        <w:rPr>
          <w:rFonts w:ascii="Noto Serif CJK SC" w:hAnsi="Noto Serif CJK SC" w:eastAsia="Noto Serif CJK SC"/>
        </w:rPr>
        <w:t>举问曹山：“如何是枯木里龙吟？”山云：“血脉不断。”僧云：“如何是髑髅里眼睛？”山云：“干不尽。”僧云：“什么人得闻？”山云：“尽大地未有一人不闻。”僧云：“未审龙吟是何章句？”山云：“不知是何章句，闻者皆丧。”复又颂云：“枯木龙吟真见道，髑髅识尽眼初明；喜识尽时消息尽，当人哪辨浊中清？”这则公案所说的枯木龙吟与髑髅眼睛，系表真空妙有的大道无言而无所不言，无识而无所不识，与石霜、曹山二位禅师的开示交加起来，便般若味重重，风光无尽了。兹将其含义略分析如下：</w:t>
      </w:r>
    </w:p>
    <w:p>
      <w:pPr>
        <w:pStyle w:val="Heading3"/>
      </w:pPr>
      <w:r>
        <w:rPr>
          <w:rFonts w:ascii="Noto Serif CJK SC" w:hAnsi="Noto Serif CJK SC" w:eastAsia="Noto Serif CJK SC"/>
        </w:rPr>
        <w:t>一、无说是正说，无闻系正闻；无知是真知，无见乃正见。</w:t>
      </w:r>
    </w:p>
    <w:p>
      <w:pPr>
        <w:pStyle w:val="Heading3"/>
      </w:pPr>
      <w:r>
        <w:rPr>
          <w:rFonts w:ascii="Noto Serif CJK SC" w:hAnsi="Noto Serif CJK SC" w:eastAsia="Noto Serif CJK SC"/>
        </w:rPr>
        <w:t>二、一说龙吟、髑眼，便有无言之言与无识之识在，犹如眼里着</w:t>
      </w:r>
    </w:p>
    <w:p>
      <w:pPr>
        <w:spacing w:before="0" w:after="80" w:line="259" w:lineRule="auto"/>
        <w:ind w:firstLine="360"/>
      </w:pPr>
      <w:r>
        <w:rPr>
          <w:rFonts w:ascii="Noto Serif CJK SC" w:hAnsi="Noto Serif CJK SC" w:eastAsia="Noto Serif CJK SC"/>
        </w:rPr>
        <w:t>沙，非为净目。</w:t>
      </w:r>
    </w:p>
    <w:p>
      <w:pPr>
        <w:pStyle w:val="Heading3"/>
      </w:pPr>
      <w:r>
        <w:rPr>
          <w:rFonts w:ascii="Noto Serif CJK SC" w:hAnsi="Noto Serif CJK SC" w:eastAsia="Noto Serif CJK SC"/>
        </w:rPr>
        <w:t>三、尽管大道虚旷，无声无息，无言无识，但非如木石无知，而系</w:t>
      </w:r>
    </w:p>
    <w:p>
      <w:pPr>
        <w:spacing w:before="0" w:after="80" w:line="259" w:lineRule="auto"/>
        <w:ind w:firstLine="360"/>
      </w:pPr>
      <w:r>
        <w:rPr>
          <w:rFonts w:ascii="Noto Serif CJK SC" w:hAnsi="Noto Serif CJK SC" w:eastAsia="Noto Serif CJK SC"/>
        </w:rPr>
        <w:t>妙用无边。</w:t>
      </w:r>
    </w:p>
    <w:p>
      <w:pPr>
        <w:pStyle w:val="Heading3"/>
      </w:pPr>
      <w:r>
        <w:rPr>
          <w:rFonts w:ascii="Noto Serif CJK SC" w:hAnsi="Noto Serif CJK SC" w:eastAsia="Noto Serif CJK SC"/>
        </w:rPr>
        <w:t>四、初悟道人不无喜悦，故初地菩萨名欢喜地。此时习染未尽，</w:t>
      </w:r>
    </w:p>
    <w:p>
      <w:pPr>
        <w:spacing w:before="0" w:after="80" w:line="259" w:lineRule="auto"/>
        <w:ind w:firstLine="360"/>
      </w:pPr>
      <w:r>
        <w:rPr>
          <w:rFonts w:ascii="Noto Serif CJK SC" w:hAnsi="Noto Serif CJK SC" w:eastAsia="Noto Serif CJK SC"/>
        </w:rPr>
        <w:t>妄识犹存。</w:t>
      </w:r>
    </w:p>
    <w:p>
      <w:pPr>
        <w:pStyle w:val="Heading3"/>
      </w:pPr>
      <w:r>
        <w:rPr>
          <w:rFonts w:ascii="Noto Serif CJK SC" w:hAnsi="Noto Serif CJK SC" w:eastAsia="Noto Serif CJK SC"/>
        </w:rPr>
        <w:t>五、悟道后如堕在圣境上，着在窠臼里，也是不剿绝。</w:t>
      </w:r>
    </w:p>
    <w:p>
      <w:pPr>
        <w:pStyle w:val="Heading3"/>
      </w:pPr>
      <w:r>
        <w:rPr>
          <w:rFonts w:ascii="Noto Serif CJK SC" w:hAnsi="Noto Serif CJK SC" w:eastAsia="Noto Serif CJK SC"/>
        </w:rPr>
        <w:t>六、妙高峰顶固官不容针，不许商量，但第二峰头，为接引初机，</w:t>
      </w:r>
    </w:p>
    <w:p>
      <w:pPr>
        <w:spacing w:before="0" w:after="80" w:line="259" w:lineRule="auto"/>
        <w:ind w:firstLine="360"/>
      </w:pPr>
      <w:r>
        <w:rPr>
          <w:rFonts w:ascii="Noto Serif CJK SC" w:hAnsi="Noto Serif CJK SC" w:eastAsia="Noto Serif CJK SC"/>
        </w:rPr>
        <w:t>不妨私通车马，略露风光。有这许多意义在，故石霜与曹山说“犹带喜在”、“血脉不断”与“干不尽”也。雪窦有大才，把这问道的语句，一串穿来，用颂本公案，确是神偷妙手。髑髅（骷髅头）分别妄识已尽，有什么喜与悲？枯木龙吟——无情说法——是炽然说，无间说，销不干的。这就与本公案虽不在明白里，而不是无说、无知的旨意巧妙地结合起来了。关于无情说法，昔洞山祖师参沩山和尚问曰：“顷闻南阳忠国师有无情说法话，某未究其微。”沩曰：“阇黎还记得么？”师曰：“记得。”沩曰：“试举一遍看。”师举毕。沩曰：“我这里也有，只是罕遇其人。”师曰：“我未明，乞师指示。”沩竖起拂子曰：“会么？”（竖拂的是谁？不正是无声之说——无情之说法吗？）师曰：“不会。”（可惜许，磋过了也。）师后参云岩问：“无情说法，什么人得闻？”岩曰：“无情得闻。”（妙哉！妄尽情消是什么人？）师曰：“和尚得闻否？”岩曰：“我若闻，汝即不闻我说法。”此语较幽隐，似须稍注释一下：</w:t>
      </w:r>
    </w:p>
    <w:p>
      <w:pPr>
        <w:pStyle w:val="Heading3"/>
      </w:pPr>
      <w:r>
        <w:rPr>
          <w:rFonts w:ascii="Noto Serif CJK SC" w:hAnsi="Noto Serif CJK SC" w:eastAsia="Noto Serif CJK SC"/>
        </w:rPr>
        <w:t>一、我若闻，非但有能闻与所闻在，更有法在；能所相对，法见未</w:t>
      </w:r>
    </w:p>
    <w:p>
      <w:pPr>
        <w:spacing w:before="0" w:after="80" w:line="259" w:lineRule="auto"/>
        <w:ind w:firstLine="360"/>
      </w:pPr>
      <w:r>
        <w:rPr>
          <w:rFonts w:ascii="Noto Serif CJK SC" w:hAnsi="Noto Serif CJK SC" w:eastAsia="Noto Serif CJK SC"/>
        </w:rPr>
        <w:t>除，即非道人，何能据师位说法？</w:t>
      </w:r>
    </w:p>
    <w:p>
      <w:pPr>
        <w:pStyle w:val="Heading3"/>
      </w:pPr>
      <w:r>
        <w:rPr>
          <w:rFonts w:ascii="Noto Serif CJK SC" w:hAnsi="Noto Serif CJK SC" w:eastAsia="Noto Serif CJK SC"/>
        </w:rPr>
        <w:t>二、我若闻即同无情，无情以不说为正说，非有言说也。</w:t>
      </w:r>
    </w:p>
    <w:p>
      <w:pPr>
        <w:pStyle w:val="Heading3"/>
      </w:pPr>
      <w:r>
        <w:rPr>
          <w:rFonts w:ascii="Noto Serif CJK SC" w:hAnsi="Noto Serif CJK SC" w:eastAsia="Noto Serif CJK SC"/>
        </w:rPr>
        <w:t>三、我若闻即齐诸圣，而圣者之报化非真，亦非说法者，我今为</w:t>
      </w:r>
    </w:p>
    <w:p>
      <w:pPr>
        <w:spacing w:before="0" w:after="80" w:line="259" w:lineRule="auto"/>
        <w:ind w:firstLine="360"/>
      </w:pPr>
      <w:r>
        <w:rPr>
          <w:rFonts w:ascii="Noto Serif CJK SC" w:hAnsi="Noto Serif CJK SC" w:eastAsia="Noto Serif CJK SC"/>
        </w:rPr>
        <w:t>子说，凡固不居，圣亦不可得。洞山师曰：“我为甚不闻？”岩亦竖起拂子问曰：“还闻否？”师曰：“不闻。”（犹自不惺惺）岩曰：“我说法，汝尚不闻，何况无情说法乎？”师曰：“无情说法，该何典教？”岩曰：“岂不见弥陀经云：‘水鸟树林悉是念佛念法。’”师于此有省。（已迟八刻）乃述偈曰：“也大奇，也大奇，无情说法不思议；若将耳听终难会，眼处闻声方得知。”这无情无说之正说，非耳听可得，故曹山云：“不知是何章句，而闻者皆丧（丧生失命）也。”在座诸仁还识得在目前的纷扰尘境中存在着绝言说、断听闻的玄虚大道——浊中清吗？无情说法也无甚难会。参究玄机到精微处，非言语所能表，只有心领神会，世间的事到微妙处，不也是“心有灵犀一点通”与“此时无言胜有言”吗？这就是“眼处闻声方得知”的注脚啊！百丈禅师尝曰：“一切语言，山河大地，一一转归自己始得。”雪窦将公案颂完，最后也转归自己，为人道：难难！拣择明白君自看！庞婆云：“易、易、易，百草头上西来意！”本颂开头不也说：至道无难，言端语端。历代祖师直指见性的语句更不胜枚举，悟道不是很容易吗？为什么又说难呢？盖悟道不是徒托空言，须要与事相应。其间不无难处，兹略举十端如下：</w:t>
      </w:r>
    </w:p>
    <w:p>
      <w:pPr>
        <w:pStyle w:val="Heading3"/>
      </w:pPr>
      <w:r>
        <w:rPr>
          <w:rFonts w:ascii="Noto Serif CJK SC" w:hAnsi="Noto Serif CJK SC" w:eastAsia="Noto Serif CJK SC"/>
        </w:rPr>
        <w:t>一、疑情难起，妄念难息。参禅不起疑情，即无开悟之日，应抱定</w:t>
      </w:r>
    </w:p>
    <w:p>
      <w:pPr>
        <w:spacing w:before="0" w:after="80" w:line="259" w:lineRule="auto"/>
        <w:ind w:firstLine="360"/>
      </w:pPr>
      <w:r>
        <w:rPr>
          <w:rFonts w:ascii="Noto Serif CJK SC" w:hAnsi="Noto Serif CJK SC" w:eastAsia="Noto Serif CJK SC"/>
        </w:rPr>
        <w:t>一则透不过的话头，吐又吐不出，吞又吞不落，极力追究，直至行不知行，坐不知坐，方能相应。持咒念佛，须心念耳闻，极力追顶，才能化妄念于无形。</w:t>
      </w:r>
    </w:p>
    <w:p>
      <w:pPr>
        <w:pStyle w:val="Heading3"/>
      </w:pPr>
      <w:r>
        <w:rPr>
          <w:rFonts w:ascii="Noto Serif CJK SC" w:hAnsi="Noto Serif CJK SC" w:eastAsia="Noto Serif CJK SC"/>
        </w:rPr>
        <w:t>二、大道即在目前，学人就是不识。古德云：只为亲切甚，转令荐</w:t>
      </w:r>
    </w:p>
    <w:p>
      <w:pPr>
        <w:spacing w:before="0" w:after="80" w:line="259" w:lineRule="auto"/>
        <w:ind w:firstLine="360"/>
      </w:pPr>
      <w:r>
        <w:rPr>
          <w:rFonts w:ascii="Noto Serif CJK SC" w:hAnsi="Noto Serif CJK SC" w:eastAsia="Noto Serif CJK SC"/>
        </w:rPr>
        <w:t>得迟！非虚语也。</w:t>
      </w:r>
    </w:p>
    <w:p>
      <w:pPr>
        <w:pStyle w:val="Heading3"/>
      </w:pPr>
      <w:r>
        <w:rPr>
          <w:rFonts w:ascii="Noto Serif CJK SC" w:hAnsi="Noto Serif CJK SC" w:eastAsia="Noto Serif CJK SC"/>
        </w:rPr>
        <w:t>三、聪慧者，流于文字、口头，不务实修；老实者又多死于句下，</w:t>
      </w:r>
    </w:p>
    <w:p>
      <w:pPr>
        <w:spacing w:before="0" w:after="80" w:line="259" w:lineRule="auto"/>
        <w:ind w:firstLine="360"/>
      </w:pPr>
      <w:r>
        <w:rPr>
          <w:rFonts w:ascii="Noto Serif CJK SC" w:hAnsi="Noto Serif CJK SC" w:eastAsia="Noto Serif CJK SC"/>
        </w:rPr>
        <w:t>此宗风所以不振也。</w:t>
      </w:r>
    </w:p>
    <w:p>
      <w:pPr>
        <w:pStyle w:val="Heading3"/>
      </w:pPr>
      <w:r>
        <w:rPr>
          <w:rFonts w:ascii="Noto Serif CJK SC" w:hAnsi="Noto Serif CJK SC" w:eastAsia="Noto Serif CJK SC"/>
        </w:rPr>
        <w:t>四、真伪难辨。玄沙云：学道之人不识真，只为从来认识神；无量</w:t>
      </w:r>
    </w:p>
    <w:p>
      <w:pPr>
        <w:spacing w:before="0" w:after="80" w:line="259" w:lineRule="auto"/>
        <w:ind w:firstLine="360"/>
      </w:pPr>
      <w:r>
        <w:rPr>
          <w:rFonts w:ascii="Noto Serif CJK SC" w:hAnsi="Noto Serif CJK SC" w:eastAsia="Noto Serif CJK SC"/>
        </w:rPr>
        <w:t>劫来生死本，痴人唤作本来人。在识神里用事而谓悟道，今人尤甚。</w:t>
      </w:r>
    </w:p>
    <w:p>
      <w:pPr>
        <w:pStyle w:val="Heading3"/>
      </w:pPr>
      <w:r>
        <w:rPr>
          <w:rFonts w:ascii="Noto Serif CJK SC" w:hAnsi="Noto Serif CJK SC" w:eastAsia="Noto Serif CJK SC"/>
        </w:rPr>
        <w:t>五、死水不藏龙。学者往往因乐于安住定境，落入无记，坐在鬼</w:t>
      </w:r>
    </w:p>
    <w:p>
      <w:pPr>
        <w:spacing w:before="0" w:after="80" w:line="259" w:lineRule="auto"/>
        <w:ind w:firstLine="360"/>
      </w:pPr>
      <w:r>
        <w:rPr>
          <w:rFonts w:ascii="Noto Serif CJK SC" w:hAnsi="Noto Serif CJK SC" w:eastAsia="Noto Serif CJK SC"/>
        </w:rPr>
        <w:t>窟里而不知。</w:t>
      </w:r>
    </w:p>
    <w:p>
      <w:pPr>
        <w:pStyle w:val="Heading3"/>
      </w:pPr>
      <w:r>
        <w:rPr>
          <w:rFonts w:ascii="Noto Serif CJK SC" w:hAnsi="Noto Serif CJK SC" w:eastAsia="Noto Serif CJK SC"/>
        </w:rPr>
        <w:t>六、住着定境自以为得。学者于定中偶得一圣境，自以为得，守</w:t>
      </w:r>
    </w:p>
    <w:p>
      <w:pPr>
        <w:spacing w:before="0" w:after="80" w:line="259" w:lineRule="auto"/>
        <w:ind w:firstLine="360"/>
      </w:pPr>
      <w:r>
        <w:rPr>
          <w:rFonts w:ascii="Noto Serif CJK SC" w:hAnsi="Noto Serif CJK SC" w:eastAsia="Noto Serif CJK SC"/>
        </w:rPr>
        <w:t>住不放而死于境下。如守住“乐”者，即不能出欲界；守“明”者，不出色界；守“空”者，不出空界等。</w:t>
      </w:r>
    </w:p>
    <w:p>
      <w:pPr>
        <w:pStyle w:val="Heading3"/>
      </w:pPr>
      <w:r>
        <w:rPr>
          <w:rFonts w:ascii="Noto Serif CJK SC" w:hAnsi="Noto Serif CJK SC" w:eastAsia="Noto Serif CJK SC"/>
        </w:rPr>
        <w:t>七、功夫与悟道混为一谈。众多学者不识功夫与悟道的区别，误</w:t>
      </w:r>
    </w:p>
    <w:p>
      <w:pPr>
        <w:spacing w:before="0" w:after="80" w:line="259" w:lineRule="auto"/>
        <w:ind w:firstLine="360"/>
      </w:pPr>
      <w:r>
        <w:rPr>
          <w:rFonts w:ascii="Noto Serif CJK SC" w:hAnsi="Noto Serif CJK SC" w:eastAsia="Noto Serif CJK SC"/>
        </w:rPr>
        <w:t>将发了某种神通或气脉通畅了，以为悟道；反之，即非悟道。不知神通再大，功夫再好，不识真心，终有落处，生死不了，绝非悟道。</w:t>
      </w:r>
    </w:p>
    <w:p>
      <w:pPr>
        <w:pStyle w:val="Heading3"/>
      </w:pPr>
      <w:r>
        <w:rPr>
          <w:rFonts w:ascii="Noto Serif CJK SC" w:hAnsi="Noto Serif CJK SC" w:eastAsia="Noto Serif CJK SC"/>
        </w:rPr>
        <w:t>八、骄躁难戒。学者于悟道前，多急于求成，失之在躁；悟道后，</w:t>
      </w:r>
    </w:p>
    <w:p>
      <w:pPr>
        <w:spacing w:before="0" w:after="80" w:line="259" w:lineRule="auto"/>
        <w:ind w:firstLine="360"/>
      </w:pPr>
      <w:r>
        <w:rPr>
          <w:rFonts w:ascii="Noto Serif CJK SC" w:hAnsi="Noto Serif CJK SC" w:eastAsia="Noto Serif CJK SC"/>
        </w:rPr>
        <w:t>又因欣喜而失之在骄。躁则易折，骄则易狂，俱为学者之大忌，故亟宜戒除。但学人往往不自觉或护短而不之顾，故多流于始勤终惰或狂妄不羁，此岂非今日修道者多而证道者少症结之一欤？</w:t>
      </w:r>
    </w:p>
    <w:p>
      <w:pPr>
        <w:pStyle w:val="Heading3"/>
      </w:pPr>
      <w:r>
        <w:rPr>
          <w:rFonts w:ascii="Noto Serif CJK SC" w:hAnsi="Noto Serif CJK SC" w:eastAsia="Noto Serif CJK SC"/>
        </w:rPr>
        <w:t>九、保任精进，消除旧习难。要将多生历劫着相的旧习一下消</w:t>
      </w:r>
    </w:p>
    <w:p>
      <w:pPr>
        <w:spacing w:before="0" w:after="80" w:line="259" w:lineRule="auto"/>
        <w:ind w:firstLine="360"/>
      </w:pPr>
      <w:r>
        <w:rPr>
          <w:rFonts w:ascii="Noto Serif CJK SC" w:hAnsi="Noto Serif CJK SC" w:eastAsia="Noto Serif CJK SC"/>
        </w:rPr>
        <w:t>光，确非易事。俗语云：“江山好改，习气难移。”如不时时觉照，护惜本真，勤于改造，实难有净尽之日。但学者往往得少为足，以为一悟便是，不事改造，非但无以进证后得智，且有堕入“悟后迷”之危险，可不慎哉？！</w:t>
      </w:r>
    </w:p>
    <w:p>
      <w:pPr>
        <w:pStyle w:val="Heading3"/>
      </w:pPr>
      <w:r>
        <w:rPr>
          <w:rFonts w:ascii="Noto Serif CJK SC" w:hAnsi="Noto Serif CJK SC" w:eastAsia="Noto Serif CJK SC"/>
        </w:rPr>
        <w:t>十、圆证无住难。众多学人往往以为悟得此能言会道、謦欬掉臂</w:t>
      </w:r>
    </w:p>
    <w:p>
      <w:pPr>
        <w:spacing w:before="0" w:after="80" w:line="259" w:lineRule="auto"/>
        <w:ind w:firstLine="360"/>
      </w:pPr>
      <w:r>
        <w:rPr>
          <w:rFonts w:ascii="Noto Serif CJK SC" w:hAnsi="Noto Serif CJK SC" w:eastAsia="Noto Serif CJK SC"/>
        </w:rPr>
        <w:t>的是自己天真佛，便已到家，如再用功，就是执法了。殊不知此只是始觉，不是本觉，尚须以之依于本觉，精勤修习，始成大觉。更有学人着于性体，住在证境上，不自觉的堕于圣域而不离窠臼，此皆不能圆证菩提之大咎也。以上这些都是在修行过程中差之毫厘，失之千里的大难处，还有其他较为次要枝节的，就不一一再举了。以有这许多难处，所以雪窦说：“拣择明白君自看。”叮嘱大家自行反省，看自己立在什么处：是在分别拣择某法、某人、某事，还是坐在明白里逞识神；是着在某种阴境上自以为得意，还是弄精魂搞神通玄奇；是骄傲自满，落于疯狂，还是堕在空、乐、明里作活计？……好彩须自看，不得颟顸笼统。请大家自己检点，有偏差迅速改正，以免入宝山空手回而虚度一生，则幸甚矣！</w:t>
      </w:r>
    </w:p>
    <w:p>
      <w:pPr>
        <w:spacing w:before="0" w:after="80" w:line="259" w:lineRule="auto"/>
        <w:ind w:firstLine="360"/>
      </w:pPr>
      <w:r>
        <w:rPr>
          <w:rFonts w:ascii="Noto Serif CJK SC" w:hAnsi="Noto Serif CJK SC" w:eastAsia="Noto Serif CJK SC"/>
        </w:rPr>
        <w:t>第三则日面佛月面佛教是佛口，禅是佛心。禅宗是佛法的正宗，是源自本师释迦牟尼佛的一脉真传。当年灵山会上，释迦文佛拈花，迦叶尊者微笑，佛说：“吾有正法眼藏，涅槃妙心，实相无相，微妙法门，不立文字，教外别传，付嘱摩诃迦叶。”故迦叶尊者为第一代祖。以后辗转相传，至菩提达摩尊者为第二十八代祖。此为“西天四七”（盖四七二十八也）。时值我国文明大著，善根成就，解脱缘熟，故感达摩祖师渡海西来，为东土初祖。先见梁武帝（见前文“圣谛第一义”），帝不契，遂渡江至魏，面壁九年，遇神光大师，传为第二代祖。以后辗转相传，至惠能大师为第六代祖。此为“东土二三”（二三得六）。六祖以后，便分灯而传，主要有两大支：一支是青原行思，一支是南岳怀让。本公案中的“马大师”就是南岳怀让禅师的嗣法弟子。江西马祖道一禅师俗姓马，世称“马大师”，他早年修行非常用功，只管打坐。怀让禅师知他是法器，问他坐禅图什么？他说：图作佛。怀让禅师就拿一块砖头在他坐禅的地方磨，嚓啦！嚓啦！那噪音使马祖不耐烦，干扰得他打不成座。马祖起坐问：你磨砖作什么？怀让禅师答：我要把它磨成镜子。马祖说：砖头能磨成镜子么？怀让禅师就等他这句话，立即借机反问：磨砖既不能成镜，坐禅怎么能成佛呢？这一问非同小可，直下震醒了马祖的迷梦！修行成道单靠打坐是不行的，打坐用功消除妄想，还要在各种境界中锻炼磨净习气。单靠打坐是除不尽习气的，一定要在种种顺的逆的境界中磨炼，习气才可以除尽。而且单靠打坐，把心坐死，入灭尽定，非但不能成佛，落入土、木、金、石倒有份在！马祖根性大利，言下知非，就向怀让禅师请教：那怎样做才对呢？怀让禅师是大手笔的宗师，启发学人有非常的手段，就反问马祖：如牛驾车，车若不行，打车对，还是打牛对？怀让禅师意在何处？为什么这么问呢？车，比喻身体；牛，比喻佛性。你要修行成佛就必须证到佛性。把身体拘在那里不动，就是打车。心性才是牛，心动身体才会动，要修心才对。（有人插话：哦！要打牛才对。）哈哈，你答打牛也不对！有牛可打，就落到一边了。</w:t>
      </w:r>
    </w:p>
    <w:p>
      <w:pPr>
        <w:spacing w:before="0" w:after="80" w:line="259" w:lineRule="auto"/>
        <w:ind w:firstLine="360"/>
      </w:pPr>
      <w:r>
        <w:rPr>
          <w:rFonts w:ascii="Noto Serif CJK SC" w:hAnsi="Noto Serif CJK SC" w:eastAsia="Noto Serif CJK SC"/>
        </w:rPr>
        <w:t>前则公案讲的“髑髅识尽喜何立？枯木龙吟销未干。”，你还没有明白呀。（有人问：那怎么答才行？老人说：怎么问的？那人问：打车还是打牛？老人厉声喝道：打你！）有一个“牧牛图颂”，图文并茂，讲的就是修行保任的过程。找到牛之后（比喻见性之后），这牛的性子还很野（比喻习气尚重），还要拉紧缰绳，高举鞭子看好它（比喻除习气保任的过程），到最后人也没有，牛也没有，才算真正了手。马祖经怀让禅师的启发开示，言下大悟，心意超然。从此跟随怀让禅师，随侍左右达九年之久，深得心印。后出世说法度众，法席大盛，座下出八十余位善知识，遍布各地。早在怀让禅师跟随六祖之时，六祖就告诉怀让：“西方般若多罗（达摩祖师的师父，西天第二十七代祖）谶汝足下出一马驹，踏杀天下人。”踏杀天下人，就是说培育出很多很多大善知识，教化天下。本公案中的“马大师”就是这位马祖禅师。马大师不安。不安，就是生病了。诸位可能感到奇怪，像马祖这样了不起的大祖师，已经开悟成道了，怎么还会生病呢？其实，病都是夙障，是过去世久已造下的业，每个人或多或少都免不了要造点业。所以，纵是开悟的大祖师，也免不了要生点病。但是，开悟了，犹如大梦醒来，过去现在所作所为皆如梦幻，了不可得，即使身患重病，因心空不作病见故，亦不为病所苦。假设我们身体有了病，不要时时刻刻想着病，不为病所苦，业障即当下瓦解冰消。假如你时刻记着病，那就痛苦了，难过死了！开悟成道的人不把病摆在心上，你看着他病了，他自己可跟没病一样。宋朝的慈明禅师晚年中了风，嘴都歪了。他的侍者急得跺脚：这可怎么办？你平生呵佛骂祖，现在报应了不是？禅师说：不要发愁，我给你弄正它就是了。说着用手一推，嘴就正了，跟没病一样。业障到祖师身上，如热汤销冰。业障好比债务，在祖师那里，要还就还，要不还就不还，还也不作还想，不还也不作不还想。马祖是大祖师，别人看他生病了，他自己并不作病想，没什么痛苦，没什么不安。院主问：“和尚近日尊候如何？”院主，就是寺院里的当家师。和尚，是梵文的音译，中文意思是亲教师，就是最亲最尊的老师。当家师来慰问马祖：您近来身体怎么</w:t>
      </w:r>
    </w:p>
    <w:p>
      <w:pPr>
        <w:spacing w:before="0" w:after="80" w:line="259" w:lineRule="auto"/>
        <w:ind w:firstLine="360"/>
      </w:pPr>
      <w:r>
        <w:rPr>
          <w:rFonts w:ascii="Noto Serif CJK SC" w:hAnsi="Noto Serif CJK SC" w:eastAsia="Noto Serif CJK SC"/>
        </w:rPr>
        <w:t>样啊？大师云：“日面佛，月面佛。”日面指白天，月面指晚上。白天晚上都是佛，就是说白天晚上都一样。没病是这样，有病是这样，有病没病都一样。佛者，觉也。须觉破一切事物，皆如梦幻泡影，了不可得。觉有照意，要时时用心观照，不可疏忽。我们平时说话、走路、工作，都是佛性的作用。须用功绵密，观照保护它。不能逐境生心，有所住着。须健康不作健康想，生病不作生病想，穿衣不作穿衣想，吃饭不作吃饭想，如此绵密用功，心里放教空空净净、坦坦荡荡地，还怕不能成道吗？修净土的人一天要念数万佛号，心系阿弥陀佛，无暇生起妄想；参禅的人贵在起疑情，疑情一起，妄想自然不生；我们修心中心法的座上咒语不停，座下绵密观照，左右照顾着这个心，不令外驰，故皆有所证入。禅、密、净都是佛说的法，归元无二路，方便有多门，证到都是一样的。不能说这个法好，那个法不好。门户之见，分河饮水，害人害己呀！应该“日面佛，月面佛”才对。这个公案就这么简单。下面是圆悟勤禅师对这个公案的评论：祖师若不以本分事相见，如何得此道光辉？祖师，就是马大师。本分事，就是时时不离自性。以本色、自在、随顺、自然的真心相见，也就是时时刻刻以“明心见性”提示学人。假如时时刻刻以“相”提示学人，时时刻刻着神通，引人入邪道，那怎么能得“此道光辉”呢？怎么能“日面佛，月面佛”而不被病魔压倒呢？我们修道，也应当如此，时时刻刻以本分事相见，不要着境、着相、着神通。要从两头考察自己，看功夫是否有所增进：一头是烦恼时，一头是喜欢时。烦恼来了，心里很痛苦，念佛的人能不忘佛号吗？参禅的人能提起话头吗？我们修心密的人还能如法打坐、绵密观照吗？高兴事来了，升官发财、被人称赞、受人尊重，喜欢得不得了，一下子想不起佛号了，提不起话头了，忘掉打坐、观照了，为境所转，何能成道？修行应该八风不动才对。八风当中，四个是顺境，四个是逆境，逆境粗，顺境细，粗的还容易觉察，细的就不易应付了。诸位应从这两头考察自己，“日面佛，月面佛”，高兴是佛，烦恼也是佛。有没有功夫就从这里看。</w:t>
      </w:r>
    </w:p>
    <w:p>
      <w:pPr>
        <w:spacing w:before="0" w:after="80" w:line="259" w:lineRule="auto"/>
        <w:ind w:firstLine="360"/>
      </w:pPr>
      <w:r>
        <w:rPr>
          <w:rFonts w:ascii="Noto Serif CJK SC" w:hAnsi="Noto Serif CJK SC" w:eastAsia="Noto Serif CJK SC"/>
        </w:rPr>
        <w:t>此个公案，若知落处便独步丹霄。若不知落处，往往枯木岩前差路去在。“知落处”就是知道马祖说“日面佛，月面佛”的含义。丹霄就是明朗、绚丽的天空，比喻心地光明。独步丹霄，就像在彩虹一样绚丽的天上独步空行，没有妄想执着；心量犹如虚空，顺也不可得，逆也不可得，健康也不可得，生病也不可得，舒服也不可得，痛苦也不可得，如此潇洒自如，即所谓“断除烦恼，得大自在”也，欲不“独步丹霄”可得乎！若不知落处，假如不能领会“日面佛，月面佛”的含义，往往就坐成“枯木禅”了，那是一条叉路，修死定，若不知回头，最后会变成土木金石的。若是本分人到这里，须是有“驱耕夫之牛，夺饥人之食”的手脚，方见马大师为人处。耕夫就是种地的农民。过去农民用牛耕地，若把他的牛驱赶走，他就没法耕地了。饥人，肚子饿，他正要吃饭，若把他的食物夺走，他就吃不成了。手脚就是手段，这是什么样的手段呢？这就是禅宗的“恶辣钳锤”，所谓“杀人刀、活人剑”里的杀人刀。用这种手段，叫你死透了再活。就是把你所有的妄念、所有的凡情统统去掉，去得一丝不剩，要死透，不死透复苏不了。若未死透便轻许复苏，即轻率地印证学人证道，结果必是“半青半黄”，这叫“药水汞”，不是真金，遇火即飞，遇境即倒，何能敌得生死！我们修心中心法，到根尘脱落的时候，身、心爆裂，如天塌地崩！不要怕，这是修法的力量。一怕就退回来，死不透，身、心、世界化不空，就不能见性了。谚云：“不是一番寒澈骨，怎得梅花扑鼻香？”我们经过这一番刻苦用功，大死大活后，到圆寂的时候，就安然自在了。如果现在不肯做功夫，到死时就会痛苦难过。而且作不得主，便又六道轮回去了。奉劝各位，好好用功，手痛腿痛忍耐一下，功不唐捐，将来就会大自在、大安乐、大逍遥。如今多有人道：“马大师接院主”，且喜没交涉。接，是接引的意思。如今有许多人这样说：马大师讲“日面佛月面佛”是接引院主成道的，这都是胡揣摩，无端生出许多道理来，全都是妄想。禅之所以为禅，是本色自在，随顺自然，一丝不挂，一尘不</w:t>
      </w:r>
    </w:p>
    <w:p>
      <w:pPr>
        <w:spacing w:before="0" w:after="80" w:line="259" w:lineRule="auto"/>
        <w:ind w:firstLine="360"/>
      </w:pPr>
      <w:r>
        <w:rPr>
          <w:rFonts w:ascii="Noto Serif CJK SC" w:hAnsi="Noto Serif CJK SC" w:eastAsia="Noto Serif CJK SC"/>
        </w:rPr>
        <w:t>染的。有个法在，有个接引，或有个佛成，都不相干。这样的“聪明”人还是少知道点道理好，道理越多越误事。昨天，瑞安的几位居士找我谈禅，我问他们参什么话头，他们一个也没参话头，都在研究禅宗义理。研究文字义理有什么用？都是打妄想。还是提起个话头来参究，隔断妄想，倒容易成就。修净土也一样，要不打妄想，专心念佛。有个“聪明”人破念佛，他说：比如儿子一直喊“妈妈、妈妈”，母亲心里不烦吗？你整天念“阿弥陀佛、阿弥陀佛”，阿弥陀佛不也烦死了吗？说这话的人好像很聪明，很懂道理，其实这不是真聪明，全是妄想。一、他不知道，佛与凡夫不同，佛是无心相应，哪有烦恼？二、他不知道念佛的落处，念佛不是喊阿弥陀佛，而是仗佛号洗心革面，密密转移妄念，令心空净，心即是土，土即是心，随其心净，即佛土净。日久功深，必得生极乐净土，亲见阿弥陀佛。“聪</w:t>
      </w:r>
    </w:p>
    <w:p>
      <w:pPr>
        <w:spacing w:before="0" w:after="80" w:line="259" w:lineRule="auto"/>
        <w:ind w:firstLine="360"/>
      </w:pPr>
      <w:r>
        <w:rPr>
          <w:rFonts w:ascii="Noto Serif CJK SC" w:hAnsi="Noto Serif CJK SC" w:eastAsia="Noto Serif CJK SC"/>
        </w:rPr>
        <w:t>明”人讲些似是而非的道理有什么用？还不如老公公、老婆婆一心</w:t>
      </w:r>
    </w:p>
    <w:p>
      <w:pPr>
        <w:spacing w:before="0" w:after="80" w:line="259" w:lineRule="auto"/>
        <w:ind w:firstLine="360"/>
      </w:pPr>
      <w:r>
        <w:rPr>
          <w:rFonts w:ascii="Noto Serif CJK SC" w:hAnsi="Noto Serif CJK SC" w:eastAsia="Noto Serif CJK SC"/>
        </w:rPr>
        <w:t>念佛的好。所以圆悟勤禅师说“且喜没交涉”。没交涉，就是扯不上关系、毫不相干。如今众中多错会，瞠眼云：“在这里！左眼是日面，右眼是月面”，有什么交涉？驴年未梦见在！只管蹉过古人事。众，指学禅的大众。错会，就是错误理解。他们瞪瞪眼睛说：禅就在这里啊，“日面佛”是左眼，“月面佛”是右眼。这全是错误理解，胡说八道！看来不但是现在，从古就有这样的人，不去真参实究，参禅不起疑情，不用功，尽打妄想、说道理。所以圆悟勤禅师说：“有什么交涉？驴年未梦见在！只管蹉过古人事。”蹉过古人事，是指落入意识分别，错过了藉古人因缘而自己悟道的机会。说到这里，不免有人要问：“禅不是在日常动用中吗？一切作用，皆是佛性的妙用呀！怎么说不是呢？”是的，一切日用，都是佛性的作用。但是不能认作他、住着他，一有所住便成窠臼，就不是了。只如马大师如此道，意在什么处？这样理解也不对，那样理解也不对，那么马大师说“日面佛，月面佛”，到底意在何处呢？到底意在什么处，诸仁还会么？问着圆悟也张口不得！</w:t>
      </w:r>
    </w:p>
    <w:p>
      <w:pPr>
        <w:spacing w:before="0" w:after="80" w:line="259" w:lineRule="auto"/>
        <w:ind w:firstLine="360"/>
      </w:pPr>
      <w:r>
        <w:rPr>
          <w:rFonts w:ascii="Noto Serif CJK SC" w:hAnsi="Noto Serif CJK SC" w:eastAsia="Noto Serif CJK SC"/>
        </w:rPr>
        <w:t>序说</w:t>
      </w:r>
    </w:p>
    <w:p>
      <w:pPr>
        <w:spacing w:before="0" w:after="80" w:line="259" w:lineRule="auto"/>
        <w:ind w:firstLine="360"/>
      </w:pPr>
      <w:r>
        <w:rPr>
          <w:rFonts w:ascii="Noto Serif CJK SC" w:hAnsi="Noto Serif CJK SC" w:eastAsia="Noto Serif CJK SC"/>
        </w:rPr>
        <w:t>第一则圣谛第一义</w:t>
      </w:r>
    </w:p>
    <w:p>
      <w:pPr>
        <w:spacing w:before="0" w:after="80" w:line="259" w:lineRule="auto"/>
        <w:ind w:firstLine="360"/>
      </w:pPr>
      <w:r>
        <w:rPr>
          <w:rFonts w:ascii="Noto Serif CJK SC" w:hAnsi="Noto Serif CJK SC" w:eastAsia="Noto Serif CJK SC"/>
        </w:rPr>
        <w:t>第二则赵州至道无难第三则日面佛月面佛</w:t>
      </w:r>
    </w:p>
    <w:p>
      <w:pPr>
        <w:spacing w:before="0" w:after="80" w:line="259" w:lineRule="auto"/>
        <w:ind w:firstLine="360"/>
      </w:pPr>
      <w:r>
        <w:rPr>
          <w:rFonts w:ascii="Noto Serif CJK SC" w:hAnsi="Noto Serif CJK SC" w:eastAsia="Noto Serif CJK SC"/>
        </w:rPr>
        <w:t>第四则德山挟复问答</w:t>
      </w:r>
    </w:p>
    <w:p>
      <w:pPr>
        <w:spacing w:before="0" w:after="80" w:line="259" w:lineRule="auto"/>
        <w:ind w:firstLine="360"/>
      </w:pPr>
      <w:r>
        <w:rPr>
          <w:rFonts w:ascii="Noto Serif CJK SC" w:hAnsi="Noto Serif CJK SC" w:eastAsia="Noto Serif CJK SC"/>
        </w:rPr>
        <w:t>第七十五则乌臼消得恁么第七十六则丹霞问僧具眼有的云：“点平胃散一盏来”，有什么把鼻？到这里，作么生得平稳去？平胃散，是过去一种平常的药，治胃病的。有的人只图口头油滑，不老实参禅，搜集一些禅语，学着打机锋，见马祖说“日面佛，月面佛”，就来上一句：拿一碗平胃散来给大师喝。这种不契实意、乱打机锋的毛病最坏。所以圆悟勤禅师说：有什么把鼻？比方一把瓷壶，旁边安个把手，古时叫“把鼻”。没有把手就没捞没摸，比喻没有摸索着真意，没有着落。这种人只是口头油滑，其实心里乱得很，一点也不安稳。所以圆悟勤禅师说：“作么生得平稳去？”所以道：向上一路，千圣不传；学者劳形，如猿捉影。识得本来，只到法身边。亟须绵密保任、时时观照、念起不随、无所得、无所求、二六时中历历孤明，方入法身正住。更须向上，孤明也不可得，亲证报、化，才能圆成佛果。“向上一路”，就是指法身向上之事，此事千圣不传。为什么不传？因为没办法传。这不是一件东西，我把它交给你就算传给你了。法身向上之事，只能自证自悟、通身放下、桶底打穿，别人用不上劲。修净土也是这样，并不是佛把你拉到净土去。你的心好比一潭水，水面平静（比喻没有妄想执着），天上的月亮（比喻佛）就会清晰地映在水里。你心里有佛，定会与佛感应道交，这就叫蒙佛接引。“学者劳形”，学者指修行人，形指身体，劳形就是使身体很疲劳。就像马祖年轻的时候，只管打坐，那就是学者劳形。“如猿捉影”——就像猴子捞月亮一样。大家一定知道猴子捞月亮的故事。“高高山顶上，孤月照寒潭”，水中的月亮，亮晶晶的，很好看。一群猴子挂在树上一只连接着一只吊下去，要把水中的月亮捞出来，那能捞得到吗？“水中且无月，月是在青天”，其实根本用不着捞，月亮本来就好好地在天上挂着，猴子本来就美美地沐浴在月光中。这很像骑着马找马。砖头不能磨成镜子，水中的月亮也捞不出来，所以怀让禅师提示马祖：磨砖既不成镜，坐禅怎么能成佛呢？有些人要升官、要发财，不惜杀人害命办坏事。金钱、地位、名誉、面子，都是水中的月影啊，都了不可得，一口气不来，半点也带不去。为此而不择手段，岂不是“如猿捉影”么？到头来“万般将不去，唯有业随身”，还要随业受惨厉的恶报。</w:t>
      </w:r>
    </w:p>
    <w:p>
      <w:pPr>
        <w:spacing w:before="0" w:after="80" w:line="259" w:lineRule="auto"/>
        <w:ind w:firstLine="360"/>
      </w:pPr>
      <w:r>
        <w:rPr>
          <w:rFonts w:ascii="Noto Serif CJK SC" w:hAnsi="Noto Serif CJK SC" w:eastAsia="Noto Serif CJK SC"/>
        </w:rPr>
        <w:t>只这“日面佛，月面佛”极是难见。雪窦到此，亦是难颂。却为他见得透，用尽平生功夫指注他。诸人要见雪窦么？看取下文：雪窦重显禅师是云门宗第四代祖师。雪峰禅师的弟子云门文偃创立云门宗，偃传香林澄远，远传智门光祚，祚传雪窦重显。雪窦禅师拈出一百则公案，为启发学人透脱，在每则公案后面都写了一个颂，这就是《颂古百则》。后来，临济宗的圆悟勤禅师为了进一步启发学人，逐条讲解《颂古百则》，由学人记录，结集成书，就是我们现在讲的《碧岩录》。圆悟禅师说：这则“日面佛，月面佛”公案很是难透（极是难见），雪窦禅师到这里，也难以写颂。但他见得透、悟得彻，用尽平生功夫，直下指出，为公案作了注解。各位要见识雪窦禅师的境界么？请看下文。下面就是雪窦禅师为这则公案写的颂：日面佛，月面佛，五帝三皇是何物？五帝三皇已成为历史陈迹，过眼云烟，了不可得。而佛性却是不生不灭、不垢不净、不增不减，亘万古而长存，历沧桑而不变。昔嵩岳元圭禅师打坐时，见一帝王，形貌非常奇伟，率随从威风凛凛而来。禅师问他来干什么，他说：你难道连我也不认识吗？禅师说：我观佛与众生都是平等的，对您能另眼看待吗？那帝王说：我是岳神，掌握着人类生死的大权，能让人活，也能令人死，你怎么能用平常的眼光看我呢？禅师说：我本来就不曾生，你能令一个无生的人死吗？在我看来，身体和虚空不二，我和你不二，你能让虚空和你损坏吗？就算你能损坏虚空和你，我却是不生不灭的，你尚且没有证到这个“我”，又怎么能让我生让我死呢？禅师讲的这个“我”，便是法身，便是明心见性的性，这本来就是不生不灭的。那岳神却是根性大利，竟能言下知归，他原不知道有法身不生不灭之事，经禅师开示，却顿然明白了。他向禅师顶礼，恭敬地说：我比别的神正直，也比别的神有智慧，谁知您的智慧更为广大。请您传授给我正戒，使我也能得度。所以雪窦禅师为“日面佛，月面佛”写颂，便直下指注：“五帝三皇是何物”。宋朝的神宗皇帝认为这一句不好，说这个颂“讽国”，为此不允许把《颂古百则》收进大藏经。可见皇帝的私心颇大。唐朝的宣宗是一代英明君主，信仰佛教，拥护三宝，修复旧寺，广兴佛法。他</w:t>
      </w:r>
    </w:p>
    <w:p>
      <w:pPr>
        <w:spacing w:before="0" w:after="80" w:line="259" w:lineRule="auto"/>
        <w:ind w:firstLine="360"/>
      </w:pPr>
      <w:r>
        <w:rPr>
          <w:rFonts w:ascii="Noto Serif CJK SC" w:hAnsi="Noto Serif CJK SC" w:eastAsia="Noto Serif CJK SC"/>
        </w:rPr>
        <w:t>未做皇帝之前，遭武宗猜忌，便诈死潜逃，到香严禅师门下剃发作沙弥。香严禅师为庐山瀑布题诗：“穿云透石不辞劳，地远方知出处高”，沙弥随口续上两句：“溪涧岂能留得住，终归大海作波涛”，他是一心要作皇帝的哟。后来沙弥到盐官齐安禅师那里参禅，当时黄檗希运禅师在那里作首座。沙弥见黄檗禅师拜佛，便说：“不着佛求、不着法求、不着僧求，长老礼拜，当何所求？”禅师说：“不着佛求、不着法求、不着僧求，常礼如是事。”禅师洒脱，不作拜佛想，却是常拜。沙弥说：“用礼何为？”此语已落断灭空，这也是着相，着了非法相。禅师打了他一掌，他说：“太粗生！”他没在这一掌下开悟，反说禅师太粗暴了。禅师说：“这里是什么所在？说粗说细！”随后又打两掌。后来沙弥作了皇帝，还没忘这个茬。黄檗禅师圆寂后，宣宗竟谥他“粗行禅师”。宰相裴休是黄檗禅师的入室弟子，知道这三掌的故事，便向皇帝上奏：“三掌为陛下断三际也。”宣宗毕竟是信佛的皇帝，就改谥“断际禅师”。唐宣宗是有名的信佛皇帝，尚这样自私，况宋神宗乎？宋神宗只认为“此颂讽国”，却不知道“五帝三皇是何物”这句话早就有了，雪窦禅师是借来引用。过去禅月禅师写过一首诗——《题公子行》：“锦衣鲜华手擎鹘，闲行气貌多轻忽，稼穑艰难总不知，五帝三皇是何物？”鹘是一种比鹰还凶的猛禽，用鹘毛做的扇子异常名贵。看这公子哥，穿着鲜丽的衣服，手里摇着鹘毛扇子，没事闲逛，一副心不在焉的神情。不但不务正业，而且不学无术。不但不知道农民种地的辛劳，而且一点也不懂历史，不知道“五帝三皇”是怎么回事——五帝三皇是何物？雪窦禅师引用了这句诗，将这句诗赋以新意，直下为“日面佛，月面佛”作了注解。一句“五帝三皇是何物”就把此公案注解完了。那么雪窦禅师意在何处？诸位要见雪窦意么？须要向后退身、截断我执、泯除意识分别才行。昔远录公问兴阳剖侍者：“娑竭出海乾坤震，觌面相呈事若何？”娑竭，是海龙王的名字。觌面相呈，比喻自性朗然现前，又比喻两个见性的面对面问答。自性朗然现前之时，就像龙王出海一样，乾坤为之震动。现在我们俩觌面相呈，要说句亲证自性的话，又怎么说呢？剖云：“金翅鸟王当宇宙，个中谁是出</w:t>
      </w:r>
    </w:p>
    <w:p>
      <w:pPr>
        <w:spacing w:before="0" w:after="80" w:line="259" w:lineRule="auto"/>
        <w:ind w:firstLine="360"/>
      </w:pPr>
      <w:r>
        <w:rPr>
          <w:rFonts w:ascii="Noto Serif CJK SC" w:hAnsi="Noto Serif CJK SC" w:eastAsia="Noto Serif CJK SC"/>
        </w:rPr>
        <w:t>头人！”金翅鸟以龙为食，金翅鸟王是鸟中之王，它拿龙王当点心</w:t>
      </w:r>
    </w:p>
    <w:p>
      <w:pPr>
        <w:spacing w:before="0" w:after="80" w:line="259" w:lineRule="auto"/>
        <w:ind w:firstLine="360"/>
      </w:pPr>
      <w:r>
        <w:rPr>
          <w:rFonts w:ascii="Noto Serif CJK SC" w:hAnsi="Noto Serif CJK SC" w:eastAsia="Noto Serif CJK SC"/>
        </w:rPr>
        <w:t>吃。当宇宙，就是正在宇宙中翻飞。你用“龙王出海”作喻，我就用“金翅鸟王当宇宙”相比。此时谁敢出头！此时还有“觌面相</w:t>
      </w:r>
    </w:p>
    <w:p>
      <w:pPr>
        <w:spacing w:before="0" w:after="80" w:line="259" w:lineRule="auto"/>
        <w:ind w:firstLine="360"/>
      </w:pPr>
      <w:r>
        <w:rPr>
          <w:rFonts w:ascii="Noto Serif CJK SC" w:hAnsi="Noto Serif CJK SC" w:eastAsia="Noto Serif CJK SC"/>
        </w:rPr>
        <w:t>呈”吗？还有个东西可以拿出来印证吗？前则公案讲过“髑髅识尽喜何立？枯木龙吟销未干”，还在欢喜，那就是意识分别尚未除尽。枯木里还有龙吟之声，还没有销干净啊。至此远录公仍不惺惺，又说：“忽遇出头，又作么生？”他还在抱着见性的境界不放，落在光影里还不自知。剖云：“似鹘捉鸠君不信，髑髅前验始知真。”鸠是斑鸠，是一种体形不大的鸟。真的见性必定能扫荡一切意识分别，就像凶猛的鹘抓斑鸠一样容易。我已经给你作了“金翅鸟吃龙”、“宇宙装海”的比喻，你还不信那？还要强出头啊？你若还抱着“见性”的概念（这正是意识分别）不放，到生死关头现前的时候，就考验出您的真假了！远云：“恁么则屈节当胸、退身三步。”远录公到这里却退缩了，可见他当面错过，并未一把擒来。到这里须是“天上天下，唯我独尊”始得，酬他“天上天下，唯我独尊”也须是“打死了喂狗”方可，这才叫“一把擒来”，才算得上“真报佛恩”。若证不到这里，就不可能领会得“日面佛，月面佛”的真意。剖云：“须弥座下乌龟子，莫待重遭点额回！”须弥山很大，山腰是四王天，山顶是忉利天。拿须弥山当座位，比喻法身广大无边。须弥山下有个乌龟，时时伸出头来，一点它的头，立即就缩回去了。诸位，兴阳（地名）剖侍者的这句话，是比喻什么，我想大家该明白了。所以“五帝三皇是何物？”这一句</w:t>
      </w:r>
    </w:p>
    <w:p>
      <w:pPr>
        <w:spacing w:before="0" w:after="80" w:line="259" w:lineRule="auto"/>
        <w:ind w:firstLine="360"/>
      </w:pPr>
      <w:r>
        <w:rPr>
          <w:rFonts w:ascii="Noto Serif CJK SC" w:hAnsi="Noto Serif CJK SC" w:eastAsia="Noto Serif CJK SC"/>
        </w:rPr>
        <w:t>话就把“日面佛，月面佛”颂尽了。下面是雪窦禅师讲自己刻苦修行</w:t>
      </w:r>
    </w:p>
    <w:p>
      <w:pPr>
        <w:spacing w:before="0" w:after="80" w:line="259" w:lineRule="auto"/>
        <w:ind w:firstLine="360"/>
      </w:pPr>
      <w:r>
        <w:rPr>
          <w:rFonts w:ascii="Noto Serif CJK SC" w:hAnsi="Noto Serif CJK SC" w:eastAsia="Noto Serif CJK SC"/>
        </w:rPr>
        <w:t>的心路历程：二十年来曾苦辛，为君几下苍龙窟。这里所说的“君”，就是指明心见性的“性”，法、报、化三身的“法身”，彻悟本来的“本来”。刚才讲过嵩岳元圭禅师的襟怀，以启大家对“了生脱死”的正解。若非彻悟本来，襟怀何能如是博大？何能如是潇洒自在？为了彻悟本来，雪窦重显禅师历尽艰辛，苦修了二十年。几度丧身失命，都是为了它呀！都是为了这个“君”。骊龙颔下有珠，异常珍贵。雪窦禅师用骊龙之珠比喻这个“君”。下苍龙窟里摘取骊龙之珠，比去老虎嘴上拔毛更为艰辛，需要何等的坚强意志、需要何等的毅力才行啊！我们呢，才做了一年功夫，就叫苦连天：哎呀！怎么还没有消息呀？是这个法不灵吧！换个法修修。要是这样，到弥勒佛下生，也无了期。当年二祖见初祖，白雪齐腰。达摩祖师在洞里坐着不动，二祖也不敢讲话，就站在洞外等，雪下得很大，都埋到了腰部。这是何等的毅力？“宝剑锋自磨砺出，梅花香从苦寒</w:t>
      </w:r>
    </w:p>
    <w:p>
      <w:pPr>
        <w:spacing w:before="0" w:after="80" w:line="259" w:lineRule="auto"/>
        <w:ind w:firstLine="360"/>
      </w:pPr>
      <w:r>
        <w:rPr>
          <w:rFonts w:ascii="Noto Serif CJK SC" w:hAnsi="Noto Serif CJK SC" w:eastAsia="Noto Serif CJK SC"/>
        </w:rPr>
        <w:t>来”，能历此等艰辛，能有此等毅力，你的好消息就来了，结果就圆成了。修任何法门，都要能耐艰辛、发长远心才行。修净土就要长远地不离佛号，参禅就要长远地不离话头。禅宗的公案很多，取一则透不过的公案长远地挂在心头，如鸡抱卵，不得暂离。当年三峰禅师已识得本来，看到“德山托钵”公案仍透不过去。“德山托钵”公案是这样的：德山禅师座下有两个出众的弟子，师兄是岩头全豁，师弟是雪峰义存。当时雪峰禅师在众中作饭头，给大众做饭。有一天饭熟得晚了点，德山托着饭钵来吃饭，雪峰看见师父来了，便说：“钟未鸣、鼓未响，托钵向什么处去？”德山没说话就低头回方丈去了。一会儿岩头来了，雪峰把刚才的事告诉岩头，岩头说：“大、小德山未会末后句在！”大德山是指德山禅师，小德山是指雪峰禅师。他这话是说师父和师弟都没有透彻“末后句”。德山知道了，把岩头喊来，问：“汝不肯老僧那？”你不承认我吗？岩头“密启其意”——秘密地、悄悄地告诉德山。德山禅师第二天上堂说法，就与往常不同了。岩头听了，拍手大笑：“且喜堂头老汉会末后句。他后天下不奈伊何。虽然，也只得三年活。”此后，德山果然只活了三年就圆寂了。三峰禅师透不过这个公案：难道是师父不行吗？一定要徒弟告诉他吗？“密启其意”启的是什么意？他说三年，德山就活三年，难道他给德山授记吗？这么许多问题都透不过去。透不过就参哪！参得“头面俱肿”——头、脸都肿起来了。就这样久久坚持，疑情不断，艰苦受尽，触机遇缘，好消息就要来了。有一天，三峰禅师到后院去，听到劈竹子的声音，“啪！！”一下子就打开了。我们修行，不能一下子修黄教，一下子修红教，一下子又改念佛、或是参禅。见异思迁，就一事无成了。修任何法门都应该持之以恒。要像雪窦禅师那样，二十年如一日，不怕艰难困苦，“二十年来曾苦辛，为君几下苍龙窟”。屈！堪述。屈，就是冤屈。冤枉啊！为什么冤枉？啊！原来我们本来是佛啊。我们原先不知道，为此事历尽艰辛，修啊！修啊！噢！原来如此！此事与苦修竟然毫不相干，原来竟是白费劲！诸位，我一开始就告诉大家，佛性时时都在你面前放光，是你自己不肯承当啊。不肯承当，就是有妄想，有执着。释迦牟尼佛夜睹明星成道时就</w:t>
      </w:r>
    </w:p>
    <w:p>
      <w:pPr>
        <w:spacing w:before="0" w:after="80" w:line="259" w:lineRule="auto"/>
        <w:ind w:firstLine="360"/>
      </w:pPr>
      <w:r>
        <w:rPr>
          <w:rFonts w:ascii="Noto Serif CJK SC" w:hAnsi="Noto Serif CJK SC" w:eastAsia="Noto Serif CJK SC"/>
        </w:rPr>
        <w:t>说：“奇哉！一切众生俱有如来智慧德相，但以妄想执着，不能证得。”我们只要放下妄想执着，当下就是佛，何用“二十年来曾苦辛，为君几下苍龙窟”？这不冤枉吗？所以叫屈！堪述，就是也值得说说。这辛苦没有白受，值得一提。为什么呢？明白了宇宙、生命的本源，超脱了一切束缚，不再为生死所拘，自在逍遥，无往不利了。我们修道见性，有三种不同情况：</w:t>
      </w:r>
    </w:p>
    <w:p>
      <w:pPr>
        <w:pStyle w:val="Heading3"/>
      </w:pPr>
      <w:r>
        <w:rPr>
          <w:rFonts w:ascii="Noto Serif CJK SC" w:hAnsi="Noto Serif CJK SC" w:eastAsia="Noto Serif CJK SC"/>
        </w:rPr>
        <w:t>一、参禅念佛几十年。</w:t>
      </w:r>
    </w:p>
    <w:p>
      <w:pPr>
        <w:pStyle w:val="Heading3"/>
      </w:pPr>
      <w:r>
        <w:rPr>
          <w:rFonts w:ascii="Noto Serif CJK SC" w:hAnsi="Noto Serif CJK SC" w:eastAsia="Noto Serif CJK SC"/>
        </w:rPr>
        <w:t>二、修心中心法三年。</w:t>
      </w:r>
    </w:p>
    <w:p>
      <w:pPr>
        <w:pStyle w:val="Heading3"/>
      </w:pPr>
      <w:r>
        <w:rPr>
          <w:rFonts w:ascii="Noto Serif CJK SC" w:hAnsi="Noto Serif CJK SC" w:eastAsia="Noto Serif CJK SC"/>
        </w:rPr>
        <w:t>三、直指你当下见性。</w:t>
      </w:r>
    </w:p>
    <w:p>
      <w:pPr>
        <w:spacing w:before="0" w:after="80" w:line="259" w:lineRule="auto"/>
        <w:ind w:firstLine="360"/>
      </w:pPr>
      <w:r>
        <w:rPr>
          <w:rFonts w:ascii="Noto Serif CJK SC" w:hAnsi="Noto Serif CJK SC" w:eastAsia="Noto Serif CJK SC"/>
        </w:rPr>
        <w:t>三种荐得的本性都一样，但力用却不同。第一种力量最大，第三种力量最小。第三种得来容易，未曾费力，不知道珍重保护，常常轻忽，守不住而流浪。更或以为平常，未发神通，而怀疑。他不知道这平常心——“一念不生、了了分明的灵知”就是佛，总在神通上追究。殊不知，神通是枝末，悟道是根本。根本既得，只绵密扫荡习气，神通不求而自得。所以当面错过：这种人，就像前面说的纨绔子弟，浪荡公子，祖上留下的基业，得来容易，不知护守，轻易地给糟蹋了。又像《法华经》里所说的呆公子，不知自身的尊贵，而流落街头乞讨，岂不冤屈！第一种，参禅念佛，得来不易，历尽艰辛，几经生死，经过几十年的持续磨练，才得见性，所以力量大，遇事不惑，透得过一切顺逆境，不为生死所染。明眼衲僧莫轻忽。明眼衲僧，是指彻悟本来的人。彻悟本来，就能洞察一切，不为所拘，这叫“顶门具眼”。彻悟本来，就会善观机缘，以非常的手段启发学人，这叫“肘后有符”。就算你是顶门具眼、肘后有符的明眼衲僧，到了“日面佛，月面佛，五帝三皇是何物”这里，也不可轻轻放过（轻忽就是轻轻放过），大须仔细！“明眼衲僧莫轻忽”是雪窦颂的最后一句，他为什么这样说呢？若不仔细，岂不成了“远录公第二”，所谓“颟顸佛性、笼统真如”，怎能敌得生死？！当远录公说完见性的境界，“觌面相呈”时，剖侍者讲的“金翅鸟王当宇宙，个中谁是出头人”，旨在启发远录公不能着在“乾坤震，觌面相呈”的光影里。远录公说“忽遇出头，又作么生？”竟是抱着光影不放。“似鹘捉鸠君不信，髑髅前验始知真。”指出生死事大，又加一重钳锤。“恁么则屈节当胸、退身三步。”远录公不得不放下光影（应在前句放下，至此已</w:t>
      </w:r>
    </w:p>
    <w:p>
      <w:pPr>
        <w:spacing w:before="0" w:after="80" w:line="259" w:lineRule="auto"/>
        <w:ind w:firstLine="360"/>
      </w:pPr>
      <w:r>
        <w:rPr>
          <w:rFonts w:ascii="Noto Serif CJK SC" w:hAnsi="Noto Serif CJK SC" w:eastAsia="Noto Serif CJK SC"/>
        </w:rPr>
        <w:t>迟八刻），却又落在概念里。这真是：落进落退，难脱滞碍，放下光影，捡起布袋，有心可心，仍是捏怪，生死门头，岂能自在！正当“日面佛，月面佛”、“五帝三皇是何物”之时，确是“轻忽”不得的。所以说：“须是仔细始得”。珍重！</w:t>
      </w:r>
    </w:p>
    <w:p>
      <w:pPr>
        <w:spacing w:before="0" w:after="80" w:line="259" w:lineRule="auto"/>
        <w:ind w:firstLine="360"/>
      </w:pPr>
      <w:r>
        <w:rPr>
          <w:rFonts w:ascii="Noto Serif CJK SC" w:hAnsi="Noto Serif CJK SC" w:eastAsia="Noto Serif CJK SC"/>
        </w:rPr>
        <w:t>第四则德山挟复问答</w:t>
      </w:r>
    </w:p>
    <w:p>
      <w:pPr>
        <w:spacing w:before="0" w:after="80" w:line="259" w:lineRule="auto"/>
        <w:ind w:firstLine="360"/>
      </w:pPr>
      <w:r>
        <w:rPr>
          <w:rFonts w:ascii="Noto Serif CJK SC" w:hAnsi="Noto Serif CJK SC" w:eastAsia="Noto Serif CJK SC"/>
        </w:rPr>
        <w:t>我们已经讲过三则公案了。可以看出，悟道的大祖师胸怀坦荡，赤裸裸，净洒洒，更无一丝一毫的挂碍。好比云散长空，青天澈露，光明无量，照十方国。正当此时，古往今来、上下十方，任君纵横，时时处处平等无碍，岂有好与坏、是与非、有与无、对与错之隔？倘稍涉趣向，略有取舍，便成滞碍。所以说“青天白日，不可更指东划西”，此谓之“把定”。禅者会面，语默相对，觌面相呈，作家相见，当此时节，逢此因缘，岂能乱打机锋，胡说八道！必是函（盒子）盖（盒盖子）相投，应机酬唱。或擎拳竖拂，或戏笑呵骂，或语或默，或动或静，自有其落处。如箭锋相拄，恰到好处。所以说“时节因缘，亦须应病与药”，此谓之“放行”。所谓“官不容针”者，乃“把定”也，岂容你指东划西，自讨没趣；所谓“私通车马”，大须“放行”，不然失却一只眼也。那么，放行怎么</w:t>
      </w:r>
    </w:p>
    <w:p>
      <w:pPr>
        <w:spacing w:before="0" w:after="80" w:line="259" w:lineRule="auto"/>
        <w:ind w:firstLine="360"/>
      </w:pPr>
      <w:r>
        <w:rPr>
          <w:rFonts w:ascii="Noto Serif CJK SC" w:hAnsi="Noto Serif CJK SC" w:eastAsia="Noto Serif CJK SC"/>
        </w:rPr>
        <w:t>放？把定怎么把？何处应放行？何时须把定？放行好，还是把定</w:t>
      </w:r>
    </w:p>
    <w:p>
      <w:pPr>
        <w:spacing w:before="0" w:after="80" w:line="259" w:lineRule="auto"/>
        <w:ind w:firstLine="360"/>
      </w:pPr>
      <w:r>
        <w:rPr>
          <w:rFonts w:ascii="Noto Serif CJK SC" w:hAnsi="Noto Serif CJK SC" w:eastAsia="Noto Serif CJK SC"/>
        </w:rPr>
        <w:t>好？请看《碧岩录》第四则“德山挟复问答”：德山到沩山，挟复子于法堂上，从东过西，从西过东，顾视云：“无！无！”便出。（雪窦著语云：勘破了也。）“德山棒，临济喝”誉满禅林，德山、临济两大禅德，是禅宗里棒喝交驰的两位大祖师。德山宣鉴禅师，俗姓周，二十岁出家，精究律藏，于性相诸经，贯通旨趣。他原在四川讲《金刚经》，时称“周金刚”，著书注解《金刚经》，书名《青龙疏钞》。他听说南方禅宗倡导“见性成佛”，顿悟本来，当下是佛。他以为是“魔说”。依教下的理论，须要千劫学佛的威仪，万劫学佛的细行，然后成佛。他南方魔子，竟敢说即心是佛！于是他便发奋，担着《青龙疏钞》，直往南方，去破这些魔子。走到澧洲这个地方，见一位老婆婆在路边卖油糍。油糍是当时的一种食品，类似于现在糯米做的汤团。他走得肚子饿了，便放下担子，要买油糍作点心吃。老婆婆问他挑的是什么，他说是《青</w:t>
      </w:r>
    </w:p>
    <w:p>
      <w:pPr>
        <w:spacing w:before="0" w:after="80" w:line="259" w:lineRule="auto"/>
        <w:ind w:firstLine="360"/>
      </w:pPr>
      <w:r>
        <w:rPr>
          <w:rFonts w:ascii="Noto Serif CJK SC" w:hAnsi="Noto Serif CJK SC" w:eastAsia="Noto Serif CJK SC"/>
        </w:rPr>
        <w:t>龙疏钞》，解释《金刚经》的。老婆婆说：“我有一个问题，你若答得出来，我就布施油糍给你作点心；若答不出来，就请你到别处去买。”德山说：“可以，你问吧。”老婆婆说：“《金刚经》云：过去心不可得，现在心不可得，未来心不可得。上座您要点哪个心呢？”德山善于讲《金刚经》，原以为自己通达经中奥义，没有什么问题能难得住他，谁知到这里却被一个老婆婆问倒了。他干瞪眼答不出话来，老婆婆就指示他去参问附近的龙潭崇信禅师。德山到了龙潭禅师那里，一进门就说：“早就向往龙潭，谁知到了龙潭，潭也不见，龙也不现。”龙潭和尚从屏风后走出来，说：“你已经亲自到了龙潭了。”诸位，“潭也不见，龙也不现”怎么会是“亲到龙潭”呢？这就是接引他。《金刚经》云：“若见诸相非相，即见如来。”假如见潭、见龙，那就着相了。不见潭、不见龙，正好离相而见本性。再者，我们的佛性本来就是离相的啊，“离一切诸相，即名诸佛”。龙潭禅师是一语双关！但周金刚当时心粗，没有当下契入，只是依礼貌顶礼而退。到了晚上，德山入室参问，他善讲《金刚经》，讲了很多《金刚经》的义理，龙潭禅师只是唯唯噢噢应付。天已经很晚了，龙潭和尚说：“夜已深，你下去休息吧。”德山就道个珍重，揭帘而出。他一看外面很黑，伸手不见五指，便又退回，说：“外面黑。”龙潭禅师就卷了个纸卷当蜡烛，点着了递给德山。德山刚接到手里，龙潭禅师却“扑”地一下把火吹灭了。德山豁然大悟，立即向龙潭禅师礼拜。“吹烛”怎么就能悟道？这里面有什么道理？若诸位在这里透不过，回去好好参一参。龙潭和尚说：“你见了个什么，便礼拜？”德山回答说：“从今以后，我再不怀疑天下老和尚说的话！”第二天，龙潭禅师上堂云：“可中有个汉，牙如剑树，口似血盆，一棒打不回头（自老婆婆始，早已两棒三棒了也！）。他时异日，向孤峰顶上，立吾道去在。”德山把《青龙疏钞》堆在法堂前，举着火炬说：“穷诸玄辩，若一毫置于太虚；竭世枢机，似一滴投于巨壑。”从这种词语里，可以看出德山禅师的文彩，那《青龙疏钞》一定写得“天花乱坠，地涌金莲”。太虚、巨壑（大海）比喻佛性，玄辩就是玄妙的思辩，枢机比喻聪明智慧。穷尽了玄妙的思辩，也只像一根毫毛放在太空里；竭尽了世间的聪明才智，只好比一滴水投入大海。佛性就是如此广大无边。德山禅师竟把他沥尽心血写成的《青龙疏钞》付之一炬。“吹烛悟道”之后，德山禅师听说沩山的道风很高，座下有一千五百人，便要“作家相见”，来参沩山。</w:t>
      </w:r>
    </w:p>
    <w:p>
      <w:pPr>
        <w:spacing w:before="0" w:after="80" w:line="259" w:lineRule="auto"/>
        <w:ind w:firstLine="360"/>
      </w:pPr>
      <w:r>
        <w:rPr>
          <w:rFonts w:ascii="Noto Serif CJK SC" w:hAnsi="Noto Serif CJK SC" w:eastAsia="Noto Serif CJK SC"/>
        </w:rPr>
        <w:t>沩山灵佑禅师，是沩仰宗的创始人，乃百丈禅师的法子，马祖禅师的法孙。百丈禅师座下有一司马头陀，善观地理，他告诉百丈禅师，湖南境内有一山，名曰大沩，风水很好，是一千五百人善知识所居之处。当时，灵佑禅师在百丈那里作典座，百丈禅师就遣典座去住大沩山。沩山山势险峻，渺无人迹，灵佑禅师与猿猴为伍，采橡栗充饥，一住就是六七年，却无人上山。灵佑禅师想：我住这里，本是为了利益学人，今无人往来，何必在这儿作自了汉？便离开草庵，准备下山到别处去。走到山口，看见许多狼虫虎豹拦住去路，灵佑禅师说：“你们不用拦我。我若与此山有缘，你们就各自散去；我若无缘，你们不用动，我向前走，任你们吃。”话刚说完，狼虫虎豹就四散而去，沩山禅师便又回庵。又过了不到一年，懒安上座领了十多位僧人，从百丈禅师那里来，辅助沩山禅师。此后山下居民逐渐知道了，就帮着修建寺院。学人也渐渐多了起来，不但地方官支持，就连宰相裴休也曾上山问法，很快就成了一千五百众的大道场。德山到了沩山，挟复子于法堂上。复子是僧人行脚用的包裹，挟复子就是拿着包裹。他连包裹也不解开，背着包裹就上法堂了。从东过西，从西过东。他来回走动，要做什么？禅者风范，一举一动都在说法，不一定非要说话才是说法。顾视云：“无！无！”顾视就是这边看看，那边看看。没有！没有！你们法堂上什么都没有，就连我走来走去都没有，他这是表示彻底悟道了。说完便在众目睽睽之下出法堂而去。雪窦禅师在这里着语“勘破了也”，勘破就是看透了你的行藏。诸位，是德山看透沩山，是沩山看透德山，还是雪窦看透了他们俩？你们说说看，你们能不能也看透雪窦？凡是下语，都有尾巴，雪窦在这里已是草丛里露身了也！真见道人，一法不立、一丝不挂、赤裸裸、净洒洒，方与自性相应。你若是有个“看透”在，狐狸尾巴就露出来了。沩山禅师是大手笔宗师，坐着不动，也不管他，看他有什么伎俩！这就是“官不容针”之处，在这里有一点点伎俩，就是“半青半黄”，有一点东西就不彻。法战的第一个回合，德山吃了个败仗。德山至门首，却云：“也不得草草。”便具威仪，再入相见。沩山坐次，德山提起坐具云：“和尚。”沩山拟取拂子，德山便喝，拂袖而出。（雪窦著语云：勘破了也。）德山背却法堂，着草鞋便行。</w:t>
      </w:r>
    </w:p>
    <w:p>
      <w:pPr>
        <w:spacing w:before="0" w:after="80" w:line="259" w:lineRule="auto"/>
        <w:ind w:firstLine="360"/>
      </w:pPr>
      <w:r>
        <w:rPr>
          <w:rFonts w:ascii="Noto Serif CJK SC" w:hAnsi="Noto Serif CJK SC" w:eastAsia="Noto Serif CJK SC"/>
        </w:rPr>
        <w:t>德山走到门口，却说：“也不得草草。”不能这样马马虎虎，吃了败</w:t>
      </w:r>
    </w:p>
    <w:p>
      <w:pPr>
        <w:spacing w:before="0" w:after="80" w:line="259" w:lineRule="auto"/>
        <w:ind w:firstLine="360"/>
      </w:pPr>
      <w:r>
        <w:rPr>
          <w:rFonts w:ascii="Noto Serif CJK SC" w:hAnsi="Noto Serif CJK SC" w:eastAsia="Noto Serif CJK SC"/>
        </w:rPr>
        <w:t>仗就走啊，他还要回去翻翻本。具威仪就是具有行为规范，要有礼貌啊。沩山是一山的祖师，客人来了，要向祖师磕头礼拜的。坐具，是僧人专用的、有一定规格的方布。打坐时铺着，礼拜时作拜垫。沩山在法堂上坐着，德山按规矩礼拜完了，提起坐具，说：“和尚。”德</w:t>
      </w:r>
    </w:p>
    <w:p>
      <w:pPr>
        <w:spacing w:before="0" w:after="80" w:line="259" w:lineRule="auto"/>
        <w:ind w:firstLine="360"/>
      </w:pPr>
      <w:r>
        <w:rPr>
          <w:rFonts w:ascii="Noto Serif CJK SC" w:hAnsi="Noto Serif CJK SC" w:eastAsia="Noto Serif CJK SC"/>
        </w:rPr>
        <w:t>山要用语言挑动沩山，使沩山有所举动，他要引人下水。沩山就要</w:t>
      </w:r>
    </w:p>
    <w:p>
      <w:pPr>
        <w:spacing w:before="0" w:after="80" w:line="259" w:lineRule="auto"/>
        <w:ind w:firstLine="360"/>
      </w:pPr>
      <w:r>
        <w:rPr>
          <w:rFonts w:ascii="Noto Serif CJK SC" w:hAnsi="Noto Serif CJK SC" w:eastAsia="Noto Serif CJK SC"/>
        </w:rPr>
        <w:t>去拿拂子，拂子就是拂尘，要拿拂尘打他。你来翻本，用语言挑逗，要引人下水，就该吃打。德山便喝，德山好快啊！你想拿拂尘打我，我先喝你，不等你打，拂袖而出。喝也有喝的道理：你还有这个在呀！还要拿拂子啊！这就是主人和客人的转换。作家相见，应机转换，不然就死在边上了。雪窦禅师在这里又着语“勘破了也”，诸位，这又是谁勘破谁呢？德山背对着法堂，穿上草鞋就走了。法战的第二个回合，德山讨到了便宜。沩山落败了么？沩山是大作家，他自有出身之路。沩山至晚问首座：“适来新到在什么处？”首座云：“当时背却法堂，着草鞋出去也。”沩山云：“此子已后向孤峰顶上盘结草庵，呵佛骂祖去在。”（雪窦著语云：雪上加霜！）沩山并不忙，缓缓地到了晚上才问首座：“刚才新来的那个人在什么地方啊？”首座说：“当时就背对着法堂，穿上草鞋走了。”沩山说：“这个人以后向孤峰顶上盘结草庵，呵佛骂祖去在。”沩山话里有刺：你见我取拂尘，急忙就喝；讨了便宜，匆匆就走啊，狐狸尾巴早露出来了。这就像“灵龟曳尾”，扫去了足迹，又留下扫迹。沩山禅师是大作家，不慌不忙地到了晚上，抓住这狐狸尾巴轻轻一提，就打完了这场法战的第三个回合，圆了这个公案。以后德山禅师手提大棒，孤峰据坐，呵佛骂祖，打风打雨，也没有跳出沩山禅师这句不疾不徐的话。所以雪窦在此着语：“雪上加霜。”下面是雪窦禅师为这则公案写的颂：一勘破，二勘破，雪上加霜曾险堕。这则公案可分三段：一勘破、二勘破、雪上加霜。“一勘破”，是指德山无风三尺浪、平地起骨堆，要与沩山“作家相见”，挑起一场法战，交流交流心得。怎奈沩山禅师稳坐钓鱼台，不为他所动，德山不得不败阵而归。当年南泉山下有一庵主，别人告诉他：“近日南泉和尚在山上聚众说法，你怎么不去拜见他啊？”庵</w:t>
      </w:r>
    </w:p>
    <w:p>
      <w:pPr>
        <w:spacing w:before="0" w:after="80" w:line="259" w:lineRule="auto"/>
        <w:ind w:firstLine="360"/>
      </w:pPr>
      <w:r>
        <w:rPr>
          <w:rFonts w:ascii="Noto Serif CJK SC" w:hAnsi="Noto Serif CJK SC" w:eastAsia="Noto Serif CJK SC"/>
        </w:rPr>
        <w:t>序说</w:t>
      </w:r>
    </w:p>
    <w:p>
      <w:pPr>
        <w:spacing w:before="0" w:after="80" w:line="259" w:lineRule="auto"/>
        <w:ind w:firstLine="360"/>
      </w:pPr>
      <w:r>
        <w:rPr>
          <w:rFonts w:ascii="Noto Serif CJK SC" w:hAnsi="Noto Serif CJK SC" w:eastAsia="Noto Serif CJK SC"/>
        </w:rPr>
        <w:t>第一则圣谛第一义</w:t>
      </w:r>
    </w:p>
    <w:p>
      <w:pPr>
        <w:spacing w:before="0" w:after="80" w:line="259" w:lineRule="auto"/>
        <w:ind w:firstLine="360"/>
      </w:pPr>
      <w:r>
        <w:rPr>
          <w:rFonts w:ascii="Noto Serif CJK SC" w:hAnsi="Noto Serif CJK SC" w:eastAsia="Noto Serif CJK SC"/>
        </w:rPr>
        <w:t>第二则赵州至道无难第三则日面佛月面佛</w:t>
      </w:r>
    </w:p>
    <w:p>
      <w:pPr>
        <w:spacing w:before="0" w:after="80" w:line="259" w:lineRule="auto"/>
        <w:ind w:firstLine="360"/>
      </w:pPr>
      <w:r>
        <w:rPr>
          <w:rFonts w:ascii="Noto Serif CJK SC" w:hAnsi="Noto Serif CJK SC" w:eastAsia="Noto Serif CJK SC"/>
        </w:rPr>
        <w:t>第四则德山挟复问答</w:t>
      </w:r>
    </w:p>
    <w:p>
      <w:pPr>
        <w:spacing w:before="0" w:after="80" w:line="259" w:lineRule="auto"/>
        <w:ind w:firstLine="360"/>
      </w:pPr>
      <w:r>
        <w:rPr>
          <w:rFonts w:ascii="Noto Serif CJK SC" w:hAnsi="Noto Serif CJK SC" w:eastAsia="Noto Serif CJK SC"/>
        </w:rPr>
        <w:t>第七十五则乌臼消得恁么第七十六则丹霞问僧具眼主说：“别说是南泉和尚，就是千佛出世，我也不去。”看来他已经很有把握了，能不为一切境界所动。南泉禅师听到了这件事，就派他的弟子赵州禅师去勘一勘真假。赵州见了庵主便礼拜，庵主看也不看。赵州又从东过西、从西过东（颇似德山），庵主还是看也不看。赵州没办法了，把门上的帘子拽下来，说：“草贼大败！”意思是说：你打了败仗，你不敢讲话。庵主还是不理他。赵州彻底没辙，只好狼狈而去（这与德山的第一个回合大败而归，何其相似）。赵州败阵回山，将此事告诉南泉，南泉说：“我从来疑着这汉。”他要亲自去勘一勘（也要翻本）。第二天，南泉禅师带着沙弥，提了一壶茶，拿了三只碗，来到庵里，往地上一放，便说：“昨日的，昨日的。”庵主说：“昨日的，是什么？”（庵主上钩了也。这与德山挑逗沩山取拂尘，又何其相似）南泉拍了拍沙弥的背，说：“赚我来，赚我来。”拂袖便回。“二勘破”，是指德山不甘落败，还要回去翻本，礼拜了，叫一声“和尚”，挑逗沩山拿拂子打他，仗着年轻，眼明嘴快，脚也利索，喝一声便走，讨得了便宜，胜了第二个回合。得意不可再往，便背向法堂，穿上草鞋，匆匆下山去了。好险哪！要不是眼明、嘴快、脚也快，拂子就打在身上了。这就是雪窦颂里的“曾险堕”。雪窦禅师是三段一气颂来，把“曾险堕”放在句后，既脉络清楚，念起来又朗朗上口。可见雪窦禅师不但见地透彻，而且文才不俗。“雪上加霜”，是指沩山禅师极其稳健，不慌不忙，贼过后再张弓，也能准准中的。缓缓地到了晚上才问首座，稳稳地对着大众评论德山。要不是他一千五百人的善知识，怎能有如此手段？沩山禅师岂是泛泛，他创立了沩仰宗，是大手笔的开宗祖师。德山禅师能从这里讨得便宜，已经是很难得了。飞骑将军入虏庭，再得完全能几个？飞骑将军，是指汉武帝时代的“飞将军李广”。李广武艺高强，勇猛善战，尤精骑射。有一次，他带着人马巡逻，巡到山麓，遥望有一只猛虎在草丛中蹲着。他急忙张弓搭箭，向老虎射去。他有百步穿杨的绝技，箭不虚发，当然射中。谁知走近草丛，仔细一瞧，并不是虎，而是一块大石头。箭透石中，羽露石外，用手拔箭，竟拔不出来。李广颇觉奇怪，再射这块石头，一点也射不进去了。心力不可思议，就像鸠摩罗什举鼎一样。鸠摩罗什小的时候，跟他母亲去寺里拜佛，看见一个大铁鼎，他过去一举就举起来了。举过后，他觉得奇</w:t>
      </w:r>
    </w:p>
    <w:p>
      <w:pPr>
        <w:spacing w:before="0" w:after="80" w:line="259" w:lineRule="auto"/>
        <w:ind w:firstLine="360"/>
      </w:pPr>
      <w:r>
        <w:rPr>
          <w:rFonts w:ascii="Noto Serif CJK SC" w:hAnsi="Noto Serif CJK SC" w:eastAsia="Noto Serif CJK SC"/>
        </w:rPr>
        <w:t>怪，心想：我小小年纪，怎么能举起这么重的铁鼎呢？再举，就举不动了。心一起分别，力量就不足了。若没有这分别心，神通就发现了，举鼎射石，都不在话下，嗖！一箭就能射进石头里去。虏庭，是指匈奴的地盘。入虏庭，就是深入到匈奴的占领区。有一次，李广奉命出雁门关抵抗匈奴。匈奴的首领单于，设计层层埋伏，李广寡不敌众，竟被生擒活捉。李广假装伤重而死，他们把李广放在两匹马之间的网兜里。李广偷眼看见旁边有一个匈奴兵骑着一匹好马，就突然腾身跳上那马，将匈奴兵推落马下，并夺了他的弓箭，快马加鞭，向南回奔。匈奴追赶，李广箭不虚发，射退追骑，竟然脱身逃回。能有几个武将有这等死里逃生的本领啊？所以说：“再得完全能几个？”</w:t>
      </w:r>
    </w:p>
    <w:p>
      <w:pPr>
        <w:spacing w:before="0" w:after="80" w:line="259" w:lineRule="auto"/>
        <w:ind w:firstLine="360"/>
      </w:pPr>
      <w:r>
        <w:rPr>
          <w:rFonts w:ascii="Noto Serif CJK SC" w:hAnsi="Noto Serif CJK SC" w:eastAsia="Noto Serif CJK SC"/>
        </w:rPr>
        <w:t>“飞骑将军入虏庭，再得完全能几个？”是比喻德山禅师，不甘法</w:t>
      </w:r>
    </w:p>
    <w:p>
      <w:pPr>
        <w:spacing w:before="0" w:after="80" w:line="259" w:lineRule="auto"/>
        <w:ind w:firstLine="360"/>
      </w:pPr>
      <w:r>
        <w:rPr>
          <w:rFonts w:ascii="Noto Serif CJK SC" w:hAnsi="Noto Serif CJK SC" w:eastAsia="Noto Serif CJK SC"/>
        </w:rPr>
        <w:t>战落败，再回去相见，仗着手眼灵活，讨得了便宜。就像飞将军李广死里逃生一样。急走过，不放过，孤峰顶上草里坐。咄！急走过，是说德山禅师讨了便宜之后，着草鞋便行，急急地下山</w:t>
      </w:r>
    </w:p>
    <w:p>
      <w:pPr>
        <w:spacing w:before="0" w:after="80" w:line="259" w:lineRule="auto"/>
        <w:ind w:firstLine="360"/>
      </w:pPr>
      <w:r>
        <w:rPr>
          <w:rFonts w:ascii="Noto Serif CJK SC" w:hAnsi="Noto Serif CJK SC" w:eastAsia="Noto Serif CJK SC"/>
        </w:rPr>
        <w:t>去了。不放过，是说沩山禅师不放过他，缓缓地到晚上才评论</w:t>
      </w:r>
    </w:p>
    <w:p>
      <w:pPr>
        <w:spacing w:before="0" w:after="80" w:line="259" w:lineRule="auto"/>
        <w:ind w:firstLine="360"/>
      </w:pPr>
      <w:r>
        <w:rPr>
          <w:rFonts w:ascii="Noto Serif CJK SC" w:hAnsi="Noto Serif CJK SC" w:eastAsia="Noto Serif CJK SC"/>
        </w:rPr>
        <w:t>他：“此子以后向孤峰顶上盘结草庵，呵佛骂祖去在。”说他以后会“孤峰顶上草里坐”。为什么说“草里坐”呢？这叫“落草为人”，开堂说法、接引大众、弘法利生，就是落草。本来任何事情都没有，你还要“早上堂、晚入室”啊。早上上堂，是对大众普讲，普遍性的开示；晚上入室，因每个人的情况都有不同，晚上个别引导。晚入室又叫“请益”，去请师父开示，可使自己进步。接引大众总要讲话，这样讲、那样讲，说来说去都是白说。但有言说，都无实义，真实意义不在言处，真实的佛性是无话可说、意想不到的。指东划西地说啊、说啊，岂不就是“落草”么！咄！本来海清河晏、世界清平，你在那里指东划西、说三道四干什么！雪窦禅师所写的颂就讲到这里，下面是圆悟勤禅师对该颂的评唱：雪窦颂一百则公案，一则则焚香拈出，所以大行于世。雪窦禅师为《颂古百则》写颂，把紧要的地方，把公案的隐晦处，</w:t>
      </w:r>
    </w:p>
    <w:p>
      <w:pPr>
        <w:spacing w:before="0" w:after="80" w:line="259" w:lineRule="auto"/>
        <w:ind w:firstLine="360"/>
      </w:pPr>
      <w:r>
        <w:rPr>
          <w:rFonts w:ascii="Noto Serif CJK SC" w:hAnsi="Noto Serif CJK SC" w:eastAsia="Noto Serif CJK SC"/>
        </w:rPr>
        <w:t>呕心沥血，剖析出来。用自己的心得，引导大众，所以说“一则则焚香拈出”。就像供养佛一样，供养大众。因此大行于世，广为流传。那时《颂古百则》风靡禅林，禅宗学子纷纷学习、研究。但宋神宗却不许入藏，不允许把《颂古百则》收进大藏经。他以为“五帝三皇是何物”（见前则公案“日面佛月面佛”）这句话“讽国”，讽刺国家，不把国家的皇帝放在眼里。他不是修行人，太自私了。但他却挡不住《颂古百则》大行于世。他更会文章，透得公案，盘雕得熟，方可下笔。何故如此？龙蛇易辨，衲子难瞒。雪窦重显禅师不但文化水平很高、文章写得很好，而且见地透彻、透得过公案。能够左盘右旋、左绕右弯，用画龙点睛之笔，将不落语言、不犯思惟之处，和盘托出。他自己反覆推敲，到非常熟练的时候，才下笔写颂。为什么这样呢？因为“龙蛇易辨，衲子难瞒”哪。龙，比喻开悟的人；蛇，比喻未悟的人。开悟不开悟倒容易辨别，但要写颂，必用语言文字，而佛性却是不落语言、非关文字的。用“有言”烘托出“无言”，谈何容易！弄得不好，自己也落进去了，怎么能瞒得过开悟了的明眼衲僧呢？就像舞动太阿宝剑一样，不但要舞得圆团灵妙，还要绝不伤锋犯手才行。雪窦参透这公案，于节角聱讹处，着三句语，撮来颂出。雪上加霜，几乎险堕。雪窦禅师参透了“德山挟复问答”，在这公案的转折处，着了三句语。节角聱讹处，就是公案里错综复杂的转折处。三句语，就是两句“勘破了也”，一句“雪上加霜”。撮来颂出，就是三句语连起来，一气成颂：“一勘破，二勘破，雪上加霜曾险堕。”只如德山似什么？一似李广天性善射，天子封为飞骑将军。深入虏庭，被单于生获。广时伤病。置广两马间，络而盛卧。广遂诈死，睨其傍有一胡儿骑善马，广腾身上马，推堕胡儿，夺其弓矢，鞭马南驰，弯弓射退追骑，以故得脱。这汉有这般手段，死中得活。雪窦引在颂中，用比德山再入相见，依旧被他跳得出去。看他古人，见到、说到、行到、用到，不妨英灵。有杀人不眨眼的手脚，方可立地成佛；有立地成佛的人，自然杀人不眨眼。方有</w:t>
      </w:r>
    </w:p>
    <w:p>
      <w:pPr>
        <w:spacing w:before="0" w:after="80" w:line="259" w:lineRule="auto"/>
        <w:ind w:firstLine="360"/>
      </w:pPr>
      <w:r>
        <w:rPr>
          <w:rFonts w:ascii="Noto Serif CJK SC" w:hAnsi="Noto Serif CJK SC" w:eastAsia="Noto Serif CJK SC"/>
        </w:rPr>
        <w:t>自由自在分。杀人不眨眼，就是要杀死诸位的妄情，杀死诸位的意识卜度，杀死诸位的取舍之心。把这些杀尽，妄心死透，再活转来，就救了你的法身慧命。当年云门禅师参访睦州禅师，睦州一见他来，就把门关上。云门在外面敲门，睦州问：“作什么？”云门说：“己事未明，乞师指示。”睦州开门一见，便又立即关上。一连三天都是这样。第三天，云门等他刚一开门，就跳了进去。睦州还是不放过云门，一把揪住：“快说！快说！”云门拟议（拟议就是考虑考虑怎么说），睦州一下子把他推出去，砰地一声关上了门，挤伤了云门一只脚。云门痛极了，一时妄念顿空，竟于此时豁然大悟。这杀人不眨眼的手段就如此厉害。现在的人，说他说得重一点，他就不满意了，怎能与道相应呢？若也能像古人那样诚心诚意地用功，今生成道有什么难处？我们若是真肯用功，吃得菜根香、穿得布衣暖就行了，不必欲望太高。若忙忙碌碌，向外求取，死期到来，什么也带不走，那就叫“弄精魂”，是造生死之业啊。奉劝诸位，自己本来是佛，时时观照，不要着相，心、境都不可得，灵光独耀，迥脱根尘，才能逍遥自在——“方有自由自在分”。如今人有的问着，头上一似衲僧气概，轻轻拶着，便腰作段、股作截，七支八离，浑无些子相续处。所以古人道：“相续也大难。”看他德山、沩山如此，岂是灭灭挈挈的见解？再得完全能几个！如今的人啊（宋朝时），你问到他，开头还有点衲僧气概，像是个开悟的人。再往下接着问，逼得稍稍一紧（轻轻拶着），就腰一段、股一截，七零八碎，不成人样了。宋朝的时候尚有这样的人，现在如何呢？这叫做“虾蟆禅，只跳得一跳。”所以古人说：“相续也大难。”能够不被语言卡住，就像水上葫芦，按着便转，并且恰如其分，这就叫“相续”。能够如此，谈何容易！现在举一则古人的公案，看看古人相续：梁山缘观禅师座下，有个园头，是管菜园子的，种菜供大家吃。他是个开悟的人。有一天，有个僧人去挑逗他，要他露个消息。说他：“你怎么不去问堂头和尚？问一、二则话，结结缘嘛。”园头说：“除非我不去问，我要去问，须教堂头和尚下禅床立地在！”第二天，梁山禅师上堂，园头站出来问：“家贼难防时如何？”就是说，妄</w:t>
      </w:r>
    </w:p>
    <w:p>
      <w:pPr>
        <w:spacing w:before="0" w:after="80" w:line="259" w:lineRule="auto"/>
        <w:ind w:firstLine="360"/>
      </w:pPr>
      <w:r>
        <w:rPr>
          <w:rFonts w:ascii="Noto Serif CJK SC" w:hAnsi="Noto Serif CJK SC" w:eastAsia="Noto Serif CJK SC"/>
        </w:rPr>
        <w:t>念纷飞，不可收拾的时候，怎么对付？梁山说：“识得不为冤。”意思是，你既已知道妄念纷飞，不必睬它，任它自生自灭，不跟它跑。跟它跑是流浪，压制它是“搬石头压草”，都不行。跟它跑、压制它，都是用的冤枉功夫，认识清楚，不跟它跑，就不冤枉了。园头说：“识得后如何？”认识清楚了，怎么处理这妄念啊？梁山说：“贬向无生国里！”本来无生，有就是没有，不睬它就是了，久久妄念自然不起，这就是贬向无生国里。园头说：“莫是他安身立命处么？”意思是，妄念不起就是安身立命处吗？这样就究竟了吗？梁山说：“死水不藏龙。”意思是，死住于念头不起的境界，是走了错路。死定就像一潭死水那样，不藏龙——没有什么用处。园头说：“如何是活水里龙？”梁山说：“兴波不作浪。”什么事都可以做，就是“兴波”。但毫无挂碍，一点也不往心里挂，做了就等于没有做，这就是“不作浪”。园头接着说：“忽然倾湫倒岳时如何？”倾湫倒岳，把山岳都冲倒了，好大的波浪啊！就是说忽然大发脾气，怎么样啊？梁山果然从法座上走下来，一把抓住园头，说：“阇黎！莫教湿着老僧袈裟角。”发脾气只是“菩萨心肠罗刹面”，吓吓对方，教育他人而已，毫无嗔怒之心。看似倾湫倒岳之势，还不曾弄湿袈裟角呢！看他古人一问一答，相续得恰如其分，如箭锋相拄。若非见地透彻，焉能如是？“急走过”——德山喝，便出去，一似李广被捉后设计，一箭射杀一个番将，得出虏庭相似。雪窦颂到此，大有功夫。德山背却法堂，着草鞋出去，道得便宜。殊不知，这老汉依旧不放他出头在。雪窦道“不放过”淀山至晚间问首座：“适来新到在什么处？”首座云：“当时背却法堂，着草鞋出去也。”淀山云：“此子他日向孤峰顶上盘结草庵，呵佛骂祖去在。”几曾是放过来？不妨奇特！到这里，雪窦为什么道“孤峰顶上草里坐”？又下一喝，且道落在什么处？更参三十年！“咄！”就是雪窦禅师在颂后的一喝，这一喝落在什么处啊？圆悟勤禅师评唱完毕，我也该讲完这则公案了。圆悟勤禅师不是真的让你再去参三十年，参一参“咄！”落在何处。这是一句激励的话，激励你要见当下便见，不要拖泥带水。诸位还见么？（振威一喝）参！</w:t>
      </w:r>
    </w:p>
    <w:p>
      <w:pPr>
        <w:spacing w:before="0" w:after="80" w:line="259" w:lineRule="auto"/>
        <w:ind w:firstLine="360"/>
      </w:pPr>
      <w:r>
        <w:rPr>
          <w:rFonts w:ascii="Noto Serif CJK SC" w:hAnsi="Noto Serif CJK SC" w:eastAsia="Noto Serif CJK SC"/>
        </w:rPr>
        <w:t>第七十五则乌臼消得恁么我们先讲圆悟勤祖师在这则公案前的垂示：灵锋宝剑，常露现前，亦能杀人，亦能活人。“灵锋宝剑”，比喻佛性及其妙用。临济禅师说：“有时一喝如金刚王宝剑，有时一喝如踞地狮子，有时一喝如探杆影草，有时一喝不作一喝用。”这里的灵锋宝剑，就是金刚王宝剑。金刚异常坚固，能损坏所有的物体，而不被一切物体所损坏。金刚王是金刚中之王，更是坚固无比。可想而知，这样的宝剑是何等地锋利，故称“灵锋”。比喻悟道的大祖师睿智无边，能仗此慧剑，斩断一切妄想执着。不但斩断了自己的妄想执着，而且有开示学人的善巧方便，也能斩断学人的妄想执着。“常露现前”，常就是不间断。香林澄远禅师说：“老僧四十年才打成一片。”“打成一片”就是没有间断，四十年才得到这个“常”，可见古人用功多么有恒心。现在的人大多缺乏恒心，不能几十年如一</w:t>
      </w:r>
    </w:p>
    <w:p>
      <w:pPr>
        <w:spacing w:before="0" w:after="80" w:line="259" w:lineRule="auto"/>
        <w:ind w:firstLine="360"/>
      </w:pPr>
      <w:r>
        <w:rPr>
          <w:rFonts w:ascii="Noto Serif CJK SC" w:hAnsi="Noto Serif CJK SC" w:eastAsia="Noto Serif CJK SC"/>
        </w:rPr>
        <w:t>日地念兹在兹，所以修行者多，成道者少。有的人说：“现在是末法</w:t>
      </w:r>
    </w:p>
    <w:p>
      <w:pPr>
        <w:spacing w:before="0" w:after="80" w:line="259" w:lineRule="auto"/>
        <w:ind w:firstLine="360"/>
      </w:pPr>
      <w:r>
        <w:rPr>
          <w:rFonts w:ascii="Noto Serif CJK SC" w:hAnsi="Noto Serif CJK SC" w:eastAsia="Noto Serif CJK SC"/>
        </w:rPr>
        <w:t>时代，没有人能成道了。”他不知道正法、末法只在人心。你有恒心，不怕艰难困苦，就是正法。你没有恒心，朝三暮四，知难而退，那就</w:t>
      </w:r>
    </w:p>
    <w:p>
      <w:pPr>
        <w:spacing w:before="0" w:after="80" w:line="259" w:lineRule="auto"/>
        <w:ind w:firstLine="360"/>
      </w:pPr>
      <w:r>
        <w:rPr>
          <w:rFonts w:ascii="Noto Serif CJK SC" w:hAnsi="Noto Serif CJK SC" w:eastAsia="Noto Serif CJK SC"/>
        </w:rPr>
        <w:t>是末法了。并不是现在连一个人也不能成道。无佛时代，没有佛法</w:t>
      </w:r>
    </w:p>
    <w:p>
      <w:pPr>
        <w:spacing w:before="0" w:after="80" w:line="259" w:lineRule="auto"/>
        <w:ind w:firstLine="360"/>
      </w:pPr>
      <w:r>
        <w:rPr>
          <w:rFonts w:ascii="Noto Serif CJK SC" w:hAnsi="Noto Serif CJK SC" w:eastAsia="Noto Serif CJK SC"/>
        </w:rPr>
        <w:t>的教化，尚有“独觉”出世。何况现在是有佛时代，还有佛法在啊！你只要有恒心，不怕艰难困苦，或念佛、或参禅、或修密，几十年如一日，还怕不能成道吗？一定也会“灵锋宝剑，常露现前”的。灵锋宝剑——我们的佛性，常在当人面门放光，无有隐藏。一切行为举止、謦欬掉臂，无不是它的妙用，无不是它的显现。所以说：常露现前！“亦能杀人，亦能活人。”杀人，就是杀掉自己和学人的妄想执着，杀掉自己和学人对境生心的夙习。杀掉这些，佛性就会朗然现前。佛性原是天然本具，不从外得，但因对境生心、妄执妄取，因妄而造业，因业而受报，从而生生不息，六道轮回，头出头没，无有出期。</w:t>
      </w:r>
    </w:p>
    <w:p>
      <w:pPr>
        <w:spacing w:before="0" w:after="80" w:line="259" w:lineRule="auto"/>
        <w:ind w:firstLine="360"/>
      </w:pPr>
      <w:r>
        <w:rPr>
          <w:rFonts w:ascii="Noto Serif CJK SC" w:hAnsi="Noto Serif CJK SC" w:eastAsia="Noto Serif CJK SC"/>
        </w:rPr>
        <w:t>杀掉妄执妄取的习气，佛性本自现成。此即“杀人刀”也。初除妄执，一念空灵，心平如镜，百骸调适，此时极易着于此境。若死住于此，即是“死水不藏龙”，就不能起无边的妙用了，故而此时就须“活人”。活人，就是激励住于死定的学人活跃起来，去掉颠倒妄执。妄念息处，菩提现前。起一切妙用而无取舍，即是一尊大好活佛。此即“活人剑”也。这一段话是说，只要我们心空无住、不变随缘、随缘不变，信手拈来皆是妙用。既能除去妄想执着（杀人），又能发起种种妙用利益群生，同时可以为他人作榜样，引人入道（活人）。杀人时绝不会“伤锋犯手”、藕断丝连，活人时绝不会落入“窠窟”、漫扯葛藤。何以如此潇洒自在、纵夺裕如？“灵锋宝剑，常露现前”故也。在彼在此，同得同失。善知识与学人觌面相呈，若俱是明眼人，必是彼此一如。尽管机锋转移，乃至宾主互换，也都是“转辘辘的”，像水上葫芦，按着便转，不会死在句下，这便是“同得”。本公案中的乌臼和尚与定州来僧就是这样，这是临济禅师所讲的“主看主”。若是“宾看主”、“主看宾”、乃至“宾看宾”，就不是这样。宾看主，是明眼学人遇上了瞎眼“善知识”；主看宾，是学人有落处，虽经善知识点拨，还抵死不肯放；宾看宾者，两个俱是瞎汉。慢说宾看宾是“同失”，就连宾看主、主看宾也是“同失”——二者共同失去禅宗的宗旨。何以如此？“为非器众生说甚深法，是菩萨谬”。他不是能契入甚深佛法的根性，你出于菩萨的悲心，硬是为他说甚深的佛法，直指他见性。他不能契入，你即使浑身落草，又有何用？牛须吃草，也要它自己吃才可以。按牛头吃草，岂不是错误么？所以说：是菩萨谬！下面举一则“主看宾”的公案：有一僧问百丈禅师：“抱璞投师，请师一鉴。”璞是玉石，剔除石质，便成为价值连城的美玉，他用璞来比喻佛性。这僧有悟处，他是来求印证的。百丈禅师说：“昨夜南山虎咬大虫。”诸位听过“丙丁童子来求火”的公案么？丙丁本来属火，却又来求火，比喻你本来是佛，却又来求佛。但这要契在实处，事事无碍，才叫“脚跟点地”。若契不到实处，只是理解，死在句下，也没有什么用处。我们在这儿不能扯得太远，再去讲“丙丁童子来求火”的公案。你只要知道，老虎就是大虫，“虎咬大虫”与“丙丁童子来求火”是同一种意蕴就行了。这</w:t>
      </w:r>
    </w:p>
    <w:p>
      <w:pPr>
        <w:spacing w:before="0" w:after="80" w:line="259" w:lineRule="auto"/>
        <w:ind w:firstLine="360"/>
      </w:pPr>
      <w:r>
        <w:rPr>
          <w:rFonts w:ascii="Noto Serif CJK SC" w:hAnsi="Noto Serif CJK SC" w:eastAsia="Noto Serif CJK SC"/>
        </w:rPr>
        <w:t>僧来求印证，求者是谁？印证何物？所以百丈禅师用“虎咬大虫”作喻。这僧说：“不谬真诠。为什么不垂方便？”这话前半句还不错，却拖了后半句一条尾巴，那就面目全非了。既然不谬真诠，还要再垂什么方便？百丈禅师答他：“掩耳盗铃汉！”我用“虎咬大虫”作喻，已经鉴定了你所抱之璞，你若真的已至不疑之地，这不是已经印证过了吗！“不谬真诠”答得也不错，若“再垂方便”，说你明心见性、说你开悟，岂不是头上安头吗？真到不疑之地，明即是心、见即是性，何用再说明心见性；觅“迷”尚不可得，哪里还有“悟”的概念呢？这僧不是没有悟处，而是落入概念，不能透彻，还要祖师再垂方便肯他。他不能自肯，还要祖师“鉴”他这“璞”，要祖师肯，这岂不是自己骗自己么？多么像掩耳盗铃啊！所以百丈禅师答他：“掩耳盗铃汉！”这僧到此仍不惺惺，却说：“不遇中郎鉴，还同野舍薪。”中郎就是医生，能鉴别出药草和柴草的不同。他的意思是，若百丈禅师不“垂方便”肯他，那他这“璞”还是和野外破房子里的柴草相同，没有什么价值。百丈禅师便打。百丈禅师是大手笔的宗师，棒下无生忍，要打掉他的概念，救他让他透彻。这僧挨了棒，大声叫道：“苍天！苍天！”却也颇似棒下已经透彻的样子。百丈禅师说：“得与么多口。”这是说，我打你是因为你多嘴，一句“不谬真诠”已够，还要我“再垂方便”，还要再引我也多嘴从而浑身落草啊！这僧若在此时将他的粘着抖擞干净，便可赤裸裸、净洒洒，潇洒自在去。谁知他还是死抱着见性、印证等观念不放，反而说：“罕遇知音！”拂袖便行。他走后，百丈禅师说：“百丈今日输却一半。”两个人，一人一半。这僧落入概念而不自知，打也没有打醒，输了一半；百丈禅师善巧点拨，不惜行棒，却未奏效，输了另一半。尽管百丈禅师道眼通明，也被这僧带累得输却一半，这岂不是“同失”么！“在彼在此，同得同失”的另一个意思是：两个明眼人机锋相见，得者同得（拓出无住的真如）、失者同失（打失有住的葛藤）。尽管机锋转移、宾主互换，二者仍是浑然一体、无二无别。他们你来我往、有张有驰，契无言之妙旨於戏笑怒骂之际，显无相之本体于擎拳竖拂之间，无彼无此、无得无失，活泼泼地烘托出无挂无碍、自在潇洒的灵明之心。这岂是“掩耳盗铃汉”所能梦见的么？</w:t>
      </w:r>
    </w:p>
    <w:p>
      <w:pPr>
        <w:spacing w:before="0" w:after="80" w:line="259" w:lineRule="auto"/>
        <w:ind w:firstLine="360"/>
      </w:pPr>
      <w:r>
        <w:rPr>
          <w:rFonts w:ascii="Noto Serif CJK SC" w:hAnsi="Noto Serif CJK SC" w:eastAsia="Noto Serif CJK SC"/>
        </w:rPr>
        <w:t>若要提持，一任提持；若要平展，一任平展。提，是高提祖印；持，是把持要津。提持，就是“官不容针”：凡所有</w:t>
      </w:r>
    </w:p>
    <w:p>
      <w:pPr>
        <w:spacing w:before="0" w:after="80" w:line="259" w:lineRule="auto"/>
        <w:ind w:firstLine="360"/>
      </w:pPr>
      <w:r>
        <w:rPr>
          <w:rFonts w:ascii="Noto Serif CJK SC" w:hAnsi="Noto Serif CJK SC" w:eastAsia="Noto Serif CJK SC"/>
        </w:rPr>
        <w:t>相，皆是虚妄；但有言说，都无实义。所谓“一翳在目，空华乱坠”，犹如“蚊子上铁牛”，无你下口处！到这里还要辨什么迷悟、分什么宾主？此时“不落宾主”。平，是平直；展是舒展。平展就不像提持那样陡峭：无言时不妨有言，以有言契无言也；无相处不碍有相，以有相显无相也。这就是“私通车马”。所谓“平常心是道，直心是道场”。横说竖说，犹如峰回路转；交相辉映，颇似帝网宝珠。故曰“回互”。岂可拘泥于一言一句、一时一处、一人一物耶？此时“不拘回互”。彻悟本来的人，以本份事相见。如果要“提持”，任凭他们怎样提持，也不会落入“有宗可宗”；如果要“平展”，任凭他们怎样平展，也不会失去宗旨。此即是“若要提持，一任提持；若要平展，一任平展”，因他们“不落宾主、不拘回互”故也。且道不落宾主、不拘回互时如何？试举看：那么，不落宾主、不拘回互的时候是什么样的呢？现举出一则公案来看一看。下面就是“乌臼消得恁么”这则公案：僧从定州和尚会里，来到乌臼。定州和尚是神秀大师的徒孙。这僧从定州和尚会里来，他是定州和尚的弟子。我们前面讲过马大师的“日面佛、月面佛”公案，马大师是六祖的徒孙。乌臼和尚是马大师的弟子。神秀大师和六祖大师都是五祖弘忍大师的弟子。依禅宗的法脉传承，这定州来僧和乌臼和尚是辈份相当的。诸位都读过《六祖坛经》，当年五祖要传法，令弟子们各作一个偈子，若谁的偈子语意冥符禅宗的宗旨，就付法传衣给他，为第六代祖。神秀的偈子是：“身是菩提树，心如明镜台，时时勤拂拭，勿使惹尘埃。”明悟本来、观照保任，渐修的次第宛然可见。六祖惠能大师针对此偈而作偈曰：“菩提本无树，明镜亦非台，本来无一物，何处惹尘埃？”一法不立、当下即是，顿悟的透脱已显端倪。初祖达摩大师渡海西来，所传的就是顿悟的“祖师禅”，不须渐修。所以，尽管神秀当时在五祖会下作首座，能代五祖为众讲法，五祖也不把衣法传给他，而是传给当时尚未剃度、在众中很无地位的惠能。六祖惠能大师得法以后，回至岭南，在猎人队中韬光养晦十五年之久，才出世说法，传顿悟法门，世称南宗，谓之“南顿”。神秀大师法席极盛于一时，世称北宗，谓之“北渐”。后来，北宗迅速衰</w:t>
      </w:r>
    </w:p>
    <w:p>
      <w:pPr>
        <w:spacing w:before="0" w:after="80" w:line="259" w:lineRule="auto"/>
        <w:ind w:firstLine="360"/>
      </w:pPr>
      <w:r>
        <w:rPr>
          <w:rFonts w:ascii="Noto Serif CJK SC" w:hAnsi="Noto Serif CJK SC" w:eastAsia="Noto Serif CJK SC"/>
        </w:rPr>
        <w:t>落，禅宗就几乎全是南宗的传承了。然而，神秀所传的也是禅宗法</w:t>
      </w:r>
    </w:p>
    <w:p>
      <w:pPr>
        <w:spacing w:before="0" w:after="80" w:line="259" w:lineRule="auto"/>
        <w:ind w:firstLine="360"/>
      </w:pPr>
      <w:r>
        <w:rPr>
          <w:rFonts w:ascii="Noto Serif CJK SC" w:hAnsi="Noto Serif CJK SC" w:eastAsia="Noto Serif CJK SC"/>
        </w:rPr>
        <w:t>脉，北宗也出人才，本公案中的定州来僧就是北宗所出的人才。只有顿悟没有渐修也不行啊，顿悟才登初地，还须上上升进，二地、三地直至十地满心。何止悟前的念佛、参禅、修密等等修行是渐修，悟后真修不也是渐修吗？所以有人说，神秀大师是双眼明亮，六祖大师是摩醯首罗一只眼。乌臼问：“定州法道何似这里？”僧云：“不别。”乌臼和尚问这僧，定州和尚说什么法？和这里是不是一样？这僧回答：“不别。”和这里没有区别。定州和尚也是禅宗传人啊，禅宗的宗旨没有什么差别。乍听起来，这答语很好，其实已经有落处了——还有一个“不别”在！再举一则类似的公案：雪峰义存禅师，为道辛勤，曾三上投子、九到洞山，得法于德山宣鉴，后在鳌山成道，是一千五百人的大善知识。禅宗“一花开五叶”，共有五宗。他的后代子孙就创立了云门、法眼两宗。雪峰禅师是一位很了不起的禅宗大祖师。有一次，他问来僧：“甚处来？”来僧答：“近离浙中。”雪峰禅师接着就问：“船来？陆来？”你是坐船从水路来的呢，还是走道从旱路来的？来僧答：“二途俱不涉。”这两条路与我都没关系。看来这僧却识得机锋，不是个“实头人”。雪峰禅师说：“争得到这里？”那你是怎么来到这里的？来僧说：“有什么隔碍？”还有什么间隔、什么分别吗？这与本公案中定州来僧的“不别”何其相似。雪峰禅师便打，这僧挨了打，跑掉了。十年后这僧又来了，雪峰禅师还是问他：“甚处来？”他答：“湖南。”雪峰禅师接着问：“湖南与这里，相去多少？”他答：“不隔。”这与十年前的问答同一个意蕴。雪峰禅师竖起拂子，问：“还隔这个么？”这一问是什么意思呢？禅宗的宗旨，赤裸裸、净洒洒，一法不立。因为学人不知不觉地就落入光影、落入概念之中，一有落处就有隔碍、就有分别了。所以说：“挂得一丝，不名解脱”。这是考他是否还有落处。这僧答：“若隔，即不到也。”若有隔碍，我就不会来到这里了。这明明是在强调无隔碍，不知不觉地落到“不隔”里去了。雪峰禅师又打，他又跑掉了。这僧后来也坐了道场，见人就骂雪峰禅师。他的一个同参为此登门专访，问他：“雪峰有何言句？便如是骂他。”这僧便把上述“不隔”的公案举出。同参狠狠地批评了这僧一顿，并点破了“不隔”的落处。这僧以后常常悲痛流泪，常在半夜向着</w:t>
      </w:r>
    </w:p>
    <w:p>
      <w:pPr>
        <w:spacing w:before="0" w:after="80" w:line="259" w:lineRule="auto"/>
        <w:ind w:firstLine="360"/>
      </w:pPr>
      <w:r>
        <w:rPr>
          <w:rFonts w:ascii="Noto Serif CJK SC" w:hAnsi="Noto Serif CJK SC" w:eastAsia="Noto Serif CJK SC"/>
        </w:rPr>
        <w:t>序说</w:t>
      </w:r>
    </w:p>
    <w:p>
      <w:pPr>
        <w:spacing w:before="0" w:after="80" w:line="259" w:lineRule="auto"/>
        <w:ind w:firstLine="360"/>
      </w:pPr>
      <w:r>
        <w:rPr>
          <w:rFonts w:ascii="Noto Serif CJK SC" w:hAnsi="Noto Serif CJK SC" w:eastAsia="Noto Serif CJK SC"/>
        </w:rPr>
        <w:t>第一则圣谛第一义</w:t>
      </w:r>
    </w:p>
    <w:p>
      <w:pPr>
        <w:spacing w:before="0" w:after="80" w:line="259" w:lineRule="auto"/>
        <w:ind w:firstLine="360"/>
      </w:pPr>
      <w:r>
        <w:rPr>
          <w:rFonts w:ascii="Noto Serif CJK SC" w:hAnsi="Noto Serif CJK SC" w:eastAsia="Noto Serif CJK SC"/>
        </w:rPr>
        <w:t>第二则赵州至道无难第三则日面佛月面佛</w:t>
      </w:r>
    </w:p>
    <w:p>
      <w:pPr>
        <w:spacing w:before="0" w:after="80" w:line="259" w:lineRule="auto"/>
        <w:ind w:firstLine="360"/>
      </w:pPr>
      <w:r>
        <w:rPr>
          <w:rFonts w:ascii="Noto Serif CJK SC" w:hAnsi="Noto Serif CJK SC" w:eastAsia="Noto Serif CJK SC"/>
        </w:rPr>
        <w:t>第四则德山挟复问答</w:t>
      </w:r>
    </w:p>
    <w:p>
      <w:pPr>
        <w:spacing w:before="0" w:after="80" w:line="259" w:lineRule="auto"/>
        <w:ind w:firstLine="360"/>
      </w:pPr>
      <w:r>
        <w:rPr>
          <w:rFonts w:ascii="Noto Serif CJK SC" w:hAnsi="Noto Serif CJK SC" w:eastAsia="Noto Serif CJK SC"/>
        </w:rPr>
        <w:t>第七十五则乌臼消得恁么第七十六则丹霞问僧具眼雪峰道场的方向烧香礼拜忏悔。近代有一位无穷禅师，是镇江金山寺挂牌开悟的和尚，曾在四川成都闭“生死关”。有人举上述“不隔”公案问无穷禅师：这僧过（过就是过错）在什么处？无穷禅师答：“过在不隔！”还有个“不隔”在，就是还有东西没销干净啊！你若肯了他这个不隔，就是“宾看宾”。明眼祖师正是在此时行棒行喝。他若真彻，必有转身处（就像本公案中的定州来僧）；他若不彻，必死于棒下（就像“不隔”公案里的那僧）。这时行棒行喝是极妙的手段，一下子就检验出真假来了。再讲一则发生在汉阳对岸的古公案，问：“古镜未磨时如何？”意思是，没有开悟以前是什么样的境界？其实，若真的了彻，便没有迷和悟、悟前和悟后等种种隔碍、种种分别。应该是横亘十方、竖穷三际，不别不隔，浑然一体。答：“此去汉阳不远。”这个答语不彻。虽然不远，也还有一江之隔，这“一江”却是“天堑”哪！被人称之为“机锋”的禅宗语录，是活泼泼的佛性现量，丝毫也不粘滞于古人的窠臼，当下就截断学人的思维葛藤，引导学人契入佛性。“不隔”公案里的那僧是粘滞于“不隔”，去问无穷禅师的人是粘滞于公案。无穷禅师答“过在不隔”，若问者灵利，当下便可透了这个公案。进而，如何使问者顿契自己的佛性呢？有人将无穷禅师答“过在不隔”的公案举问师公大愚阿阇黎，愚公改答：“过在一问！”直下截断问者的思维葛藤。若能在愚公语下透得出，不妨是“英灵的汉”，从此“天堑变通途”；若透不出，即使以后坐得道场，也只能是“魔魅好人家男女”。不别、不隔，要真的无分别、无隔碍才行。还有迷和悟、悟前和悟后等等差别，早已“隔”了也。臼云：“若不别，更转彼中去。”便打。僧云：“棒头有眼，不得草草打人。”定州来僧答了“不别”，乌臼和尚说：如果没有区别，你就不必到我这里来，那就还回原来的地方去。说完举棒就打。乌臼和尚正是在关键时行棒，若非这僧就很难转身了。这僧却是个明眼人，他自有转身处。他说：“棒头有眼，不得草草打人。”祖师手里的棒不是轻易用的，要长眼睛看清对方啊，不能马马虎虎、举棒就打。言外之意：我是开悟的人，你怎么能轻易地举棒就打呢？不能瞎打人啊。臼云：“今日打着一个也。”又打三下。僧便出去。</w:t>
      </w:r>
    </w:p>
    <w:p>
      <w:pPr>
        <w:spacing w:before="0" w:after="80" w:line="259" w:lineRule="auto"/>
        <w:ind w:firstLine="360"/>
      </w:pPr>
      <w:r>
        <w:rPr>
          <w:rFonts w:ascii="Noto Serif CJK SC" w:hAnsi="Noto Serif CJK SC" w:eastAsia="Noto Serif CJK SC"/>
        </w:rPr>
        <w:t>乌臼和尚说：我今天正好打着了一个。说完又打了三下。你不是说“不得草草打人”么，我今天打你并非草草，正好打准了。乌臼和尚这是“一向行令”，所谓“千里万里一条铁”。你说打你不能瞎打，你是个有道的人啊！有道还是有东西在，我今天就是要把你这个有道打掉。“金翅鸟王当宇宙，个中谁是出头人！”这里是触犯不得的。我们在讲“日面佛，月面佛”公案时提到过这句话，这是兴阳剖侍者对远录公所讲的。那是远录公年轻时的事，后来远录公的成就很高，是位很了不起的一代大宗师。远录公就是浮山法远禅师，深达临济、曹洞两宗的宗旨，嗣法临济宗的叶县归省禅师，在曹洞宗大阳警玄（明安）禅师座下盘桓多年。明安禅师有两个异常透脱的弟子，一个是兴阳清剖（即剖侍者），一个是福严审承。可惜他们两个都是英年早逝，以致明安禅师晚年说：“兴洞上一宗，非远即觉也。”远，就是浮山法远；觉，就是琅琊慧觉。琅琊禅师是汾阳善昭的嗣法弟子，也是临济宗人，也曾在明安禅师座下盘桓，深达曹洞宗的宗旨。明安禅师八十岁那年，感叹无人可继曹洞宗的法席，便将传法的信物托付给法远禅师，请他帮助物色一个合格的曹洞宗继承人。明安禅师圆寂后，又过了好多年，法远禅师发现了一个能够深契曹洞宗旨的合格人才，他就是投子义青。浮山法远禅师是禅宗的硕德，享誉禅林的“九带”，就是浮山所作。我们在这里不能扯得太远，但由于前面讲“日面佛，月面佛”时提到过远录公年轻时的一则公案，所以在这里重提，以便使诸位对他有个全面的了解。就像赵州禅师，人称“古佛”，是禅宗史、乃至佛教史上著名的硕德。然而，</w:t>
      </w:r>
    </w:p>
    <w:p>
      <w:pPr>
        <w:spacing w:before="0" w:after="80" w:line="259" w:lineRule="auto"/>
        <w:ind w:firstLine="360"/>
      </w:pPr>
      <w:r>
        <w:rPr>
          <w:rFonts w:ascii="Noto Serif CJK SC" w:hAnsi="Noto Serif CJK SC" w:eastAsia="Noto Serif CJK SC"/>
        </w:rPr>
        <w:t>在他早年跟南泉禅师学道时，也勘山下的庵主不得。能从“一向行</w:t>
      </w:r>
    </w:p>
    <w:p>
      <w:pPr>
        <w:spacing w:before="0" w:after="80" w:line="259" w:lineRule="auto"/>
        <w:ind w:firstLine="360"/>
      </w:pPr>
      <w:r>
        <w:rPr>
          <w:rFonts w:ascii="Noto Serif CJK SC" w:hAnsi="Noto Serif CJK SC" w:eastAsia="Noto Serif CJK SC"/>
        </w:rPr>
        <w:t>令”的机锋下透出，确实不是易事。本公案中的定州来僧，在乌臼和尚一向行令的时候，并不像远录公年轻时那样讲：“忽遇出头，又作么生？”这僧至此便走出去，这正是明眼人的作略，走出去是表示“放过”。你以为我落在开悟、成道等概念里，你要“一向行令”啊，我已知道你是明眼祖师了，我若再纠缠（就像“百丈输却一半”公案里那个僧人那样纠缠），不正是被你言中了么？这时走出去“放过”，正当其时。这个公案到这里也可以圆满结束，可是乌臼和尚却还是不放过他。为什么呢？因为这僧好像是在“撑门拄户”，他是不是仍坚持开悟、成道等概念呢，并没有检验出来，还要再检验检验他。若他仍落在概念里，就是没有“落在实处”。《金刚经》云：“若阿罗汉作是念：我得阿罗汉道。即为着我、人、众</w:t>
      </w:r>
    </w:p>
    <w:p>
      <w:pPr>
        <w:spacing w:before="0" w:after="80" w:line="259" w:lineRule="auto"/>
        <w:ind w:firstLine="360"/>
      </w:pPr>
      <w:r>
        <w:rPr>
          <w:rFonts w:ascii="Noto Serif CJK SC" w:hAnsi="Noto Serif CJK SC" w:eastAsia="Noto Serif CJK SC"/>
        </w:rPr>
        <w:t>生、寿者”。诸位，执着“我、人、众生、寿者”还会是阿罗汉吗？阿罗汉不起那样的念头，不作是念。不作开悟、成道之念，才是“落在实处”。臼云：“屈棒元来有人吃在。”僧转身云：“争奈杓柄在和尚手里。”乌臼和尚还要再检验检验他，便说：“原来冤枉棒也有人吃啊！”只有懵懵懂懂的汉才吃屈棒，挨了棒还不知道是怎么回事。这僧若没有下文，就说明他不是明眼人。他若有下文，也就把他引回来了。这僧善能转身吐气，也不与乌臼和尚争论，只是轻轻地转身说：“争奈杓柄在和尚手里。”因为你是这里的祖师，纵夺、杀活的权柄在你手里，所以任你摆布啊。言外之意：若我们俩换换位置，你也不得不吃屈棒。臼云：“汝若要，山僧回与汝。”僧近前夺臼手中棒，打臼三下。乌臼和尚是“大作家”，敢向虎口里横身，敢于横身让他咬，便说：“你如果想要杓柄，我就把这根棒回送给你。”你不是说因为杓柄在我手里，你才不得不吃屈棒么。那好，我就把杓柄送给你，看你如何处置。这僧倒也不客气，你送给我，我也善用。便夺过乌臼手中的棒，打了乌臼三下。这叫“宾主互换”，本来乌臼和尚是主、定州来僧是宾，现在来僧是主、乌臼是宾了。若不是乌臼和尚这样的大作家，也不敢轻易地把棒送给客人。若不是定州来僧这样的明眼人，也不敢贸然地夺棒打山主。臼云：“屈棒！屈棒！”僧云：“有人吃在。”乌臼和尚挨了棒，便说：“屈棒！屈棒！”你这是棒头无眼瞎打人，你行棒行的是屈棒。定州来僧说：“有人吃在。”你说屈棒，就有落处，有落处就该吃棒。打你打得正好，并不冤枉。臼云：“草草打着个汉。”僧便礼拜。乌臼和尚说：“草草打着个汉。”今天碰上了一个汉子，打中了一个明眼人。这是说乌臼打来僧打中了，还是来僧打乌臼打中了呢？无论谁打中谁，都是乌臼和尚自己赞扬自己。我若无眼，岂能打中</w:t>
      </w:r>
    </w:p>
    <w:p>
      <w:pPr>
        <w:spacing w:before="0" w:after="80" w:line="259" w:lineRule="auto"/>
        <w:ind w:firstLine="360"/>
      </w:pPr>
      <w:r>
        <w:rPr>
          <w:rFonts w:ascii="Noto Serif CJK SC" w:hAnsi="Noto Serif CJK SC" w:eastAsia="Noto Serif CJK SC"/>
        </w:rPr>
        <w:t>你这个明眼人么？你若是个懵懂汉，我纵然道眼通明，也是“双失”。幸好你不是懵懂汉，敢于夺棒打我，你也是打中了一个明眼人。定州来僧的礼拜却并非“平展”、并非“放过”，这一招最毒，所谓“陷虎之机”者是也。你是个能打中明眼人的大善知识啊，这就有落处了，你露出这么明显的破绽，我正好在这痒处挠一挠：你是善知识，我向你礼拜了。这时乌臼和尚若“据坐”——稳稳地坐着受礼，那就被这僧顶死了。不要忘了现在杓柄在这僧手里。臼云：“和尚却恁么去也。”僧大笑而出。乌臼和尚自有转身之处，却称这僧为“和尚”。在丛林里，和尚这个称呼不是随便谁都能承当的，只有主持道场的大祖师才担当得起。你向我礼拜，想藉机顶死我啊，我能识破你的机锋。现在杓柄还在你手里，你却向我礼拜，就恁么去了么？定州来僧大笑而出，这才是“平展”、才是“放过”。你的机锋我知道，我的机锋你也知道，这多么好笑啊！这个道场是你的，正应该你坐，你当之无愧。现在我把杓柄还给你，我还是出去的好。大笑而出正好圆了这个公案。臼云：“消得恁么！消得恁么！”《证道歌》云：“四事供养敢辞劳，万两黄金亦消得”。消得，就是消受得了。若消受得了，“了则业障本来空”；若消受不了，“未了应须还宿债”！大祖师可不是轻易能打的，若“消不得”，打大祖师罪过弥天！现举一则“消不得”的公案：慈照蕴聪禅师，得法于首山省念，是临济宗的硕德。在他住持襄州的石门道场时，襄州太守为泄私愤，把他抓去鞭打、羞辱了一番。放出后，众僧出寺迎接，在路上相遇。首座赶向前，问讯说：“太守无辜屈辱和尚如此……”慈照禅师以手指地，说：“平地起骨堆！”意思是：本来没事，是他故意找茬。谁知随禅师所指之处，平地竟涌起一堆土。太守听到了平地涌土之事，心惊肉跳，但却不知忏悔，竟派人把那堆土铲平。铲平后不久，土又涌出，与未铲前一样。后来，太守全家都在襄州惨死，这样的报应也不过才是“华报”，死后的“果报”惨不忍言也！乌臼和尚称赞定州来僧“消得恁么”，不仅仅是称赞这僧，同时也是自赞：我若不是能看清对方，岂敢轻易地就把杓柄与他。纵观坐道</w:t>
      </w:r>
    </w:p>
    <w:p>
      <w:pPr>
        <w:spacing w:before="0" w:after="80" w:line="259" w:lineRule="auto"/>
        <w:ind w:firstLine="360"/>
      </w:pPr>
      <w:r>
        <w:rPr>
          <w:rFonts w:ascii="Noto Serif CJK SC" w:hAnsi="Noto Serif CJK SC" w:eastAsia="Noto Serif CJK SC"/>
        </w:rPr>
        <w:t>场的大善知识，有几个敢像我这样在虎口里横身让他咬！这则公案就到这里。下面是雪窦禅师为这则公案写的颂：呼即易、遣即难，互换机锋仔细看。有人善于弄蛇，吹一种叫做“瓢子”的东西，发出特殊的声音，就把蛇呼来了。呼来容易，要把它们遣走，可就难了。必须是行家里手，具有遣蛇的手段，才能把它们遣走。俗话说：“请神容易送神难”。我这次来温州，在船上遇到一个人，他说他爸爸也是个修道的。我问他：“你爸爸修什么道？”他说：“画一道灵符，请什么神，什么神就到。”（原来是个外道）有一次请来一个孙悟空，有人从门口经过，不由自主地进来就翻跟头，一直翻，翻个不停。这样不行啊，把孙悟空送走吧，却又送不走。他爸爸吓坏了，从那以后没敢再请。后来，他爸爸的师父说：请来办完事情就要送走，把孙悟空的师父请来，孙悟空就走了。孙悟空的师父是须菩提，画一道须菩提的灵符，一烧就能送走孙悟空。诸位，这些都是精灵鬼妖，假托孙悟空、须菩提之名，却也是“呼即易、遣即难”啊。佛菩萨的名号，它们也敢假冒。不能相信它们。“呼即易、遣即难”，是比喻将棒给他容易，想夺回杓柄、把他遣走，可就难了。“互换机锋仔细看”。互换机锋，就是“宾主互换”的机锋。你看他们俩：一下子乌臼是主、来僧是宾；一下子来僧是主、乌臼是宾。个个都是转辘辘的，如水上葫芦，按着便转。“仔细看”，我们要看仔细哟！我们要看一看他们是如何起用的，从这里学习学习，以免以后</w:t>
      </w:r>
    </w:p>
    <w:p>
      <w:pPr>
        <w:spacing w:before="0" w:after="80" w:line="259" w:lineRule="auto"/>
        <w:ind w:firstLine="360"/>
      </w:pPr>
      <w:r>
        <w:rPr>
          <w:rFonts w:ascii="Noto Serif CJK SC" w:hAnsi="Noto Serif CJK SC" w:eastAsia="Noto Serif CJK SC"/>
        </w:rPr>
        <w:t>被问倒。比如，卖油糍的婆子问德山（见第四则“德山挟复问</w:t>
      </w:r>
    </w:p>
    <w:p>
      <w:pPr>
        <w:spacing w:before="0" w:after="80" w:line="259" w:lineRule="auto"/>
        <w:ind w:firstLine="360"/>
      </w:pPr>
      <w:r>
        <w:rPr>
          <w:rFonts w:ascii="Noto Serif CJK SC" w:hAnsi="Noto Serif CJK SC" w:eastAsia="Noto Serif CJK SC"/>
        </w:rPr>
        <w:t>答”）：“金刚经云：过去心不可得、现在心不可得、未来心不可得。上座欲点哪个心？”该怎么答呀？你们说说看。（有人答道：不知。）不知？不知就不能吃点心！老婆婆已经讲了：“尔若答得，布施油糍作点心；若答不得，别处买去。”若答“不知”，还不如直接到别处去买。答语应该“函盖相投”，就像盒子和盒盖子，扣上恰好。若驴头不对马嘴，就是“函盖不投”。既然三心均不可得，自当一体同观。当婆子问“欲点哪个心”时，可以轻轻地答她：“你知我也知，不能告诉他人知。”此后，婆子不能说她不知。她若说不知，即刻给她一句：“将谓将谓！原来原来！”她也不能说知，般若无知故。婆子要布施，德山是受施者。受施者若灵利，布施者始终是宾。证到自性之后，机锋对</w:t>
      </w:r>
    </w:p>
    <w:p>
      <w:pPr>
        <w:spacing w:before="0" w:after="80" w:line="259" w:lineRule="auto"/>
        <w:ind w:firstLine="360"/>
      </w:pPr>
      <w:r>
        <w:rPr>
          <w:rFonts w:ascii="Noto Serif CJK SC" w:hAnsi="Noto Serif CJK SC" w:eastAsia="Noto Serif CJK SC"/>
        </w:rPr>
        <w:t>答只是妙用，就看你是否机灵了。有人问你，你想一想再答就不行。如果心里真是空荡荡的、真的没有东西，答语即口就来，用不着思考。当然，起用也有一个学习、锻炼的过程。我们面前的这个“互换机锋”的公案，诸位要“仔细看”了。劫石固来犹可坏，沧溟深处立须干。什么叫“劫石”啊？劫，是佛教里的时间单位。一劫是多长时间？可以用这块“劫石”来计算。劫石是一块异常坚固的石头，厚度一由旬（一由旬等于四十里），长和宽都是八万四千由旬，这比我们的地球大多了。每隔五百年，有天人下来，用他们的衣袖在劫石上拂一下，直到把这块坚固的大石拂尽——磨得没有了。天人的衣服很轻柔，重量只有六铢。二十四铢等于一两，四件天衣才有一两重。用这么轻柔的衣袖，五百年才拂一次，将一块比地球大得多的劫石磨光，所需时间之长还能想像得出么？这么长的时间就是一劫，谓之“轻衣拂石劫”。“劫石固来犹可坏”，劫石虽然坚固，还是可以被轻柔的六铢天衣磨光，还是会坏掉。但乌臼和尚与定州来僧“宾主互换”的机锋，你却无论如何无法摧坏，千古万古也不能穷尽。机就是佛性，锋就是妙用，这是佛性的大机大用，怎么会损坏呢？“沧溟深处立须干”。沧溟，就是茫茫的大海。洪波浩渺，白浪滔天，沧沧茫茫，渺渺溟溟，无边无际，辽阔弥远。寻常人到了这里，就要被淹没掉。但是乌臼和尚与定州来僧，如果到这大海里站立，海水也须干涸。这是用劫石和大海作比喻，赞叹两人“宾主互换”的机锋。这一句明显是“褒”，下面一句看来是“贬”，但骨子里更是进一步赞叹：乌臼老和定州僧真是一代精英、杰出的高僧。乌臼老，乌臼老，几何般？与他杓柄太无端！乌臼老、乌臼老啊！你这是从何说起呢？你有多大的本领啊？你怎么敢把杓柄给与他人呢！你这样做太轻率、太不对、太无端了。这根柱杖子，三世诸佛也用，历代祖师也用。用它来打掉学人的执着、粘滞，使学人荐取自家本来面目。你怎么能把这个轻易给人呢！幸亏定州来僧晓得“平展”，只轻轻地打了你三下。纵或遇到一个鲁莽的汉子，虚空里揣骨、平地上起雷，把柱杖子交到他手，他跟你胡搅蛮缠，乌臼老也能轻易地转危为安、化险为</w:t>
      </w:r>
    </w:p>
    <w:p>
      <w:pPr>
        <w:spacing w:before="0" w:after="80" w:line="259" w:lineRule="auto"/>
        <w:ind w:firstLine="360"/>
      </w:pPr>
      <w:r>
        <w:rPr>
          <w:rFonts w:ascii="Noto Serif CJK SC" w:hAnsi="Noto Serif CJK SC" w:eastAsia="Noto Serif CJK SC"/>
        </w:rPr>
        <w:t>夷，以作家自有出身之路故。一般说来，当然不能轻易把柱杖子交付他人。然而，我们做事情要看对象，要看看对方是什么样的人。是法器，就交付；不是法器，就不交付。乌臼和尚道眼通明，看准了对方，大胆地把杓柄与他，才演出了这场千古绝唱。如果当交付而不交付，缩手缩脚，这公案的后半段就没有了。“呼即易、遣即难，互换机锋仔细看。”雪窦禅师不就是从这里看出精彩来的吗？“劫石固来犹可坏，沧溟深处立须干”！</w:t>
      </w:r>
    </w:p>
    <w:p>
      <w:pPr>
        <w:spacing w:before="0" w:after="80" w:line="259" w:lineRule="auto"/>
        <w:ind w:firstLine="360"/>
      </w:pPr>
      <w:r>
        <w:rPr>
          <w:rFonts w:ascii="Noto Serif CJK SC" w:hAnsi="Noto Serif CJK SC" w:eastAsia="Noto Serif CJK SC"/>
        </w:rPr>
        <w:t>第七十六则丹霞问僧具眼邓州丹霞天然禅师，是唐代著名的大禅德。他出生于哪年、俗家姓什么，灯录中缺乏记载，所以圆悟勤祖师说他“不知何许人”。丹霞</w:t>
      </w:r>
    </w:p>
    <w:p>
      <w:pPr>
        <w:spacing w:before="0" w:after="80" w:line="259" w:lineRule="auto"/>
        <w:ind w:firstLine="360"/>
      </w:pPr>
      <w:r>
        <w:rPr>
          <w:rFonts w:ascii="Noto Serif CJK SC" w:hAnsi="Noto Serif CJK SC" w:eastAsia="Noto Serif CJK SC"/>
        </w:rPr>
        <w:t>禅师年轻时是学儒的，饱读五经四书，通达孔孟之道。有一天，他要</w:t>
      </w:r>
    </w:p>
    <w:p>
      <w:pPr>
        <w:spacing w:before="0" w:after="80" w:line="259" w:lineRule="auto"/>
        <w:ind w:firstLine="360"/>
      </w:pPr>
      <w:r>
        <w:rPr>
          <w:rFonts w:ascii="Noto Serif CJK SC" w:hAnsi="Noto Serif CJK SC" w:eastAsia="Noto Serif CJK SC"/>
        </w:rPr>
        <w:t>去京城长安参加科举考试，在路途中的旅店里做了一个梦，梦见房间里充满白光。他找了一个“占者”（也就是算命先生）给他解这“白光满室”之梦预兆着什么吉凶祸福。占者告诉他，这是“解空之祥”。祥，就是吉祥。这个梦是好梦，是吉兆。什么吉兆啊？“解空”的吉兆。解空，就是能够悟解、能够透彻佛门的大乘空义。这无异告诉他，如果他修学佛法，一定能得大成就。他听了之后，正好遇到一个“禅者”（也就是佛教的禅宗学人）。禅者问他：“仁者何往？”您这是要到什么地方去呀？他答：“选官去。”去参加科举考试，考中了就可以应选补缺而做官。禅者说：“选官何如选佛！”做官怎么能比得上做佛呢？做官只是一时的功名显赫，只是过眼云烟，不能长存于世。修道成佛则能够亘今古而常存、历沧桑而不变。做官必须是为了治理好国家、为了百姓的安宁幸福、为了国富民强竭尽才智，才算得上是个好官。虽然如此，也不能利益多少人，不能够给大家带来多大的利益。这与修道成佛对众生的利益，是远不能相比的。一旦修行成佛，就能救度无量无边的众生，并且“皆令入无余涅槃而灭度之”。让他们都能彻底解脱、永离生死苦海。所以“选官何如选佛”呢？做官需要“选”，学佛也需要“选”，都需要挑选、选择，优中选优。佛教的修行道场就是选佛场，“十方同聚会，个个学无为。此是选佛场，心空及第归。”看谁用功精进不懈，看谁能修得心空无住，谁就能应选而做佛，谁就能开悟成道，这是要选一选的。所以，大家修法须勇猛精进，不可懈怠。假如求得了修行方法，就那么游游泛泛、懒懒散散的，今天修修、明天停停，这样怎么能成道呢？道场是选佛场，你不用功，就要落选。要努力上进，真正证到心空无住，才堪中选。丹霞在旅店里忽梦白光满室，听了占者“解空之祥”的解释，又受了禅者“选官何如选佛”之激励，非常感动，当下便决定抛弃仕途，学</w:t>
      </w:r>
    </w:p>
    <w:p>
      <w:pPr>
        <w:spacing w:before="0" w:after="80" w:line="259" w:lineRule="auto"/>
        <w:ind w:firstLine="360"/>
      </w:pPr>
      <w:r>
        <w:rPr>
          <w:rFonts w:ascii="Noto Serif CJK SC" w:hAnsi="Noto Serif CJK SC" w:eastAsia="Noto Serif CJK SC"/>
        </w:rPr>
        <w:t>佛修道。他问禅者：“选佛当往何所？”要学佛修道应当往什么地方去啊？禅者说：“今江西马大师出世，是选佛之场，仁者可往。”现今马祖大师出世，在江西说法度众。马大师是当今的大禅德，他的道场就是选佛场，你可以到他那里去。丹霞毫不犹豫，便直奔江西，赶往马大师的道场。他见到马大师，却不说话，而是用两手托着幞头脚，让马大师看。幞头是古代男子用的一种头巾，幞头脚就是幞头包在头上的折角处。一般人初来乍到，总要先介绍自己是谁，从什么地方来，来干什么。丹霞就不这样，才见马大师，就以两手托幞头脚，已显露出“以无言显有言”凌厉直捷的禅风。纵观丹霞的学道因缘，那“白光满室”之梦、那占者、禅者之遇，固然可以说是佛菩萨点化他。而他一点就醒、一拨便转，毅然抛弃仕途，那干净俐落、毫不拖泥带水的风格，岂不是再来人的作略么！马大师仔细地打量着这个两手托幞头脚的年轻人，看出他与石头禅师对机，便对他说：“吾非汝师。南岳石头处去。”六祖以后，禅宗分灯，辗转相传，是从青原行思、南岳怀让这两支传承延续下来的。行思禅师、怀让禅师都是六祖的弟子。石头希迁禅师嗣法青原行思，马祖道一禅师嗣法南岳怀让。石头禅师机锋峻拔，往往使人摸不着边际，而马大师的禅风则比较平缓。悟道各有各的机缘，适合峻拔的便以峻拔的手段接引，适合平缓的便以平缓的手段接引。丹霞与石头对机，而大名鼎鼎的庞蕴居士却与马大师对机。庞居士一开始是跟石头学禅，他问石头禅师：“不与万法为侣者是甚么人？”一切事物都是法，一切事物都有相。不与这些有相的东西为伴侣，即是超越万法。这是什么人的境界呢？这一问相当高深，够绝对的。石头禅师听到他这么问，就用手捂住他的嘴。这说不出话的是谁？！有语言就有思惟，落入语言、落入思惟就不是了。庞居士经石头禅师一捂，豁然有省，但还不彻。后来，庞居士又去参问马大师，还是那个问题（若彻就不须再问了）“不与万法为侣者是甚么人？”马大师说：“待汝一口吸尽西江水，即向汝道。”西江是江西省的一条大河。等你一口能把西江水吸干的时候，我才告诉你。你若不能一口吸尽西江水，我就不告诉你。这是不落语言的啊，一说出来，就不是了。庞居士言下大悟，立时了彻，顿领玄旨。悟后再起妙用，那就不只是一口吸尽西江水了，“沧溟深处立须干”啊！</w:t>
      </w:r>
    </w:p>
    <w:p>
      <w:pPr>
        <w:spacing w:before="0" w:after="80" w:line="259" w:lineRule="auto"/>
        <w:ind w:firstLine="360"/>
      </w:pPr>
      <w:r>
        <w:rPr>
          <w:rFonts w:ascii="Noto Serif CJK SC" w:hAnsi="Noto Serif CJK SC" w:eastAsia="Noto Serif CJK SC"/>
        </w:rPr>
        <w:t>神迹卓著的五台隐峰禅师，俗姓邓，灯录上称他邓隐峰，是马祖的弟子。他早年跟马祖学禅的时候，也想去参问石头。马祖告诉</w:t>
      </w:r>
    </w:p>
    <w:p>
      <w:pPr>
        <w:spacing w:before="0" w:after="80" w:line="259" w:lineRule="auto"/>
        <w:ind w:firstLine="360"/>
      </w:pPr>
      <w:r>
        <w:rPr>
          <w:rFonts w:ascii="Noto Serif CJK SC" w:hAnsi="Noto Serif CJK SC" w:eastAsia="Noto Serif CJK SC"/>
        </w:rPr>
        <w:t>他：“石头路滑！”石头禅师机锋峻拔，你未必能摸得着边际，会滑倒你的。邓隐峰说：“竿木随身，逢场作戏。”他还满不在乎。来到石头那里，他绕着石头的禅座转了一圈，顿了顿手里的锡杖，问石头：“是何宗旨？”石头说：“苍天！苍天！”邓隐峰摸不着头脑，跑回来问马祖。马祖说：“汝更去问，待他有答，汝便嘘两声。”邓隐峰又跑到石头那里，跟前次一样，转一圈，顿顿锡杖“是何宗旨？”石头禅师这次不答苍天，抢先向他嘘了两声。邓隐峰不能再嘘了，又跑回来问马祖。马祖说：“向汝道，石头路滑！”我早就告诉过你，石头路滑，他比你先下手，他的机锋急得很，你未必能对机。邓隐峰与石头不对机，而丹霞却正好与石头对机。所以马祖不赞同邓隐峰参问石头，却指示丹霞到石头禅师那里去。马大师堪称善观机缘啊！丹霞到了石头禅师那里，还是以两手托幞头脚。石头禅师说：“着槽厂去。”当年六祖初见五祖，五祖也是说“着槽厂去”，于是六祖便到后院破柴踏碓。丹霞听石头禅师这么讲，便行礼致谢，从此随大众过起了农禅生活。就这样住了三年，丹霞悟道了。有一天，石头禅师对大家说：“来日铲佛殿前草。”第二天，大众都找出锹、锄等工具，准备铲草。只有丹霞禅师与众不同，他端来一盆水，洗净了头，来到石头禅师面前跪下了。原来“铲殿前草”是指剃去头发啊，要给他们剃度。丹霞识得石头禅师的机锋。石头禅师见他这样，笑逐颜开，便给他剃发，度他为僧。随后又为他说戒，丹霞“掩耳而出”，他捂着耳朵不听，出门跑了。这是什么意思啊？丹霞机锋峻峭，壁立千仞，当初以两手托幞头脚已显端倪。此时若说“我无贪嗔痴，何用戒定慧！”那便成了说教，不是禅机了。丹霞禅师掩耳而出，正是禅师的作略，省却多少言语，正是无言胜有言。诸位，我们各人问问自己：还有贪嗔痴在吗？若说有，性本不垢不净，何来贪嗔痴？若说无，佛又为何教修戒定慧呢？请在这里下一语。（良久），若忽有人喝一声、掩耳而出，吾则哈哈一笑、下座。丹霞这一跑，又跑到江西马大师那里。他也不先去参拜马祖，就跑到僧堂里。僧堂供有圣僧——罗汉僧的塑像，丹霞骑在圣僧像的脖子上，坐在那里。众僧都大吃一惊，这人怎么这样不知礼节、怎么敢在圣僧头上坐啊？便急急忙忙地去向马祖报告。马祖过来一看，说：“我子天然。”这是我的孩子，是禅宗的子孙，佛性天真、自然合道。丹霞连忙跳下来向马大师礼拜，说：“谢师赐法号。”谢谢师父赐给我名字，“天然”就是我的法名，于是他就叫“天然”了。丹霞天然禅</w:t>
      </w:r>
    </w:p>
    <w:p>
      <w:pPr>
        <w:spacing w:before="0" w:after="80" w:line="259" w:lineRule="auto"/>
        <w:ind w:firstLine="360"/>
      </w:pPr>
      <w:r>
        <w:rPr>
          <w:rFonts w:ascii="Noto Serif CJK SC" w:hAnsi="Noto Serif CJK SC" w:eastAsia="Noto Serif CJK SC"/>
        </w:rPr>
        <w:t>师的名字就是这么来的。以上我们介绍了本公案之主——丹霞天然禅师，下面讲解这则公案：丹霞问僧：“甚处来？”僧云：“山下来。”有一位僧人来参丹霞，丹霞禅师问他：“你从什么地方来？”乍一听，这问话稀松平常，是从温州来，还是从凉州来，从什么地方来啊？其实，禅宗祖师接引学人，句句不离佛性根本义，这是问他生从何来、死往何去，问的是这个来处。这僧的回答也颇似个明眼人，他不说来的地名，是沙马界、还是五马河。而回答：“从山下来。”这答语还像回事，好像是个“作家”，好像是要“验主”，检验一下主家是否道眼通明。若主家道眼不明，还真是难以抵对。然而，丹霞是极其透彻的大祖师，自有出众的手段，不会被他问倒。丹霞一听，你不通来处，好像是个“作家”。我再考考你，看你是不是真的明眼人。丹霞要再辨一辨来僧的真假。霞云：“吃饭了也未？”僧云：“吃饭了。”丹霞问来僧：“吃过饭了没有？”来僧说：“吃过饭了。”坏了！麒麟皮下露出了马脚，这僧原来是个懵懂汉。但是，也不能说定，有的人就敢于故意卖个破绽，敢于横身虎口让对方咬。对方若咬不住，就</w:t>
      </w:r>
    </w:p>
    <w:p>
      <w:pPr>
        <w:spacing w:before="0" w:after="80" w:line="259" w:lineRule="auto"/>
        <w:ind w:firstLine="360"/>
      </w:pPr>
      <w:r>
        <w:rPr>
          <w:rFonts w:ascii="Noto Serif CJK SC" w:hAnsi="Noto Serif CJK SC" w:eastAsia="Noto Serif CJK SC"/>
        </w:rPr>
        <w:t>不是明眼人。雪峰禅师就善用这种手段。雪峰座下有一僧，去参问</w:t>
      </w:r>
    </w:p>
    <w:p>
      <w:pPr>
        <w:spacing w:before="0" w:after="80" w:line="259" w:lineRule="auto"/>
        <w:ind w:firstLine="360"/>
      </w:pPr>
      <w:r>
        <w:rPr>
          <w:rFonts w:ascii="Noto Serif CJK SC" w:hAnsi="Noto Serif CJK SC" w:eastAsia="Noto Serif CJK SC"/>
        </w:rPr>
        <w:t>灵云禅师，问灵云：“佛未出世时如何？”灵云举起拂子。又问：“出世后如何？”灵云还是举起拂子。佛为一大事因缘出现于世，为使众生开、示、悟、入佛的知见，也就是为了使大家明心见性，明悟自心本具的真如佛性。“佛未出世”是指尚未明心见性，“佛出世后”是指明心见性之后。灵云答这两问都举起拂子，干净剿绝，以示“悟”与“不悟”不二，烘托出天真佛性在悟不增、在迷不减。扫掉了明心见性、开悟、成道等等概念上的粘着，一法不立、一丝不挂。只有如此透彻，才算得上真正明心见性。这僧却不能当下契入，无疑是粘滞在开悟、成道等概念里，不能透脱。他又跑回来了，又回到雪峰这里。雪峰说：“返太速乎？”你回来得也太快了！这到底是为了什么呀？这僧说：“某甲到彼，问佛法不契，乃回。”雪峰问他：“汝问什么事？”这僧便将灵云怎么怎么举拂子的事说了一遍。雪峰明白了这僧的落处，对他说：“汝问，我为汝道。”僧便问：“佛未出世时如</w:t>
      </w:r>
    </w:p>
    <w:p>
      <w:pPr>
        <w:spacing w:before="0" w:after="80" w:line="259" w:lineRule="auto"/>
        <w:ind w:firstLine="360"/>
      </w:pPr>
      <w:r>
        <w:rPr>
          <w:rFonts w:ascii="Noto Serif CJK SC" w:hAnsi="Noto Serif CJK SC" w:eastAsia="Noto Serif CJK SC"/>
        </w:rPr>
        <w:t>何？”雪峰举起拂子。僧又问：“出世后如何？”雪峰放下拂子。有人说，雪峰答得好，举起拂子表示执着事物不放，放下拂子表示一切都能放下。这理论听来也不错，却和这僧犯的是同一种毛病。什么叫“放下”？没有东西可放，才是真正的放下，才算透脱。还有东西可放，分明没有透脱，不算真正放下！雪峰一举一放，正挠到这僧的痒处，这僧若能当下悟去，若能像玄沙那样说一句“老和尚脚跟未点地在”，便可潇洒自在去也！雪峰曾示众云：“世界阔一尺，古镜阔一尺；世界阔一丈，古镜阔一丈。”玄沙指着火炉问雪峰：“火炉阔多少？”雪峰答：“如古镜阔。”玄沙说：“老和尚脚跟未点地在！”“世界阔一尺，古镜阔一尺；世界阔一丈，古镜阔一丈。”雪峰是用古镜比喻天真佛性。佛性与世界本来不二。《心经》在讲了“色不异空、空不异色”之后，恐学人将色、空看作“不异（相同）”的二物，紧接着说“色即是空、空即是色”，直指不二。这里的世界、古镜也是此义，世界就是古镜、古镜就是世界。玄沙问“火炉阔多少”是“验主问”，看你是不是会落在古镜边，或者落在世界边。一落两边，便非不二。雪峰不惧落古镜边，迳答“如古镜阔”。雪峰是一千五百人的大善知识。禅宗一花开五叶，共分五宗，他座下就出了云门、法眼两宗。他岂不知落在古镜边么？雪峰自有深意。雪峰的弘法手段与其师兄岩头不同。岩头善用恶辣钳锤，天下人摸索不着，谁也咬他不住，其师德山也不奈他何。雪峰却是不惧浑身落草，敢于横身让学人咬嚼。敢咬者、能咬住者，方堪传授。所以岩头说：“雪峰虽与我同条生，不与我同条死”。意思是：虽然同在德山门下打开本来（同条生。言体），起用的手段却不同（不同条死。言相、用）。雪峰不惧落古镜边，是故意卖个破绽。你问“火炉阔多少”，可能是验主问，也可能是懵懂问。我故意落古镜边，看你能否检点得出。若检点得出，正合我意；若检点不出，那就该吃棒了。玄沙检点得出，一句“脚跟不点地”咬个正着，不愧为雪峰的高徒也。雪峰举拂子、放拂子，故意落在两边，也是考验这僧，看他是否检点得出。可惜这僧检点不出，还以为雪峰答得对，便礼拜。雪峰便打，打你这个糊涂人！我原是将错示你，你却检点不出。这僧挨了打，也没有弄明白，后来又去问玄沙。玄沙说：“汝欲会么？我与汝说个喻：如人卖一片园，东西南北一时结契了也，中心树子犹属我在。”玄沙很会打比方：东西南北一时结契，比喻其他一切都能放下；</w:t>
      </w:r>
    </w:p>
    <w:p>
      <w:pPr>
        <w:spacing w:before="0" w:after="80" w:line="259" w:lineRule="auto"/>
        <w:ind w:firstLine="360"/>
      </w:pPr>
      <w:r>
        <w:rPr>
          <w:rFonts w:ascii="Noto Serif CJK SC" w:hAnsi="Noto Serif CJK SC" w:eastAsia="Noto Serif CJK SC"/>
        </w:rPr>
        <w:t>中心树子犹属我在，比喻却放不下开悟、成道等概念。这能算真的放下吗？放不下就不算开悟成道。无修才是真修，无得才是真得，无证才是真证！丹霞问：“吃饭了也未？”僧答：“吃饭了。”这僧是懵懂汉呢，还是明眼人故意卖破绽？丹霞当然不会轻轻放过他。请看下文：霞云：“将饭来与汝吃的人，还具眼么？”僧无语。拿饭来给你吃的那个人，长了眼睛没有？供养明眼人吃饭才好，像你这样的懵懂汉，什么都不明白。供养你吃饭（即与你说法），岂不是瞎了眼么？僧无语——这僧无话可说了。唉！真是个懵懂汉。圆悟勤祖师在此着语云：“果然走不得。这僧若是作家，向他道：与和尚眼一般！”无语就不行了，就“走不得”了。这僧如果是明眼人，待丹霞问“将饭来与汝吃的人，还具眼么？”迳答他：不但具眼，而且跟你的眼一般无二！看你丹霞如何应付？尽管丹霞也不会就此罢休，那就会演出一幕堪为后人作标榜的千古绝唱。这僧却是眼眨眨地“无语”，不是个明眼人啊。有人说：布施乃六度之首，将饭与人吃正是行布施，还有具眼、不具眼的分别么？那好，大家来看看《佛说四十二章经》是怎么讲的吧。该经第十一章云：佛言：饭恶人百，不如饭一善人。饭善人千，不如饭一持五戒者。饭五戒者万，不如饭一须陀洹。饭百万须陀洹，不如饭一斯陀含。饭千万斯陀含，不如饭一阿那含。饭一亿阿那含，不如饭一阿罗汉。饭十亿阿罗汉，不如饭一辟支佛。饭百亿辟支佛，不如饭一三世诸佛。饭千亿三世诸佛，不如饭一无念、无住、无修、无证之者。《四十二章经》最早传入中国，有人说它是小乘经典。上段经文中，在辟支佛与三世诸佛之间，果然没有列入大乘菩萨。然而，不管是羊车、鹿车、牛车，最后都是大白牛车。无论是声闻乘、缘觉乘、菩萨乘，终归是一佛乘啊。“饭恶人百”，就是将饭来与一百个恶人吃……这段经文很容易懂，不用再作解释。那“无念、无住、无修、无证之者”，分明已透出大乘一实相印。实相无相，无相而无不相。下面接着看公案：</w:t>
      </w:r>
    </w:p>
    <w:p>
      <w:pPr>
        <w:spacing w:before="0" w:after="80" w:line="259" w:lineRule="auto"/>
        <w:ind w:firstLine="360"/>
      </w:pPr>
      <w:r>
        <w:rPr>
          <w:rFonts w:ascii="Noto Serif CJK SC" w:hAnsi="Noto Serif CJK SC" w:eastAsia="Noto Serif CJK SC"/>
        </w:rPr>
        <w:t>序说</w:t>
      </w:r>
    </w:p>
    <w:p>
      <w:pPr>
        <w:spacing w:before="0" w:after="80" w:line="259" w:lineRule="auto"/>
        <w:ind w:firstLine="360"/>
      </w:pPr>
      <w:r>
        <w:rPr>
          <w:rFonts w:ascii="Noto Serif CJK SC" w:hAnsi="Noto Serif CJK SC" w:eastAsia="Noto Serif CJK SC"/>
        </w:rPr>
        <w:t>第一则圣谛第一义</w:t>
      </w:r>
    </w:p>
    <w:p>
      <w:pPr>
        <w:spacing w:before="0" w:after="80" w:line="259" w:lineRule="auto"/>
        <w:ind w:firstLine="360"/>
      </w:pPr>
      <w:r>
        <w:rPr>
          <w:rFonts w:ascii="Noto Serif CJK SC" w:hAnsi="Noto Serif CJK SC" w:eastAsia="Noto Serif CJK SC"/>
        </w:rPr>
        <w:t>第二则赵州至道无难第三则日面佛月面佛</w:t>
      </w:r>
    </w:p>
    <w:p>
      <w:pPr>
        <w:spacing w:before="0" w:after="80" w:line="259" w:lineRule="auto"/>
        <w:ind w:firstLine="360"/>
      </w:pPr>
      <w:r>
        <w:rPr>
          <w:rFonts w:ascii="Noto Serif CJK SC" w:hAnsi="Noto Serif CJK SC" w:eastAsia="Noto Serif CJK SC"/>
        </w:rPr>
        <w:t>第四则德山挟复问答</w:t>
      </w:r>
    </w:p>
    <w:p>
      <w:pPr>
        <w:spacing w:before="0" w:after="80" w:line="259" w:lineRule="auto"/>
        <w:ind w:firstLine="360"/>
      </w:pPr>
      <w:r>
        <w:rPr>
          <w:rFonts w:ascii="Noto Serif CJK SC" w:hAnsi="Noto Serif CJK SC" w:eastAsia="Noto Serif CJK SC"/>
        </w:rPr>
        <w:t>第七十五则乌臼消得恁么第七十六则丹霞问僧具眼长庆问保福：“将饭与人吃，报恩有分。为什么不具眼？”长庆、保福、玄沙、云门等禅德，都是雪峰义存禅师的高足弟子。长庆即长庆慧棱禅师，保福即保福从展禅师，他们两个同在雪峰会</w:t>
      </w:r>
    </w:p>
    <w:p>
      <w:pPr>
        <w:spacing w:before="0" w:after="80" w:line="259" w:lineRule="auto"/>
        <w:ind w:firstLine="360"/>
      </w:pPr>
      <w:r>
        <w:rPr>
          <w:rFonts w:ascii="Noto Serif CJK SC" w:hAnsi="Noto Serif CJK SC" w:eastAsia="Noto Serif CJK SC"/>
        </w:rPr>
        <w:t>下，很是相契，经常在一块讨论古人的公案。有一天，他们讨论</w:t>
      </w:r>
    </w:p>
    <w:p>
      <w:pPr>
        <w:spacing w:before="0" w:after="80" w:line="259" w:lineRule="auto"/>
        <w:ind w:firstLine="360"/>
      </w:pPr>
      <w:r>
        <w:rPr>
          <w:rFonts w:ascii="Noto Serif CJK SC" w:hAnsi="Noto Serif CJK SC" w:eastAsia="Noto Serif CJK SC"/>
        </w:rPr>
        <w:t>起“丹霞问僧具眼”这则公案来了。长庆问保福：“将饭与人吃，报恩有分。为什么不具眼？”教下有言：“上报四重恩，下济三途苦。”这四重恩就有一重是“报三宝恩”。三宝者，佛、法、僧也。供养僧不就是报恩吗？供养就是“四事供养”。哪四事？饮食、衣服、卧具、医药。将饭与人吃……供养出家人饮食，不正是报三宝恩吗？所以说“报恩有分”，那为什么说不具眼呢？长庆并不是不知道为什么不具眼，才问保福的。讨论古人的公案并不是就事论事，评价古人的是非长短。而是藉公案为由，端正自己和他人的见地，以当下启开般若正眼。长庆这样问保福，是藉“丹霞问僧具眼”这则公案为话头，检验保福的见地，看一看保福是不是</w:t>
      </w:r>
    </w:p>
    <w:p>
      <w:pPr>
        <w:spacing w:before="0" w:after="80" w:line="259" w:lineRule="auto"/>
        <w:ind w:firstLine="360"/>
      </w:pPr>
      <w:r>
        <w:rPr>
          <w:rFonts w:ascii="Noto Serif CJK SC" w:hAnsi="Noto Serif CJK SC" w:eastAsia="Noto Serif CJK SC"/>
        </w:rPr>
        <w:t>时时不离自性。赵州禅师曾说：“老僧行脚时，除二时粥饭是杂用心</w:t>
      </w:r>
    </w:p>
    <w:p>
      <w:pPr>
        <w:spacing w:before="0" w:after="80" w:line="259" w:lineRule="auto"/>
        <w:ind w:firstLine="360"/>
      </w:pPr>
      <w:r>
        <w:rPr>
          <w:rFonts w:ascii="Noto Serif CJK SC" w:hAnsi="Noto Serif CJK SC" w:eastAsia="Noto Serif CJK SC"/>
        </w:rPr>
        <w:t>处，此外更无别用心处。若不如是，大远在！”时时处处都不“杂用心”，即时时处处都不离自性。如此绵密保任，长养圣胎，自得法身正住。然后法身向上，起无量无边妙用，于本来无法处开演八万四千法门，于本无众生处救度无量无边众生。在赵州禅师一百多岁的时候，燕王、赵王并驾来到赵州道场，赵州禅师端坐不起。燕王突然问道：“人王尊耶？法王尊耶？”本来燕王是领兵来攻打赵王的，要抢赵王的地盘。有善观气象者上奏燕王：“赵州有圣人所居，战必不胜。”于是，燕、赵二王化干戈为玉帛，在筵会上见面。燕王问赵王：“赵之金地，上士何人？”在你所辖的这块宝贵如金的土地上，哪一位是修行成就的大菩萨啊？赵王说：“有讲《华严经》大师，节行孤邈。若岁大旱，咸命往台山祈祷。大师未回，甘泽如泻。”燕王说：“恐未尽善。”赵王又说：“此去一百二十里，有赵州观音院，有禅师年腊高邈、道眼明白。”燕王说：“此可应兆乎！”燕王却是有眼，不重祈雨灵验，却重道眼明白。他和赵王来到赵州道场，见禅师端坐不起，突发“人王尊耶？法王尊耶？”一问。这是“验主问”，要检验一下赵州禅师是不是真的道眼明白。赵州禅师说：“若在人王，人王中尊；若在法王，法王中尊。”这一答语活脱脱地</w:t>
      </w:r>
    </w:p>
    <w:p>
      <w:pPr>
        <w:spacing w:before="0" w:after="80" w:line="259" w:lineRule="auto"/>
        <w:ind w:firstLine="360"/>
      </w:pPr>
      <w:r>
        <w:rPr>
          <w:rFonts w:ascii="Noto Serif CJK SC" w:hAnsi="Noto Serif CJK SC" w:eastAsia="Noto Serif CJK SC"/>
        </w:rPr>
        <w:t>显示出真如佛性——无相的法身，赵州禅师将佛性和盘托出。佛性</w:t>
      </w:r>
    </w:p>
    <w:p>
      <w:pPr>
        <w:spacing w:before="0" w:after="80" w:line="259" w:lineRule="auto"/>
        <w:ind w:firstLine="360"/>
      </w:pPr>
      <w:r>
        <w:rPr>
          <w:rFonts w:ascii="Noto Serif CJK SC" w:hAnsi="Noto Serif CJK SC" w:eastAsia="Noto Serif CJK SC"/>
        </w:rPr>
        <w:t>在人王边是最最尊贵的，在法王边也是最最尊贵的，乃至“天上天</w:t>
      </w:r>
    </w:p>
    <w:p>
      <w:pPr>
        <w:spacing w:before="0" w:after="80" w:line="259" w:lineRule="auto"/>
        <w:ind w:firstLine="360"/>
      </w:pPr>
      <w:r>
        <w:rPr>
          <w:rFonts w:ascii="Noto Serif CJK SC" w:hAnsi="Noto Serif CJK SC" w:eastAsia="Noto Serif CJK SC"/>
        </w:rPr>
        <w:t>下，唯我独尊”！燕王深为叹服。从此二王均拜赵州禅师为师，执弟子礼。其实长庆知道，若落在供养、报恩等概念里，不能“三轮体空”，充其量也只能是换取人天福报的善行。纵能感得“百鸟衔花、白猿献果”，也未必就是道眼明白。他却故意问保福，目的是检验保福是不是会走作，脚跟是不是点地。福云：“施者、受者，二俱瞎汉！”长庆用供养、报恩等概念来套保福，保福却自有出身之路。快哉保福，“施者、受者，二俱瞎汉！”这一答干脆利落。施者就是“将饭与人吃”的人，受者就是“吃饭了”这个僧人。受者是个懵懂汉，竟眼眨眨地无语；施者却看不出他道眼不明，还供饭给他吃。他们两个都是瞎汉。要供养就供养明眼人。供养一个“漆桶”，有什么用处？昔有婆子，搭了一个庵子，供养一位僧人在庵子里面修行达二十年之久，常教二八妙龄女子给他送饭（将饭与人吃，报恩有分乎？）。有一天，婆子交待送饭的女子，送去饭之后，抱住这个僧人，问他：“正恁么时如何？”看他说什么。“恁么”这个词久已传播丛林，“正恁么时”就是佛性朗然现前之时。婆子是要考验一下这位僧人是否脚跟点地，是否还会走作，是否能透得过女色现前之境。送饭女子依令而行，这个僧人说：“枯木倚寒岩，三冬无暖气。”二八女子抱定，好像一段枯木靠在冰冷的岩石上，丝毫也生不起欲火，就像三九严寒的冬天一样没有暖气。这僧能“坐怀不乱”，堪称人格高尚，但修行路却走错了。他道眼不明，修的是死定。“正恁么时”真如佛性朗照，怎么会是“枯木倚寒岩，三冬无暖气”呢？再说，“枯木倚寒岩，三冬无暖气”只是他自己的境界，他只管自己，面对眼前这位如此举动的女子，却不予点化，令她清醒，心里何曾有众生来？小乘圣者，旧业已消、梵行已立、所作已办，住涅城而不受后有；大乘菩萨，深信不疑、切愿不退、力行不息，涉生死海以广度众生。在大乘菩萨眼里，声闻、缘觉也是俗人，《楞严经》更将其列入五十种“阴魔”之中。所以，当送饭女子回来告诉婆子之后，婆子骂这僧：“我二十年只供养得个俗汉！”立即就把这僧赶走，并将庵子烧掉了。这位婆子却是不瞎。</w:t>
      </w:r>
    </w:p>
    <w:p>
      <w:pPr>
        <w:spacing w:before="0" w:after="80" w:line="259" w:lineRule="auto"/>
        <w:ind w:firstLine="360"/>
      </w:pPr>
      <w:r>
        <w:rPr>
          <w:rFonts w:ascii="Noto Serif CJK SC" w:hAnsi="Noto Serif CJK SC" w:eastAsia="Noto Serif CJK SC"/>
        </w:rPr>
        <w:t>长庆云：“尽其机来，还成瞎否？”尽其机来，就是尽机起用，所谓“大机大用”者是也。大机就是佛性，大用就是佛性的妙用。丹霞说：“将饭来与汝吃的人，还具眼么？”圆悟祖师在此着语云：“虽然是倚势欺人，也是据款结案。”这僧若是个明眼人，就会抓住丹霞的“倚势欺人”，给丹霞一拶。谁知他不是明眼人，竟然“无语”，所以丹霞就算是“据款结案”了。圆悟祖师在“无语”下着语：“果然走不得。这僧若是作家，向他道：与和尚眼一般！”这僧若能如此，便是“尽其机”。长庆的意思是：若这僧不是“无语”，而是尽了佛性的大机大用，还能说是“瞎汉”吗？禅宗直指人心、见性成佛，赤裸裸、净洒洒，一法不立，岂能立得“尽机”？长庆不知不觉落到“尽机”里去了。教下的供养、报恩等概念他能看清、能空却，宗下的尽机、具眼等葛藤他却看不清、空不掉了。所以，圆悟祖师在此着语云：“识甚好恶？犹自未肯！讨什么碗？”并评论说：“当时若是山僧，等他道：尽其机来，还成瞎否？只向他道：瞎！”若见地不彻，落在有无、是非、对错、尽机不尽机、具眼不具眼等概念里，不能超越，便大违“不二”，那就是粘滞，就是“犹自未肯”。若“挂得一丝”而未肯，不知不觉地就会讨个“碗”端端。所以圆悟勤祖师直呼其瞎！我们下面看看保福是怎么答的。福云：“道我瞎得么！”保福的意思是：不是向你说过“施者受者，二俱瞎汉”了么！我恁么具眼，识得这些概念当体即空。我已经“尽其机”了，你当然不应该说我瞎。像圆悟那样答一个“瞎”字多么有力，且余味无穷。保福的答语就太软弱无力了。说话有得当、有不得当，他这一软弱，就不得当了。他是落入“不成瞎”而不自知，他的意思是：我已经“尽机”，而“不成瞎”了。圆悟勤祖师在此着语云：“两个俱是草里汉，龙头蛇尾！……一等是作家，为什么前不构村、后不构店？”长庆落入“尽机”，保福落入“不成瞎”，都已浑身落草，所以圆悟说他们都是“草里汉”。他们两个两问两答，前一问一答很好，后一问一答却落草了。这岂不是“龙头蛇尾”吗？然而，他们两个都是雪峰的高足弟子，都是“作</w:t>
      </w:r>
    </w:p>
    <w:p>
      <w:pPr>
        <w:spacing w:before="0" w:after="80" w:line="259" w:lineRule="auto"/>
        <w:ind w:firstLine="360"/>
      </w:pPr>
      <w:r>
        <w:rPr>
          <w:rFonts w:ascii="Noto Serif CJK SC" w:hAnsi="Noto Serif CJK SC" w:eastAsia="Noto Serif CJK SC"/>
        </w:rPr>
        <w:t>家”，都是明眼人啊！为什么到这里问也背离佛性、答也背离佛性</w:t>
      </w:r>
    </w:p>
    <w:p>
      <w:pPr>
        <w:spacing w:before="0" w:after="80" w:line="259" w:lineRule="auto"/>
        <w:ind w:firstLine="360"/>
      </w:pPr>
      <w:r>
        <w:rPr>
          <w:rFonts w:ascii="Noto Serif CJK SC" w:hAnsi="Noto Serif CJK SC" w:eastAsia="Noto Serif CJK SC"/>
        </w:rPr>
        <w:t>——“前不构村、后不迭店”呢？悟后起用，句句不能背离佛性根本</w:t>
      </w:r>
    </w:p>
    <w:p>
      <w:pPr>
        <w:spacing w:before="0" w:after="80" w:line="259" w:lineRule="auto"/>
        <w:ind w:firstLine="360"/>
      </w:pPr>
      <w:r>
        <w:rPr>
          <w:rFonts w:ascii="Noto Serif CJK SC" w:hAnsi="Noto Serif CJK SC" w:eastAsia="Noto Serif CJK SC"/>
        </w:rPr>
        <w:t>义，但这大多须要一个锻炼的过程，像丹霞那样“一下子到位”并不多见。长庆和保福常常讨论古人公案，就是在锻炼自己啊。然而，一有走作，就会被明眼人抓住，雪窦禅师就是抓住他们“尽机不成瞎”来颂这个公案的。下面就是雪窦禅师写的颂：尽机不成瞎，按牛头吃草！这僧眼眨眨地“无语”，说明他未曾荐取活泼自然的天真佛性，他当然是“瞎汉”。你能代替他“尽机”么？牛不吃草，强按牛头有什么用？强按牛头，不能代替牛自己吃草。这僧是“瞎汉”，由你来“尽机”，也不能说是“不成瞎”。圆悟祖师对这句颂词评唱说：长庆云“尽其机来，还成瞎否”，保福云“道我瞎得么”，一似按牛头吃草。须是等他自吃始得，那里按他头教吃！雪窦恁么颂，自然见得丹霞意。如何是丹霞意？可分三段来讲：第一、问僧“甚处来”。这是问他“生从何来”，要验一验他的来处。答这一问，可用“正是”、“不可总没来处也”、“要知来处也不难”。这三句答语，意思都一样，都是将天真佛性和盘托出。此三句就是圆悟祖师在此句下的着语。若这样答，意思已非常明确，丹霞禅师也就不用再检验他了。这僧却答“山下来”，这就不大明确了，可能是瞒天过海，也可能是懵懂不会。所以圆悟祖师在此着语云：“着草鞋入尔肚里过也。只是不会。”此着语道出了瞒天过海和懵懂不会两种可能。若此僧是瞒天过海、暗藏机锋，那就是“着草鞋入尔肚里过”。若此僧是个懵懂汉，那就是“不会”。只因这僧经不起后来的检验，所以判他“只是不会”。圆悟祖师接着着语：“言中有响，谙含来。知他是黄是绿。”黄喻成熟，绿喻不成熟。此僧若成熟，一句“山下来”便是“言中有响”，暗暗地隐含着“生从何来”的来处，并且带着引丹霞上当的钓钩。若不成熟，便是被丹霞勘破了。因为这僧后来“无语”，所以圆悟祖师说“知他是黄是绿”。第二、丹霞进一步问“吃饭了也未”。这是进一步勘验他。这僧若伶俐，便不会上当。可惜他是懵懂汉，这一问便是当头浇来的恶水了。圆悟祖师在此着语云：“第一勺恶水浇！何必？”然后自答：“定盘星。要知端的。”丹霞禅师何必这样问呢？这正是丹霞的稳健、细</w:t>
      </w:r>
    </w:p>
    <w:p>
      <w:pPr>
        <w:spacing w:before="0" w:after="80" w:line="259" w:lineRule="auto"/>
        <w:ind w:firstLine="360"/>
      </w:pPr>
      <w:r>
        <w:rPr>
          <w:rFonts w:ascii="Noto Serif CJK SC" w:hAnsi="Noto Serif CJK SC" w:eastAsia="Noto Serif CJK SC"/>
        </w:rPr>
        <w:t>密之处，这是定盘星啊，要靠它检验来僧，以知来僧究竟如何。这僧却答“吃饭了”，这就上当了。不过，这也说不定，如果他是故意卖个破绽，要反过来钓丹霞的话，也可以这样答。可惜他后来却眼眨眨地“无语”，果然是个懵懂汉。所以圆悟祖师在此着语云：“果然撞着个露柱。却被旁人穿却鼻孔。原来是个无孔铁锤。”露柱是顶梁的木桩子，无孔铁锤——不开窍。这无疑是判这僧不具眼。第三、丹霞说：“将饭来与汝吃的人还具眼么。”这是丹霞浇来的第二勺恶水。若来僧是个明眼人，前两问两答仍可如上，到这里就抓住了丹霞的把柄——你还有“具眼”在，这分明是没有扫除“悟”迹！所以，圆悟祖师在“虽然是倚势欺人，也是据款结案”之后接着着语：“当时好掀倒禅床！无端作什么？”如果这僧当时真的掀倒禅床，丹霞也不会就此罢休，他可能拈拄杖便打。明眼人也不会怕他的拄杖，便会顺手接住。然后两人就会像临济、麻谷那样“相捉入方丈”。不仅两人当时便会心地哈哈大笑，也为后人留下一段颇具启迪意义的千古绝唱。可惜这僧“无语”，骂他“不具眼”，冤枉乎！“恁么颂，自然见得丹霞意”，丹霞机锋峻峭，丹霞意不是那么容易见的。圆悟祖师“见得丹霞意”之语，是对雪窦禅师的极高评价。下面接着看雪窦颂：四七二三诸祖师，宝器持来成过咎。“四七”二十八，是指从第一代祖师迦叶尊者到第二十八代祖师达摩尊者，这是释迦牟尼佛在西天的二十八代一脉真传。“二三”得六，</w:t>
      </w:r>
    </w:p>
    <w:p>
      <w:pPr>
        <w:spacing w:before="0" w:after="80" w:line="259" w:lineRule="auto"/>
        <w:ind w:firstLine="360"/>
      </w:pPr>
      <w:r>
        <w:rPr>
          <w:rFonts w:ascii="Noto Serif CJK SC" w:hAnsi="Noto Serif CJK SC" w:eastAsia="Noto Serif CJK SC"/>
        </w:rPr>
        <w:t>是指从初祖达摩大师到六祖慧能大师，这是佛法在东土的六代正法</w:t>
      </w:r>
    </w:p>
    <w:p>
      <w:pPr>
        <w:spacing w:before="0" w:after="80" w:line="259" w:lineRule="auto"/>
        <w:ind w:firstLine="360"/>
      </w:pPr>
      <w:r>
        <w:rPr>
          <w:rFonts w:ascii="Noto Serif CJK SC" w:hAnsi="Noto Serif CJK SC" w:eastAsia="Noto Serif CJK SC"/>
        </w:rPr>
        <w:t>眼藏。四七二三诸祖师，泛指佛教正宗——禅宗的历代明眼大祖师。宝器，是指“直指人心，见性成佛”之法宝，这是无上的顿悟法门。过咎，就是错误。佛祖递代相传，传来顿悟之宝器，为什么反倒成了过咎呢？我们来看看圆悟祖师对这句颂词的评唱：不唯只带累长庆，乃至西天二十八祖、此土六祖，一时埋没。释迦老子四十九年说一大藏教，末后唯传这个宝器。永嘉道：“不是标形虚事褫，如来宝杖亲踪迹。”若作保福见解，宝器持来，都成过咎。长庆云：“尽其机来，还成瞎否？”保福若用一个“瞎”字作答，干</w:t>
      </w:r>
    </w:p>
    <w:p>
      <w:pPr>
        <w:spacing w:before="0" w:after="80" w:line="259" w:lineRule="auto"/>
        <w:ind w:firstLine="360"/>
      </w:pPr>
      <w:r>
        <w:rPr>
          <w:rFonts w:ascii="Noto Serif CJK SC" w:hAnsi="Noto Serif CJK SC" w:eastAsia="Noto Serif CJK SC"/>
        </w:rPr>
        <w:t>净剿绝。一法不立，这才是真正的自肯。烘托得长庆的问话也并不落入“尽机”，而成为检验对方之语。保福竟答：“道我瞎得么？”浑身落草，落入“不成瞎”，带累得长庆也落入“尽机”。这不仅仅只带累长庆一人，就连西天二十八代祖师、东土六代祖师，统统都给埋没掉了，因为这无上大法是他们一代一代传下来的。释迦世尊应化人间，传佛心印。说法四十九年、谈经三百余会，横说竖说葛藤说，都是烘云托月，都没有说到这摩尼宝珠本身。最后灵山一会，世尊拈花、迦叶微笑，才传下来这“直指人心，见性成佛”的摩尼宝珠。宝珠在什么地方？告诉你：就在这里！他们代代相传，持来宝器，反倒成了过咎，都是因为后代子孙不肖，这怎不令人痛心疾首！圆悟祖师着语云：“尽大地人换手捶胸。还我拄杖来！带累山僧也出头不得。”诸位，如果我们表现不好，就会带累先祖。我们是释迦佛的子孙，必须“行也端、语也端”，我们的言语、行为非常重要。我们应该时时处处正直无私，说话句句不离佛性根本义，做事无为而无不为，胸怀坦荡，光明正大，真实而不虚伪，这样人家就不会诽谤我们了。不但不会带累先祖，而且能使先祖传下来的无上大法发扬光大。现在有些人自命为佛教徒，榜样做得不好，以致招引来这样一句不好听的话：“要找黑心人，吃素道里寻。”罪过，罪过！带累佛祖啊！过咎深，无处寻，天上人间同陆沉！过咎若浅，也许有救。如果过咎甚深，那就不得了了，那还往哪里寻找佛性啊！慢说不能荐取佛性、不能解脱，就连人天福报也给埋没掉了——天上人间同陆沉！然而，若论称扬祖师大事，人天福报也是过咎。如何才能无过？请看圆悟祖师的评唱：这个与尔说不得，但去静坐，向他句中点检看。既是过咎深，因什么却无处寻？此非小过也，将祖师大事，一齐于陆地上平沉却。何止是埋没了人天福报，连同祖师大事，也“一齐于陆地上平沉却”了。这样的过咎还算浅么！故云：“此非小过也”。然而，既然是“过咎深”，为什么还说“无处寻”呢？这不单单是说无处寻找佛性，你向什么处寻找“过咎”呢？所以，“这个与尔说不得，但去静</w:t>
      </w:r>
    </w:p>
    <w:p>
      <w:pPr>
        <w:spacing w:before="0" w:after="80" w:line="259" w:lineRule="auto"/>
        <w:ind w:firstLine="360"/>
      </w:pPr>
      <w:r>
        <w:rPr>
          <w:rFonts w:ascii="Noto Serif CJK SC" w:hAnsi="Noto Serif CJK SC" w:eastAsia="Noto Serif CJK SC"/>
        </w:rPr>
        <w:t>坐，向他句中点检看。”我们就来看看圆悟祖师是如何向句中点检的。他在“过咎深”下着语：“可杀深！天下衲僧跳不出。”紧接着笔锋一转，反问：“且道深多少？”诸位，我们在这里能否也翻身一转，从“跳不出”处跳出来呢？如若不然，那就接着往下看。圆悟祖师在“无处寻”下着语：“在尔脚跟下！摸索不着。”这是点拨当机学人：在脚跟下的是什么？既然在脚跟下，为什么摸索不着？如果刚才你能翻身跳出，这两个问题根本不是问题。若跳不出，那就肯定是死在句下了。所以，圆悟祖师又在“天上人间同陆沉”下着语：“天下衲僧一坑埋却！还有活的人么？”圆悟祖师婆心太切，至此仍不肯休去，还要再次点拨：“放过一着。苍天苍天！”祖师说什么，学人粘着什么，那是学人对境粘心的习气太深了。你能“放过一着”，从脚跟下、从切近处荐取么？若能荐取，苍天苍天，原来如此！若不能荐取，苍天苍天，可怜可怜！《证道歌》云：“在欲行禅知见力，火中生莲终不坏。勇施犯重悟无生，早时成佛于今在。狮子吼，无畏说，深嗟懵懂顽皮靼。祗知犯重障菩提，不见如来开秘诀。有二比丘犯淫杀，波离萤光增罪结。维摩大士顿除疑，犹如赫日消霜雪。”至此，诸位能够放过一着、翻身跳出、荐取不疑么？！（良久。拍案一下）苍天！苍天！</w:t>
      </w:r>
    </w:p>
    <w:p>
      <w:pPr>
        <w:pStyle w:val="Heading2"/>
      </w:pPr>
      <w:r>
        <w:rPr>
          <w:rFonts w:ascii="Noto Serif CJK SC" w:hAnsi="Noto Serif CJK SC" w:eastAsia="Noto Serif CJK SC"/>
        </w:rPr>
        <w:t>9. 佛法修证心要问答集 / Full Chinese Source Text</w:t>
      </w:r>
    </w:p>
    <w:p>
      <w:pPr>
        <w:spacing w:before="0" w:after="80" w:line="259" w:lineRule="auto"/>
      </w:pPr>
      <w:r>
        <w:rPr>
          <w:rFonts w:ascii="Noto Serif CJK SC" w:hAnsi="Noto Serif CJK SC" w:eastAsia="Noto Serif CJK SC"/>
        </w:rPr>
        <w:t>Status: full Chinese body included</w:t>
      </w:r>
    </w:p>
    <w:p>
      <w:pPr>
        <w:spacing w:before="0" w:after="80" w:line="259" w:lineRule="auto"/>
        <w:ind w:firstLine="360"/>
      </w:pPr>
      <w:r>
        <w:rPr>
          <w:rFonts w:ascii="Noto Serif CJK SC" w:hAnsi="Noto Serif CJK SC" w:eastAsia="Noto Serif CJK SC"/>
        </w:rPr>
        <w:t>Source: FoFaXiuZhengXinYao_dhanaka.pdf downloaded from Dhanaka 心中心法 ebook page; full PDF text extracted.</w:t>
      </w:r>
    </w:p>
    <w:p>
      <w:pPr>
        <w:spacing w:before="0" w:after="80" w:line="259" w:lineRule="auto"/>
        <w:ind w:firstLine="360"/>
      </w:pPr>
      <w:r>
        <w:rPr>
          <w:rFonts w:ascii="Noto Serif CJK SC" w:hAnsi="Noto Serif CJK SC" w:eastAsia="Noto Serif CJK SC"/>
        </w:rPr>
        <w:t>佛法修证心要问答集一九九九年九月九日元音上师付嘱悟德法师汇集</w:t>
      </w:r>
    </w:p>
    <w:p>
      <w:pPr>
        <w:spacing w:before="0" w:after="80" w:line="259" w:lineRule="auto"/>
        <w:ind w:firstLine="360"/>
      </w:pPr>
      <w:r>
        <w:rPr>
          <w:rFonts w:ascii="Noto Serif CJK SC" w:hAnsi="Noto Serif CJK SC" w:eastAsia="Noto Serif CJK SC"/>
        </w:rPr>
        <w:t>佛法有无量法门，指导行人背尘合觉，明心见性，</w:t>
      </w:r>
    </w:p>
    <w:p>
      <w:pPr>
        <w:spacing w:before="0" w:after="80" w:line="259" w:lineRule="auto"/>
        <w:ind w:firstLine="360"/>
      </w:pPr>
      <w:r>
        <w:rPr>
          <w:rFonts w:ascii="Noto Serif CJK SC" w:hAnsi="Noto Serif CJK SC" w:eastAsia="Noto Serif CJK SC"/>
        </w:rPr>
        <w:t>然后由悟起修，打扫积习，了脱生死，成就菩提。心</w:t>
      </w:r>
    </w:p>
    <w:p>
      <w:pPr>
        <w:spacing w:before="0" w:after="80" w:line="259" w:lineRule="auto"/>
        <w:ind w:firstLine="360"/>
      </w:pPr>
      <w:r>
        <w:rPr>
          <w:rFonts w:ascii="Noto Serif CJK SC" w:hAnsi="Noto Serif CJK SC" w:eastAsia="Noto Serif CJK SC"/>
        </w:rPr>
        <w:t>中心密法是二十世纪二十年代崛起的无相密乘。初由大愚阿阇黎传世，世人尊称为初祖，再传至王骧陆上师，三传至元音老人（李钟鼎居士），世人尊称为二祖和三祖。此法仪轨简单，修法方便，以三密相应法，使根尘脱落，进入无相、无住、无念的自性三昧境界，是无相密乘中，别开生面的上乘修法。</w:t>
      </w:r>
    </w:p>
    <w:p>
      <w:pPr>
        <w:spacing w:before="0" w:after="80" w:line="259" w:lineRule="auto"/>
        <w:ind w:firstLine="360"/>
      </w:pPr>
      <w:r>
        <w:rPr>
          <w:rFonts w:ascii="Noto Serif CJK SC" w:hAnsi="Noto Serif CJK SC" w:eastAsia="Noto Serif CJK SC"/>
        </w:rPr>
        <w:t>元音老人由禅而密，大悲心切，广利群生，依据大藏经秘密仪轨《佛心经品亦通大随求陀罗尼》（二卷，唐菩提流志译）灌顶传法，学人遍于大陆、港台地区以及美国、日本和新加坡等国家。现在，老人虽于九十六岁时，坐脱立亡，安详圆寂，学人为了重温遗教，纪念大德，乃拟将收集的各地函札谈话已经编纂成册，并经过老人亲笔修正勘定的《问答集》付梓</w:t>
      </w:r>
    </w:p>
    <w:p>
      <w:pPr>
        <w:spacing w:before="0" w:after="80" w:line="259" w:lineRule="auto"/>
        <w:ind w:firstLine="360"/>
      </w:pPr>
      <w:r>
        <w:rPr>
          <w:rFonts w:ascii="Noto Serif CJK SC" w:hAnsi="Noto Serif CJK SC" w:eastAsia="Noto Serif CJK SC"/>
        </w:rPr>
        <w:t>出版。集中对修证方法，悟心要领，特别对悟后用功，保任、除习，都有详尽开示，体现了老人慈悲恳切的</w:t>
      </w:r>
    </w:p>
    <w:p>
      <w:pPr>
        <w:spacing w:before="0" w:after="80" w:line="259" w:lineRule="auto"/>
        <w:ind w:firstLine="360"/>
      </w:pPr>
      <w:r>
        <w:rPr>
          <w:rFonts w:ascii="Noto Serif CJK SC" w:hAnsi="Noto Serif CJK SC" w:eastAsia="Noto Serif CJK SC"/>
        </w:rPr>
        <w:t>作风与广利有情的悲愿。此书的出版，可称为《佛法</w:t>
      </w:r>
    </w:p>
    <w:p>
      <w:pPr>
        <w:spacing w:before="0" w:after="80" w:line="259" w:lineRule="auto"/>
        <w:ind w:firstLine="360"/>
      </w:pPr>
      <w:r>
        <w:rPr>
          <w:rFonts w:ascii="Noto Serif CJK SC" w:hAnsi="Noto Serif CJK SC" w:eastAsia="Noto Serif CJK SC"/>
        </w:rPr>
        <w:t>修证心要》的姊妹篇。老人所说，都是对机施教，应病与药，善巧方便，指示学人。读此书的人，希望勿执文字，勿落言诠，举一反三解粘去缚，直趋菩提。谨略序缘起，愿与天下学人共勉之。</w:t>
      </w:r>
    </w:p>
    <w:p>
      <w:pPr>
        <w:spacing w:before="0" w:after="80" w:line="259" w:lineRule="auto"/>
        <w:ind w:firstLine="360"/>
      </w:pPr>
      <w:r>
        <w:rPr>
          <w:rFonts w:ascii="Noto Serif CJK SC" w:hAnsi="Noto Serif CJK SC" w:eastAsia="Noto Serif CJK SC"/>
        </w:rPr>
        <w:t>徐恒志二○○○年三月二十五日</w:t>
      </w:r>
    </w:p>
    <w:p>
      <w:pPr>
        <w:pStyle w:val="Heading3"/>
      </w:pPr>
      <w:r>
        <w:rPr>
          <w:rFonts w:ascii="Noto Serif CJK SC" w:hAnsi="Noto Serif CJK SC" w:eastAsia="Noto Serif CJK SC"/>
        </w:rPr>
        <w:t>一、教理</w:t>
      </w:r>
    </w:p>
    <w:p>
      <w:pPr>
        <w:spacing w:before="0" w:after="80" w:line="259" w:lineRule="auto"/>
        <w:ind w:firstLine="360"/>
      </w:pPr>
      <w:r>
        <w:rPr>
          <w:rFonts w:ascii="Noto Serif CJK SC" w:hAnsi="Noto Serif CJK SC" w:eastAsia="Noto Serif CJK SC"/>
        </w:rPr>
        <w:t>（一）佛学常识</w:t>
      </w:r>
    </w:p>
    <w:p>
      <w:pPr>
        <w:spacing w:before="0" w:after="80" w:line="259" w:lineRule="auto"/>
        <w:ind w:firstLine="360"/>
      </w:pPr>
      <w:r>
        <w:rPr>
          <w:rFonts w:ascii="Noto Serif CJK SC" w:hAnsi="Noto Serif CJK SC" w:eastAsia="Noto Serif CJK SC"/>
        </w:rPr>
        <w:t>问：什么是外道？答：心外有法就是外道。不受佛化，别行邪法；心游道外，故名外道。究竟来说，罗汉也是外道，因为他有法可得，法执未除。</w:t>
      </w:r>
    </w:p>
    <w:p>
      <w:pPr>
        <w:spacing w:before="0" w:after="80" w:line="259" w:lineRule="auto"/>
        <w:ind w:firstLine="360"/>
      </w:pPr>
      <w:r>
        <w:rPr>
          <w:rFonts w:ascii="Noto Serif CJK SC" w:hAnsi="Noto Serif CJK SC" w:eastAsia="Noto Serif CJK SC"/>
        </w:rPr>
        <w:t>问：何为感应道交？答：此感彼应也。念佛持咒为“感”，佛菩萨加被行者为“应”，彼此打成一片为道交也。</w:t>
      </w:r>
    </w:p>
    <w:p>
      <w:pPr>
        <w:spacing w:before="0" w:after="80" w:line="259" w:lineRule="auto"/>
        <w:ind w:firstLine="360"/>
      </w:pPr>
      <w:r>
        <w:rPr>
          <w:rFonts w:ascii="Noto Serif CJK SC" w:hAnsi="Noto Serif CJK SC" w:eastAsia="Noto Serif CJK SC"/>
        </w:rPr>
        <w:t>问：何为“不即不离”？答：不即者，不就是也；不离者，离开它也就没有了也。此乃说性相不二，色空无异也。</w:t>
      </w:r>
    </w:p>
    <w:p>
      <w:pPr>
        <w:spacing w:before="0" w:after="80" w:line="259" w:lineRule="auto"/>
        <w:ind w:firstLine="360"/>
      </w:pPr>
      <w:r>
        <w:rPr>
          <w:rFonts w:ascii="Noto Serif CJK SC" w:hAnsi="Noto Serif CJK SC" w:eastAsia="Noto Serif CJK SC"/>
        </w:rPr>
        <w:t>问：什么叫身内身，身外身？答：身内身即佛性，真身。在认识本性后，时时</w:t>
      </w:r>
    </w:p>
    <w:p>
      <w:pPr>
        <w:spacing w:before="0" w:after="80" w:line="259" w:lineRule="auto"/>
        <w:ind w:firstLine="360"/>
      </w:pPr>
      <w:r>
        <w:rPr>
          <w:rFonts w:ascii="Noto Serif CJK SC" w:hAnsi="Noto Serif CJK SC" w:eastAsia="Noto Serif CJK SC"/>
        </w:rPr>
        <w:t>保护它，到六根不为境界所动，清净了，我们的神识就出来了，不必等到死才出来。出来的身叫身外身，即意生身。它还是假身，是第七识。出来后还会有变化。第一次叫三味乐正受意生身，靠打坐的功夫。这时还不能要出就出，要入定才能出，动中出不来。超过五地就能出三个了。到八地以上，就是种类俱足无行作意生身。动植物山河大地一切东西都能变化自在。如不认识本性，纵然出阳神，还是有生死。吕纯阳祖师后来见了黄龙祖师，才完全醒悟说：“自从得见黄龙后，方悔从前枉用功。”道教里有住著，要到最后才能化空，气功更有住著，所以不能了生死。道教、气功是以炼精气神为本，而佛法是以菩提心为根本，精修定慧积累功德而成道。一是有为之体，一是无为之德，故不可同日而语。</w:t>
      </w:r>
    </w:p>
    <w:p>
      <w:pPr>
        <w:spacing w:before="0" w:after="80" w:line="259" w:lineRule="auto"/>
        <w:ind w:firstLine="360"/>
      </w:pPr>
      <w:r>
        <w:rPr>
          <w:rFonts w:ascii="Noto Serif CJK SC" w:hAnsi="Noto Serif CJK SC" w:eastAsia="Noto Serif CJK SC"/>
        </w:rPr>
        <w:t>问：什么是无念？答：无念不是压念不起，与死人相似，而是念起不随，念念不停留。尽管做一切事，心中不留丝毫痕迹，无一点执着。</w:t>
      </w:r>
    </w:p>
    <w:p>
      <w:pPr>
        <w:spacing w:before="0" w:after="80" w:line="259" w:lineRule="auto"/>
        <w:ind w:firstLine="360"/>
      </w:pPr>
      <w:r>
        <w:rPr>
          <w:rFonts w:ascii="Noto Serif CJK SC" w:hAnsi="Noto Serif CJK SC" w:eastAsia="Noto Serif CJK SC"/>
        </w:rPr>
        <w:t>问：什么是无住用心？答：佛法不是消极厌世的，而是积极入世的，佛子故应身先大众干一切繁忙的工作，不可逃避现实，在工作时须应缘而作，心中不可存丝毫功德相。脑筋里没有一点东西，空空荡荡地就像没有做过一样才是无住用心。</w:t>
      </w:r>
    </w:p>
    <w:p>
      <w:pPr>
        <w:spacing w:before="0" w:after="80" w:line="259" w:lineRule="auto"/>
        <w:ind w:firstLine="360"/>
      </w:pPr>
      <w:r>
        <w:rPr>
          <w:rFonts w:ascii="Noto Serif CJK SC" w:hAnsi="Noto Serif CJK SC" w:eastAsia="Noto Serif CJK SC"/>
        </w:rPr>
        <w:t>问：什么叫无漏？答：修行是从有漏修到无漏。无漏是把你的一切妄想执著与一切功德相都漏光了，到了无善，无恶，无喜，无烦恼可漏了，这时就是无漏。有一点喜乐与烦恼在，还是有漏。你现在有妄心、妄想、妄念，赶快放下，不跟它走，把它都消光，没有东西再漏了叫无漏。所以应一切放下，一切不要执著。证到无漏时，十方圆明，道通具足，成就无畏妙德。</w:t>
      </w:r>
    </w:p>
    <w:p>
      <w:pPr>
        <w:spacing w:before="0" w:after="80" w:line="259" w:lineRule="auto"/>
        <w:ind w:firstLine="360"/>
      </w:pPr>
      <w:r>
        <w:rPr>
          <w:rFonts w:ascii="Noto Serif CJK SC" w:hAnsi="Noto Serif CJK SC" w:eastAsia="Noto Serif CJK SC"/>
        </w:rPr>
        <w:t>问：什么是无生法忍？答：真智安住于实相理体而不动，叫无生法忍。我们的佛性根本是不生不灭的。没有生哪有死？忍是安住不动，就是定力。最苦的，他也不觉苦了，在牛</w:t>
      </w:r>
    </w:p>
    <w:p>
      <w:pPr>
        <w:spacing w:before="0" w:after="80" w:line="259" w:lineRule="auto"/>
        <w:ind w:firstLine="360"/>
      </w:pPr>
      <w:r>
        <w:rPr>
          <w:rFonts w:ascii="Noto Serif CJK SC" w:hAnsi="Noto Serif CJK SC" w:eastAsia="Noto Serif CJK SC"/>
        </w:rPr>
        <w:t>胎马腹也不苦，这就是自性大忍的力量，就是法身不生不灭。事相都是假的，不接纳它就没有苦，你接受</w:t>
      </w:r>
    </w:p>
    <w:p>
      <w:pPr>
        <w:spacing w:before="0" w:after="80" w:line="259" w:lineRule="auto"/>
        <w:ind w:firstLine="360"/>
      </w:pPr>
      <w:r>
        <w:rPr>
          <w:rFonts w:ascii="Noto Serif CJK SC" w:hAnsi="Noto Serif CJK SC" w:eastAsia="Noto Serif CJK SC"/>
        </w:rPr>
        <w:t>它就有苦。忍苦者无苦可忍也就是无心可动。无生法</w:t>
      </w:r>
    </w:p>
    <w:p>
      <w:pPr>
        <w:spacing w:before="0" w:after="80" w:line="259" w:lineRule="auto"/>
        <w:ind w:firstLine="360"/>
      </w:pPr>
      <w:r>
        <w:rPr>
          <w:rFonts w:ascii="Noto Serif CJK SC" w:hAnsi="Noto Serif CJK SC" w:eastAsia="Noto Serif CJK SC"/>
        </w:rPr>
        <w:t>忍要有力量才能证到。在六道尽管走，也是无生，不是坐在界外净土是无生。我们现在说，一念断处，能起了了分明的大功用是我们的佛性。你认可它，一点不疑惑，不动摇，叫无生法。更进一步，这无生法也不可得。才叫无生法忍。无生法忍是行人证到本性，更无生灭的自然状态，此时也就成道了。</w:t>
      </w:r>
    </w:p>
    <w:p>
      <w:pPr>
        <w:spacing w:before="0" w:after="80" w:line="259" w:lineRule="auto"/>
        <w:ind w:firstLine="360"/>
      </w:pPr>
      <w:r>
        <w:rPr>
          <w:rFonts w:ascii="Noto Serif CJK SC" w:hAnsi="Noto Serif CJK SC" w:eastAsia="Noto Serif CJK SC"/>
        </w:rPr>
        <w:t>问：什么叫微细流注？答：指微细的妄念，就是法相宗五遍行心所的“意”，如水一样不停地流。平时人都不能见，因为它流得快。须入金刚喻定才能见它流动。</w:t>
      </w:r>
    </w:p>
    <w:p>
      <w:pPr>
        <w:spacing w:before="0" w:after="80" w:line="259" w:lineRule="auto"/>
        <w:ind w:firstLine="360"/>
      </w:pPr>
      <w:r>
        <w:rPr>
          <w:rFonts w:ascii="Noto Serif CJK SC" w:hAnsi="Noto Serif CJK SC" w:eastAsia="Noto Serif CJK SC"/>
        </w:rPr>
        <w:t>问：什么是见、定，行？答：见是见性，空悲不二；不著相就是大定，空明无依；行是指度生的行为而不著度生相，自性圆照，六度齐施。</w:t>
      </w:r>
    </w:p>
    <w:p>
      <w:pPr>
        <w:spacing w:before="0" w:after="80" w:line="259" w:lineRule="auto"/>
        <w:ind w:firstLine="360"/>
      </w:pPr>
      <w:r>
        <w:rPr>
          <w:rFonts w:ascii="Noto Serif CJK SC" w:hAnsi="Noto Serif CJK SC" w:eastAsia="Noto Serif CJK SC"/>
        </w:rPr>
        <w:t>问：对各种境界不留痕迹的功夫是不是修行正路？答：此不留痕迹的功夫正是修持正路。但于无住中仍要圆现大悲妙用，开显无量功德。</w:t>
      </w:r>
    </w:p>
    <w:p>
      <w:pPr>
        <w:spacing w:before="0" w:after="80" w:line="259" w:lineRule="auto"/>
        <w:ind w:firstLine="360"/>
      </w:pPr>
      <w:r>
        <w:rPr>
          <w:rFonts w:ascii="Noto Serif CJK SC" w:hAnsi="Noto Serif CJK SC" w:eastAsia="Noto Serif CJK SC"/>
        </w:rPr>
        <w:t>问：我们修法的人该看什么书？答：在修法前，显教的书都可以看。但重点应看明白正知见，开发菩提悲愿，建立正确身心行为的书。在师父传你法后，应该看有关修这个法的经论和其他参考书。</w:t>
      </w:r>
    </w:p>
    <w:p>
      <w:pPr>
        <w:spacing w:before="0" w:after="80" w:line="259" w:lineRule="auto"/>
        <w:ind w:firstLine="360"/>
      </w:pPr>
      <w:r>
        <w:rPr>
          <w:rFonts w:ascii="Noto Serif CJK SC" w:hAnsi="Noto Serif CJK SC" w:eastAsia="Noto Serif CJK SC"/>
        </w:rPr>
        <w:t>问：什么叫观自在？答：观照自己在本位上不动摇。这个自己不是肉身的自己，了了灵知才是自己。但又不住了了灵知。</w:t>
      </w:r>
    </w:p>
    <w:p>
      <w:pPr>
        <w:spacing w:before="0" w:after="80" w:line="259" w:lineRule="auto"/>
        <w:ind w:firstLine="360"/>
      </w:pPr>
      <w:r>
        <w:rPr>
          <w:rFonts w:ascii="Noto Serif CJK SC" w:hAnsi="Noto Serif CJK SC" w:eastAsia="Noto Serif CJK SC"/>
        </w:rPr>
        <w:t>问：什么叫起疑情？答：叫你死无葬身之地。</w:t>
      </w:r>
    </w:p>
    <w:p>
      <w:pPr>
        <w:spacing w:before="0" w:after="80" w:line="259" w:lineRule="auto"/>
        <w:ind w:firstLine="360"/>
      </w:pPr>
      <w:r>
        <w:rPr>
          <w:rFonts w:ascii="Noto Serif CJK SC" w:hAnsi="Noto Serif CJK SC" w:eastAsia="Noto Serif CJK SC"/>
        </w:rPr>
        <w:t>问：悟个什么？答：三世诸佛也不识！还会么？宗下答语切忌说理，须意在言外。现在人根机太钝，修禅定不易开悟，唯有净密双修似较合宜，此诚无可奈何之事也。但遇有缘之志者，亦可摄受一、二以教之。</w:t>
      </w:r>
    </w:p>
    <w:p>
      <w:pPr>
        <w:spacing w:before="0" w:after="80" w:line="259" w:lineRule="auto"/>
        <w:ind w:firstLine="360"/>
      </w:pPr>
      <w:r>
        <w:rPr>
          <w:rFonts w:ascii="Noto Serif CJK SC" w:hAnsi="Noto Serif CJK SC" w:eastAsia="Noto Serif CJK SC"/>
        </w:rPr>
        <w:t>问：什么是心中心法？答：全名是“心中心又心”，即假心，真心，真假心都不可得的心，即证悟妙心。心中心法是大圆满法中的精髓，是中心的中心，是借假心打开真心，彻显妙心的无上大法。</w:t>
      </w:r>
    </w:p>
    <w:p>
      <w:pPr>
        <w:spacing w:before="0" w:after="80" w:line="259" w:lineRule="auto"/>
        <w:ind w:firstLine="360"/>
      </w:pPr>
      <w:r>
        <w:rPr>
          <w:rFonts w:ascii="Noto Serif CJK SC" w:hAnsi="Noto Serif CJK SC" w:eastAsia="Noto Serif CJK SC"/>
        </w:rPr>
        <w:t>问：修心中心法讲不讲成佛资粮？若讲，指的是什么？答：成佛的资粮：（一）打坐入定，除障开智慧；（二）广做善事，积累福德。因佛是二足尊，即智慧福德二俱圆满。</w:t>
      </w:r>
    </w:p>
    <w:p>
      <w:pPr>
        <w:spacing w:before="0" w:after="80" w:line="259" w:lineRule="auto"/>
        <w:ind w:firstLine="360"/>
      </w:pPr>
      <w:r>
        <w:rPr>
          <w:rFonts w:ascii="Noto Serif CJK SC" w:hAnsi="Noto Serif CJK SC" w:eastAsia="Noto Serif CJK SC"/>
        </w:rPr>
        <w:t>问：什么是阴神？答：人家看不见你，但你自己知道。</w:t>
      </w:r>
    </w:p>
    <w:p>
      <w:pPr>
        <w:spacing w:before="0" w:after="80" w:line="259" w:lineRule="auto"/>
        <w:ind w:firstLine="360"/>
      </w:pPr>
      <w:r>
        <w:rPr>
          <w:rFonts w:ascii="Noto Serif CJK SC" w:hAnsi="Noto Serif CJK SC" w:eastAsia="Noto Serif CJK SC"/>
        </w:rPr>
        <w:t>问：什么是密法？</w:t>
      </w:r>
    </w:p>
    <w:p>
      <w:pPr>
        <w:spacing w:before="0" w:after="80" w:line="259" w:lineRule="auto"/>
        <w:ind w:firstLine="360"/>
      </w:pPr>
      <w:r>
        <w:rPr>
          <w:rFonts w:ascii="Noto Serif CJK SC" w:hAnsi="Noto Serif CJK SC" w:eastAsia="Noto Serif CJK SC"/>
        </w:rPr>
        <w:t>答：打开秘密宝藏叫密法，是以三密加持来修法</w:t>
      </w:r>
    </w:p>
    <w:p>
      <w:pPr>
        <w:spacing w:before="0" w:after="80" w:line="259" w:lineRule="auto"/>
        <w:ind w:firstLine="360"/>
      </w:pPr>
      <w:r>
        <w:rPr>
          <w:rFonts w:ascii="Noto Serif CJK SC" w:hAnsi="Noto Serif CJK SC" w:eastAsia="Noto Serif CJK SC"/>
        </w:rPr>
        <w:t>的。三密加持即以本尊的力量加持学人的身、口、意。身体不动，手结印，腿跏趺而坐，是身密；口持咒不停，是口密；意不想，不思，静静听自己的持咒声音，是意密。能以无相密法打开秘密宝藏，见得本性，是真正的密宗。</w:t>
      </w:r>
    </w:p>
    <w:p>
      <w:pPr>
        <w:spacing w:before="0" w:after="80" w:line="259" w:lineRule="auto"/>
        <w:ind w:firstLine="360"/>
      </w:pPr>
      <w:r>
        <w:rPr>
          <w:rFonts w:ascii="Noto Serif CJK SC" w:hAnsi="Noto Serif CJK SC" w:eastAsia="Noto Serif CJK SC"/>
        </w:rPr>
        <w:t>问：密宗为什么一定要灌顶？答：灌顶是个仪式。灌顶可以给你种下消业障、开梵穴和菩提的种子。灌顶后修法，可以得到加持。所以灌顶后往往会拉肚子或呕吐，这是灌顶的力量。密宗要灌顶后才能修法。</w:t>
      </w:r>
    </w:p>
    <w:p>
      <w:pPr>
        <w:spacing w:before="0" w:after="80" w:line="259" w:lineRule="auto"/>
        <w:ind w:firstLine="360"/>
      </w:pPr>
      <w:r>
        <w:rPr>
          <w:rFonts w:ascii="Noto Serif CJK SC" w:hAnsi="Noto Serif CJK SC" w:eastAsia="Noto Serif CJK SC"/>
        </w:rPr>
        <w:t>问：什么是现量？答：现量者，如实而现，没有分别。像照相机照</w:t>
      </w:r>
    </w:p>
    <w:p>
      <w:pPr>
        <w:spacing w:before="0" w:after="80" w:line="259" w:lineRule="auto"/>
        <w:ind w:firstLine="360"/>
      </w:pPr>
      <w:r>
        <w:rPr>
          <w:rFonts w:ascii="Noto Serif CJK SC" w:hAnsi="Noto Serif CJK SC" w:eastAsia="Noto Serif CJK SC"/>
        </w:rPr>
        <w:t>相，照出影子而不分别。前五识为成所作智，它是现量。坏就坏在第六识加进去了，这是张三，那是李四，</w:t>
      </w:r>
    </w:p>
    <w:p>
      <w:pPr>
        <w:spacing w:before="0" w:after="80" w:line="259" w:lineRule="auto"/>
        <w:ind w:firstLine="360"/>
      </w:pPr>
      <w:r>
        <w:rPr>
          <w:rFonts w:ascii="Noto Serif CJK SC" w:hAnsi="Noto Serif CJK SC" w:eastAsia="Noto Serif CJK SC"/>
        </w:rPr>
        <w:t>张三对我好，李四对我坏，这是比量。我们做功夫要</w:t>
      </w:r>
    </w:p>
    <w:p>
      <w:pPr>
        <w:spacing w:before="0" w:after="80" w:line="259" w:lineRule="auto"/>
        <w:ind w:firstLine="360"/>
      </w:pPr>
      <w:r>
        <w:rPr>
          <w:rFonts w:ascii="Noto Serif CJK SC" w:hAnsi="Noto Serif CJK SC" w:eastAsia="Noto Serif CJK SC"/>
        </w:rPr>
        <w:t>不分别，意识不跟前五识跑，也不随内影、尘牵转。离一切对待，当体圆现，现量分明，即是真现量境。</w:t>
      </w:r>
    </w:p>
    <w:p>
      <w:pPr>
        <w:spacing w:before="0" w:after="80" w:line="259" w:lineRule="auto"/>
        <w:ind w:firstLine="360"/>
      </w:pPr>
      <w:r>
        <w:rPr>
          <w:rFonts w:ascii="Noto Serif CJK SC" w:hAnsi="Noto Serif CJK SC" w:eastAsia="Noto Serif CJK SC"/>
        </w:rPr>
        <w:t>问：缘从何来？</w:t>
      </w:r>
    </w:p>
    <w:p>
      <w:pPr>
        <w:spacing w:before="0" w:after="80" w:line="259" w:lineRule="auto"/>
        <w:ind w:firstLine="360"/>
      </w:pPr>
      <w:r>
        <w:rPr>
          <w:rFonts w:ascii="Noto Serif CJK SC" w:hAnsi="Noto Serif CJK SC" w:eastAsia="Noto Serif CJK SC"/>
        </w:rPr>
        <w:t>答：缘是过去世所造的业感得的。业感缘起，心</w:t>
      </w:r>
    </w:p>
    <w:p>
      <w:pPr>
        <w:spacing w:before="0" w:after="80" w:line="259" w:lineRule="auto"/>
        <w:ind w:firstLine="360"/>
      </w:pPr>
      <w:r>
        <w:rPr>
          <w:rFonts w:ascii="Noto Serif CJK SC" w:hAnsi="Noto Serif CJK SC" w:eastAsia="Noto Serif CJK SC"/>
        </w:rPr>
        <w:t>动就是缘。缘也是本性的妙能，大悲缘起，佛土庄严，都从菩提因缘而现。</w:t>
      </w:r>
    </w:p>
    <w:p>
      <w:pPr>
        <w:spacing w:before="0" w:after="80" w:line="259" w:lineRule="auto"/>
        <w:ind w:firstLine="360"/>
      </w:pPr>
      <w:r>
        <w:rPr>
          <w:rFonts w:ascii="Noto Serif CJK SC" w:hAnsi="Noto Serif CJK SC" w:eastAsia="Noto Serif CJK SC"/>
        </w:rPr>
        <w:t>问：佛性与觉性有什么关系？答：佛性就是觉性。什么叫佛性呢？它是成佛的根本。还有法性，法性是一切事物的根本，三者合起来就是我们一灵真性，也叫一真法界。它是最真实，最珍贵的大宝贝，是一切事物的根本。</w:t>
      </w:r>
    </w:p>
    <w:p>
      <w:pPr>
        <w:spacing w:before="0" w:after="80" w:line="259" w:lineRule="auto"/>
        <w:ind w:firstLine="360"/>
      </w:pPr>
      <w:r>
        <w:rPr>
          <w:rFonts w:ascii="Noto Serif CJK SC" w:hAnsi="Noto Serif CJK SC" w:eastAsia="Noto Serif CJK SC"/>
        </w:rPr>
        <w:t>问：《金刚经》云：“一切圣人皆以无为法而有差别。”圣人怎么有差别？什么差别？</w:t>
      </w:r>
    </w:p>
    <w:p>
      <w:pPr>
        <w:spacing w:before="0" w:after="80" w:line="259" w:lineRule="auto"/>
        <w:ind w:firstLine="360"/>
      </w:pPr>
      <w:r>
        <w:rPr>
          <w:rFonts w:ascii="Noto Serif CJK SC" w:hAnsi="Noto Serif CJK SC" w:eastAsia="Noto Serif CJK SC"/>
        </w:rPr>
        <w:t>答：圣人有位次，四圣六凡。罗汉，辟支佛、菩萨、佛都是圣人，不是有差别吗？除此还有愿、悲、智、方便等缘起差别，方成之为利生的大用。</w:t>
      </w:r>
    </w:p>
    <w:p>
      <w:pPr>
        <w:spacing w:before="0" w:after="80" w:line="259" w:lineRule="auto"/>
        <w:ind w:firstLine="360"/>
      </w:pPr>
      <w:r>
        <w:rPr>
          <w:rFonts w:ascii="Noto Serif CJK SC" w:hAnsi="Noto Serif CJK SC" w:eastAsia="Noto Serif CJK SC"/>
        </w:rPr>
        <w:t>问：实相念佛的要点是什么？答：不著相，念自性。内照念头起处，不跟它跑即名念实相佛。</w:t>
      </w:r>
    </w:p>
    <w:p>
      <w:pPr>
        <w:spacing w:before="0" w:after="80" w:line="259" w:lineRule="auto"/>
        <w:ind w:firstLine="360"/>
      </w:pPr>
      <w:r>
        <w:rPr>
          <w:rFonts w:ascii="Noto Serif CJK SC" w:hAnsi="Noto Serif CJK SC" w:eastAsia="Noto Serif CJK SC"/>
        </w:rPr>
        <w:t>问：到率兜天还会退转吗？在兜率天比在西方净土成佛快些，是吗？答：没有退转，同样是阿鞞跋致。至于成佛快慢全看自己的修行。释迦佛与阿难一起修行，释迦佛早已成果地佛了，而阿难还没开悟呢。不管什么地方，都要看你用功的精进程度而定。</w:t>
      </w:r>
    </w:p>
    <w:p>
      <w:pPr>
        <w:spacing w:before="0" w:after="80" w:line="259" w:lineRule="auto"/>
        <w:ind w:firstLine="360"/>
      </w:pPr>
      <w:r>
        <w:rPr>
          <w:rFonts w:ascii="Noto Serif CJK SC" w:hAnsi="Noto Serif CJK SC" w:eastAsia="Noto Serif CJK SC"/>
        </w:rPr>
        <w:t>问：关于度众生，在自己尚未证悟本来以前是否可减少外缘，安心修法，以自度为主呢？答：对！</w:t>
      </w:r>
    </w:p>
    <w:p>
      <w:pPr>
        <w:spacing w:before="0" w:after="80" w:line="259" w:lineRule="auto"/>
        <w:ind w:firstLine="360"/>
      </w:pPr>
      <w:r>
        <w:rPr>
          <w:rFonts w:ascii="Noto Serif CJK SC" w:hAnsi="Noto Serif CJK SC" w:eastAsia="Noto Serif CJK SC"/>
        </w:rPr>
        <w:t>问：何种情况是无记空？答：一念不生时，一切都不知道了，就是无记空。</w:t>
      </w:r>
    </w:p>
    <w:p>
      <w:pPr>
        <w:spacing w:before="0" w:after="80" w:line="259" w:lineRule="auto"/>
        <w:ind w:firstLine="360"/>
      </w:pPr>
      <w:r>
        <w:rPr>
          <w:rFonts w:ascii="Noto Serif CJK SC" w:hAnsi="Noto Serif CJK SC" w:eastAsia="Noto Serif CJK SC"/>
        </w:rPr>
        <w:t>问：菩萨是觉有情，怎样理解？答：觉是觉破，把你的情见觉破了。一切众生，都是有情。这情最坏，情就是爱，爱就生水，水向下流，生死不能了。所以我们要觉破这爱欲情见，自觉还要觉他，帮助他人也觉破情见。憨山大师说：“一句阿弥陀佛，要将自己的情见斩断，才能生西。”情重生不到西方。又，觉即菩提正觉，有情即众生。菩萨自觉已证，以慈悲心去觉悟一切众生，所以称为觉有情。</w:t>
      </w:r>
    </w:p>
    <w:p>
      <w:pPr>
        <w:spacing w:before="0" w:after="80" w:line="259" w:lineRule="auto"/>
        <w:ind w:firstLine="360"/>
      </w:pPr>
      <w:r>
        <w:rPr>
          <w:rFonts w:ascii="Noto Serif CJK SC" w:hAnsi="Noto Serif CJK SC" w:eastAsia="Noto Serif CJK SC"/>
        </w:rPr>
        <w:t>问：“法性尽地”是什么意思？心密里如何讲即身成就？答：“法性尽地”即修到最后，非但无法可得，连所谓法性亦不可得；非但神通不可得，连佛亦不可得，方是即身成就。</w:t>
      </w:r>
    </w:p>
    <w:p>
      <w:pPr>
        <w:spacing w:before="0" w:after="80" w:line="259" w:lineRule="auto"/>
        <w:ind w:firstLine="360"/>
      </w:pPr>
      <w:r>
        <w:rPr>
          <w:rFonts w:ascii="Noto Serif CJK SC" w:hAnsi="Noto Serif CJK SC" w:eastAsia="Noto Serif CJK SC"/>
        </w:rPr>
        <w:t>问：中道义有真实之相吗？答：非也。真假皆不可得。中道义乃既不废假，亦不执真也。空假皆不住也，无取无舍也。</w:t>
      </w:r>
    </w:p>
    <w:p>
      <w:pPr>
        <w:spacing w:before="0" w:after="80" w:line="259" w:lineRule="auto"/>
        <w:ind w:firstLine="360"/>
      </w:pPr>
      <w:r>
        <w:rPr>
          <w:rFonts w:ascii="Noto Serif CJK SC" w:hAnsi="Noto Serif CJK SC" w:eastAsia="Noto Serif CJK SC"/>
        </w:rPr>
        <w:t>问：有人问太虚：蛇斩二断，佛性在那一段？答：佛性无所不在。</w:t>
      </w:r>
    </w:p>
    <w:p>
      <w:pPr>
        <w:spacing w:before="0" w:after="80" w:line="259" w:lineRule="auto"/>
        <w:ind w:firstLine="360"/>
      </w:pPr>
      <w:r>
        <w:rPr>
          <w:rFonts w:ascii="Noto Serif CJK SC" w:hAnsi="Noto Serif CJK SC" w:eastAsia="Noto Serif CJK SC"/>
        </w:rPr>
        <w:t>问：我们看的经书太多了，好不好呢？答：太多就开杂货店了，这样就知解太多。所以我们师父说在百座中不要看书，免得干扰你打坐的专一心。知见多了，不易得定。</w:t>
      </w:r>
    </w:p>
    <w:p>
      <w:pPr>
        <w:spacing w:before="0" w:after="80" w:line="259" w:lineRule="auto"/>
        <w:ind w:firstLine="360"/>
      </w:pPr>
      <w:r>
        <w:rPr>
          <w:rFonts w:ascii="Noto Serif CJK SC" w:hAnsi="Noto Serif CJK SC" w:eastAsia="Noto Serif CJK SC"/>
        </w:rPr>
        <w:t>问：今世不能成佛怎么办？答：可往生净土，也可再来投胎做人。要发大愿，愿力不可思议，要真心切愿，成佛度众生。世尊发愿在五浊恶世度众生，到最苦的地方度众生。</w:t>
      </w:r>
    </w:p>
    <w:p>
      <w:pPr>
        <w:spacing w:before="0" w:after="80" w:line="259" w:lineRule="auto"/>
        <w:ind w:firstLine="360"/>
      </w:pPr>
      <w:r>
        <w:rPr>
          <w:rFonts w:ascii="Noto Serif CJK SC" w:hAnsi="Noto Serif CJK SC" w:eastAsia="Noto Serif CJK SC"/>
        </w:rPr>
        <w:t>问：因果也是缘起的假相吗？答：当然了！唯佛一人超出因果，大菩萨还跳不出因果的圈子。</w:t>
      </w:r>
    </w:p>
    <w:p>
      <w:pPr>
        <w:spacing w:before="0" w:after="80" w:line="259" w:lineRule="auto"/>
        <w:ind w:firstLine="360"/>
      </w:pPr>
      <w:r>
        <w:rPr>
          <w:rFonts w:ascii="Noto Serif CJK SC" w:hAnsi="Noto Serif CJK SC" w:eastAsia="Noto Serif CJK SC"/>
        </w:rPr>
        <w:t>问：梦中佛事是否指没有见性的人拜佛念经做功德一类的事？答：说法度生，也是梦中佛事也。</w:t>
      </w:r>
    </w:p>
    <w:p>
      <w:pPr>
        <w:spacing w:before="0" w:after="80" w:line="259" w:lineRule="auto"/>
        <w:ind w:firstLine="360"/>
      </w:pPr>
      <w:r>
        <w:rPr>
          <w:rFonts w:ascii="Noto Serif CJK SC" w:hAnsi="Noto Serif CJK SC" w:eastAsia="Noto Serif CJK SC"/>
        </w:rPr>
        <w:t>问：我们学生读书应如何起用？考试的时候又该怎么办？答：老师讲课的时候，你听得清爽，记在脑子里，明白了，就是起用。如果读书时，你想别的事情，老师讲的你没听到，考试考不出来，那就不起用了嘛！不是死记，要懂。“得意忘言道义亲”，不能死在句下。</w:t>
      </w:r>
    </w:p>
    <w:p>
      <w:pPr>
        <w:spacing w:before="0" w:after="80" w:line="259" w:lineRule="auto"/>
        <w:ind w:firstLine="360"/>
      </w:pPr>
      <w:r>
        <w:rPr>
          <w:rFonts w:ascii="Noto Serif CJK SC" w:hAnsi="Noto Serif CJK SC" w:eastAsia="Noto Serif CJK SC"/>
        </w:rPr>
        <w:t>问：做功夫有什么决窍？答：不要着神奇，玄妙，认识这一念不生，了了分明的灵知就是当人的本性。以平常心，处理一切事务而一丝不可得。</w:t>
      </w:r>
    </w:p>
    <w:p>
      <w:pPr>
        <w:spacing w:before="0" w:after="80" w:line="259" w:lineRule="auto"/>
        <w:ind w:firstLine="360"/>
      </w:pPr>
      <w:r>
        <w:rPr>
          <w:rFonts w:ascii="Noto Serif CJK SC" w:hAnsi="Noto Serif CJK SC" w:eastAsia="Noto Serif CJK SC"/>
        </w:rPr>
        <w:t>问：道理说来说去是这么简单，可做起来总是走失？答：佛法本来就这么简单，没什么玄妙复杂。但多生积习，非一日可除，因这积习也非一生所积，故除起来也须长时期的精修磨炼。学人只需时时觉察，损之又损，自有水到渠成，圆证果地之日。</w:t>
      </w:r>
    </w:p>
    <w:p>
      <w:pPr>
        <w:spacing w:before="0" w:after="80" w:line="259" w:lineRule="auto"/>
        <w:ind w:firstLine="360"/>
      </w:pPr>
      <w:r>
        <w:rPr>
          <w:rFonts w:ascii="Noto Serif CJK SC" w:hAnsi="Noto Serif CJK SC" w:eastAsia="Noto Serif CJK SC"/>
        </w:rPr>
        <w:t>问：怎么能迅速成就？答：一切众生本来是佛，还想成就个什么？一切无求无著，但息妄，莫求真，自然归家稳坐。</w:t>
      </w:r>
    </w:p>
    <w:p>
      <w:pPr>
        <w:spacing w:before="0" w:after="80" w:line="259" w:lineRule="auto"/>
        <w:ind w:firstLine="360"/>
      </w:pPr>
      <w:r>
        <w:rPr>
          <w:rFonts w:ascii="Noto Serif CJK SC" w:hAnsi="Noto Serif CJK SC" w:eastAsia="Noto Serif CJK SC"/>
        </w:rPr>
        <w:t>问：听说中脉及左右二脉通后就是报身成就，可有此说法？答：这好像是外道、邪门的说法。我们的色身是业报身，不是佛报身。你在这色身上做工夫，是大大的错误，你如此修法，直到弥勒佛下世，亦成就不了佛。</w:t>
      </w:r>
    </w:p>
    <w:p>
      <w:pPr>
        <w:spacing w:before="0" w:after="80" w:line="259" w:lineRule="auto"/>
        <w:ind w:firstLine="360"/>
      </w:pPr>
      <w:r>
        <w:rPr>
          <w:rFonts w:ascii="Noto Serif CJK SC" w:hAnsi="Noto Serif CJK SC" w:eastAsia="Noto Serif CJK SC"/>
        </w:rPr>
        <w:t>问：密勒日巴尊者已至“修行是个大妄念，不修</w:t>
      </w:r>
    </w:p>
    <w:p>
      <w:pPr>
        <w:spacing w:before="0" w:after="80" w:line="259" w:lineRule="auto"/>
        <w:ind w:firstLine="360"/>
      </w:pPr>
      <w:r>
        <w:rPr>
          <w:rFonts w:ascii="Noto Serif CJK SC" w:hAnsi="Noto Serif CJK SC" w:eastAsia="Noto Serif CJK SC"/>
        </w:rPr>
        <w:t>亦是大妄念”的境界，但却厌烦酬答施主，希望往雪山修行。为什么？是习气未尽么？答：其实话已说尽，还要请他说法，说一句无说之说：到雪山无人处，无话说时，看是什么？会么？</w:t>
      </w:r>
    </w:p>
    <w:p>
      <w:pPr>
        <w:spacing w:before="0" w:after="80" w:line="259" w:lineRule="auto"/>
        <w:ind w:firstLine="360"/>
      </w:pPr>
      <w:r>
        <w:rPr>
          <w:rFonts w:ascii="Noto Serif CJK SC" w:hAnsi="Noto Serif CJK SC" w:eastAsia="Noto Serif CJK SC"/>
        </w:rPr>
        <w:t>问：近来对一切有相佛法难以产生恭敬心，看得见的世界尚属虚幻，看不见的世界又如何令人产生绝对信心呢？答：相虽属虚幻，但不是没有作用。所以说非空非有，有即是空，空即是有，二边具不能住。天空之大，世界之多，现代科学尚不能测其端倪。只有佛眼明净，一清二楚。你只一心按佛法修持，到根尘脱落时，所谓看不见的世界自然得见。</w:t>
      </w:r>
    </w:p>
    <w:p>
      <w:pPr>
        <w:spacing w:before="0" w:after="80" w:line="259" w:lineRule="auto"/>
        <w:ind w:firstLine="360"/>
      </w:pPr>
      <w:r>
        <w:rPr>
          <w:rFonts w:ascii="Noto Serif CJK SC" w:hAnsi="Noto Serif CJK SC" w:eastAsia="Noto Serif CJK SC"/>
        </w:rPr>
        <w:t>问：如何才能振兴佛教？答：着相的人多，无住的人少；迷信的人多，智信的人少；求佛的人多，用功的人少。出家人做佛事赶经忏的多，真正用功修行的也很少。很可惜，所以</w:t>
      </w:r>
    </w:p>
    <w:p>
      <w:pPr>
        <w:spacing w:before="0" w:after="80" w:line="259" w:lineRule="auto"/>
        <w:ind w:firstLine="360"/>
      </w:pPr>
      <w:r>
        <w:rPr>
          <w:rFonts w:ascii="Noto Serif CJK SC" w:hAnsi="Noto Serif CJK SC" w:eastAsia="Noto Serif CJK SC"/>
        </w:rPr>
        <w:t>佛教才不景气。只要大家都好好地用功修行，那佛教就有希望了。</w:t>
      </w:r>
    </w:p>
    <w:p>
      <w:pPr>
        <w:spacing w:before="0" w:after="80" w:line="259" w:lineRule="auto"/>
        <w:ind w:firstLine="360"/>
      </w:pPr>
      <w:r>
        <w:rPr>
          <w:rFonts w:ascii="Noto Serif CJK SC" w:hAnsi="Noto Serif CJK SC" w:eastAsia="Noto Serif CJK SC"/>
        </w:rPr>
        <w:t>问：我想在师父出国前，与几位同修来拜见您，聆听教诲，可否？答：一切无住，潇洒自在是大神用。佛法精华全具于此。此外有说，皆是魔说。不见云门大师说：“即此见闻非见闻，无余声色可呈君。”还有什么可说的呢？何必再徒劳往返，浪费精神？还是在家安养吧。</w:t>
      </w:r>
    </w:p>
    <w:p>
      <w:pPr>
        <w:spacing w:before="0" w:after="80" w:line="259" w:lineRule="auto"/>
        <w:ind w:firstLine="360"/>
      </w:pPr>
      <w:r>
        <w:rPr>
          <w:rFonts w:ascii="Noto Serif CJK SC" w:hAnsi="Noto Serif CJK SC" w:eastAsia="Noto Serif CJK SC"/>
        </w:rPr>
        <w:t>问：不动心，脑子是否会迟钝？答：不会的，脑子反应反而快。不动心，不是说不起心用，而是不执着假相，为它所转而已，我们知道一切事相都是假的，不动心，什么事情来了，一来马上就反应，更灵敏了。妄想多了反而会迟钝。我们做事情要善运正念，否则怎么做事？但做事时心不住相，随缘应付，没有杂念，清清楚楚，明明白白。</w:t>
      </w:r>
    </w:p>
    <w:p>
      <w:pPr>
        <w:spacing w:before="0" w:after="80" w:line="259" w:lineRule="auto"/>
        <w:ind w:firstLine="360"/>
      </w:pPr>
      <w:r>
        <w:rPr>
          <w:rFonts w:ascii="Noto Serif CJK SC" w:hAnsi="Noto Serif CJK SC" w:eastAsia="Noto Serif CJK SC"/>
        </w:rPr>
        <w:t>问：我有时会用经书上看到的知识来评判自己的</w:t>
      </w:r>
    </w:p>
    <w:p>
      <w:pPr>
        <w:spacing w:before="0" w:after="80" w:line="259" w:lineRule="auto"/>
        <w:ind w:firstLine="360"/>
      </w:pPr>
      <w:r>
        <w:rPr>
          <w:rFonts w:ascii="Noto Serif CJK SC" w:hAnsi="Noto Serif CJK SC" w:eastAsia="Noto Serif CJK SC"/>
        </w:rPr>
        <w:t>情况，这对吗？答：是有用的。可以将自己的言行与经书上的道理对照，检查自己有什么不对。寺院里早晚课的作用，就是教我们怎么做人，明白怎么修行。诵晚课是对照经文检查自己，这一天的行为做得对不对；早课是提醒自己，这一天的行为须按经文所说去做。</w:t>
      </w:r>
    </w:p>
    <w:p>
      <w:pPr>
        <w:spacing w:before="0" w:after="80" w:line="259" w:lineRule="auto"/>
        <w:ind w:firstLine="360"/>
      </w:pPr>
      <w:r>
        <w:rPr>
          <w:rFonts w:ascii="Noto Serif CJK SC" w:hAnsi="Noto Serif CJK SC" w:eastAsia="Noto Serif CJK SC"/>
        </w:rPr>
        <w:t>问：《大集经》里说：“末法时代罕一得道”，这个得道是指什么？答：解决分段生死，断思惑，证无生，超轮回而常住。末法时代众生障重慧浅，恶习深厚很难做到。</w:t>
      </w:r>
    </w:p>
    <w:p>
      <w:pPr>
        <w:spacing w:before="0" w:after="80" w:line="259" w:lineRule="auto"/>
        <w:ind w:firstLine="360"/>
      </w:pPr>
      <w:r>
        <w:rPr>
          <w:rFonts w:ascii="Noto Serif CJK SC" w:hAnsi="Noto Serif CJK SC" w:eastAsia="Noto Serif CJK SC"/>
        </w:rPr>
        <w:t>问：怎样理解无念为宗？答：无是无一切妄念分别，念是念真如觉性。念真如即念本性，一念不生，了了分明，念念在本位上，保护它，时时刻刻见性，这是真用功。我们用功是灵活的，巧妙得很，不是死板的。</w:t>
      </w:r>
    </w:p>
    <w:p>
      <w:pPr>
        <w:spacing w:before="0" w:after="80" w:line="259" w:lineRule="auto"/>
        <w:ind w:firstLine="360"/>
      </w:pPr>
      <w:r>
        <w:rPr>
          <w:rFonts w:ascii="Noto Serif CJK SC" w:hAnsi="Noto Serif CJK SC" w:eastAsia="Noto Serif CJK SC"/>
        </w:rPr>
        <w:t>问：处处要空，会不会落空？</w:t>
      </w:r>
    </w:p>
    <w:p>
      <w:pPr>
        <w:spacing w:before="0" w:after="80" w:line="259" w:lineRule="auto"/>
        <w:ind w:firstLine="360"/>
      </w:pPr>
      <w:r>
        <w:rPr>
          <w:rFonts w:ascii="Noto Serif CJK SC" w:hAnsi="Noto Serif CJK SC" w:eastAsia="Noto Serif CJK SC"/>
        </w:rPr>
        <w:t>答：佛法所说的空是说一切事物皆不可得，不是说无有事物也，所说真空妙有！空是空却执妄相的幻念。不是说不起妙用也，有由心得显，有而不有，所以无可执著。有人口口声声说空，但却心心著有，不行。即使真能“空诸所有”，不能显现大悲妙用，正是“实诸所无”，落在空无一边。</w:t>
      </w:r>
    </w:p>
    <w:p>
      <w:pPr>
        <w:spacing w:before="0" w:after="80" w:line="259" w:lineRule="auto"/>
        <w:ind w:firstLine="360"/>
      </w:pPr>
      <w:r>
        <w:rPr>
          <w:rFonts w:ascii="Noto Serif CJK SC" w:hAnsi="Noto Serif CJK SC" w:eastAsia="Noto Serif CJK SC"/>
        </w:rPr>
        <w:t>问：有人念弥陀心咒一千座后又去念阿弥陀佛，这样可以吗？</w:t>
      </w:r>
    </w:p>
    <w:p>
      <w:pPr>
        <w:spacing w:before="0" w:after="80" w:line="259" w:lineRule="auto"/>
        <w:ind w:firstLine="360"/>
      </w:pPr>
      <w:r>
        <w:rPr>
          <w:rFonts w:ascii="Noto Serif CJK SC" w:hAnsi="Noto Serif CJK SC" w:eastAsia="Noto Serif CJK SC"/>
        </w:rPr>
        <w:t>答：弥陀心咒就是阿弥陀佛。心咒是佛菩萨的心</w:t>
      </w:r>
    </w:p>
    <w:p>
      <w:pPr>
        <w:spacing w:before="0" w:after="80" w:line="259" w:lineRule="auto"/>
        <w:ind w:firstLine="360"/>
      </w:pPr>
      <w:r>
        <w:rPr>
          <w:rFonts w:ascii="Noto Serif CJK SC" w:hAnsi="Noto Serif CJK SC" w:eastAsia="Noto Serif CJK SC"/>
        </w:rPr>
        <w:t>力，力量大，七遍咒相当于一千遍佛号。当然也应该多念阿弥陀佛的名号。因为除了深入阿弥陀佛的法界心体外，更要显现弥陀的慈悲愿海，救度方便，使自利利他的功德能圆满成就。所以心咒乃佛的心体妙能，佛名是佛悲愿外显，内外一致，体用不二，方能圆成净土的事理功德。</w:t>
      </w:r>
    </w:p>
    <w:p>
      <w:pPr>
        <w:spacing w:before="0" w:after="80" w:line="259" w:lineRule="auto"/>
        <w:ind w:firstLine="360"/>
      </w:pPr>
      <w:r>
        <w:rPr>
          <w:rFonts w:ascii="Noto Serif CJK SC" w:hAnsi="Noto Serif CJK SC" w:eastAsia="Noto Serif CJK SC"/>
        </w:rPr>
        <w:t>问：证到佛位还会迷失吗？答：不会的。佛经中形容它如出矿之金，不与泥沙矿石混在一块了。众生犹如在矿之金，不是没有金，</w:t>
      </w:r>
    </w:p>
    <w:p>
      <w:pPr>
        <w:spacing w:before="0" w:after="80" w:line="259" w:lineRule="auto"/>
        <w:ind w:firstLine="360"/>
      </w:pPr>
      <w:r>
        <w:rPr>
          <w:rFonts w:ascii="Noto Serif CJK SC" w:hAnsi="Noto Serif CJK SC" w:eastAsia="Noto Serif CJK SC"/>
        </w:rPr>
        <w:t>但与砂石混在一起，所以迷于事物。修行断尽了无明就是去净了沙、石的纯金。就不会再迷失了。</w:t>
      </w:r>
    </w:p>
    <w:p>
      <w:pPr>
        <w:spacing w:before="0" w:after="80" w:line="259" w:lineRule="auto"/>
        <w:ind w:firstLine="360"/>
      </w:pPr>
      <w:r>
        <w:rPr>
          <w:rFonts w:ascii="Noto Serif CJK SC" w:hAnsi="Noto Serif CJK SC" w:eastAsia="Noto Serif CJK SC"/>
        </w:rPr>
        <w:t>问：我们为什么要发愿呢？</w:t>
      </w:r>
    </w:p>
    <w:p>
      <w:pPr>
        <w:spacing w:before="0" w:after="80" w:line="259" w:lineRule="auto"/>
        <w:ind w:firstLine="360"/>
      </w:pPr>
      <w:r>
        <w:rPr>
          <w:rFonts w:ascii="Noto Serif CJK SC" w:hAnsi="Noto Serif CJK SC" w:eastAsia="Noto Serif CJK SC"/>
        </w:rPr>
        <w:t>答：愿为一切事物成功之母。愿能成事。所以修</w:t>
      </w:r>
    </w:p>
    <w:p>
      <w:pPr>
        <w:spacing w:before="0" w:after="80" w:line="259" w:lineRule="auto"/>
        <w:ind w:firstLine="360"/>
      </w:pPr>
      <w:r>
        <w:rPr>
          <w:rFonts w:ascii="Noto Serif CJK SC" w:hAnsi="Noto Serif CJK SC" w:eastAsia="Noto Serif CJK SC"/>
        </w:rPr>
        <w:t>行须发大愿，要成佛度众生，即不怕艰难困苦，勇猛精进，遇任何挫折也不会退失初心。人如果没有愿，碰到困难就不肯修行了。我们心中心法第一印就是菩提心印，要发成佛的大愿。成佛必须靠众生，佛是福德、智慧两足尊。没有大愿，不做度众生的事，福德从何而来？</w:t>
      </w:r>
    </w:p>
    <w:p>
      <w:pPr>
        <w:spacing w:before="0" w:after="80" w:line="259" w:lineRule="auto"/>
        <w:ind w:firstLine="360"/>
      </w:pPr>
      <w:r>
        <w:rPr>
          <w:rFonts w:ascii="Noto Serif CJK SC" w:hAnsi="Noto Serif CJK SC" w:eastAsia="Noto Serif CJK SC"/>
        </w:rPr>
        <w:t>问：我确实感到周围的众生，有我的存在。佛感觉到吗？答：佛是圆觉遍照，圆证普利。如果他有此感觉，就不是佛了。以你的凡夫心去度量佛的心，大错了！</w:t>
      </w:r>
    </w:p>
    <w:p>
      <w:pPr>
        <w:spacing w:before="0" w:after="80" w:line="259" w:lineRule="auto"/>
        <w:ind w:firstLine="360"/>
      </w:pPr>
      <w:r>
        <w:rPr>
          <w:rFonts w:ascii="Noto Serif CJK SC" w:hAnsi="Noto Serif CJK SC" w:eastAsia="Noto Serif CJK SC"/>
        </w:rPr>
        <w:t>问：兜率净土与西方净土有何区别？答：是一样的。兜率净土是我们娑婆世界的净土。</w:t>
      </w:r>
    </w:p>
    <w:p>
      <w:pPr>
        <w:spacing w:before="0" w:after="80" w:line="259" w:lineRule="auto"/>
        <w:ind w:firstLine="360"/>
      </w:pPr>
      <w:r>
        <w:rPr>
          <w:rFonts w:ascii="Noto Serif CJK SC" w:hAnsi="Noto Serif CJK SC" w:eastAsia="Noto Serif CJK SC"/>
        </w:rPr>
        <w:t>释迦佛是从兜率天下降的，将来弥勒佛也要从兜率天下降，而且将来的佛都要从兜率天下降。我们这个劫是贤劫，有千尊佛出世。释迦佛是第四尊佛，还有九百九十六尊佛出世。一切佛都从兜率内院下降。所以许多禅宗大祖师都是上升兜率内院去。西方、东方都不出我们本性之外，西方的净土和兜率净土无二无别。</w:t>
      </w:r>
    </w:p>
    <w:p>
      <w:pPr>
        <w:spacing w:before="0" w:after="80" w:line="259" w:lineRule="auto"/>
        <w:ind w:firstLine="360"/>
      </w:pPr>
      <w:r>
        <w:rPr>
          <w:rFonts w:ascii="Noto Serif CJK SC" w:hAnsi="Noto Serif CJK SC" w:eastAsia="Noto Serif CJK SC"/>
        </w:rPr>
        <w:t>问：有没有极乐世界？答：有。但非实有，乃真空妙有。心经云：色即是空，空即是色，色空不二，不可执著。阿弥陀佛也要退位的，由观世音菩萨继位。它比现在的极乐世界还要好。因为观世音菩萨的功德大，他早已成佛，为度众生而现菩萨身。但他也要退位的，由大势至菩萨继位。所以金刚经云：凡所有相皆是虚妄。</w:t>
      </w:r>
    </w:p>
    <w:p>
      <w:pPr>
        <w:spacing w:before="0" w:after="80" w:line="259" w:lineRule="auto"/>
        <w:ind w:firstLine="360"/>
      </w:pPr>
      <w:r>
        <w:rPr>
          <w:rFonts w:ascii="Noto Serif CJK SC" w:hAnsi="Noto Serif CJK SC" w:eastAsia="Noto Serif CJK SC"/>
        </w:rPr>
        <w:t>问：《净土十要》对修净土者很重要吗？答：《净土十要》实为修净土的重要典籍。惜今人多不重视，只贪便利，说什么散心念佛亦能生西。因之等到腊月三十到来，不免手忙脚乱，不能生西。</w:t>
      </w:r>
    </w:p>
    <w:p>
      <w:pPr>
        <w:spacing w:before="0" w:after="80" w:line="259" w:lineRule="auto"/>
        <w:ind w:firstLine="360"/>
      </w:pPr>
      <w:r>
        <w:rPr>
          <w:rFonts w:ascii="Noto Serif CJK SC" w:hAnsi="Noto Serif CJK SC" w:eastAsia="Noto Serif CJK SC"/>
        </w:rPr>
        <w:t>问：我心中没有妄念，与西方净土有什么两样？答：心体没有两样。因为随其心净则佛土净。但有人说大话，心不肯空。事情来了他还著相，著相了就不是净土。理明，事跟不上，没用。著相生西方，只能是生凡圣同居土。西方有四土的不同，一者，一心用功念佛了但不知一切皆幻现，执为实有，而生事相的净土，亦得极乐庄严的受用。二者心空无住，证无生正定，了见思惑，则入方便有余净土。三者，以广大菩提悲愿，普行六度万行，四相顿空，实报妙现，则生实报庄严土。四者，果德圆极，三身圆证，四智圆明，寂光圆常，则生常寂光净土。如果只是不生妄念，心不具净土之德，则离真净土远矣！</w:t>
      </w:r>
    </w:p>
    <w:p>
      <w:pPr>
        <w:spacing w:before="0" w:after="80" w:line="259" w:lineRule="auto"/>
        <w:ind w:firstLine="360"/>
      </w:pPr>
      <w:r>
        <w:rPr>
          <w:rFonts w:ascii="Noto Serif CJK SC" w:hAnsi="Noto Serif CJK SC" w:eastAsia="Noto Serif CJK SC"/>
        </w:rPr>
        <w:t>问：如何是戒？</w:t>
      </w:r>
    </w:p>
    <w:p>
      <w:pPr>
        <w:spacing w:before="0" w:after="80" w:line="259" w:lineRule="auto"/>
        <w:ind w:firstLine="360"/>
      </w:pPr>
      <w:r>
        <w:rPr>
          <w:rFonts w:ascii="Noto Serif CJK SC" w:hAnsi="Noto Serif CJK SC" w:eastAsia="Noto Serif CJK SC"/>
        </w:rPr>
        <w:t>答：戒者，戒你心不妄动而易于入定也，故最要</w:t>
      </w:r>
    </w:p>
    <w:p>
      <w:pPr>
        <w:spacing w:before="0" w:after="80" w:line="259" w:lineRule="auto"/>
        <w:ind w:firstLine="360"/>
      </w:pPr>
      <w:r>
        <w:rPr>
          <w:rFonts w:ascii="Noto Serif CJK SC" w:hAnsi="Noto Serif CJK SC" w:eastAsia="Noto Serif CJK SC"/>
        </w:rPr>
        <w:t>紧的是心戒。心不为境界所动，于一切境，无染、无著是一切戒的根本。再由不动的妙心起饶益众生的大悲方便，处处摄受利济，方能具足一切戒的功德。</w:t>
      </w:r>
    </w:p>
    <w:p>
      <w:pPr>
        <w:spacing w:before="0" w:after="80" w:line="259" w:lineRule="auto"/>
        <w:ind w:firstLine="360"/>
      </w:pPr>
      <w:r>
        <w:rPr>
          <w:rFonts w:ascii="Noto Serif CJK SC" w:hAnsi="Noto Serif CJK SC" w:eastAsia="Noto Serif CJK SC"/>
        </w:rPr>
        <w:t>问：善行是否主要是对治自己以往自私自利的习惯，达到“无我之境”的一种方便呢？答：善行的确很重要，但不是最主要的，主要还在开智慧。“佛”者，乃觉悟不着相之人也。如不开智慧只作善事，充其量不过做个享福之人罢了。福享</w:t>
      </w:r>
    </w:p>
    <w:p>
      <w:pPr>
        <w:spacing w:before="0" w:after="80" w:line="259" w:lineRule="auto"/>
        <w:ind w:firstLine="360"/>
      </w:pPr>
      <w:r>
        <w:rPr>
          <w:rFonts w:ascii="Noto Serif CJK SC" w:hAnsi="Noto Serif CJK SC" w:eastAsia="Noto Serif CJK SC"/>
        </w:rPr>
        <w:t>完了，还要下地狱，仍不能了生死。但如果明悟心性</w:t>
      </w:r>
    </w:p>
    <w:p>
      <w:pPr>
        <w:spacing w:before="0" w:after="80" w:line="259" w:lineRule="auto"/>
        <w:ind w:firstLine="360"/>
      </w:pPr>
      <w:r>
        <w:rPr>
          <w:rFonts w:ascii="Noto Serif CJK SC" w:hAnsi="Noto Serif CJK SC" w:eastAsia="Noto Serif CJK SC"/>
        </w:rPr>
        <w:t>后，以菩提心去做一切利生之善行，则一切善行又能成为修道上的增上缘。</w:t>
      </w:r>
    </w:p>
    <w:p>
      <w:pPr>
        <w:spacing w:before="0" w:after="80" w:line="259" w:lineRule="auto"/>
        <w:ind w:firstLine="360"/>
      </w:pPr>
      <w:r>
        <w:rPr>
          <w:rFonts w:ascii="Noto Serif CJK SC" w:hAnsi="Noto Serif CJK SC" w:eastAsia="Noto Serif CJK SC"/>
        </w:rPr>
        <w:t>问：世上很多人不信佛，还讥笑学佛人。故“要</w:t>
      </w:r>
    </w:p>
    <w:p>
      <w:pPr>
        <w:spacing w:before="0" w:after="80" w:line="259" w:lineRule="auto"/>
        <w:ind w:firstLine="360"/>
      </w:pPr>
      <w:r>
        <w:rPr>
          <w:rFonts w:ascii="Noto Serif CJK SC" w:hAnsi="Noto Serif CJK SC" w:eastAsia="Noto Serif CJK SC"/>
        </w:rPr>
        <w:t>发愿救度一切众生”是否很难或不切实际？是不是只救有缘众生？答：发愿要广，不可分别有缘无缘以及亲疏远近。至于能否得度，这就须看因缘如何了，佛亦不能度无缘众生啊！</w:t>
      </w:r>
    </w:p>
    <w:p>
      <w:pPr>
        <w:spacing w:before="0" w:after="80" w:line="259" w:lineRule="auto"/>
        <w:ind w:firstLine="360"/>
      </w:pPr>
      <w:r>
        <w:rPr>
          <w:rFonts w:ascii="Noto Serif CJK SC" w:hAnsi="Noto Serif CJK SC" w:eastAsia="Noto Serif CJK SC"/>
        </w:rPr>
        <w:t>问：要度众生，首先自己要开悟，要有神通。否则谈不上度人，人家也不信你。但如果只顾自己修法，又不度人，会被斥为自了汉。如何看待这种观点？</w:t>
      </w:r>
    </w:p>
    <w:p>
      <w:pPr>
        <w:spacing w:before="0" w:after="80" w:line="259" w:lineRule="auto"/>
        <w:ind w:firstLine="360"/>
      </w:pPr>
      <w:r>
        <w:rPr>
          <w:rFonts w:ascii="Noto Serif CJK SC" w:hAnsi="Noto Serif CJK SC" w:eastAsia="Noto Serif CJK SC"/>
        </w:rPr>
        <w:t>答：你的观点错了。现在自己修法正是为了度人</w:t>
      </w:r>
    </w:p>
    <w:p>
      <w:pPr>
        <w:spacing w:before="0" w:after="80" w:line="259" w:lineRule="auto"/>
        <w:ind w:firstLine="360"/>
      </w:pPr>
      <w:r>
        <w:rPr>
          <w:rFonts w:ascii="Noto Serif CJK SC" w:hAnsi="Noto Serif CJK SC" w:eastAsia="Noto Serif CJK SC"/>
        </w:rPr>
        <w:t>而修的，不是为了自己寻快乐而修行，这就是菩萨心</w:t>
      </w:r>
    </w:p>
    <w:p>
      <w:pPr>
        <w:spacing w:before="0" w:after="80" w:line="259" w:lineRule="auto"/>
        <w:ind w:firstLine="360"/>
      </w:pPr>
      <w:r>
        <w:rPr>
          <w:rFonts w:ascii="Noto Serif CJK SC" w:hAnsi="Noto Serif CJK SC" w:eastAsia="Noto Serif CJK SC"/>
        </w:rPr>
        <w:t>肠的大乘法。反之，只为了自己出苦海，不顾他人即为小乘法。另外，度人不在神通，而在道眼明正，不致使人入歧途。假如以神通来度人，那么外道与魔王都有神通，他们都能度人吗？你们修法都著神通，这是大错！须知成佛不在神通而在开发般若！</w:t>
      </w:r>
    </w:p>
    <w:p>
      <w:pPr>
        <w:spacing w:before="0" w:after="80" w:line="259" w:lineRule="auto"/>
        <w:ind w:firstLine="360"/>
      </w:pPr>
      <w:r>
        <w:rPr>
          <w:rFonts w:ascii="Noto Serif CJK SC" w:hAnsi="Noto Serif CJK SC" w:eastAsia="Noto Serif CJK SC"/>
        </w:rPr>
        <w:t>问：请问师父理上悟的和亲证的体应该是一个吧？答：对！体虽无异，但事用不同。理悟的只是知解，遇事则非，证悟的，则能遇事不惑，对境不动。</w:t>
      </w:r>
    </w:p>
    <w:p>
      <w:pPr>
        <w:spacing w:before="0" w:after="80" w:line="259" w:lineRule="auto"/>
        <w:ind w:firstLine="360"/>
      </w:pPr>
      <w:r>
        <w:rPr>
          <w:rFonts w:ascii="Noto Serif CJK SC" w:hAnsi="Noto Serif CJK SC" w:eastAsia="Noto Serif CJK SC"/>
        </w:rPr>
        <w:t>问：正定和普通睡眠的区别？答：等你定功深入，睡着亦是了了分明的，而不是昏昏沉沉的。</w:t>
      </w:r>
    </w:p>
    <w:p>
      <w:pPr>
        <w:spacing w:before="0" w:after="80" w:line="259" w:lineRule="auto"/>
        <w:ind w:firstLine="360"/>
      </w:pPr>
      <w:r>
        <w:rPr>
          <w:rFonts w:ascii="Noto Serif CJK SC" w:hAnsi="Noto Serif CJK SC" w:eastAsia="Noto Serif CJK SC"/>
        </w:rPr>
        <w:t>问：怎样才是真性妙用？答：做事而不著相，不起二念，做等于没有做，</w:t>
      </w:r>
    </w:p>
    <w:p>
      <w:pPr>
        <w:spacing w:before="0" w:after="80" w:line="259" w:lineRule="auto"/>
        <w:ind w:firstLine="360"/>
      </w:pPr>
      <w:r>
        <w:rPr>
          <w:rFonts w:ascii="Noto Serif CJK SC" w:hAnsi="Noto Serif CJK SC" w:eastAsia="Noto Serif CJK SC"/>
        </w:rPr>
        <w:t>这就是真性的妙用。乃至穿衣吃饭、迎宾、送客等等，都是自性的全体大用。</w:t>
      </w:r>
    </w:p>
    <w:p>
      <w:pPr>
        <w:spacing w:before="0" w:after="80" w:line="259" w:lineRule="auto"/>
        <w:ind w:firstLine="360"/>
      </w:pPr>
      <w:r>
        <w:rPr>
          <w:rFonts w:ascii="Noto Serif CJK SC" w:hAnsi="Noto Serif CJK SC" w:eastAsia="Noto Serif CJK SC"/>
        </w:rPr>
        <w:t>问：我现在知道了，一切东西全是佛性的变化。但还会感到痛苦，尤其生病时感肉体上的痛苦。碰到物质上有障碍时，亦作不了主了。答：你还是著相心未曾空啊！而且定力很差，你应该多打坐，培养定力。理解是妄识，不管用。必须将你身心世界化空，那才行。真正保护心不随境界转，走路也会脱掉，没有个“我”在走路，没有马路，没有汽车，照样会到目的地。真做功夫时，睡梦中也会脱掉。解悟不行，一定要证悟。要透得过，一定要好好做功夫。</w:t>
      </w:r>
    </w:p>
    <w:p>
      <w:pPr>
        <w:spacing w:before="0" w:after="80" w:line="259" w:lineRule="auto"/>
        <w:ind w:firstLine="360"/>
      </w:pPr>
      <w:r>
        <w:rPr>
          <w:rFonts w:ascii="Noto Serif CJK SC" w:hAnsi="Noto Serif CJK SC" w:eastAsia="Noto Serif CJK SC"/>
        </w:rPr>
        <w:t>问：真正修行的人，知道得越少，见解越少越好。只需依止善知识与一两部经典，而不必广研经论，老实参禅念佛，必能大事成就。这种说法对吗？答：修法不是不研习经论。不懂道理，怎么修呢？这种说法是怕人着在文字里，钻牛角尖，不去实修，而耽误了修行。如能在精通教理后，一切放下，不再</w:t>
      </w:r>
    </w:p>
    <w:p>
      <w:pPr>
        <w:spacing w:before="0" w:after="80" w:line="259" w:lineRule="auto"/>
        <w:ind w:firstLine="360"/>
      </w:pPr>
      <w:r>
        <w:rPr>
          <w:rFonts w:ascii="Noto Serif CJK SC" w:hAnsi="Noto Serif CJK SC" w:eastAsia="Noto Serif CJK SC"/>
        </w:rPr>
        <w:t>执文字相，而脚踏实地的去修，那是最好了。</w:t>
      </w:r>
    </w:p>
    <w:p>
      <w:pPr>
        <w:spacing w:before="0" w:after="80" w:line="259" w:lineRule="auto"/>
        <w:ind w:firstLine="360"/>
      </w:pPr>
      <w:r>
        <w:rPr>
          <w:rFonts w:ascii="Noto Serif CJK SC" w:hAnsi="Noto Serif CJK SC" w:eastAsia="Noto Serif CJK SC"/>
        </w:rPr>
        <w:t>问：请师父谈谈“意生身”。？答：意生身个个都能出，它是从第七识生出来的。上面的眼、耳、鼻、舌、身、意封住它时，它就出不来了。现在我们六根不清净，乱动脑筋，见相着相，就把它封住了。等你清净到一定程度，它就自己出来了。做气功做得好的，心清净了，也能出来。不过只能出一个，还不能够要出就出。入三昧时能出，不入三昧时就不能出。</w:t>
      </w:r>
    </w:p>
    <w:p>
      <w:pPr>
        <w:spacing w:before="0" w:after="80" w:line="259" w:lineRule="auto"/>
        <w:ind w:firstLine="360"/>
      </w:pPr>
      <w:r>
        <w:rPr>
          <w:rFonts w:ascii="Noto Serif CJK SC" w:hAnsi="Noto Serif CJK SC" w:eastAsia="Noto Serif CJK SC"/>
        </w:rPr>
        <w:t>问：现在还没有见性，能不能起用？答：一切起用都是我们佛性的作用，否则怎么会讲话，听话呢？这就是起用啊！我们在作用中不住相就是妙用。不是坐在那里不动，不起作用。要灵活，要认真做事而不着相，这就是起用。</w:t>
      </w:r>
    </w:p>
    <w:p>
      <w:pPr>
        <w:spacing w:before="0" w:after="80" w:line="259" w:lineRule="auto"/>
        <w:ind w:firstLine="360"/>
      </w:pPr>
      <w:r>
        <w:rPr>
          <w:rFonts w:ascii="Noto Serif CJK SC" w:hAnsi="Noto Serif CJK SC" w:eastAsia="Noto Serif CJK SC"/>
        </w:rPr>
        <w:t>问：中阴身与意生身的区别？答：两者不同。中阴身是前身已死，后身未形成，</w:t>
      </w:r>
    </w:p>
    <w:p>
      <w:pPr>
        <w:spacing w:before="0" w:after="80" w:line="259" w:lineRule="auto"/>
        <w:ind w:firstLine="360"/>
      </w:pPr>
      <w:r>
        <w:rPr>
          <w:rFonts w:ascii="Noto Serif CJK SC" w:hAnsi="Noto Serif CJK SC" w:eastAsia="Noto Serif CJK SC"/>
        </w:rPr>
        <w:t>还没有投胎时的阴身。而意生身不是每个人都有的，要修行有一定功夫的人才有。是为济度众生如意受生</w:t>
      </w:r>
    </w:p>
    <w:p>
      <w:pPr>
        <w:spacing w:before="0" w:after="80" w:line="259" w:lineRule="auto"/>
        <w:ind w:firstLine="360"/>
      </w:pPr>
      <w:r>
        <w:rPr>
          <w:rFonts w:ascii="Noto Serif CJK SC" w:hAnsi="Noto Serif CJK SC" w:eastAsia="Noto Serif CJK SC"/>
        </w:rPr>
        <w:t>的菩萨身，意生身有三种：三昧乐正受意生身、觉法</w:t>
      </w:r>
    </w:p>
    <w:p>
      <w:pPr>
        <w:spacing w:before="0" w:after="80" w:line="259" w:lineRule="auto"/>
        <w:ind w:firstLine="360"/>
      </w:pPr>
      <w:r>
        <w:rPr>
          <w:rFonts w:ascii="Noto Serif CJK SC" w:hAnsi="Noto Serif CJK SC" w:eastAsia="Noto Serif CJK SC"/>
        </w:rPr>
        <w:t>自性性意生身、种类俱足无行作意生身。</w:t>
      </w:r>
    </w:p>
    <w:p>
      <w:pPr>
        <w:spacing w:before="0" w:after="80" w:line="259" w:lineRule="auto"/>
        <w:ind w:firstLine="360"/>
      </w:pPr>
      <w:r>
        <w:rPr>
          <w:rFonts w:ascii="Noto Serif CJK SC" w:hAnsi="Noto Serif CJK SC" w:eastAsia="Noto Serif CJK SC"/>
        </w:rPr>
        <w:t>问：灵魂与佛性有什么区别？答：灵魂是佛性与无明的和合。如你没有识得本性，着相的，就是灵魂。有分别心，有粘染的就是灵魂。魂与魄也有区别。有人说三魂七魄，就是三分灵魂七分魄。魂是阳气，魄是阴气。人身上都有阴阳，阴极、阳极。凡夫身上光明的一面只有三分，黑暗的一面有七分，所以要将黑暗的一面，执着的习气化掉。纯阳祖师叫纯阳，即阴气都消光了。著相出不了三界，著了阳神还是有生死，须一点都不著才好。</w:t>
      </w:r>
    </w:p>
    <w:p>
      <w:pPr>
        <w:spacing w:before="0" w:after="80" w:line="259" w:lineRule="auto"/>
        <w:ind w:firstLine="360"/>
      </w:pPr>
      <w:r>
        <w:rPr>
          <w:rFonts w:ascii="Noto Serif CJK SC" w:hAnsi="Noto Serif CJK SC" w:eastAsia="Noto Serif CJK SC"/>
        </w:rPr>
        <w:t>问：等觉菩萨尚有一品生相无明未破，我等凡夫怎么能在二、三年中修了心中心法而破无明，并能住六道里而度生呢？答：不是修心中心法的人都能破尽无明住六道里度生，而是看各人所证深浅，随自己愿望往生净土以</w:t>
      </w:r>
    </w:p>
    <w:p>
      <w:pPr>
        <w:spacing w:before="0" w:after="80" w:line="259" w:lineRule="auto"/>
        <w:ind w:firstLine="360"/>
      </w:pPr>
      <w:r>
        <w:rPr>
          <w:rFonts w:ascii="Noto Serif CJK SC" w:hAnsi="Noto Serif CJK SC" w:eastAsia="Noto Serif CJK SC"/>
        </w:rPr>
        <w:t>了手，或随众生住世度生。</w:t>
      </w:r>
    </w:p>
    <w:p>
      <w:pPr>
        <w:spacing w:before="0" w:after="80" w:line="259" w:lineRule="auto"/>
        <w:ind w:firstLine="360"/>
      </w:pPr>
      <w:r>
        <w:rPr>
          <w:rFonts w:ascii="Noto Serif CJK SC" w:hAnsi="Noto Serif CJK SC" w:eastAsia="Noto Serif CJK SC"/>
        </w:rPr>
        <w:t>问：修到什么程度才能传法？答：修法人真正开悟证道，才有资格传法，“欲知山中路，须问过来人”你不是过来人，不知道路径怎么可以乱传人。修法过程中有疑问需要人指点，如行人在十字路口向哪里转弯，要人指点，你自己没过这条路，怎么能瞎指点人，岂不是以盲引盲，一齐走向地狱去了。</w:t>
      </w:r>
    </w:p>
    <w:p>
      <w:pPr>
        <w:spacing w:before="0" w:after="80" w:line="259" w:lineRule="auto"/>
        <w:ind w:firstLine="360"/>
      </w:pPr>
      <w:r>
        <w:rPr>
          <w:rFonts w:ascii="Noto Serif CJK SC" w:hAnsi="Noto Serif CJK SC" w:eastAsia="Noto Serif CJK SC"/>
        </w:rPr>
        <w:t>问：只怕心不死，不怕不活。先将心死透了，还会活得起来吗？答：心死透，是死去你的执著，不是死去你的妙用。用功过程中应注意适度锻炼。你心在事物上真正死透，不粘着了，当下神用就一起现前了。</w:t>
      </w:r>
    </w:p>
    <w:p>
      <w:pPr>
        <w:spacing w:before="0" w:after="80" w:line="259" w:lineRule="auto"/>
        <w:ind w:firstLine="360"/>
      </w:pPr>
      <w:r>
        <w:rPr>
          <w:rFonts w:ascii="Noto Serif CJK SC" w:hAnsi="Noto Serif CJK SC" w:eastAsia="Noto Serif CJK SC"/>
        </w:rPr>
        <w:t>问：万法皆空，唯有佛性不空。这样的话，佛性</w:t>
      </w:r>
    </w:p>
    <w:p>
      <w:pPr>
        <w:spacing w:before="0" w:after="80" w:line="259" w:lineRule="auto"/>
        <w:ind w:firstLine="360"/>
      </w:pPr>
      <w:r>
        <w:rPr>
          <w:rFonts w:ascii="Noto Serif CJK SC" w:hAnsi="Noto Serif CJK SC" w:eastAsia="Noto Serif CJK SC"/>
        </w:rPr>
        <w:t>与万物岂不看作二物了？答：万法皆空，佛性不空是对初学佛人讲的；万</w:t>
      </w:r>
    </w:p>
    <w:p>
      <w:pPr>
        <w:spacing w:before="0" w:after="80" w:line="259" w:lineRule="auto"/>
        <w:ind w:firstLine="360"/>
      </w:pPr>
      <w:r>
        <w:rPr>
          <w:rFonts w:ascii="Noto Serif CJK SC" w:hAnsi="Noto Serif CJK SC" w:eastAsia="Noto Serif CJK SC"/>
        </w:rPr>
        <w:t>法即佛性是对悟后人说的。二者不可混为一谈。</w:t>
      </w:r>
    </w:p>
    <w:p>
      <w:pPr>
        <w:spacing w:before="0" w:after="80" w:line="259" w:lineRule="auto"/>
        <w:ind w:firstLine="360"/>
      </w:pPr>
      <w:r>
        <w:rPr>
          <w:rFonts w:ascii="Noto Serif CJK SC" w:hAnsi="Noto Serif CJK SC" w:eastAsia="Noto Serif CJK SC"/>
        </w:rPr>
        <w:t>问：“地狱不空，誓不成佛”，地藏王菩萨成佛了吗？答：誓不成佛，是誓不取佛位。如果地藏王菩萨没有佛的资格，他怎能到地狱去度众生？怎能度化十方的菩萨成佛呢？他有佛的资格而不取佛位。其实在</w:t>
      </w:r>
    </w:p>
    <w:p>
      <w:pPr>
        <w:spacing w:before="0" w:after="80" w:line="259" w:lineRule="auto"/>
        <w:ind w:firstLine="360"/>
      </w:pPr>
      <w:r>
        <w:rPr>
          <w:rFonts w:ascii="Noto Serif CJK SC" w:hAnsi="Noto Serif CJK SC" w:eastAsia="Noto Serif CJK SC"/>
        </w:rPr>
        <w:t>地藏王菩萨看来，地狱本来是空的，《心经》讲诸法</w:t>
      </w:r>
    </w:p>
    <w:p>
      <w:pPr>
        <w:spacing w:before="0" w:after="80" w:line="259" w:lineRule="auto"/>
        <w:ind w:firstLine="360"/>
      </w:pPr>
      <w:r>
        <w:rPr>
          <w:rFonts w:ascii="Noto Serif CJK SC" w:hAnsi="Noto Serif CJK SC" w:eastAsia="Noto Serif CJK SC"/>
        </w:rPr>
        <w:t>空相嘛！而且无佛可成才真正成佛！</w:t>
      </w:r>
    </w:p>
    <w:p>
      <w:pPr>
        <w:spacing w:before="0" w:after="80" w:line="259" w:lineRule="auto"/>
        <w:ind w:firstLine="360"/>
      </w:pPr>
      <w:r>
        <w:rPr>
          <w:rFonts w:ascii="Noto Serif CJK SC" w:hAnsi="Noto Serif CJK SC" w:eastAsia="Noto Serif CJK SC"/>
        </w:rPr>
        <w:t>问：“是法住法位，世间相常住”。怎么理解？答：世间法都是桑田沧海，瞬息万变，不常久。我们的身体也不常久。苏东波在《前赤壁赋》里有两句说得很清楚：“客亦知夫水与月乎？逝者如斯，而未尝往也……”你们看水和月亮，水在哗哗地流，水尽管在流却没有减少啊。同样，月亮虽有圆缺时，但也没增减啊！这就告诉我们，事相就是如此，这不就是常住吗？“是法住法位”，就是说一切事相离不开真性，真性常住，世间相也常住，世间只是因缘变迁而已，都是假相。</w:t>
      </w:r>
    </w:p>
    <w:p>
      <w:pPr>
        <w:spacing w:before="0" w:after="80" w:line="259" w:lineRule="auto"/>
        <w:ind w:firstLine="360"/>
      </w:pPr>
      <w:r>
        <w:rPr>
          <w:rFonts w:ascii="Noto Serif CJK SC" w:hAnsi="Noto Serif CJK SC" w:eastAsia="Noto Serif CJK SC"/>
        </w:rPr>
        <w:t>问：见山是山，见水是水，进一步，见山不是山，见水不是水。到后来，见山还是山，见水还是水。怎么理解？答：见山不是山，见水不是水，是正做功夫真切的时候，无所见，一切不著。反过身来，噢，山不过是山，水不过是水，法尔如是，没什么玄妙。于是随缘自在任运无碍了。如果一定要山不是山，水不是水，那就是断灭了。山水都是本性的显现，一切色相都是我们佛性变现的，都是妙用，那么自然就不著相了。</w:t>
      </w:r>
    </w:p>
    <w:p>
      <w:pPr>
        <w:spacing w:before="0" w:after="80" w:line="259" w:lineRule="auto"/>
        <w:ind w:firstLine="360"/>
      </w:pPr>
      <w:r>
        <w:rPr>
          <w:rFonts w:ascii="Noto Serif CJK SC" w:hAnsi="Noto Serif CJK SC" w:eastAsia="Noto Serif CJK SC"/>
        </w:rPr>
        <w:t>问：动念是妙用吗？答：是，动念都是妙用。具体说，动念不住相就</w:t>
      </w:r>
    </w:p>
    <w:p>
      <w:pPr>
        <w:spacing w:before="0" w:after="80" w:line="259" w:lineRule="auto"/>
        <w:ind w:firstLine="360"/>
      </w:pPr>
      <w:r>
        <w:rPr>
          <w:rFonts w:ascii="Noto Serif CJK SC" w:hAnsi="Noto Serif CJK SC" w:eastAsia="Noto Serif CJK SC"/>
        </w:rPr>
        <w:t>是妙用；动念住相是妄想。“恰恰用心时，恰恰无心</w:t>
      </w:r>
    </w:p>
    <w:p>
      <w:pPr>
        <w:spacing w:before="0" w:after="80" w:line="259" w:lineRule="auto"/>
        <w:ind w:firstLine="360"/>
      </w:pPr>
      <w:r>
        <w:rPr>
          <w:rFonts w:ascii="Noto Serif CJK SC" w:hAnsi="Noto Serif CJK SC" w:eastAsia="Noto Serif CJK SC"/>
        </w:rPr>
        <w:t>用；无心恰恰用，常用恰恰无。”这就是妙用。正用心时也无心可用，要“常用恰恰无”，动念不住相，那是海印放光。</w:t>
      </w:r>
    </w:p>
    <w:p>
      <w:pPr>
        <w:spacing w:before="0" w:after="80" w:line="259" w:lineRule="auto"/>
        <w:ind w:firstLine="360"/>
      </w:pPr>
      <w:r>
        <w:rPr>
          <w:rFonts w:ascii="Noto Serif CJK SC" w:hAnsi="Noto Serif CJK SC" w:eastAsia="Noto Serif CJK SC"/>
        </w:rPr>
        <w:t>问：虚云老和尚在高旻寺眼睛能透过墙壁，见到</w:t>
      </w:r>
    </w:p>
    <w:p>
      <w:pPr>
        <w:spacing w:before="0" w:after="80" w:line="259" w:lineRule="auto"/>
        <w:ind w:firstLine="360"/>
      </w:pPr>
      <w:r>
        <w:rPr>
          <w:rFonts w:ascii="Noto Serif CJK SC" w:hAnsi="Noto Serif CJK SC" w:eastAsia="Noto Serif CJK SC"/>
        </w:rPr>
        <w:t>屋外有人小解，这能说是开悟了吗？答：这不是开悟，是色蕴境界。不能执著，一执著就要入魔了。虚云老和尚在自传中写道：顿断疑根，庆快平生。这八个字才是写的茶杯落地，疑根顿断。</w:t>
      </w:r>
    </w:p>
    <w:p>
      <w:pPr>
        <w:spacing w:before="0" w:after="80" w:line="259" w:lineRule="auto"/>
        <w:ind w:firstLine="360"/>
      </w:pPr>
      <w:r>
        <w:rPr>
          <w:rFonts w:ascii="Noto Serif CJK SC" w:hAnsi="Noto Serif CJK SC" w:eastAsia="Noto Serif CJK SC"/>
        </w:rPr>
        <w:t>问：明心见性的时候，会展现图象吗？答：它没有图象，也没东西，但不是断灭相，它了了分明。这个灵知了了就是我们的本来面目。明白这个以后，要注意，不是到家了，而是正好用功夫，时时保护它。可以用佛号，也可以用咒来保护它。禅宗大慧杲祖师就是用我们心中心法大随求陀罗尼保护自己。禅师都会念咒的。憨山大师说得很明白，历代禅师都秘密持咒，任何一宗都离不开密法。</w:t>
      </w:r>
    </w:p>
    <w:p>
      <w:pPr>
        <w:spacing w:before="0" w:after="80" w:line="259" w:lineRule="auto"/>
        <w:ind w:firstLine="360"/>
      </w:pPr>
      <w:r>
        <w:rPr>
          <w:rFonts w:ascii="Noto Serif CJK SC" w:hAnsi="Noto Serif CJK SC" w:eastAsia="Noto Serif CJK SC"/>
        </w:rPr>
        <w:t>问：一切言谈举止，包括我现在提笔写信，都是本性的妙用。其本身“不生不灭、不增不减、不垢不净”。但非同土木草石，而是一种灵知觉性，人人本身具足，悟此则为见性。对吗？答：不对，这只是理解，不是见性。这种理解，遇事不得力，无用。见性悟道首先要将身心世界化空，</w:t>
      </w:r>
    </w:p>
    <w:p>
      <w:pPr>
        <w:spacing w:before="0" w:after="80" w:line="259" w:lineRule="auto"/>
        <w:ind w:firstLine="360"/>
      </w:pPr>
      <w:r>
        <w:rPr>
          <w:rFonts w:ascii="Noto Serif CJK SC" w:hAnsi="Noto Serif CJK SC" w:eastAsia="Noto Serif CJK SC"/>
        </w:rPr>
        <w:t>悟理后还须在事上透得过，如遇事透不过，亦不为见</w:t>
      </w:r>
    </w:p>
    <w:p>
      <w:pPr>
        <w:spacing w:before="0" w:after="80" w:line="259" w:lineRule="auto"/>
        <w:ind w:firstLine="360"/>
      </w:pPr>
      <w:r>
        <w:rPr>
          <w:rFonts w:ascii="Noto Serif CJK SC" w:hAnsi="Noto Serif CJK SC" w:eastAsia="Noto Serif CJK SC"/>
        </w:rPr>
        <w:t>性。如果事上透得过，但住于空灵而不开显大悲妙用，仍不算真见性。</w:t>
      </w:r>
    </w:p>
    <w:p>
      <w:pPr>
        <w:spacing w:before="0" w:after="80" w:line="259" w:lineRule="auto"/>
        <w:ind w:firstLine="360"/>
      </w:pPr>
      <w:r>
        <w:rPr>
          <w:rFonts w:ascii="Noto Serif CJK SC" w:hAnsi="Noto Serif CJK SC" w:eastAsia="Noto Serif CJK SC"/>
        </w:rPr>
        <w:t>问：弟子认为上座按师父要求的心念耳闻，尽量多加坐；下座观心。知行住坐卧，念佛持咒等都是自性所为，尽可能让真心常现，对吗？答：对，又不对。对者，须努力用功修持，不可轻忽。不对者，在“尽可能让真心常现”一句，因为真心无隐藏，时时在你面门放光。你既知一切举措作用，皆是真心的妙用，它岂不是时时现前，还用什么“尽可能让真心常现”呢？！</w:t>
      </w:r>
    </w:p>
    <w:p>
      <w:pPr>
        <w:spacing w:before="0" w:after="80" w:line="259" w:lineRule="auto"/>
        <w:ind w:firstLine="360"/>
      </w:pPr>
      <w:r>
        <w:rPr>
          <w:rFonts w:ascii="Noto Serif CJK SC" w:hAnsi="Noto Serif CJK SC" w:eastAsia="Noto Serif CJK SC"/>
        </w:rPr>
        <w:t>问：见性之后，最精进的用功就是时时刻刻不忘失本来吗？答：不对！本性不会失去的，只是你着相，被境迷了，就像太阳被乌云遮盖而不现一样。精进用功只是绵密保护。用功时如率兵攻敌，义无反顾；不用时则一切放下，视若无事，这叫真精进。</w:t>
      </w:r>
    </w:p>
    <w:p>
      <w:pPr>
        <w:spacing w:before="0" w:after="80" w:line="259" w:lineRule="auto"/>
        <w:ind w:firstLine="360"/>
      </w:pPr>
      <w:r>
        <w:rPr>
          <w:rFonts w:ascii="Noto Serif CJK SC" w:hAnsi="Noto Serif CJK SC" w:eastAsia="Noto Serif CJK SC"/>
        </w:rPr>
        <w:t>问：不忘失本来，就是要在觉知上用功。做事时知是本性的妙用，无事时灵知觉性并不曾减少，自然就随时间因缘而成大道吗？答：不对！古人云：“但尽凡情，别无圣解”，你时时执在灵知性上，就是有所住着。须不着一切相，随缘起用才是。灵知觉性亦不可着。在觉知上用功更是大错。</w:t>
      </w:r>
    </w:p>
    <w:p>
      <w:pPr>
        <w:spacing w:before="0" w:after="80" w:line="259" w:lineRule="auto"/>
        <w:ind w:firstLine="360"/>
      </w:pPr>
      <w:r>
        <w:rPr>
          <w:rFonts w:ascii="Noto Serif CJK SC" w:hAnsi="Noto Serif CJK SC" w:eastAsia="Noto Serif CJK SC"/>
        </w:rPr>
        <w:t>问：时时与自性相应，就是和上师相应。如法修</w:t>
      </w:r>
    </w:p>
    <w:p>
      <w:pPr>
        <w:spacing w:before="0" w:after="80" w:line="259" w:lineRule="auto"/>
        <w:ind w:firstLine="360"/>
      </w:pPr>
      <w:r>
        <w:rPr>
          <w:rFonts w:ascii="Noto Serif CJK SC" w:hAnsi="Noto Serif CJK SC" w:eastAsia="Noto Serif CJK SC"/>
        </w:rPr>
        <w:t>行，上师、佛就在身边。这认识正确吗？答：对！</w:t>
      </w:r>
    </w:p>
    <w:p>
      <w:pPr>
        <w:spacing w:before="0" w:after="80" w:line="259" w:lineRule="auto"/>
        <w:ind w:firstLine="360"/>
      </w:pPr>
      <w:r>
        <w:rPr>
          <w:rFonts w:ascii="Noto Serif CJK SC" w:hAnsi="Noto Serif CJK SC" w:eastAsia="Noto Serif CJK SC"/>
        </w:rPr>
        <w:t>问：要归无所得，一切皆了不可得。但是，空空然而有觉知的光景不是还在吗？若将此扫光，岂不断灭了？答：不是将此灵觉扫光，而是不住此灵觉。以不住故，即无能觉与所觉，故归无所得也。有个觉知的光景，早不是了，还说什么空空然？</w:t>
      </w:r>
    </w:p>
    <w:p>
      <w:pPr>
        <w:spacing w:before="0" w:after="80" w:line="259" w:lineRule="auto"/>
        <w:ind w:firstLine="360"/>
      </w:pPr>
      <w:r>
        <w:rPr>
          <w:rFonts w:ascii="Noto Serif CJK SC" w:hAnsi="Noto Serif CJK SC" w:eastAsia="Noto Serif CJK SC"/>
        </w:rPr>
        <w:t>问：这个无相的性体，尽管无相，但可以于无念时体会到它。是吗？答：不对！不仅于无念时体会，更须于作用事相</w:t>
      </w:r>
    </w:p>
    <w:p>
      <w:pPr>
        <w:spacing w:before="0" w:after="80" w:line="259" w:lineRule="auto"/>
        <w:ind w:firstLine="360"/>
      </w:pPr>
      <w:r>
        <w:rPr>
          <w:rFonts w:ascii="Noto Serif CJK SC" w:hAnsi="Noto Serif CJK SC" w:eastAsia="Noto Serif CJK SC"/>
        </w:rPr>
        <w:t>上体会。因作用与事相皆是自性的显现，相即性，性</w:t>
      </w:r>
    </w:p>
    <w:p>
      <w:pPr>
        <w:spacing w:before="0" w:after="80" w:line="259" w:lineRule="auto"/>
        <w:ind w:firstLine="360"/>
      </w:pPr>
      <w:r>
        <w:rPr>
          <w:rFonts w:ascii="Noto Serif CJK SC" w:hAnsi="Noto Serif CJK SC" w:eastAsia="Noto Serif CJK SC"/>
        </w:rPr>
        <w:t>即相，不可分离。若仅于无念时体会，岂不落死水一潭么？</w:t>
      </w:r>
    </w:p>
    <w:p>
      <w:pPr>
        <w:spacing w:before="0" w:after="80" w:line="259" w:lineRule="auto"/>
        <w:ind w:firstLine="360"/>
      </w:pPr>
      <w:r>
        <w:rPr>
          <w:rFonts w:ascii="Noto Serif CJK SC" w:hAnsi="Noto Serif CJK SC" w:eastAsia="Noto Serif CJK SC"/>
        </w:rPr>
        <w:t>问：古代禅师开悟偈中曾写到：“渠今正是我，我今不是渠。”又：“春到花香处处秀，山河大地是如来。”这不是空有不二的注脚吗？答：不可一概而论。上偈的“我今不是渠”，须认清宾主，不可儱侗颟顸认为是不二。当证体时，一物不立；但起用时，物物显现而不住。证体起用合起来即是“山河大地是如来”了。证体不是住在真如位上不动，死在那里，而是活泼妙用，应物随缘而无所住的。</w:t>
      </w:r>
    </w:p>
    <w:p>
      <w:pPr>
        <w:spacing w:before="0" w:after="80" w:line="259" w:lineRule="auto"/>
        <w:ind w:firstLine="360"/>
      </w:pPr>
      <w:r>
        <w:rPr>
          <w:rFonts w:ascii="Noto Serif CJK SC" w:hAnsi="Noto Serif CJK SC" w:eastAsia="Noto Serif CJK SC"/>
        </w:rPr>
        <w:t>（二）关于禅密问：既然佛性不在修，却又何必要修法呢？不如</w:t>
      </w:r>
    </w:p>
    <w:p>
      <w:pPr>
        <w:spacing w:before="0" w:after="80" w:line="259" w:lineRule="auto"/>
        <w:ind w:firstLine="360"/>
      </w:pPr>
      <w:r>
        <w:rPr>
          <w:rFonts w:ascii="Noto Serif CJK SC" w:hAnsi="Noto Serif CJK SC" w:eastAsia="Noto Serif CJK SC"/>
        </w:rPr>
        <w:t>在生活中时时返照，尤其是烦恼现前透不过去时。答：因为你有无明在，遇事执相，不得自在，故须修行。修，不是修佛性，而是消除无明习气。你能时时处处常摄在定，不随境转，这即是修。修到圆熟，定也不可得，那才不用修了。</w:t>
      </w:r>
    </w:p>
    <w:p>
      <w:pPr>
        <w:spacing w:before="0" w:after="80" w:line="259" w:lineRule="auto"/>
        <w:ind w:firstLine="360"/>
      </w:pPr>
      <w:r>
        <w:rPr>
          <w:rFonts w:ascii="Noto Serif CJK SC" w:hAnsi="Noto Serif CJK SC" w:eastAsia="Noto Serif CJK SC"/>
        </w:rPr>
        <w:t>问：《心经》里说：“无无明，亦无无明尽。”“无无明”，已破无明，“亦无无明尽”连无无明亦不立，这两句应该已到最高佛位，怎么归纳在十二因缘内？答：说无无明尽者，正是扫其悟迹，去其法执，归无所得而入大乘佛位也。</w:t>
      </w:r>
    </w:p>
    <w:p>
      <w:pPr>
        <w:spacing w:before="0" w:after="80" w:line="259" w:lineRule="auto"/>
        <w:ind w:firstLine="360"/>
      </w:pPr>
      <w:r>
        <w:rPr>
          <w:rFonts w:ascii="Noto Serif CJK SC" w:hAnsi="Noto Serif CJK SC" w:eastAsia="Noto Serif CJK SC"/>
        </w:rPr>
        <w:t>问：我认为妄心无处所，真心有处所。答：不对，妄心执境，故有处所。真心无物，无所不在，故无处所。</w:t>
      </w:r>
    </w:p>
    <w:p>
      <w:pPr>
        <w:spacing w:before="0" w:after="80" w:line="259" w:lineRule="auto"/>
        <w:ind w:firstLine="360"/>
      </w:pPr>
      <w:r>
        <w:rPr>
          <w:rFonts w:ascii="Noto Serif CJK SC" w:hAnsi="Noto Serif CJK SC" w:eastAsia="Noto Serif CJK SC"/>
        </w:rPr>
        <w:t>问：智慧是一下子打开的，还是一点一点开启的呢？什么是后得智？明心见性与开大智慧有什么关系？</w:t>
      </w:r>
    </w:p>
    <w:p>
      <w:pPr>
        <w:spacing w:before="0" w:after="80" w:line="259" w:lineRule="auto"/>
        <w:ind w:firstLine="360"/>
      </w:pPr>
      <w:r>
        <w:rPr>
          <w:rFonts w:ascii="Noto Serif CJK SC" w:hAnsi="Noto Serif CJK SC" w:eastAsia="Noto Serif CJK SC"/>
        </w:rPr>
        <w:t>答：小悟无其数，大悟十八、九。由小而大、而彻。但这也无一定的规范，不须渐进。后得智是对根本智说的，是起用的智慧。即于得根本智后，起用度生，磨光自己的习气，启发神通。随众生不同的根性，说不同的法，是度脱众生之妙智也。</w:t>
      </w:r>
    </w:p>
    <w:p>
      <w:pPr>
        <w:spacing w:before="0" w:after="80" w:line="259" w:lineRule="auto"/>
        <w:ind w:firstLine="360"/>
      </w:pPr>
      <w:r>
        <w:rPr>
          <w:rFonts w:ascii="Noto Serif CJK SC" w:hAnsi="Noto Serif CJK SC" w:eastAsia="Noto Serif CJK SC"/>
        </w:rPr>
        <w:t>问：明心见性后，是否八识田中的种子翻腾得更为剧烈呢？答：种子翻腾包含在修行的整个过程中。到彻悟后，即无种子翻腾了。所以我叫你不要得少为足，须慢慢在境上打扫习气，将这些污染种子去光，以臻彻悟之境。</w:t>
      </w:r>
    </w:p>
    <w:p>
      <w:pPr>
        <w:spacing w:before="0" w:after="80" w:line="259" w:lineRule="auto"/>
        <w:ind w:firstLine="360"/>
      </w:pPr>
      <w:r>
        <w:rPr>
          <w:rFonts w:ascii="Noto Serif CJK SC" w:hAnsi="Noto Serif CJK SC" w:eastAsia="Noto Serif CJK SC"/>
        </w:rPr>
        <w:t>问：心死后又活起来，怎么办？答：难免的。师祖在《解脱歌》里讲：“几回生，几回死，亘古亘今只如此。”一回死不透，要大死才行，否则又心动了。我们修法时有：“大悟十七八，小悟无其数”的历程。</w:t>
      </w:r>
    </w:p>
    <w:p>
      <w:pPr>
        <w:spacing w:before="0" w:after="80" w:line="259" w:lineRule="auto"/>
        <w:ind w:firstLine="360"/>
      </w:pPr>
      <w:r>
        <w:rPr>
          <w:rFonts w:ascii="Noto Serif CJK SC" w:hAnsi="Noto Serif CJK SC" w:eastAsia="Noto Serif CJK SC"/>
        </w:rPr>
        <w:t>问：初见性人是否脚跟就点地了？照这条路走下去，后来还要来个大翻身。对吗？答：初悟只是法身边事，成道的路还长，要精勤走下去。下面还有法身正位和法身向上。什么是法身正位，磨炼到一定程度习染消融了，能度化自在，发现神通。心中污染未去，神通就不能显现。心不动，压住不动还不行，须自自然然地不动，一点儿不著相，一点不追求才行。</w:t>
      </w:r>
    </w:p>
    <w:p>
      <w:pPr>
        <w:spacing w:before="0" w:after="80" w:line="259" w:lineRule="auto"/>
        <w:ind w:firstLine="360"/>
      </w:pPr>
      <w:r>
        <w:rPr>
          <w:rFonts w:ascii="Noto Serif CJK SC" w:hAnsi="Noto Serif CJK SC" w:eastAsia="Noto Serif CJK SC"/>
        </w:rPr>
        <w:t>问：念起不随，是不是到了法身正位？答：念起不随是有点小成绩了，能受生自在了。但不算法身正位，一定要断思惑，才能到法身正位。到了法身正位还要向上，要离开这个位子，著在这个位子还不行。修禅人：“朗月当头时，尤是阶下汉。”要月落时相见，才是全体圆明。</w:t>
      </w:r>
    </w:p>
    <w:p>
      <w:pPr>
        <w:spacing w:before="0" w:after="80" w:line="259" w:lineRule="auto"/>
        <w:ind w:firstLine="360"/>
      </w:pPr>
      <w:r>
        <w:rPr>
          <w:rFonts w:ascii="Noto Serif CJK SC" w:hAnsi="Noto Serif CJK SC" w:eastAsia="Noto Serif CJK SC"/>
        </w:rPr>
        <w:t>问：见性后为什么还要打坐？答：那没有一定，假如执着的习气还在，定力不够，保不住才要打坐增加定力以透重关。（有人说我一打坐觉得妄念比平时多。不是打坐妄念多了，而是</w:t>
      </w:r>
    </w:p>
    <w:p>
      <w:pPr>
        <w:spacing w:before="0" w:after="80" w:line="259" w:lineRule="auto"/>
        <w:ind w:firstLine="360"/>
      </w:pPr>
      <w:r>
        <w:rPr>
          <w:rFonts w:ascii="Noto Serif CJK SC" w:hAnsi="Noto Serif CJK SC" w:eastAsia="Noto Serif CJK SC"/>
        </w:rPr>
        <w:t>打坐了，你才看见妄念。不打坐时像一盆混水，有泥沙看不见，打坐之后水静下来了，看见泥沙了）。</w:t>
      </w:r>
    </w:p>
    <w:p>
      <w:pPr>
        <w:spacing w:before="0" w:after="80" w:line="259" w:lineRule="auto"/>
        <w:ind w:firstLine="360"/>
      </w:pPr>
      <w:r>
        <w:rPr>
          <w:rFonts w:ascii="Noto Serif CJK SC" w:hAnsi="Noto Serif CJK SC" w:eastAsia="Noto Serif CJK SC"/>
        </w:rPr>
        <w:t>问：神会大师讲“知”之一字，众妙之门。又有祖师讲是众祸之门。该如何理解？答：不错，这能知的是谁？你知道了本性，不是众妙之门吗？大鹏金翅鸟一飞万里，全靠脚下点地的一点劲。我们修行全靠这个“知”。后来人执著在这个“知”上，便成窠臼，又不对了。所以祖师说是众祸之门。什么时候说什么话，法无定法。</w:t>
      </w:r>
    </w:p>
    <w:p>
      <w:pPr>
        <w:spacing w:before="0" w:after="80" w:line="259" w:lineRule="auto"/>
        <w:ind w:firstLine="360"/>
      </w:pPr>
      <w:r>
        <w:rPr>
          <w:rFonts w:ascii="Noto Serif CJK SC" w:hAnsi="Noto Serif CJK SC" w:eastAsia="Noto Serif CJK SC"/>
        </w:rPr>
        <w:t>问：明心见性后能否修大圆满中的脱噶？答：大圆满中分二步：（一）“彻却”就是“立断”；（二）“脱噶”是顿超，身体化虹光。要住山闭关修。你们年青人往往好高鹜远，你们能于见性后，进一步刻苦用功修吗？</w:t>
      </w:r>
    </w:p>
    <w:p>
      <w:pPr>
        <w:spacing w:before="0" w:after="80" w:line="259" w:lineRule="auto"/>
        <w:ind w:firstLine="360"/>
      </w:pPr>
      <w:r>
        <w:rPr>
          <w:rFonts w:ascii="Noto Serif CJK SC" w:hAnsi="Noto Serif CJK SC" w:eastAsia="Noto Serif CJK SC"/>
        </w:rPr>
        <w:t>问：本性不生不灭，是不动体。怎么理解？答：它没有来去，所以叫不动体。没有生死，没</w:t>
      </w:r>
    </w:p>
    <w:p>
      <w:pPr>
        <w:spacing w:before="0" w:after="80" w:line="259" w:lineRule="auto"/>
        <w:ind w:firstLine="360"/>
      </w:pPr>
      <w:r>
        <w:rPr>
          <w:rFonts w:ascii="Noto Serif CJK SC" w:hAnsi="Noto Serif CJK SC" w:eastAsia="Noto Serif CJK SC"/>
        </w:rPr>
        <w:t>有方位，但能随缘显现。这个人要显男身才能得度，那就显个男身去度他；那个人要以女身得度，那就显个女身去度他，随缘变现。真成道，牛胎马腹也能去，但本性无有变异。</w:t>
      </w:r>
    </w:p>
    <w:p>
      <w:pPr>
        <w:spacing w:before="0" w:after="80" w:line="259" w:lineRule="auto"/>
        <w:ind w:firstLine="360"/>
      </w:pPr>
      <w:r>
        <w:rPr>
          <w:rFonts w:ascii="Noto Serif CJK SC" w:hAnsi="Noto Serif CJK SC" w:eastAsia="Noto Serif CJK SC"/>
        </w:rPr>
        <w:t>问：经过一段时间的体会，弟子对见性一事有了较深的认识。从前以为开悟以后大事已了毕，除习气只是个次要的过程。现在才真正知道见性只是刚断了见惑，充其量也只做到了理上明白。习气依然还在，境界来了照样会动心，透不过去。欲真了生死还需继续努力，万万松懈不得。待破尽思惑、尘沙惑、无明惑后大事方才了毕。如以为自己现在生死已了，那是自欺欺人，瞒那阎王老子不得。答：来函所说甚当，见性有悟与证之别。真正打开亲见本性者，只断见惑，未断思惑，故生死未了。须悟后用功，断尽思惑，才能了分段生死；更须上上升进，破尘沙与无明惑，方了变易生死，非一悟即能了生死也。近来人心多躁，以为开一点知见即为见性，不再用心修了，真是荒唐之极！</w:t>
      </w:r>
    </w:p>
    <w:p>
      <w:pPr>
        <w:spacing w:before="0" w:after="80" w:line="259" w:lineRule="auto"/>
        <w:ind w:firstLine="360"/>
      </w:pPr>
      <w:r>
        <w:rPr>
          <w:rFonts w:ascii="Noto Serif CJK SC" w:hAnsi="Noto Serif CJK SC" w:eastAsia="Noto Serif CJK SC"/>
        </w:rPr>
        <w:t>问：“末等于初”怎么理解？答：即最后成道了与当初没有学佛一样。当初学佛时在六道轮回，最后也是在六道轮回，但不是被业障所牵，而是大愿所致。在六道中度众生，不著境界了。从现象上看是一样的，但实质不同。初学佛在六道里受苦，后来认识这些境界是虚幻的，不著相了就不受苦了。不受一切受，是正受，这就是三昧。其实本无生死，来去都是假相。又，初发心时所见之道与末后所证之果，完全一致，所以《华严经》中说：“初发心时，便成正觉”。可见初见道的根本智对于末后成就是何等重要。</w:t>
      </w:r>
    </w:p>
    <w:p>
      <w:pPr>
        <w:spacing w:before="0" w:after="80" w:line="259" w:lineRule="auto"/>
        <w:ind w:firstLine="360"/>
      </w:pPr>
      <w:r>
        <w:rPr>
          <w:rFonts w:ascii="Noto Serif CJK SC" w:hAnsi="Noto Serif CJK SC" w:eastAsia="Noto Serif CJK SC"/>
        </w:rPr>
        <w:t>问：末法时期，心密复出，犹如当空红日，殊胜无比。答：心中心密法是密法中的心髓部份，是大根器人才能修的。</w:t>
      </w:r>
    </w:p>
    <w:p>
      <w:pPr>
        <w:spacing w:before="0" w:after="80" w:line="259" w:lineRule="auto"/>
        <w:ind w:firstLine="360"/>
      </w:pPr>
      <w:r>
        <w:rPr>
          <w:rFonts w:ascii="Noto Serif CJK SC" w:hAnsi="Noto Serif CJK SC" w:eastAsia="Noto Serif CJK SC"/>
        </w:rPr>
        <w:t>问：自从拜读了您老的文章后，我对佛所说的法，有了正确的认识，佛法不光靠理解，更要靠自己脚踏实地修行。</w:t>
      </w:r>
    </w:p>
    <w:p>
      <w:pPr>
        <w:spacing w:before="0" w:after="80" w:line="259" w:lineRule="auto"/>
        <w:ind w:firstLine="360"/>
      </w:pPr>
      <w:r>
        <w:rPr>
          <w:rFonts w:ascii="Noto Serif CJK SC" w:hAnsi="Noto Serif CJK SC" w:eastAsia="Noto Serif CJK SC"/>
        </w:rPr>
        <w:t>答：很好，你有了正解，就应不懈地努力修行，以期亲证本来面目。只是理解不务正修，那是谈食不饱的。</w:t>
      </w:r>
    </w:p>
    <w:p>
      <w:pPr>
        <w:spacing w:before="0" w:after="80" w:line="259" w:lineRule="auto"/>
        <w:ind w:firstLine="360"/>
      </w:pPr>
      <w:r>
        <w:rPr>
          <w:rFonts w:ascii="Noto Serif CJK SC" w:hAnsi="Noto Serif CJK SC" w:eastAsia="Noto Serif CJK SC"/>
        </w:rPr>
        <w:t>问：我们心中心法靠佛菩萨加持，这不是心外有佛吗？答：佛是有的。如释迦佛，阿弥陀佛、弥勒佛、燃灯佛……都是有的。但千佛万佛共一体，法身是一个。学佛的人必须做到理事不二、自他不二。</w:t>
      </w:r>
    </w:p>
    <w:p>
      <w:pPr>
        <w:spacing w:before="0" w:after="80" w:line="259" w:lineRule="auto"/>
        <w:ind w:firstLine="360"/>
      </w:pPr>
      <w:r>
        <w:rPr>
          <w:rFonts w:ascii="Noto Serif CJK SC" w:hAnsi="Noto Serif CJK SC" w:eastAsia="Noto Serif CJK SC"/>
        </w:rPr>
        <w:t>问：有人说从六识下手，易用功易成就，从八识下手，上根者才可成就。对吗？答：这话大错特错！从六识下手不易掀翻妄识巢穴，成功很难；从八识下手易于掀翻妄识巢穴，有事半功倍之效。净土宗有些人，不识其它宗的优点，而且叫人散心念佛也能生西，这不知害了多少人。我们修法并不一定修几种法，随人喜欢，要选一个适合自己的法专心致志地去修。心中心法是集禅、净、密于一体的大法。经文中说：修第四印可以于命终时往生西方极乐世界，也可随缘往生十方净土。由此可见，</w:t>
      </w:r>
    </w:p>
    <w:p>
      <w:pPr>
        <w:spacing w:before="0" w:after="80" w:line="259" w:lineRule="auto"/>
        <w:ind w:firstLine="360"/>
      </w:pPr>
      <w:r>
        <w:rPr>
          <w:rFonts w:ascii="Noto Serif CJK SC" w:hAnsi="Noto Serif CJK SC" w:eastAsia="Noto Serif CJK SC"/>
        </w:rPr>
        <w:t>修心中心法即是修净土，而且可以上品上生。</w:t>
      </w:r>
    </w:p>
    <w:p>
      <w:pPr>
        <w:spacing w:before="0" w:after="80" w:line="259" w:lineRule="auto"/>
        <w:ind w:firstLine="360"/>
      </w:pPr>
      <w:r>
        <w:rPr>
          <w:rFonts w:ascii="Noto Serif CJK SC" w:hAnsi="Noto Serif CJK SC" w:eastAsia="Noto Serif CJK SC"/>
        </w:rPr>
        <w:t>问：到什么程度方可开心密道场弘法？答：好好用功，能纵横自在，遇境不惑，顺逆无拘时，自开心密道场，即能大弘圣教矣。</w:t>
      </w:r>
    </w:p>
    <w:p>
      <w:pPr>
        <w:spacing w:before="0" w:after="80" w:line="259" w:lineRule="auto"/>
        <w:ind w:firstLine="360"/>
      </w:pPr>
      <w:r>
        <w:rPr>
          <w:rFonts w:ascii="Noto Serif CJK SC" w:hAnsi="Noto Serif CJK SC" w:eastAsia="Noto Serif CJK SC"/>
        </w:rPr>
        <w:t>问：我们初学的人是不是得先将身心化空，将“有”先破掉，然后将“空”破掉呢？答：修心中心法，你只管修，到一定时候，一下子就爆开了，身心世界全化空，空也不可得。但你不能求爆开，有这个妄心，就遮住它了。</w:t>
      </w:r>
    </w:p>
    <w:p>
      <w:pPr>
        <w:spacing w:before="0" w:after="80" w:line="259" w:lineRule="auto"/>
        <w:ind w:firstLine="360"/>
      </w:pPr>
      <w:r>
        <w:rPr>
          <w:rFonts w:ascii="Noto Serif CJK SC" w:hAnsi="Noto Serif CJK SC" w:eastAsia="Noto Serif CJK SC"/>
        </w:rPr>
        <w:t>问：请师父开示“凡所有相，皆是虚妄”之义。答：“凡所有相，皆是虚妄”，是说影子都是假的，我们这个佛性是连影子也没有，无相的。要反过来认识到影子是你自己的佛性所起的妙用。如果反不过来，去认影子就倒霉了。譬如这房子、椅子、桌子等等东西，都是我们的影子。你要执着它不就倒霉了吗？但是影子可以起妙用啊！房子可以避风寒，衣裳</w:t>
      </w:r>
    </w:p>
    <w:p>
      <w:pPr>
        <w:spacing w:before="0" w:after="80" w:line="259" w:lineRule="auto"/>
        <w:ind w:firstLine="360"/>
      </w:pPr>
      <w:r>
        <w:rPr>
          <w:rFonts w:ascii="Noto Serif CJK SC" w:hAnsi="Noto Serif CJK SC" w:eastAsia="Noto Serif CJK SC"/>
        </w:rPr>
        <w:t>可以遮体保暖，桌子可以工作、吃饭，这不是起妙用吗？但你不能执着它，跟着影子跑就坏了。影子就是心中起的妙用，影子都是我们心中所显现变化的。不是说没有影子，因为这个心是活的，它不是死的，它是能起妙用的。我们具足法报化三身，不是只有法身，法身是体啊，它要起诸现象起诸妙用啊！如果不能起诸现象，不能起用就不值钱了。打坐不是死在那里不动啊，死在那里不动，那有什么用？！所以要起诸妙用。但是，要认识体，不认识什么是体，你怎么起用？着相是不得了的，造生死业。你明白这个能起各种妙用的本体，不着相了，它就不造生死业。迷体着相，就造生死业，这是不能推翻的定理。又相由性造，相是幻象，但不离自性，故见相即是见性，性相不二，全妄即真，关键在不要粘境着相。若能念而无住，用而不着，即是解脱法门。</w:t>
      </w:r>
    </w:p>
    <w:p>
      <w:pPr>
        <w:spacing w:before="0" w:after="80" w:line="259" w:lineRule="auto"/>
        <w:ind w:firstLine="360"/>
      </w:pPr>
      <w:r>
        <w:rPr>
          <w:rFonts w:ascii="Noto Serif CJK SC" w:hAnsi="Noto Serif CJK SC" w:eastAsia="Noto Serif CJK SC"/>
        </w:rPr>
        <w:t>问：为什么说“肉眼不能见道”？又为什么说“肉眼能见道”？答：我们初见道时，肉眼不能见道，因为法身无相，肉眼怎么能见道呢？它是心地法眼，就是用无眼之眼，用智慧眼来体会。反过来，肉眼能见道，就是</w:t>
      </w:r>
    </w:p>
    <w:p>
      <w:pPr>
        <w:spacing w:before="0" w:after="80" w:line="259" w:lineRule="auto"/>
        <w:ind w:firstLine="360"/>
      </w:pPr>
      <w:r>
        <w:rPr>
          <w:rFonts w:ascii="Noto Serif CJK SC" w:hAnsi="Noto Serif CJK SC" w:eastAsia="Noto Serif CJK SC"/>
        </w:rPr>
        <w:t>见相了，一切相都是我们心中显现变化的。肉眼见道就彻底了，就能够从体起用了。体相用——法报化三身都有了，不是只有法身，而没有报化身。一开始不能说肉眼见道，只好说心地法眼才能见道，肉眼不能见道。反过来肉眼见道，就圆满了，体相用都有了。无可取无可废，无可取——都是影子，得不到；无可废——都是自己心中变化的，无可废离。佛教讲的圆满，一开始只好这样讲，法身本体无相，见到一切相都不对；反过来，要现种种相，起种种妙用。</w:t>
      </w:r>
    </w:p>
    <w:p>
      <w:pPr>
        <w:spacing w:before="0" w:after="80" w:line="259" w:lineRule="auto"/>
        <w:ind w:firstLine="360"/>
      </w:pPr>
      <w:r>
        <w:rPr>
          <w:rFonts w:ascii="Noto Serif CJK SC" w:hAnsi="Noto Serif CJK SC" w:eastAsia="Noto Serif CJK SC"/>
        </w:rPr>
        <w:t>问：《金刚经》说：“无人相，无我相”。谁说谁闻？答：只是无相，不是无说，不是无闻，一切没有就落断灭空了。常住真心无相，犹如虚空一样。因空故，一切东西都能容得下。法身犹如虚空，但不能住在空相上，一住就有落处。说法也是，一有知见分别就有落处。所以，最后就以无说无闻来破言说的执着，归于无相灵活妙用。</w:t>
      </w:r>
    </w:p>
    <w:p>
      <w:pPr>
        <w:spacing w:before="0" w:after="80" w:line="259" w:lineRule="auto"/>
        <w:ind w:firstLine="360"/>
      </w:pPr>
      <w:r>
        <w:rPr>
          <w:rFonts w:ascii="Noto Serif CJK SC" w:hAnsi="Noto Serif CJK SC" w:eastAsia="Noto Serif CJK SC"/>
        </w:rPr>
        <w:t>问：憨山大师说：“生死昼夜，水流花谢。今日</w:t>
      </w:r>
    </w:p>
    <w:p>
      <w:pPr>
        <w:spacing w:before="0" w:after="80" w:line="259" w:lineRule="auto"/>
        <w:ind w:firstLine="360"/>
      </w:pPr>
      <w:r>
        <w:rPr>
          <w:rFonts w:ascii="Noto Serif CJK SC" w:hAnsi="Noto Serif CJK SC" w:eastAsia="Noto Serif CJK SC"/>
        </w:rPr>
        <w:t>乃信鼻孔向下。”请解释？答：是说今日乃明本分事也。昔日为生死昼夜，水流花谢等梦幻事所迷。今日幸何如之，亲证本来面目，不费丝毫力，即是目前的自然景物也。本分事，本来如此，无有丝毫奇特，不用费心探索寻觅。故只需一切放下，愈用力愈不是，越轻松越好也。</w:t>
      </w:r>
    </w:p>
    <w:p>
      <w:pPr>
        <w:spacing w:before="0" w:after="80" w:line="259" w:lineRule="auto"/>
        <w:ind w:firstLine="360"/>
      </w:pPr>
      <w:r>
        <w:rPr>
          <w:rFonts w:ascii="Noto Serif CJK SC" w:hAnsi="Noto Serif CJK SC" w:eastAsia="Noto Serif CJK SC"/>
        </w:rPr>
        <w:t>问：抱定一句话头，朝参夕究，脚跟点地，步步踏实，直教铁树开花，冷灰爆豆。始信宗门中，有奇特事在。虽然如此，须具通方手段，始能定界外乾坤，要有作家眼目。何为通方手段？答：一通宗通教；二识诸方设施门庭之妙要；三，识各方来参者之根器；四，随宜教以相应参究之话头。</w:t>
      </w:r>
    </w:p>
    <w:p>
      <w:pPr>
        <w:spacing w:before="0" w:after="80" w:line="259" w:lineRule="auto"/>
        <w:ind w:firstLine="360"/>
      </w:pPr>
      <w:r>
        <w:rPr>
          <w:rFonts w:ascii="Noto Serif CJK SC" w:hAnsi="Noto Serif CJK SC" w:eastAsia="Noto Serif CJK SC"/>
        </w:rPr>
        <w:t>问：不跟语脉转，不是答非所问吗？答：禅宗机锋，主要是不能落著，如水上葫芦，按着便转，故谓之“转语”，不是答非所问。不跟语脉转是要针对问题答，但又不著相。举个例子：如问你们镇江金山寺宝塔有几层？（有人答：七层，上师不许。）你要离开宝塔来答，又要针对这</w:t>
      </w:r>
    </w:p>
    <w:p>
      <w:pPr>
        <w:spacing w:before="0" w:after="80" w:line="259" w:lineRule="auto"/>
        <w:ind w:firstLine="360"/>
      </w:pPr>
      <w:r>
        <w:rPr>
          <w:rFonts w:ascii="Noto Serif CJK SC" w:hAnsi="Noto Serif CJK SC" w:eastAsia="Noto Serif CJK SC"/>
        </w:rPr>
        <w:t>个问题。怎么答呢？你可以打个○相，反问对方“这有几层？”你功夫到了自然会答。</w:t>
      </w:r>
    </w:p>
    <w:p>
      <w:pPr>
        <w:spacing w:before="0" w:after="80" w:line="259" w:lineRule="auto"/>
        <w:ind w:firstLine="360"/>
      </w:pPr>
      <w:r>
        <w:rPr>
          <w:rFonts w:ascii="Noto Serif CJK SC" w:hAnsi="Noto Serif CJK SC" w:eastAsia="Noto Serif CJK SC"/>
        </w:rPr>
        <w:t>问：师父曾写过一篇《往生西方关键问题》的文章，《广东佛教》上登了一篇文章提出了不同看法，请师父谈谈您的意见。答：这篇文章我已看到，意思是：你提的要求这样高，吓得别人不敢修净土宗了，你这不是害了别人吗？其实我并没有否认带业往生，不少人错会了，以为带业往生就不必用功，莽莽荡荡的就可往生西方了。这去得了吗？莲池大师说过“念佛者多，生西者少。”念佛不痛切故。我这篇文章不是否认带业往生，而是要大家好好用功，做到一心不乱。《弥陀经》说：“若一日、二日乃至七日，一心不乱，才得生彼国。”我看到很多人，没有功夫，临终时佛号提不起来，昏迷了。还有人说：“痛死了，还念什么佛？！”试问这样怎么能带业往生呢？所以要看问题的中心，做到功夫成片。一心不乱并不困难，能够时时刻刻绵绵密密地在心中念“阿弥陀佛”，遇到再好的境界也不乐，遇到再坏再烦恼的境界也不烦恼，仍一心念佛，心不动摇。这要求并不高，带业是对的，加重语气说，一</w:t>
      </w:r>
    </w:p>
    <w:p>
      <w:pPr>
        <w:spacing w:before="0" w:after="80" w:line="259" w:lineRule="auto"/>
        <w:ind w:firstLine="360"/>
      </w:pPr>
      <w:r>
        <w:rPr>
          <w:rFonts w:ascii="Noto Serif CJK SC" w:hAnsi="Noto Serif CJK SC" w:eastAsia="Noto Serif CJK SC"/>
        </w:rPr>
        <w:t>个人修到等觉菩萨，他还有业在。因为等觉菩萨还有一分生相无明在，无明就是造业的因，有无明才会造业。蕅益大师也说：要有“信愿行”，就是要人在真信切愿上做工夫啊。只有“信愿”而不“行”不能成就，就像鼎有三足，缺一不可。“行”能概括信愿。“不行”，就是空信，空愿，不是真信切愿。不做功夫，怎么能带业往生？！这才是真的害人！知见已正，至于功夫做到哪一步，就有品位高低的差异，与不做一心功夫的人自有极大之不同。</w:t>
      </w:r>
    </w:p>
    <w:p>
      <w:pPr>
        <w:spacing w:before="0" w:after="80" w:line="259" w:lineRule="auto"/>
        <w:ind w:firstLine="360"/>
      </w:pPr>
      <w:r>
        <w:rPr>
          <w:rFonts w:ascii="Noto Serif CJK SC" w:hAnsi="Noto Serif CJK SC" w:eastAsia="Noto Serif CJK SC"/>
        </w:rPr>
        <w:t>问：请谈谈心与境的关系，什么是内境、外境？答：境，就是我们思想起的幻境。一个念头起，就有一个影子。心就是境，境就是心。没有心，视而不见，听而不闻，就没境了。果能把心境消光了，就好了。“心境顿消融”，就是一下子心和境都消光了。打坐时，能念所念一起脱落，心与境都没有了。内境是我们的身心世界、思想，外境就是山河大地。“方明色与空”，并明白这一切就是我们自己本性的显现，学佛就是学这一点。</w:t>
      </w:r>
    </w:p>
    <w:p>
      <w:pPr>
        <w:spacing w:before="0" w:after="80" w:line="259" w:lineRule="auto"/>
        <w:ind w:firstLine="360"/>
      </w:pPr>
      <w:r>
        <w:rPr>
          <w:rFonts w:ascii="Noto Serif CJK SC" w:hAnsi="Noto Serif CJK SC" w:eastAsia="Noto Serif CJK SC"/>
        </w:rPr>
        <w:t>问：有时自己放空无念，脑子很清明，有时散步亦可自然放空，但一晃又没有了，不稳定。答：自然放空很好，没有就让他没有，自然不住，否则是死定。</w:t>
      </w:r>
    </w:p>
    <w:p>
      <w:pPr>
        <w:spacing w:before="0" w:after="80" w:line="259" w:lineRule="auto"/>
        <w:ind w:firstLine="360"/>
      </w:pPr>
      <w:r>
        <w:rPr>
          <w:rFonts w:ascii="Noto Serif CJK SC" w:hAnsi="Noto Serif CJK SC" w:eastAsia="Noto Serif CJK SC"/>
        </w:rPr>
        <w:t>问：入定以后是不是就醒不过来了？答：没有的话，你现在还做不到醒不过来，现在你定的时间不会长。要入定时间长，须经过几次入灭受想定才行，不是一下子就能做到的。刚开始入灭受想定也不是很长，顶多定一二天。慢慢可以加长，一个星期，十几天，半个月，一个月，那以后可能一下子定得时间长了，但也不是一下子长多少年，这不可能。有些人对能入定几年，几百年甚至上千年的人很羡慕。但是要知道这个灭受想定不好，那是死定。叫死水不藏龙，不起妙用，没用。大定是活泼泼的，在境界上能大用，对境不粘着。无住才是大定，才是真定。要时时刻刻在定中，大定是无出入的。有出定和入定都不是真定。禅宗有个公案，一个女子在释迦佛前入定。文殊菩萨走来一看，哎哟，这个女子不像话，怎么坐在佛前入定了；要拉她出定。他对这个女子弹指，不出定。又把她举到三十三天，不出定。再把她</w:t>
      </w:r>
    </w:p>
    <w:p>
      <w:pPr>
        <w:spacing w:before="0" w:after="80" w:line="259" w:lineRule="auto"/>
        <w:ind w:firstLine="360"/>
      </w:pPr>
      <w:r>
        <w:rPr>
          <w:rFonts w:ascii="Noto Serif CJK SC" w:hAnsi="Noto Serif CJK SC" w:eastAsia="Noto Serif CJK SC"/>
        </w:rPr>
        <w:t>打到十八层地狱，还是不出定。释迦佛说：下方有个罔明菩萨能叫她出定。正说着，下方的罔明菩萨来了。这位菩萨在女子面前也是一弹指，她就出定了。文殊菩萨是七佛之师，为什么不能叫她出定啊？而罔明菩萨却可以呢？有人说是缘的问题。不相干！问题在不能起知见。文殊菩萨起执见了：“这女子怎么能在佛前入定？”这个执见不能起。文殊菩萨是代表大智慧的，大智慧不能起执见，这是表法的。罔明是什么意思呢？罔者，不可得。就是一切聪明智慧不可得。所以没有这些执见，一弹指就出定了。所以要把你的聪明打掉才行。老子说：“掊击尔智”。就是说，空掉你的世智辩聪，要心空空的，就能证大道。</w:t>
      </w:r>
    </w:p>
    <w:p>
      <w:pPr>
        <w:pStyle w:val="Heading3"/>
      </w:pPr>
      <w:r>
        <w:rPr>
          <w:rFonts w:ascii="Noto Serif CJK SC" w:hAnsi="Noto Serif CJK SC" w:eastAsia="Noto Serif CJK SC"/>
        </w:rPr>
        <w:t>二、修法</w:t>
      </w:r>
    </w:p>
    <w:p>
      <w:pPr>
        <w:spacing w:before="0" w:after="80" w:line="259" w:lineRule="auto"/>
        <w:ind w:firstLine="360"/>
      </w:pPr>
      <w:r>
        <w:rPr>
          <w:rFonts w:ascii="Noto Serif CJK SC" w:hAnsi="Noto Serif CJK SC" w:eastAsia="Noto Serif CJK SC"/>
        </w:rPr>
        <w:t>（一）座上修行</w:t>
      </w:r>
    </w:p>
    <w:p>
      <w:pPr>
        <w:spacing w:before="0" w:after="80" w:line="259" w:lineRule="auto"/>
        <w:ind w:firstLine="360"/>
      </w:pPr>
      <w:r>
        <w:rPr>
          <w:rFonts w:ascii="Noto Serif CJK SC" w:hAnsi="Noto Serif CJK SC" w:eastAsia="Noto Serif CJK SC"/>
        </w:rPr>
        <w:t>问：修心中心法，加座时低于两小时行吗？答：加座很需要，但不可少于两小时。</w:t>
      </w:r>
    </w:p>
    <w:p>
      <w:pPr>
        <w:spacing w:before="0" w:after="80" w:line="259" w:lineRule="auto"/>
        <w:ind w:firstLine="360"/>
      </w:pPr>
      <w:r>
        <w:rPr>
          <w:rFonts w:ascii="Noto Serif CJK SC" w:hAnsi="Noto Serif CJK SC" w:eastAsia="Noto Serif CJK SC"/>
        </w:rPr>
        <w:t>问：天冷打坐时要不要将头盖起来？眼睛可不可睁？答：头不能盖，天冷了可以盖到后脑勺那儿，身体都要盖起来。眼睛可以开一线，下垂，开不住就闭起来。</w:t>
      </w:r>
    </w:p>
    <w:p>
      <w:pPr>
        <w:spacing w:before="0" w:after="80" w:line="259" w:lineRule="auto"/>
        <w:ind w:firstLine="360"/>
      </w:pPr>
      <w:r>
        <w:rPr>
          <w:rFonts w:ascii="Noto Serif CJK SC" w:hAnsi="Noto Serif CJK SC" w:eastAsia="Noto Serif CJK SC"/>
        </w:rPr>
        <w:t>问：心情不好能不能上座？答：心情不好不能上座，压下来要生肝病。可先出去散散步，将不好的心情消了，心平气和了再上座。</w:t>
      </w:r>
    </w:p>
    <w:p>
      <w:pPr>
        <w:spacing w:before="0" w:after="80" w:line="259" w:lineRule="auto"/>
        <w:ind w:firstLine="360"/>
      </w:pPr>
      <w:r>
        <w:rPr>
          <w:rFonts w:ascii="Noto Serif CJK SC" w:hAnsi="Noto Serif CJK SC" w:eastAsia="Noto Serif CJK SC"/>
        </w:rPr>
        <w:t>问：打座两小时，能不能换腿？答：最好不要换腿，动来动去会影响入定，本来</w:t>
      </w:r>
    </w:p>
    <w:p>
      <w:pPr>
        <w:spacing w:before="0" w:after="80" w:line="259" w:lineRule="auto"/>
        <w:ind w:firstLine="360"/>
      </w:pPr>
      <w:r>
        <w:rPr>
          <w:rFonts w:ascii="Noto Serif CJK SC" w:hAnsi="Noto Serif CJK SC" w:eastAsia="Noto Serif CJK SC"/>
        </w:rPr>
        <w:t>将要入定，一换腿就出定了。但如果痛得很厉害，影响入定，心定不下来，这时可以换腿。不管单盘、双盘、自由盘，怎么舒服就怎么做。腿痛是一关，过了这一关就好了。有的人用石头压腿，都是吃过苦的，痛过了就好了。</w:t>
      </w:r>
    </w:p>
    <w:p>
      <w:pPr>
        <w:spacing w:before="0" w:after="80" w:line="259" w:lineRule="auto"/>
        <w:ind w:firstLine="360"/>
      </w:pPr>
      <w:r>
        <w:rPr>
          <w:rFonts w:ascii="Noto Serif CJK SC" w:hAnsi="Noto Serif CJK SC" w:eastAsia="Noto Serif CJK SC"/>
        </w:rPr>
        <w:t>问：初修心中心法时，能不能一天坐两座？答：以坐一座为好。往往两座觉得太痛了，就可能怕修或不修了。修行要有长远心、精进心。</w:t>
      </w:r>
    </w:p>
    <w:p>
      <w:pPr>
        <w:spacing w:before="0" w:after="80" w:line="259" w:lineRule="auto"/>
        <w:ind w:firstLine="360"/>
      </w:pPr>
      <w:r>
        <w:rPr>
          <w:rFonts w:ascii="Noto Serif CJK SC" w:hAnsi="Noto Serif CJK SC" w:eastAsia="Noto Serif CJK SC"/>
        </w:rPr>
        <w:t>问：子时能不能打坐？答：只要睡好了，有精神，就可以打坐。精神不足，等睡好了再打坐。子时是好的，正是心神相交之时，打坐也是心神相交。我们打七就是子时上坐的。</w:t>
      </w:r>
    </w:p>
    <w:p>
      <w:pPr>
        <w:spacing w:before="0" w:after="80" w:line="259" w:lineRule="auto"/>
        <w:ind w:firstLine="360"/>
      </w:pPr>
      <w:r>
        <w:rPr>
          <w:rFonts w:ascii="Noto Serif CJK SC" w:hAnsi="Noto Serif CJK SC" w:eastAsia="Noto Serif CJK SC"/>
        </w:rPr>
        <w:t>问：我修法后觉得胸口会发闷，如何避免？答：要注意三点：（一）手印举起靠近胸口，手臂不能靠胸口。（二）要呃气让它呃，泄下气就让它泄，打哈欠</w:t>
      </w:r>
    </w:p>
    <w:p>
      <w:pPr>
        <w:spacing w:before="0" w:after="80" w:line="259" w:lineRule="auto"/>
        <w:ind w:firstLine="360"/>
      </w:pPr>
      <w:r>
        <w:rPr>
          <w:rFonts w:ascii="Noto Serif CJK SC" w:hAnsi="Noto Serif CJK SC" w:eastAsia="Noto Serif CJK SC"/>
        </w:rPr>
        <w:t>就让它打，不能屏住，呼吸要自然。（三）身体往下弯会很疲劳。先睡好觉再打坐。</w:t>
      </w:r>
    </w:p>
    <w:p>
      <w:pPr>
        <w:spacing w:before="0" w:after="80" w:line="259" w:lineRule="auto"/>
        <w:ind w:firstLine="360"/>
      </w:pPr>
      <w:r>
        <w:rPr>
          <w:rFonts w:ascii="Noto Serif CJK SC" w:hAnsi="Noto Serif CJK SC" w:eastAsia="Noto Serif CJK SC"/>
        </w:rPr>
        <w:t>问：我们这个法要修到大彻大悟，一千座也只是方便说，是吗？答：一千座就有人彻悟了。也有人虽在座上，嘴念咒，但心不念咒，不如法，有什么用？再三告诉大家，要心念耳闻，下座要观照，要看着念头起处。做功夫要靠自己，“师父引进门，修行靠个人”啊。</w:t>
      </w:r>
    </w:p>
    <w:p>
      <w:pPr>
        <w:spacing w:before="0" w:after="80" w:line="259" w:lineRule="auto"/>
        <w:ind w:firstLine="360"/>
      </w:pPr>
      <w:r>
        <w:rPr>
          <w:rFonts w:ascii="Noto Serif CJK SC" w:hAnsi="Noto Serif CJK SC" w:eastAsia="Noto Serif CJK SC"/>
        </w:rPr>
        <w:t>问：打坐应朝什么方向？答：什么方向都可以，不要着相。</w:t>
      </w:r>
    </w:p>
    <w:p>
      <w:pPr>
        <w:spacing w:before="0" w:after="80" w:line="259" w:lineRule="auto"/>
        <w:ind w:firstLine="360"/>
      </w:pPr>
      <w:r>
        <w:rPr>
          <w:rFonts w:ascii="Noto Serif CJK SC" w:hAnsi="Noto Serif CJK SC" w:eastAsia="Noto Serif CJK SC"/>
        </w:rPr>
        <w:t>问：有时出差，不能点香，没有黄布，不能修法，怎么办？答：不点香不要紧，但手印要结，没有黄布就用干净的手帕或毛巾亦可。修法不能中断，功夫才能接得上。</w:t>
      </w:r>
    </w:p>
    <w:p>
      <w:pPr>
        <w:spacing w:before="0" w:after="80" w:line="259" w:lineRule="auto"/>
        <w:ind w:firstLine="360"/>
      </w:pPr>
      <w:r>
        <w:rPr>
          <w:rFonts w:ascii="Noto Serif CJK SC" w:hAnsi="Noto Serif CJK SC" w:eastAsia="Noto Serif CJK SC"/>
        </w:rPr>
        <w:t>问：以前修百座时觉得心较乱，不如法，现在要</w:t>
      </w:r>
    </w:p>
    <w:p>
      <w:pPr>
        <w:spacing w:before="0" w:after="80" w:line="259" w:lineRule="auto"/>
        <w:ind w:firstLine="360"/>
      </w:pPr>
      <w:r>
        <w:rPr>
          <w:rFonts w:ascii="Noto Serif CJK SC" w:hAnsi="Noto Serif CJK SC" w:eastAsia="Noto Serif CJK SC"/>
        </w:rPr>
        <w:t>不要从头修起？答：不要，只要现在如法就行了，一定要心念耳闻。妄想来，不取不舍，不去理它。</w:t>
      </w:r>
    </w:p>
    <w:p>
      <w:pPr>
        <w:spacing w:before="0" w:after="80" w:line="259" w:lineRule="auto"/>
        <w:ind w:firstLine="360"/>
      </w:pPr>
      <w:r>
        <w:rPr>
          <w:rFonts w:ascii="Noto Serif CJK SC" w:hAnsi="Noto Serif CJK SC" w:eastAsia="Noto Serif CJK SC"/>
        </w:rPr>
        <w:t>问：天热打坐，腿上不盖东西行吗？答：不行，膝盖关节不能进风，进了风会得关节炎。</w:t>
      </w:r>
    </w:p>
    <w:p>
      <w:pPr>
        <w:spacing w:before="0" w:after="80" w:line="259" w:lineRule="auto"/>
        <w:ind w:firstLine="360"/>
      </w:pPr>
      <w:r>
        <w:rPr>
          <w:rFonts w:ascii="Noto Serif CJK SC" w:hAnsi="Noto Serif CJK SC" w:eastAsia="Noto Serif CJK SC"/>
        </w:rPr>
        <w:t>问：在空调房间里打坐可以吗？</w:t>
      </w:r>
    </w:p>
    <w:p>
      <w:pPr>
        <w:spacing w:before="0" w:after="80" w:line="259" w:lineRule="auto"/>
        <w:ind w:firstLine="360"/>
      </w:pPr>
      <w:r>
        <w:rPr>
          <w:rFonts w:ascii="Noto Serif CJK SC" w:hAnsi="Noto Serif CJK SC" w:eastAsia="Noto Serif CJK SC"/>
        </w:rPr>
        <w:t>答：天热时，在空调房里打坐可以。但温度不要</w:t>
      </w:r>
    </w:p>
    <w:p>
      <w:pPr>
        <w:spacing w:before="0" w:after="80" w:line="259" w:lineRule="auto"/>
        <w:ind w:firstLine="360"/>
      </w:pPr>
      <w:r>
        <w:rPr>
          <w:rFonts w:ascii="Noto Serif CJK SC" w:hAnsi="Noto Serif CJK SC" w:eastAsia="Noto Serif CJK SC"/>
        </w:rPr>
        <w:t>调得太低，空调的风不要直接吹在身上。夏天打坐在清晨最好。</w:t>
      </w:r>
    </w:p>
    <w:p>
      <w:pPr>
        <w:spacing w:before="0" w:after="80" w:line="259" w:lineRule="auto"/>
        <w:ind w:firstLine="360"/>
      </w:pPr>
      <w:r>
        <w:rPr>
          <w:rFonts w:ascii="Noto Serif CJK SC" w:hAnsi="Noto Serif CJK SC" w:eastAsia="Noto Serif CJK SC"/>
        </w:rPr>
        <w:t>问：我在家里打坐，坐三个小时就坐不下去了，到寺院里时间可坐得长些？答：坐不下去的地方更要坐，要锻炼。坐不下去是心动了，不要贪恋安静的地方，要锻炼在哪儿都能</w:t>
      </w:r>
    </w:p>
    <w:p>
      <w:pPr>
        <w:spacing w:before="0" w:after="80" w:line="259" w:lineRule="auto"/>
        <w:ind w:firstLine="360"/>
      </w:pPr>
      <w:r>
        <w:rPr>
          <w:rFonts w:ascii="Noto Serif CJK SC" w:hAnsi="Noto Serif CJK SC" w:eastAsia="Noto Serif CJK SC"/>
        </w:rPr>
        <w:t>坐下去，没有地方差别。</w:t>
      </w:r>
    </w:p>
    <w:p>
      <w:pPr>
        <w:spacing w:before="0" w:after="80" w:line="259" w:lineRule="auto"/>
        <w:ind w:firstLine="360"/>
      </w:pPr>
      <w:r>
        <w:rPr>
          <w:rFonts w:ascii="Noto Serif CJK SC" w:hAnsi="Noto Serif CJK SC" w:eastAsia="Noto Serif CJK SC"/>
        </w:rPr>
        <w:t>问：我们工作很忙，不可能一天修八个小时，怎么办？答：保证每天两小时。有空的话，如星期六、星期天可以一天修八小时。</w:t>
      </w:r>
    </w:p>
    <w:p>
      <w:pPr>
        <w:spacing w:before="0" w:after="80" w:line="259" w:lineRule="auto"/>
        <w:ind w:firstLine="360"/>
      </w:pPr>
      <w:r>
        <w:rPr>
          <w:rFonts w:ascii="Noto Serif CJK SC" w:hAnsi="Noto Serif CJK SC" w:eastAsia="Noto Serif CJK SC"/>
        </w:rPr>
        <w:t>问：坐的时候是单盘还是双盘？答：都可以。自由盘也可以，自由盘时臀部要垫高一点，避免身体往后仰。女同志还是单盘好。不能坐在椅子上，挂脚坐不好。</w:t>
      </w:r>
    </w:p>
    <w:p>
      <w:pPr>
        <w:spacing w:before="0" w:after="80" w:line="259" w:lineRule="auto"/>
        <w:ind w:firstLine="360"/>
      </w:pPr>
      <w:r>
        <w:rPr>
          <w:rFonts w:ascii="Noto Serif CJK SC" w:hAnsi="Noto Serif CJK SC" w:eastAsia="Noto Serif CJK SC"/>
        </w:rPr>
        <w:t>问：我们灌顶后是否一定每天要坚持修法？</w:t>
      </w:r>
    </w:p>
    <w:p>
      <w:pPr>
        <w:spacing w:before="0" w:after="80" w:line="259" w:lineRule="auto"/>
        <w:ind w:firstLine="360"/>
      </w:pPr>
      <w:r>
        <w:rPr>
          <w:rFonts w:ascii="Noto Serif CJK SC" w:hAnsi="Noto Serif CJK SC" w:eastAsia="Noto Serif CJK SC"/>
        </w:rPr>
        <w:t>答：是的。我们这灌顶不是结缘灌顶，而是传法</w:t>
      </w:r>
    </w:p>
    <w:p>
      <w:pPr>
        <w:spacing w:before="0" w:after="80" w:line="259" w:lineRule="auto"/>
        <w:ind w:firstLine="360"/>
      </w:pPr>
      <w:r>
        <w:rPr>
          <w:rFonts w:ascii="Noto Serif CJK SC" w:hAnsi="Noto Serif CJK SC" w:eastAsia="Noto Serif CJK SC"/>
        </w:rPr>
        <w:t>灌顶。所以自己衡量一下，如果没有时间修法，那就不要接受灌顶。</w:t>
      </w:r>
    </w:p>
    <w:p>
      <w:pPr>
        <w:spacing w:before="0" w:after="80" w:line="259" w:lineRule="auto"/>
        <w:ind w:firstLine="360"/>
      </w:pPr>
      <w:r>
        <w:rPr>
          <w:rFonts w:ascii="Noto Serif CJK SC" w:hAnsi="Noto Serif CJK SC" w:eastAsia="Noto Serif CJK SC"/>
        </w:rPr>
        <w:t>问：修心中心的人，还要大礼拜、诵金刚萨埵心</w:t>
      </w:r>
    </w:p>
    <w:p>
      <w:pPr>
        <w:spacing w:before="0" w:after="80" w:line="259" w:lineRule="auto"/>
        <w:ind w:firstLine="360"/>
      </w:pPr>
      <w:r>
        <w:rPr>
          <w:rFonts w:ascii="Noto Serif CJK SC" w:hAnsi="Noto Serif CJK SC" w:eastAsia="Noto Serif CJK SC"/>
        </w:rPr>
        <w:t>咒、百字明咒以忏除业障吗？还要求受大圆满法吗？答：修心密可以不磕大头，也不须念百字明，因第二印已可消一切业障。心密即是大圆满。</w:t>
      </w:r>
    </w:p>
    <w:p>
      <w:pPr>
        <w:spacing w:before="0" w:after="80" w:line="259" w:lineRule="auto"/>
        <w:ind w:firstLine="360"/>
      </w:pPr>
      <w:r>
        <w:rPr>
          <w:rFonts w:ascii="Noto Serif CJK SC" w:hAnsi="Noto Serif CJK SC" w:eastAsia="Noto Serif CJK SC"/>
        </w:rPr>
        <w:t>问：愿我早日成就，能为师父分担一点利益众生的责任！答：有此愿望，护法菩萨自会时时保护你。</w:t>
      </w:r>
    </w:p>
    <w:p>
      <w:pPr>
        <w:spacing w:before="0" w:after="80" w:line="259" w:lineRule="auto"/>
        <w:ind w:firstLine="360"/>
      </w:pPr>
      <w:r>
        <w:rPr>
          <w:rFonts w:ascii="Noto Serif CJK SC" w:hAnsi="Noto Serif CJK SC" w:eastAsia="Noto Serif CJK SC"/>
        </w:rPr>
        <w:t>问：夏日天气炎热，有同修光着膀子，只穿一条内裤在佛堂打坐，是否如法？穿背心可以吗？答：不如法，应穿短袖汗衫，膝盖全部盖好。</w:t>
      </w:r>
    </w:p>
    <w:p>
      <w:pPr>
        <w:spacing w:before="0" w:after="80" w:line="259" w:lineRule="auto"/>
        <w:ind w:firstLine="360"/>
      </w:pPr>
      <w:r>
        <w:rPr>
          <w:rFonts w:ascii="Noto Serif CJK SC" w:hAnsi="Noto Serif CJK SC" w:eastAsia="Noto Serif CJK SC"/>
        </w:rPr>
        <w:t>问：单盘时，哪一条腿在上面较好？答：都一样。一般说来，右腿在上为降魔座，左腿在上为吉祥座。</w:t>
      </w:r>
    </w:p>
    <w:p>
      <w:pPr>
        <w:spacing w:before="0" w:after="80" w:line="259" w:lineRule="auto"/>
        <w:ind w:firstLine="360"/>
      </w:pPr>
      <w:r>
        <w:rPr>
          <w:rFonts w:ascii="Noto Serif CJK SC" w:hAnsi="Noto Serif CJK SC" w:eastAsia="Noto Serif CJK SC"/>
        </w:rPr>
        <w:t>问：为何打座前最好不喝水？答：恐坐不到两小时要小便。</w:t>
      </w:r>
    </w:p>
    <w:p>
      <w:pPr>
        <w:spacing w:before="0" w:after="80" w:line="259" w:lineRule="auto"/>
        <w:ind w:firstLine="360"/>
      </w:pPr>
      <w:r>
        <w:rPr>
          <w:rFonts w:ascii="Noto Serif CJK SC" w:hAnsi="Noto Serif CJK SC" w:eastAsia="Noto Serif CJK SC"/>
        </w:rPr>
        <w:t>问：打坐近两小时，颂咒千遍，还想继续坐下去，可以不再持咒吗？答：坐下去即须持咒，持咒是消妄念的法宝。须等你妄念不动，妄心不行时，才能自然不念。</w:t>
      </w:r>
    </w:p>
    <w:p>
      <w:pPr>
        <w:spacing w:before="0" w:after="80" w:line="259" w:lineRule="auto"/>
        <w:ind w:firstLine="360"/>
      </w:pPr>
      <w:r>
        <w:rPr>
          <w:rFonts w:ascii="Noto Serif CJK SC" w:hAnsi="Noto Serif CJK SC" w:eastAsia="Noto Serif CJK SC"/>
        </w:rPr>
        <w:t>问：早晨与夜间修法有区别吗？答：没有区别。不过夜间修法，因一天工作疲劳，易于昏睡。早晨打座，因一夜休息后精神抖擞，不会昏睡而易入定。</w:t>
      </w:r>
    </w:p>
    <w:p>
      <w:pPr>
        <w:spacing w:before="0" w:after="80" w:line="259" w:lineRule="auto"/>
        <w:ind w:firstLine="360"/>
      </w:pPr>
      <w:r>
        <w:rPr>
          <w:rFonts w:ascii="Noto Serif CJK SC" w:hAnsi="Noto Serif CJK SC" w:eastAsia="Noto Serif CJK SC"/>
        </w:rPr>
        <w:t>问：修法最要紧的是不间断，如遇特殊情况停修</w:t>
      </w:r>
    </w:p>
    <w:p>
      <w:pPr>
        <w:pStyle w:val="Heading3"/>
      </w:pPr>
      <w:r>
        <w:rPr>
          <w:rFonts w:ascii="Noto Serif CJK SC" w:hAnsi="Noto Serif CJK SC" w:eastAsia="Noto Serif CJK SC"/>
        </w:rPr>
        <w:t>一、二天影响大吗？</w:t>
      </w:r>
    </w:p>
    <w:p>
      <w:pPr>
        <w:spacing w:before="0" w:after="80" w:line="259" w:lineRule="auto"/>
        <w:ind w:firstLine="360"/>
      </w:pPr>
      <w:r>
        <w:rPr>
          <w:rFonts w:ascii="Noto Serif CJK SC" w:hAnsi="Noto Serif CJK SC" w:eastAsia="Noto Serif CJK SC"/>
        </w:rPr>
        <w:t>答：最好不要间断。修法如逆水行舟，不进则退，故停修一日，即可能倒退三日之功。</w:t>
      </w:r>
    </w:p>
    <w:p>
      <w:pPr>
        <w:spacing w:before="0" w:after="80" w:line="259" w:lineRule="auto"/>
        <w:ind w:firstLine="360"/>
      </w:pPr>
      <w:r>
        <w:rPr>
          <w:rFonts w:ascii="Noto Serif CJK SC" w:hAnsi="Noto Serif CJK SC" w:eastAsia="Noto Serif CJK SC"/>
        </w:rPr>
        <w:t>问：修六印时，手有时不由自主地靠在一起了，此为何因？</w:t>
      </w:r>
    </w:p>
    <w:p>
      <w:pPr>
        <w:spacing w:before="0" w:after="80" w:line="259" w:lineRule="auto"/>
        <w:ind w:firstLine="360"/>
      </w:pPr>
      <w:r>
        <w:rPr>
          <w:rFonts w:ascii="Noto Serif CJK SC" w:hAnsi="Noto Serif CJK SC" w:eastAsia="Noto Serif CJK SC"/>
        </w:rPr>
        <w:t>答：一是因手腕未靠紧，上面的手指即合拢了。二是警惕性不高，有些昏沉了。</w:t>
      </w:r>
    </w:p>
    <w:p>
      <w:pPr>
        <w:spacing w:before="0" w:after="80" w:line="259" w:lineRule="auto"/>
        <w:ind w:firstLine="360"/>
      </w:pPr>
      <w:r>
        <w:rPr>
          <w:rFonts w:ascii="Noto Serif CJK SC" w:hAnsi="Noto Serif CJK SC" w:eastAsia="Noto Serif CJK SC"/>
        </w:rPr>
        <w:t>问：今冬我决定打四个七，请师开示打七的具体安排。答：前二座修四印，后一座修二印，每座四小时，一天三座，共十二小时。第七日全部修四印，每座六小时，共十八小时。时间安排如下：</w:t>
      </w:r>
    </w:p>
    <w:p>
      <w:pPr>
        <w:spacing w:before="0" w:after="80" w:line="259" w:lineRule="auto"/>
        <w:ind w:firstLine="360"/>
      </w:pPr>
      <w:r>
        <w:rPr>
          <w:rFonts w:ascii="Noto Serif CJK SC" w:hAnsi="Noto Serif CJK SC" w:eastAsia="Noto Serif CJK SC"/>
        </w:rPr>
        <w:t>前六日十二小时</w:t>
      </w:r>
    </w:p>
    <w:p>
      <w:pPr>
        <w:spacing w:before="0" w:after="80" w:line="259" w:lineRule="auto"/>
        <w:ind w:firstLine="360"/>
      </w:pPr>
      <w:r>
        <w:rPr>
          <w:rFonts w:ascii="Noto Serif CJK SC" w:hAnsi="Noto Serif CJK SC" w:eastAsia="Noto Serif CJK SC"/>
        </w:rPr>
        <w:t>24:00— 4:006:00—10:0012:00—16:00</w:t>
      </w:r>
    </w:p>
    <w:p>
      <w:pPr>
        <w:spacing w:before="0" w:after="80" w:line="259" w:lineRule="auto"/>
        <w:ind w:firstLine="360"/>
      </w:pPr>
      <w:r>
        <w:rPr>
          <w:rFonts w:ascii="Noto Serif CJK SC" w:hAnsi="Noto Serif CJK SC" w:eastAsia="Noto Serif CJK SC"/>
        </w:rPr>
        <w:t>第七日18小时</w:t>
      </w:r>
    </w:p>
    <w:p>
      <w:pPr>
        <w:spacing w:before="0" w:after="80" w:line="259" w:lineRule="auto"/>
        <w:ind w:firstLine="360"/>
      </w:pPr>
      <w:r>
        <w:rPr>
          <w:rFonts w:ascii="Noto Serif CJK SC" w:hAnsi="Noto Serif CJK SC" w:eastAsia="Noto Serif CJK SC"/>
        </w:rPr>
        <w:t>24:00— 6:008:00—14:0016:00—22:00</w:t>
      </w:r>
    </w:p>
    <w:p>
      <w:pPr>
        <w:spacing w:before="0" w:after="80" w:line="259" w:lineRule="auto"/>
        <w:ind w:firstLine="360"/>
      </w:pPr>
      <w:r>
        <w:rPr>
          <w:rFonts w:ascii="Noto Serif CJK SC" w:hAnsi="Noto Serif CJK SC" w:eastAsia="Noto Serif CJK SC"/>
        </w:rPr>
        <w:t>问：一般饭后一小时上座。若有意少吃些，可以提前吗？答：一小时时间不长，不然易生胃病。</w:t>
      </w:r>
    </w:p>
    <w:p>
      <w:pPr>
        <w:spacing w:before="0" w:after="80" w:line="259" w:lineRule="auto"/>
        <w:ind w:firstLine="360"/>
      </w:pPr>
      <w:r>
        <w:rPr>
          <w:rFonts w:ascii="Noto Serif CJK SC" w:hAnsi="Noto Serif CJK SC" w:eastAsia="Noto Serif CJK SC"/>
        </w:rPr>
        <w:t>问：腰背酸胀，影响打坐，反反复复，该怎么办？答：要有耐心，坐到气脉通。</w:t>
      </w:r>
    </w:p>
    <w:p>
      <w:pPr>
        <w:spacing w:before="0" w:after="80" w:line="259" w:lineRule="auto"/>
        <w:ind w:firstLine="360"/>
      </w:pPr>
      <w:r>
        <w:rPr>
          <w:rFonts w:ascii="Noto Serif CJK SC" w:hAnsi="Noto Serif CJK SC" w:eastAsia="Noto Serif CJK SC"/>
        </w:rPr>
        <w:t>问：打坐渐觉平淡，观照绵密些了。只习染很重，仍有走失的时候，是否需加功打坐？答：打坐增加定力，确是不为境迁的要着。</w:t>
      </w:r>
    </w:p>
    <w:p>
      <w:pPr>
        <w:spacing w:before="0" w:after="80" w:line="259" w:lineRule="auto"/>
        <w:ind w:firstLine="360"/>
      </w:pPr>
      <w:r>
        <w:rPr>
          <w:rFonts w:ascii="Noto Serif CJK SC" w:hAnsi="Noto Serif CJK SC" w:eastAsia="Noto Serif CJK SC"/>
        </w:rPr>
        <w:t>问：最近睡眠较好，就和丈夫一起每天坐两座，快十天了，感觉太累。我可以一直加座吗？答：身体不累可以坐两座。坐得要定，只有好，不会失眠。另外，能入定一小时，等于睡七小时，精神非常充沛。</w:t>
      </w:r>
    </w:p>
    <w:p>
      <w:pPr>
        <w:spacing w:before="0" w:after="80" w:line="259" w:lineRule="auto"/>
        <w:ind w:firstLine="360"/>
      </w:pPr>
      <w:r>
        <w:rPr>
          <w:rFonts w:ascii="Noto Serif CJK SC" w:hAnsi="Noto Serif CJK SC" w:eastAsia="Noto Serif CJK SC"/>
        </w:rPr>
        <w:t>问：修法入座约四十分钟后，右背痛，连续打嗝，影响持咒。答：右背痛，是气脉不通，过后即愈。打嗝是排除废气，使身体内部清净。这是好事，不用医治。</w:t>
      </w:r>
    </w:p>
    <w:p>
      <w:pPr>
        <w:spacing w:before="0" w:after="80" w:line="259" w:lineRule="auto"/>
        <w:ind w:firstLine="360"/>
      </w:pPr>
      <w:r>
        <w:rPr>
          <w:rFonts w:ascii="Noto Serif CJK SC" w:hAnsi="Noto Serif CJK SC" w:eastAsia="Noto Serif CJK SC"/>
        </w:rPr>
        <w:t>问：修二印后拉肚子五天，十余次，是否正常？答：正常，是排去一切污染。</w:t>
      </w:r>
    </w:p>
    <w:p>
      <w:pPr>
        <w:spacing w:before="0" w:after="80" w:line="259" w:lineRule="auto"/>
        <w:ind w:firstLine="360"/>
      </w:pPr>
      <w:r>
        <w:rPr>
          <w:rFonts w:ascii="Noto Serif CJK SC" w:hAnsi="Noto Serif CJK SC" w:eastAsia="Noto Serif CJK SC"/>
        </w:rPr>
        <w:t>问：自学佛后，一直喜看经书，若不看则有无所适从之感。请问师父如何对治？答：可持咒、念佛，可怡养心性。无所事事即是真心显现，一有枯寂感即是妄情，持咒念佛皆是游如来寂灭海。虽持咒念佛，不作持咒念佛想。随你持什么咒，念什么佛皆无不可。</w:t>
      </w:r>
    </w:p>
    <w:p>
      <w:pPr>
        <w:spacing w:before="0" w:after="80" w:line="259" w:lineRule="auto"/>
        <w:ind w:firstLine="360"/>
      </w:pPr>
      <w:r>
        <w:rPr>
          <w:rFonts w:ascii="Noto Serif CJK SC" w:hAnsi="Noto Serif CJK SC" w:eastAsia="Noto Serif CJK SC"/>
        </w:rPr>
        <w:t>问：在什么地方修行好？答：人都喜欢跑来跑去，这里跑跑那里跑跑，这里不好到那里，那里不好到这里，乱七八糟的。其实，</w:t>
      </w:r>
    </w:p>
    <w:p>
      <w:pPr>
        <w:spacing w:before="0" w:after="80" w:line="259" w:lineRule="auto"/>
        <w:ind w:firstLine="360"/>
      </w:pPr>
      <w:r>
        <w:rPr>
          <w:rFonts w:ascii="Noto Serif CJK SC" w:hAnsi="Noto Serif CJK SC" w:eastAsia="Noto Serif CJK SC"/>
        </w:rPr>
        <w:t>处处都好，就是你的心不好。你心真清净了，处处都好。</w:t>
      </w:r>
    </w:p>
    <w:p>
      <w:pPr>
        <w:spacing w:before="0" w:after="80" w:line="259" w:lineRule="auto"/>
        <w:ind w:firstLine="360"/>
      </w:pPr>
      <w:r>
        <w:rPr>
          <w:rFonts w:ascii="Noto Serif CJK SC" w:hAnsi="Noto Serif CJK SC" w:eastAsia="Noto Serif CJK SC"/>
        </w:rPr>
        <w:t>问：有同修知我加座，来劝说不要执法，并指责我认为有法可修，有道可成。答：这都是废话，叫他们扪心自问，是否已到无修无证的地步了。假如对境还动心，说什么执法！船未到彼岸，离开船就要淹死！这都是混帐人说胡话，未得谓得，未证谓证，说大话，吹牛皮，误人慧命，</w:t>
      </w:r>
    </w:p>
    <w:p>
      <w:pPr>
        <w:spacing w:before="0" w:after="80" w:line="259" w:lineRule="auto"/>
        <w:ind w:firstLine="360"/>
      </w:pPr>
      <w:r>
        <w:rPr>
          <w:rFonts w:ascii="Noto Serif CJK SC" w:hAnsi="Noto Serif CJK SC" w:eastAsia="Noto Serif CJK SC"/>
        </w:rPr>
        <w:t>不下地狱才怪！其实修道是长远的大事，何能仅仅修</w:t>
      </w:r>
    </w:p>
    <w:p>
      <w:pPr>
        <w:spacing w:before="0" w:after="80" w:line="259" w:lineRule="auto"/>
        <w:ind w:firstLine="360"/>
      </w:pPr>
      <w:r>
        <w:rPr>
          <w:rFonts w:ascii="Noto Serif CJK SC" w:hAnsi="Noto Serif CJK SC" w:eastAsia="Noto Serif CJK SC"/>
        </w:rPr>
        <w:t>过几座，即可歇手不修？！</w:t>
      </w:r>
    </w:p>
    <w:p>
      <w:pPr>
        <w:spacing w:before="0" w:after="80" w:line="259" w:lineRule="auto"/>
        <w:ind w:firstLine="360"/>
      </w:pPr>
      <w:r>
        <w:rPr>
          <w:rFonts w:ascii="Noto Serif CJK SC" w:hAnsi="Noto Serif CJK SC" w:eastAsia="Noto Serif CJK SC"/>
        </w:rPr>
        <w:t>问：大乘佛法都讲：上求、下化、普度众生，而我现在感到越来越淡，那种发心越加不切。答：没有大愿，怎么能成大事？！你发心不切，所以修法不力，应赶快改过！</w:t>
      </w:r>
    </w:p>
    <w:p>
      <w:pPr>
        <w:spacing w:before="0" w:after="80" w:line="259" w:lineRule="auto"/>
        <w:ind w:firstLine="360"/>
      </w:pPr>
      <w:r>
        <w:rPr>
          <w:rFonts w:ascii="Noto Serif CJK SC" w:hAnsi="Noto Serif CJK SC" w:eastAsia="Noto Serif CJK SC"/>
        </w:rPr>
        <w:t>问：碰到逆缘是避开还是一试？答：避开，即不是好手，应随力应付。从前我师</w:t>
      </w:r>
    </w:p>
    <w:p>
      <w:pPr>
        <w:spacing w:before="0" w:after="80" w:line="259" w:lineRule="auto"/>
        <w:ind w:firstLine="360"/>
      </w:pPr>
      <w:r>
        <w:rPr>
          <w:rFonts w:ascii="Noto Serif CJK SC" w:hAnsi="Noto Serif CJK SC" w:eastAsia="Noto Serif CJK SC"/>
        </w:rPr>
        <w:t>骧陆公说：“欲修最上乘，尘劳为资粮，冤家一齐到，庄严此道场。”</w:t>
      </w:r>
    </w:p>
    <w:p>
      <w:pPr>
        <w:spacing w:before="0" w:after="80" w:line="259" w:lineRule="auto"/>
        <w:ind w:firstLine="360"/>
      </w:pPr>
      <w:r>
        <w:rPr>
          <w:rFonts w:ascii="Noto Serif CJK SC" w:hAnsi="Noto Serif CJK SC" w:eastAsia="Noto Serif CJK SC"/>
        </w:rPr>
        <w:t>问：密勒日巴尊者在歌中反复强调的是厌离心和山居禅观，这是否是现代年轻人虽然学佛但一直未具备的，所以总有隔靴搔痒，蜻蜒点水之态？答：现代人心多浮躁，确实应多打坐，加强定力，在任何境上皆不动摇，方有少分相应。切不可夸夸其谈，说得做不到，以至误人误己。</w:t>
      </w:r>
    </w:p>
    <w:p>
      <w:pPr>
        <w:spacing w:before="0" w:after="80" w:line="259" w:lineRule="auto"/>
        <w:ind w:firstLine="360"/>
      </w:pPr>
      <w:r>
        <w:rPr>
          <w:rFonts w:ascii="Noto Serif CJK SC" w:hAnsi="Noto Serif CJK SC" w:eastAsia="Noto Serif CJK SC"/>
        </w:rPr>
        <w:t>问：弟子已修法一年多了，虽然从理上明白了一些，但至今尚未亲证身心脱落之境。请问师父，若不亲证，是否遇境不动心的力量会很差？亲证是否不太容易？若欲亲证是否主要靠打坐修法？答：修行不只是打坐修法，更须在事上磨炼，不随境转，这样修行才能得力。但如在事上磨炼的定力不够，还须多打坐以增加定力，此法易亲证本来。</w:t>
      </w:r>
    </w:p>
    <w:p>
      <w:pPr>
        <w:spacing w:before="0" w:after="80" w:line="259" w:lineRule="auto"/>
        <w:ind w:firstLine="360"/>
      </w:pPr>
      <w:r>
        <w:rPr>
          <w:rFonts w:ascii="Noto Serif CJK SC" w:hAnsi="Noto Serif CJK SC" w:eastAsia="Noto Serif CJK SC"/>
        </w:rPr>
        <w:t>问：有了是非，是解释还是不理会？</w:t>
      </w:r>
    </w:p>
    <w:p>
      <w:pPr>
        <w:spacing w:before="0" w:after="80" w:line="259" w:lineRule="auto"/>
        <w:ind w:firstLine="360"/>
      </w:pPr>
      <w:r>
        <w:rPr>
          <w:rFonts w:ascii="Noto Serif CJK SC" w:hAnsi="Noto Serif CJK SC" w:eastAsia="Noto Serif CJK SC"/>
        </w:rPr>
        <w:t>答：用功人无有是非。</w:t>
      </w:r>
    </w:p>
    <w:p>
      <w:pPr>
        <w:spacing w:before="0" w:after="80" w:line="259" w:lineRule="auto"/>
        <w:ind w:firstLine="360"/>
      </w:pPr>
      <w:r>
        <w:rPr>
          <w:rFonts w:ascii="Noto Serif CJK SC" w:hAnsi="Noto Serif CJK SC" w:eastAsia="Noto Serif CJK SC"/>
        </w:rPr>
        <w:t>问：有时我坐在那里，不动的东西在动是怎么回事？答：是你的心动。</w:t>
      </w:r>
    </w:p>
    <w:p>
      <w:pPr>
        <w:spacing w:before="0" w:after="80" w:line="259" w:lineRule="auto"/>
        <w:ind w:firstLine="360"/>
      </w:pPr>
      <w:r>
        <w:rPr>
          <w:rFonts w:ascii="Noto Serif CJK SC" w:hAnsi="Noto Serif CJK SC" w:eastAsia="Noto Serif CJK SC"/>
        </w:rPr>
        <w:t>问：平时可持咒吗？答：可以。走路可以持，睡觉也可以，持到睡着了，持熟了，睡梦中都在持咒，乃至于大小便也可以持，但不要出声。</w:t>
      </w:r>
    </w:p>
    <w:p>
      <w:pPr>
        <w:spacing w:before="0" w:after="80" w:line="259" w:lineRule="auto"/>
        <w:ind w:firstLine="360"/>
      </w:pPr>
      <w:r>
        <w:rPr>
          <w:rFonts w:ascii="Noto Serif CJK SC" w:hAnsi="Noto Serif CJK SC" w:eastAsia="Noto Serif CJK SC"/>
        </w:rPr>
        <w:t>问：为什么一定要打坐证得三昧？答：因为告诉你、指点你，你不相信、不明白，即使明白道理，定力也不够，境界来了还是跟着跑，所以要打坐证得三昧。月霞禅师在参禅开悟后，觉得心还在动，他师父冶开老和尚让他闭关三年，三年后出来才行。印光大师也闭关好几次；虚云老和尚在高旻寺打坐开悟后，也到终南山闭关；来果老和尚在金山寺打坐，开悟后也是去终南山闭关的。现代的几个</w:t>
      </w:r>
    </w:p>
    <w:p>
      <w:pPr>
        <w:spacing w:before="0" w:after="80" w:line="259" w:lineRule="auto"/>
        <w:ind w:firstLine="360"/>
      </w:pPr>
      <w:r>
        <w:rPr>
          <w:rFonts w:ascii="Noto Serif CJK SC" w:hAnsi="Noto Serif CJK SC" w:eastAsia="Noto Serif CJK SC"/>
        </w:rPr>
        <w:t>大师都是这样用功的。</w:t>
      </w:r>
    </w:p>
    <w:p>
      <w:pPr>
        <w:spacing w:before="0" w:after="80" w:line="259" w:lineRule="auto"/>
        <w:ind w:firstLine="360"/>
      </w:pPr>
      <w:r>
        <w:rPr>
          <w:rFonts w:ascii="Noto Serif CJK SC" w:hAnsi="Noto Serif CJK SC" w:eastAsia="Noto Serif CJK SC"/>
        </w:rPr>
        <w:t>问：我打坐时，没有念头，是不是没有慧力？答：你能知道自己没有念头，就是慧力。没有念头很好，这是定力。如果没有念头时你不知道、糊涂了，那就没有慧力。定中要了了分明。</w:t>
      </w:r>
    </w:p>
    <w:p>
      <w:pPr>
        <w:spacing w:before="0" w:after="80" w:line="259" w:lineRule="auto"/>
        <w:ind w:firstLine="360"/>
      </w:pPr>
      <w:r>
        <w:rPr>
          <w:rFonts w:ascii="Noto Serif CJK SC" w:hAnsi="Noto Serif CJK SC" w:eastAsia="Noto Serif CJK SC"/>
        </w:rPr>
        <w:t>问：心中心法与莲花印有何区别？答：一心修莲花印也能成道，心中心法比莲花印要快些，因为它坐的时间长，有六个手印。我们的脏腑与手都有密切的关系，手印一结，就把五脏六腑安置好了；咒轮一吹，气脉就容易打通；气脉打通了，就容易把身心化空而见性。</w:t>
      </w:r>
    </w:p>
    <w:p>
      <w:pPr>
        <w:spacing w:before="0" w:after="80" w:line="259" w:lineRule="auto"/>
        <w:ind w:firstLine="360"/>
      </w:pPr>
      <w:r>
        <w:rPr>
          <w:rFonts w:ascii="Noto Serif CJK SC" w:hAnsi="Noto Serif CJK SC" w:eastAsia="Noto Serif CJK SC"/>
        </w:rPr>
        <w:t>问：弟子现在每日修六字大明咒，谨拜乞上师慈座赐示：答：虔修六字大明咒，很好。只要能一切放下，死心塌地，一门深入，修任何法门都能成就。否则偷心不死或朝三暮四地此法修修，彼法修修，虽到弥勒</w:t>
      </w:r>
    </w:p>
    <w:p>
      <w:pPr>
        <w:spacing w:before="0" w:after="80" w:line="259" w:lineRule="auto"/>
        <w:ind w:firstLine="360"/>
      </w:pPr>
      <w:r>
        <w:rPr>
          <w:rFonts w:ascii="Noto Serif CJK SC" w:hAnsi="Noto Serif CJK SC" w:eastAsia="Noto Serif CJK SC"/>
        </w:rPr>
        <w:t>佛下生，亦无成功之日。</w:t>
      </w:r>
    </w:p>
    <w:p>
      <w:pPr>
        <w:spacing w:before="0" w:after="80" w:line="259" w:lineRule="auto"/>
        <w:ind w:firstLine="360"/>
      </w:pPr>
      <w:r>
        <w:rPr>
          <w:rFonts w:ascii="Noto Serif CJK SC" w:hAnsi="Noto Serif CJK SC" w:eastAsia="Noto Serif CJK SC"/>
        </w:rPr>
        <w:t>问：修六字大明咒可否持“慈氏咒”？答：可以。也可以持“往生广咒”。</w:t>
      </w:r>
    </w:p>
    <w:p>
      <w:pPr>
        <w:spacing w:before="0" w:after="80" w:line="259" w:lineRule="auto"/>
        <w:ind w:firstLine="360"/>
      </w:pPr>
      <w:r>
        <w:rPr>
          <w:rFonts w:ascii="Noto Serif CJK SC" w:hAnsi="Noto Serif CJK SC" w:eastAsia="Noto Serif CJK SC"/>
        </w:rPr>
        <w:t>问：临终念“大随求陀罗尼”好不好？答：大随求陀罗尼字数少，方便，想生什么净土就可以去。</w:t>
      </w:r>
    </w:p>
    <w:p>
      <w:pPr>
        <w:spacing w:before="0" w:after="80" w:line="259" w:lineRule="auto"/>
        <w:ind w:firstLine="360"/>
      </w:pPr>
      <w:r>
        <w:rPr>
          <w:rFonts w:ascii="Noto Serif CJK SC" w:hAnsi="Noto Serif CJK SC" w:eastAsia="Noto Serif CJK SC"/>
        </w:rPr>
        <w:t>问：我从前念往生广咒，现在想改念慈氏咒可否？答：可以。龙华三会愿跟弥勒佛下来度众生的，那就念慈氏咒。各随各愿，毫不勉强。</w:t>
      </w:r>
    </w:p>
    <w:p>
      <w:pPr>
        <w:spacing w:before="0" w:after="80" w:line="259" w:lineRule="auto"/>
        <w:ind w:firstLine="360"/>
      </w:pPr>
      <w:r>
        <w:rPr>
          <w:rFonts w:ascii="Noto Serif CJK SC" w:hAnsi="Noto Serif CJK SC" w:eastAsia="Noto Serif CJK SC"/>
        </w:rPr>
        <w:t>问：我每天坚持做早晚课念佛，平时在行住坐卧中训练自己努力提起佛号，想起就默念。答：这种念佛方法很好，妄念确能一时消尽。只要不断地与之斗争下去，慢慢地即能由多而少，由少</w:t>
      </w:r>
    </w:p>
    <w:p>
      <w:pPr>
        <w:spacing w:before="0" w:after="80" w:line="259" w:lineRule="auto"/>
        <w:ind w:firstLine="360"/>
      </w:pPr>
      <w:r>
        <w:rPr>
          <w:rFonts w:ascii="Noto Serif CJK SC" w:hAnsi="Noto Serif CJK SC" w:eastAsia="Noto Serif CJK SC"/>
        </w:rPr>
        <w:t>而忽然断息，与阿弥陀佛打成一片了。</w:t>
      </w:r>
    </w:p>
    <w:p>
      <w:pPr>
        <w:spacing w:before="0" w:after="80" w:line="259" w:lineRule="auto"/>
        <w:ind w:firstLine="360"/>
      </w:pPr>
      <w:r>
        <w:rPr>
          <w:rFonts w:ascii="Noto Serif CJK SC" w:hAnsi="Noto Serif CJK SC" w:eastAsia="Noto Serif CJK SC"/>
        </w:rPr>
        <w:t>问：我一直是修“持名念佛”法，现虽授了心中心法，但仍不愿舍弃念佛法门。如若于念佛外每天再加一座“心中心”法作为念佛的助行，是否成了杂修？答：一心修净土法门，可以不修其他宗法。但于念佛外，最好加念往生广咒。</w:t>
      </w:r>
    </w:p>
    <w:p>
      <w:pPr>
        <w:spacing w:before="0" w:after="80" w:line="259" w:lineRule="auto"/>
        <w:ind w:firstLine="360"/>
      </w:pPr>
      <w:r>
        <w:rPr>
          <w:rFonts w:ascii="Noto Serif CJK SC" w:hAnsi="Noto Serif CJK SC" w:eastAsia="Noto Serif CJK SC"/>
        </w:rPr>
        <w:t>问：念佛时，毕竟还是妄想多于持名，故知即使老实念佛亦非易事。答：要注意，念来不要怕它，也不压它，只不睬它，提起佛念，妄念即自行化去了。</w:t>
      </w:r>
    </w:p>
    <w:p>
      <w:pPr>
        <w:spacing w:before="0" w:after="80" w:line="259" w:lineRule="auto"/>
        <w:ind w:firstLine="360"/>
      </w:pPr>
      <w:r>
        <w:rPr>
          <w:rFonts w:ascii="Noto Serif CJK SC" w:hAnsi="Noto Serif CJK SC" w:eastAsia="Noto Serif CJK SC"/>
        </w:rPr>
        <w:t>问：往生广咒与往生咒有什么差别？答：两个咒都可以，关于往生广咒，看一看《净土十要》第八要中“宝王三昧念佛直指”第十二，那里面讲得很清楚。</w:t>
      </w:r>
    </w:p>
    <w:p>
      <w:pPr>
        <w:spacing w:before="0" w:after="80" w:line="259" w:lineRule="auto"/>
        <w:ind w:firstLine="360"/>
      </w:pPr>
      <w:r>
        <w:rPr>
          <w:rFonts w:ascii="Noto Serif CJK SC" w:hAnsi="Noto Serif CJK SC" w:eastAsia="Noto Serif CJK SC"/>
        </w:rPr>
        <w:t>问：修心中心法的人可以帮朋友治病，但我现在还没有修，我的朋友在医院里开刀，我该怎么来帮助他？答：你可以持药师佛的心咒对他加持，《药师经》里有此咒。让你朋友自己念更好，求药师佛加被。</w:t>
      </w:r>
    </w:p>
    <w:p>
      <w:pPr>
        <w:spacing w:before="0" w:after="80" w:line="259" w:lineRule="auto"/>
        <w:ind w:firstLine="360"/>
      </w:pPr>
      <w:r>
        <w:rPr>
          <w:rFonts w:ascii="Noto Serif CJK SC" w:hAnsi="Noto Serif CJK SC" w:eastAsia="Noto Serif CJK SC"/>
        </w:rPr>
        <w:t>问：咒语是佛菩萨的心法，诚心念最重要，发音是次要的。我念一个咒已念惯了，但发音不准，是否要改一下。答：不要改，念惯就好了。</w:t>
      </w:r>
    </w:p>
    <w:p>
      <w:pPr>
        <w:spacing w:before="0" w:after="80" w:line="259" w:lineRule="auto"/>
        <w:ind w:firstLine="360"/>
      </w:pPr>
      <w:r>
        <w:rPr>
          <w:rFonts w:ascii="Noto Serif CJK SC" w:hAnsi="Noto Serif CJK SC" w:eastAsia="Noto Serif CJK SC"/>
        </w:rPr>
        <w:t>问：坐过一座之后，还有时间，但不足两小时，有什么方便修法吗？答：可修方便定印。右手放在左手上，大指捏中指，还是念这个咒。念几十遍后，就可不念了，看住念头就行，但不能拿这个方法代替打一座。</w:t>
      </w:r>
    </w:p>
    <w:p>
      <w:pPr>
        <w:spacing w:before="0" w:after="80" w:line="259" w:lineRule="auto"/>
        <w:ind w:firstLine="360"/>
      </w:pPr>
      <w:r>
        <w:rPr>
          <w:rFonts w:ascii="Noto Serif CJK SC" w:hAnsi="Noto Serif CJK SC" w:eastAsia="Noto Serif CJK SC"/>
        </w:rPr>
        <w:t>问：一位居士持准提咒一百万遍后，该如何修</w:t>
      </w:r>
    </w:p>
    <w:p>
      <w:pPr>
        <w:spacing w:before="0" w:after="80" w:line="259" w:lineRule="auto"/>
        <w:ind w:firstLine="360"/>
      </w:pPr>
      <w:r>
        <w:rPr>
          <w:rFonts w:ascii="Noto Serif CJK SC" w:hAnsi="Noto Serif CJK SC" w:eastAsia="Noto Serif CJK SC"/>
        </w:rPr>
        <w:t>法？</w:t>
      </w:r>
    </w:p>
    <w:p>
      <w:pPr>
        <w:spacing w:before="0" w:after="80" w:line="259" w:lineRule="auto"/>
        <w:ind w:firstLine="360"/>
      </w:pPr>
      <w:r>
        <w:rPr>
          <w:rFonts w:ascii="Noto Serif CJK SC" w:hAnsi="Noto Serif CJK SC" w:eastAsia="Noto Serif CJK SC"/>
        </w:rPr>
        <w:t>答：持准提咒的大多皆是有所希求。这位居士求些什么？现在应验没有？若应验了，即应以咒印心，将心空尽，不再有妄想，以证入如来地，从而达到准提菩萨“先以欲勾牵，后令入佛智”之本怀。不结印功效不大，应加结手印。平时在座下于行住坐卧中，也须绵密金刚持咒。</w:t>
      </w:r>
    </w:p>
    <w:p>
      <w:pPr>
        <w:spacing w:before="0" w:after="80" w:line="259" w:lineRule="auto"/>
        <w:ind w:firstLine="360"/>
      </w:pPr>
      <w:r>
        <w:rPr>
          <w:rFonts w:ascii="Noto Serif CJK SC" w:hAnsi="Noto Serif CJK SC" w:eastAsia="Noto Serif CJK SC"/>
        </w:rPr>
        <w:t>问：现在念四皈依、祈祷文及持咒时，皆模仿上师之发音。今忽发觉，似有著相之感。？答：不要生此妄念，须知一切法均是方便法，但不能住着。但要无住无为，须先将妄心制于一处，而后才能将所住、所为化去。</w:t>
      </w:r>
    </w:p>
    <w:p>
      <w:pPr>
        <w:spacing w:before="0" w:after="80" w:line="259" w:lineRule="auto"/>
        <w:ind w:firstLine="360"/>
      </w:pPr>
      <w:r>
        <w:rPr>
          <w:rFonts w:ascii="Noto Serif CJK SC" w:hAnsi="Noto Serif CJK SC" w:eastAsia="Noto Serif CJK SC"/>
        </w:rPr>
        <w:t>问：密宗重师承，恭敬于上师，持咒尽量模仿上师之音韵、神调，便无形中能得上师之加持力，以速消业障，令身心安定。心密属无相密乘，是否对此有要求呢？答：可以如此，总之，须专心致志地修持才能相应。持咒音准，感应力大而神速。</w:t>
      </w:r>
    </w:p>
    <w:p>
      <w:pPr>
        <w:spacing w:before="0" w:after="80" w:line="259" w:lineRule="auto"/>
        <w:ind w:firstLine="360"/>
      </w:pPr>
      <w:r>
        <w:rPr>
          <w:rFonts w:ascii="Noto Serif CJK SC" w:hAnsi="Noto Serif CJK SC" w:eastAsia="Noto Serif CJK SC"/>
        </w:rPr>
        <w:t>问：《王骧陆全集》讲：“持咒以音准为第一义，凡求一咒，念之半熟时，再请灌顶师校正音韵，字句中有重轻、段落、连断等法，必须一一参究，不独音似，并得神似，熟则成自然矣。”这“不独音似，并得神似”是不是要求尽量持诵得如传法上师的音声、调、韵呢？答：神似者，心空无住，自然而发之意境也。</w:t>
      </w:r>
    </w:p>
    <w:p>
      <w:pPr>
        <w:spacing w:before="0" w:after="80" w:line="259" w:lineRule="auto"/>
        <w:ind w:firstLine="360"/>
      </w:pPr>
      <w:r>
        <w:rPr>
          <w:rFonts w:ascii="Noto Serif CJK SC" w:hAnsi="Noto Serif CJK SC" w:eastAsia="Noto Serif CJK SC"/>
        </w:rPr>
        <w:t>问：楞严咒在任何时间持诵都可以吗？答：任何时间都可以。</w:t>
      </w:r>
    </w:p>
    <w:p>
      <w:pPr>
        <w:spacing w:before="0" w:after="80" w:line="259" w:lineRule="auto"/>
        <w:ind w:firstLine="360"/>
      </w:pPr>
      <w:r>
        <w:rPr>
          <w:rFonts w:ascii="Noto Serif CJK SC" w:hAnsi="Noto Serif CJK SC" w:eastAsia="Noto Serif CJK SC"/>
        </w:rPr>
        <w:t>问：修随心陀罗尼易入定，而修心中心时感种子翻得厉害。答：修随心陀罗尼容易定是因修心中心之故。因你修心中心时间长而想入定故不定，修大随求时间短而无求，身心放下，故易入定。</w:t>
      </w:r>
    </w:p>
    <w:p>
      <w:pPr>
        <w:spacing w:before="0" w:after="80" w:line="259" w:lineRule="auto"/>
        <w:ind w:firstLine="360"/>
      </w:pPr>
      <w:r>
        <w:rPr>
          <w:rFonts w:ascii="Noto Serif CJK SC" w:hAnsi="Noto Serif CJK SC" w:eastAsia="Noto Serif CJK SC"/>
        </w:rPr>
        <w:t>问：修随心陀罗尼时几次出现这样的情况：浑身</w:t>
      </w:r>
    </w:p>
    <w:p>
      <w:pPr>
        <w:spacing w:before="0" w:after="80" w:line="259" w:lineRule="auto"/>
        <w:ind w:firstLine="360"/>
      </w:pPr>
      <w:r>
        <w:rPr>
          <w:rFonts w:ascii="Noto Serif CJK SC" w:hAnsi="Noto Serif CJK SC" w:eastAsia="Noto Serif CJK SC"/>
        </w:rPr>
        <w:t>像被大石头压着，而且压力也随着持咒而变化。答：念咒能消障，所以“石头”就起变化。总之，一切不顾，要心空，才能成道。</w:t>
      </w:r>
    </w:p>
    <w:p>
      <w:pPr>
        <w:spacing w:before="0" w:after="80" w:line="259" w:lineRule="auto"/>
        <w:ind w:firstLine="360"/>
      </w:pPr>
      <w:r>
        <w:rPr>
          <w:rFonts w:ascii="Noto Serif CJK SC" w:hAnsi="Noto Serif CJK SC" w:eastAsia="Noto Serif CJK SC"/>
        </w:rPr>
        <w:t>问：超度亡灵念什么咒好？答：可念“听闻解脱咒”、“本觉大密咒”、“六道金刚咒”、“地藏菩萨真言”、“大光明咒”，最重要的是这几个咒。中阴阶段念这几个咒非常重要，要多念，这些咒作用很大。可制作“金刚沙”，方法是：一盒沙，洗净、晒干，用一根针穿一条红丝线，将针插在沙里面，红丝线头捏在左手无名指根部，结金刚拳印，右手照着沙，念十万八千遍，这个沙就能救度一切亡灵。即使死了很多年的亡灵，已落入三恶道，只要在他的尸体上或骨灰上，从脚往头上洒上去，就可以超生天界。其它的咒就可以不要念了。</w:t>
      </w:r>
    </w:p>
    <w:p>
      <w:pPr>
        <w:spacing w:before="0" w:after="80" w:line="259" w:lineRule="auto"/>
        <w:ind w:firstLine="360"/>
      </w:pPr>
      <w:r>
        <w:rPr>
          <w:rFonts w:ascii="Noto Serif CJK SC" w:hAnsi="Noto Serif CJK SC" w:eastAsia="Noto Serif CJK SC"/>
        </w:rPr>
        <w:t>问：刚睡下来是持咒好，还是观照好？答：持咒好。念念咒就睡着了，观念头观得紧了反而不易入睡了。</w:t>
      </w:r>
    </w:p>
    <w:p>
      <w:pPr>
        <w:spacing w:before="0" w:after="80" w:line="259" w:lineRule="auto"/>
        <w:ind w:firstLine="360"/>
      </w:pPr>
      <w:r>
        <w:rPr>
          <w:rFonts w:ascii="Noto Serif CJK SC" w:hAnsi="Noto Serif CJK SC" w:eastAsia="Noto Serif CJK SC"/>
        </w:rPr>
        <w:t>问：观心与持咒有无差别？答：观心等于持咒。观心是自力，持咒是他力。</w:t>
      </w:r>
    </w:p>
    <w:p>
      <w:pPr>
        <w:spacing w:before="0" w:after="80" w:line="259" w:lineRule="auto"/>
        <w:ind w:firstLine="360"/>
      </w:pPr>
      <w:r>
        <w:rPr>
          <w:rFonts w:ascii="Noto Serif CJK SC" w:hAnsi="Noto Serif CJK SC" w:eastAsia="Noto Serif CJK SC"/>
        </w:rPr>
        <w:t>问：只在山上修行不好，是吗？答：在山上修并不是不好，在山上练一段时间是可以的，完全依靠住山是不行的，还要到都市来练。只在山上修，到都市一看心又乱了。在大都市里隐，才是真隐。道家也说：小隐隐于山，大隐隐于市。罗汉有初果、二果、三果、四果之别。初果罗汉在山林里可以一点不动心，但到了都市就动心了。二果罗汉到都市，前念才动，后念即觉。在山林也有好处，先练空，再到都市来练。</w:t>
      </w:r>
    </w:p>
    <w:p>
      <w:pPr>
        <w:spacing w:before="0" w:after="80" w:line="259" w:lineRule="auto"/>
        <w:ind w:firstLine="360"/>
      </w:pPr>
      <w:r>
        <w:rPr>
          <w:rFonts w:ascii="Noto Serif CJK SC" w:hAnsi="Noto Serif CJK SC" w:eastAsia="Noto Serif CJK SC"/>
        </w:rPr>
        <w:t>问：由于工作关系，我每天只能打一座？答：下座观照就好。不好好观照，打两座也没有用。能观照就一定能成就。</w:t>
      </w:r>
    </w:p>
    <w:p>
      <w:pPr>
        <w:spacing w:before="0" w:after="80" w:line="259" w:lineRule="auto"/>
        <w:ind w:firstLine="360"/>
      </w:pPr>
      <w:r>
        <w:rPr>
          <w:rFonts w:ascii="Noto Serif CJK SC" w:hAnsi="Noto Serif CJK SC" w:eastAsia="Noto Serif CJK SC"/>
        </w:rPr>
        <w:t>问：我觉得自己修行总在原地上打转，上不去。</w:t>
      </w:r>
    </w:p>
    <w:p>
      <w:pPr>
        <w:spacing w:before="0" w:after="80" w:line="259" w:lineRule="auto"/>
        <w:ind w:firstLine="360"/>
      </w:pPr>
      <w:r>
        <w:rPr>
          <w:rFonts w:ascii="Noto Serif CJK SC" w:hAnsi="Noto Serif CJK SC" w:eastAsia="Noto Serif CJK SC"/>
        </w:rPr>
        <w:t>答：不要急，一急就坏了。没有什么上去下去，</w:t>
      </w:r>
    </w:p>
    <w:p>
      <w:pPr>
        <w:spacing w:before="0" w:after="80" w:line="259" w:lineRule="auto"/>
        <w:ind w:firstLine="360"/>
      </w:pPr>
      <w:r>
        <w:rPr>
          <w:rFonts w:ascii="Noto Serif CJK SC" w:hAnsi="Noto Serif CJK SC" w:eastAsia="Noto Serif CJK SC"/>
        </w:rPr>
        <w:t>佛性本来不动。要放，但问耕耘，莫问收获。有个要</w:t>
      </w:r>
    </w:p>
    <w:p>
      <w:pPr>
        <w:spacing w:before="0" w:after="80" w:line="259" w:lineRule="auto"/>
        <w:ind w:firstLine="360"/>
      </w:pPr>
      <w:r>
        <w:rPr>
          <w:rFonts w:ascii="Noto Serif CJK SC" w:hAnsi="Noto Serif CJK SC" w:eastAsia="Noto Serif CJK SC"/>
        </w:rPr>
        <w:t>求就坏了，要上去反而上不去了。</w:t>
      </w:r>
    </w:p>
    <w:p>
      <w:pPr>
        <w:spacing w:before="0" w:after="80" w:line="259" w:lineRule="auto"/>
        <w:ind w:firstLine="360"/>
      </w:pPr>
      <w:r>
        <w:rPr>
          <w:rFonts w:ascii="Noto Serif CJK SC" w:hAnsi="Noto Serif CJK SC" w:eastAsia="Noto Serif CJK SC"/>
        </w:rPr>
        <w:t>问：《证体起用百则》没修过心中心法的人能看吗？答：做心地法门功夫的人，乃至于一心想了生死，出轮回的人都可以看。</w:t>
      </w:r>
    </w:p>
    <w:p>
      <w:pPr>
        <w:spacing w:before="0" w:after="80" w:line="259" w:lineRule="auto"/>
        <w:ind w:firstLine="360"/>
      </w:pPr>
      <w:r>
        <w:rPr>
          <w:rFonts w:ascii="Noto Serif CJK SC" w:hAnsi="Noto Serif CJK SC" w:eastAsia="Noto Serif CJK SC"/>
        </w:rPr>
        <w:t>问：《成就胜道宝曼集》谈到：不要一意舍弃欲望，因为欲乐能灌溉和增益证悟及觉受。欲乐怎么能有这种作用？答：这是让你生起欢喜心，感受良好，而更勇猛精进故。但如执着不舍，又将入魔或不得出欲界矣。</w:t>
      </w:r>
    </w:p>
    <w:p>
      <w:pPr>
        <w:spacing w:before="0" w:after="80" w:line="259" w:lineRule="auto"/>
        <w:ind w:firstLine="360"/>
      </w:pPr>
      <w:r>
        <w:rPr>
          <w:rFonts w:ascii="Noto Serif CJK SC" w:hAnsi="Noto Serif CJK SC" w:eastAsia="Noto Serif CJK SC"/>
        </w:rPr>
        <w:t>问：修心密至一千座不可再坐，还是继续？答：这个问题说过多次，坐与不坐，要看你是否</w:t>
      </w:r>
    </w:p>
    <w:p>
      <w:pPr>
        <w:spacing w:before="0" w:after="80" w:line="259" w:lineRule="auto"/>
        <w:ind w:firstLine="360"/>
      </w:pPr>
      <w:r>
        <w:rPr>
          <w:rFonts w:ascii="Noto Serif CJK SC" w:hAnsi="Noto Serif CJK SC" w:eastAsia="Noto Serif CJK SC"/>
        </w:rPr>
        <w:t>成道！未到对境不惑，都要好好修下去。如果能在修</w:t>
      </w:r>
    </w:p>
    <w:p>
      <w:pPr>
        <w:spacing w:before="0" w:after="80" w:line="259" w:lineRule="auto"/>
        <w:ind w:firstLine="360"/>
      </w:pPr>
      <w:r>
        <w:rPr>
          <w:rFonts w:ascii="Noto Serif CJK SC" w:hAnsi="Noto Serif CJK SC" w:eastAsia="Noto Serif CJK SC"/>
        </w:rPr>
        <w:t>时，做到一念不生，而了了分明时，一眼认透本来面</w:t>
      </w:r>
    </w:p>
    <w:p>
      <w:pPr>
        <w:spacing w:before="0" w:after="80" w:line="259" w:lineRule="auto"/>
        <w:ind w:firstLine="360"/>
      </w:pPr>
      <w:r>
        <w:rPr>
          <w:rFonts w:ascii="Noto Serif CJK SC" w:hAnsi="Noto Serif CJK SC" w:eastAsia="Noto Serif CJK SC"/>
        </w:rPr>
        <w:t>目，那末不坐也可，主要功夫是事上磨练即所谓悟后起修也。</w:t>
      </w:r>
    </w:p>
    <w:p>
      <w:pPr>
        <w:spacing w:before="0" w:after="80" w:line="259" w:lineRule="auto"/>
        <w:ind w:firstLine="360"/>
      </w:pPr>
      <w:r>
        <w:rPr>
          <w:rFonts w:ascii="Noto Serif CJK SC" w:hAnsi="Noto Serif CJK SC" w:eastAsia="Noto Serif CJK SC"/>
        </w:rPr>
        <w:t>问：一千座还没打开，怎么办？答：果真做到上座时心念耳闻，下座时绵密观照。三百到五百座一定会打开。有许多人一百座就打开来了，这个法的力量是很大的。一千座还没打开，这就不好了，怎么办？从头再来！上座依法修定，下座观照修慧。</w:t>
      </w:r>
    </w:p>
    <w:p>
      <w:pPr>
        <w:spacing w:before="0" w:after="80" w:line="259" w:lineRule="auto"/>
        <w:ind w:firstLine="360"/>
      </w:pPr>
      <w:r>
        <w:rPr>
          <w:rFonts w:ascii="Noto Serif CJK SC" w:hAnsi="Noto Serif CJK SC" w:eastAsia="Noto Serif CJK SC"/>
        </w:rPr>
        <w:t>问：我与一些喇嘛有缘，拜了几位上师，他们传</w:t>
      </w:r>
    </w:p>
    <w:p>
      <w:pPr>
        <w:spacing w:before="0" w:after="80" w:line="259" w:lineRule="auto"/>
        <w:ind w:firstLine="360"/>
      </w:pPr>
      <w:r>
        <w:rPr>
          <w:rFonts w:ascii="Noto Serif CJK SC" w:hAnsi="Noto Serif CJK SC" w:eastAsia="Noto Serif CJK SC"/>
        </w:rPr>
        <w:t>了些法给我，我都在修，这是否太杂。请问大德我该怎么办？答：是太杂了，你要专心修一种法，选一个你最喜欢的法，一门深入。法是药，生病要吃药，什么药都吃，病不易好。对症下药，一味药就好了。又如挖井，在这个地方挖二三尺没水，又换个地方挖，挖来挖去还是挖不到水。应该选一个与自己相应的法修才是。</w:t>
      </w:r>
    </w:p>
    <w:p>
      <w:pPr>
        <w:spacing w:before="0" w:after="80" w:line="259" w:lineRule="auto"/>
        <w:ind w:firstLine="360"/>
      </w:pPr>
      <w:r>
        <w:rPr>
          <w:rFonts w:ascii="Noto Serif CJK SC" w:hAnsi="Noto Serif CJK SC" w:eastAsia="Noto Serif CJK SC"/>
        </w:rPr>
        <w:t>问：弟子认为密法一脉相承，不能混修，混修好比两个人各自跑得都很快，但却绑在一起跑，这就被束缚了。答：对！你有这清楚的认识，就不会再上当了。</w:t>
      </w:r>
    </w:p>
    <w:p>
      <w:pPr>
        <w:spacing w:before="0" w:after="80" w:line="259" w:lineRule="auto"/>
        <w:ind w:firstLine="360"/>
      </w:pPr>
      <w:r>
        <w:rPr>
          <w:rFonts w:ascii="Noto Serif CJK SC" w:hAnsi="Noto Serif CJK SC" w:eastAsia="Noto Serif CJK SC"/>
        </w:rPr>
        <w:t>问：虽说水到渠成，但岁月不待人。请师开示在今后有限的岁月里如何用功？答：在境上锻炼，一切无住，顺逆无拘，纵横自在，即能自由来去，变化自在，了分段生死了。再不然，多持慈氏咒或往生广咒即能往生净土。何忧之有！？</w:t>
      </w:r>
    </w:p>
    <w:p>
      <w:pPr>
        <w:spacing w:before="0" w:after="80" w:line="259" w:lineRule="auto"/>
        <w:ind w:firstLine="360"/>
      </w:pPr>
      <w:r>
        <w:rPr>
          <w:rFonts w:ascii="Noto Serif CJK SC" w:hAnsi="Noto Serif CJK SC" w:eastAsia="Noto Serif CJK SC"/>
        </w:rPr>
        <w:t>问：我丈夫与儿子一块儿闭关可以吗？</w:t>
      </w:r>
    </w:p>
    <w:p>
      <w:pPr>
        <w:spacing w:before="0" w:after="80" w:line="259" w:lineRule="auto"/>
        <w:ind w:firstLine="360"/>
      </w:pPr>
      <w:r>
        <w:rPr>
          <w:rFonts w:ascii="Noto Serif CJK SC" w:hAnsi="Noto Serif CJK SC" w:eastAsia="Noto Serif CJK SC"/>
        </w:rPr>
        <w:t>答：闭关，第一要真能闭得住，心真定。第二要</w:t>
      </w:r>
    </w:p>
    <w:p>
      <w:pPr>
        <w:spacing w:before="0" w:after="80" w:line="259" w:lineRule="auto"/>
        <w:ind w:firstLine="360"/>
      </w:pPr>
      <w:r>
        <w:rPr>
          <w:rFonts w:ascii="Noto Serif CJK SC" w:hAnsi="Noto Serif CJK SC" w:eastAsia="Noto Serif CJK SC"/>
        </w:rPr>
        <w:t>有人护关。不要将小孩子弄坏了，硬压要出毛病的。</w:t>
      </w:r>
    </w:p>
    <w:p>
      <w:pPr>
        <w:spacing w:before="0" w:after="80" w:line="259" w:lineRule="auto"/>
        <w:ind w:firstLine="360"/>
      </w:pPr>
      <w:r>
        <w:rPr>
          <w:rFonts w:ascii="Noto Serif CJK SC" w:hAnsi="Noto Serif CJK SC" w:eastAsia="Noto Serif CJK SC"/>
        </w:rPr>
        <w:t>问：打九座是否非要在打七之后？答：不一定，大月十五这天可以打九座，十八小</w:t>
      </w:r>
    </w:p>
    <w:p>
      <w:pPr>
        <w:spacing w:before="0" w:after="80" w:line="259" w:lineRule="auto"/>
        <w:ind w:firstLine="360"/>
      </w:pPr>
      <w:r>
        <w:rPr>
          <w:rFonts w:ascii="Noto Serif CJK SC" w:hAnsi="Noto Serif CJK SC" w:eastAsia="Noto Serif CJK SC"/>
        </w:rPr>
        <w:t>时，结第四印。</w:t>
      </w:r>
    </w:p>
    <w:p>
      <w:pPr>
        <w:spacing w:before="0" w:after="80" w:line="259" w:lineRule="auto"/>
        <w:ind w:firstLine="360"/>
      </w:pPr>
      <w:r>
        <w:rPr>
          <w:rFonts w:ascii="Noto Serif CJK SC" w:hAnsi="Noto Serif CJK SC" w:eastAsia="Noto Serif CJK SC"/>
        </w:rPr>
        <w:t>问：在打七的第五天，座上出现了一片白色的虚空，什么也没有，我自己也没有，但我心里很清楚。我反问自己这是什么？难道真是自性显现？我还把头动动，但我觉得太平淡了。一起疑念，未能认识它，抓住它。答：这是你自性的光明。在什么也没有中，认识这知道没有的是谁，则大事毕矣。这不是自性是什么？别错过良机！头动动即被他影子惑矣！这本来是极平常的事，但也是惊天动地的事，你认识不足乃可惜许！说抓不住它，知无可知，又抓个什么？</w:t>
      </w:r>
    </w:p>
    <w:p>
      <w:pPr>
        <w:spacing w:before="0" w:after="80" w:line="259" w:lineRule="auto"/>
        <w:ind w:firstLine="360"/>
      </w:pPr>
      <w:r>
        <w:rPr>
          <w:rFonts w:ascii="Noto Serif CJK SC" w:hAnsi="Noto Serif CJK SC" w:eastAsia="Noto Serif CJK SC"/>
        </w:rPr>
        <w:t>问：打七回来后，心境觉平淡了好多，只不过有些事仍粘着，其力未充，难于顿断。答：人生如梦，一切皆空花水月，何有粘染？</w:t>
      </w:r>
    </w:p>
    <w:p>
      <w:pPr>
        <w:spacing w:before="0" w:after="80" w:line="259" w:lineRule="auto"/>
        <w:ind w:firstLine="360"/>
      </w:pPr>
      <w:r>
        <w:rPr>
          <w:rFonts w:ascii="Noto Serif CJK SC" w:hAnsi="Noto Serif CJK SC" w:eastAsia="Noto Serif CJK SC"/>
        </w:rPr>
        <w:t>问：有时默念佛号时，会出现好像里面有个念佛机，自动念，挥之不去，提起佛号又不行，不提也不</w:t>
      </w:r>
    </w:p>
    <w:p>
      <w:pPr>
        <w:spacing w:before="0" w:after="80" w:line="259" w:lineRule="auto"/>
        <w:ind w:firstLine="360"/>
      </w:pPr>
      <w:r>
        <w:rPr>
          <w:rFonts w:ascii="Noto Serif CJK SC" w:hAnsi="Noto Serif CJK SC" w:eastAsia="Noto Serif CJK SC"/>
        </w:rPr>
        <w:t>行。但我既不喜它，也不厌它。该怎么办？答：你不可听它，只管自己念。再不然，你可出声念。总之里面的任何声音皆不可听，要自己老实念佛，否则就会走火入魔！你如果能够既不喜也不厌，当没这回事，也无碍。</w:t>
      </w:r>
    </w:p>
    <w:p>
      <w:pPr>
        <w:spacing w:before="0" w:after="80" w:line="259" w:lineRule="auto"/>
        <w:ind w:firstLine="360"/>
      </w:pPr>
      <w:r>
        <w:rPr>
          <w:rFonts w:ascii="Noto Serif CJK SC" w:hAnsi="Noto Serif CJK SC" w:eastAsia="Noto Serif CJK SC"/>
        </w:rPr>
        <w:t>问：念佛念到“外断内不断”指的是什么？答：外面的声音断了，而心里仍在念。</w:t>
      </w:r>
    </w:p>
    <w:p>
      <w:pPr>
        <w:spacing w:before="0" w:after="80" w:line="259" w:lineRule="auto"/>
        <w:ind w:firstLine="360"/>
      </w:pPr>
      <w:r>
        <w:rPr>
          <w:rFonts w:ascii="Noto Serif CJK SC" w:hAnsi="Noto Serif CJK SC" w:eastAsia="Noto Serif CJK SC"/>
        </w:rPr>
        <w:t>问：静坐参话头时，念“念佛是谁？”念到后来，迷迷糊糊的，只听一声“是我”，接着脑子里“嗡”的一声，就再也念不下去了。答：不是念，而是“静虑”这念佛的是谁？这是参究！“是我”这是六识的反映，是妄想，不是真智，所以你身心不能化空。</w:t>
      </w:r>
    </w:p>
    <w:p>
      <w:pPr>
        <w:spacing w:before="0" w:after="80" w:line="259" w:lineRule="auto"/>
        <w:ind w:firstLine="360"/>
      </w:pPr>
      <w:r>
        <w:rPr>
          <w:rFonts w:ascii="Noto Serif CJK SC" w:hAnsi="Noto Serif CJK SC" w:eastAsia="Noto Serif CJK SC"/>
        </w:rPr>
        <w:t>问：禅定就是打坐吗？答：禅定不一定是打坐。我们对境不迷惑就是禅定，不是坐在那儿不动。坐在那里不动是枯木禅。行、</w:t>
      </w:r>
    </w:p>
    <w:p>
      <w:pPr>
        <w:spacing w:before="0" w:after="80" w:line="259" w:lineRule="auto"/>
        <w:ind w:firstLine="360"/>
      </w:pPr>
      <w:r>
        <w:rPr>
          <w:rFonts w:ascii="Noto Serif CJK SC" w:hAnsi="Noto Serif CJK SC" w:eastAsia="Noto Serif CJK SC"/>
        </w:rPr>
        <w:t>住、坐、卧都是禅。《圆觉经》说得很好：“知幻即离，不假方便。离幻即觉，亦无渐次。一切菩萨及末世众生，依此修行，如是乃能永离诸幻。”知道一切都是假相，不可得，就不执著了。如水中月，我们不会去捞它，离幻就是大禅定。“不假方便”是也。</w:t>
      </w:r>
    </w:p>
    <w:p>
      <w:pPr>
        <w:spacing w:before="0" w:after="80" w:line="259" w:lineRule="auto"/>
        <w:ind w:firstLine="360"/>
      </w:pPr>
      <w:r>
        <w:rPr>
          <w:rFonts w:ascii="Noto Serif CJK SC" w:hAnsi="Noto Serif CJK SC" w:eastAsia="Noto Serif CJK SC"/>
        </w:rPr>
        <w:t>问：修心密已有两年多，其中收获颇多。以前许多所惧所爱，往往在蓦然间已不成问题，令我有喜出望外之感。因此对上师和心密生起了很大的信心。答：这的确是大收获。我们修法为的是了生死出轮回。生死之所以不了，是因对境生心，执着不放。今能无所惧，无所爱，则当下一念，生死无立脚处矣。</w:t>
      </w:r>
    </w:p>
    <w:p>
      <w:pPr>
        <w:spacing w:before="0" w:after="80" w:line="259" w:lineRule="auto"/>
        <w:ind w:firstLine="360"/>
      </w:pPr>
      <w:r>
        <w:rPr>
          <w:rFonts w:ascii="Noto Serif CJK SC" w:hAnsi="Noto Serif CJK SC" w:eastAsia="Noto Serif CJK SC"/>
        </w:rPr>
        <w:t>问：我认为修“心密”，一则有佛力加被，二则是按要求修法，勿急勿怠，一切放下，心念耳闻，自然得三密加持，不会有偏差。答：是呀，修法须勿急勿缓，依法修持稳步前进。但到相当时，须加工打坐，不可总是老样子，疲疲沓沓地修而不奋力精进。所以修法百座后，如时间精力充沛，即须打七或坐九座，以资圆成正果。</w:t>
      </w:r>
    </w:p>
    <w:p>
      <w:pPr>
        <w:spacing w:before="0" w:after="80" w:line="259" w:lineRule="auto"/>
        <w:ind w:firstLine="360"/>
      </w:pPr>
      <w:r>
        <w:rPr>
          <w:rFonts w:ascii="Noto Serif CJK SC" w:hAnsi="Noto Serif CJK SC" w:eastAsia="Noto Serif CJK SC"/>
        </w:rPr>
        <w:t>问：密宗里讲的上师相应法，心密里如何做到相应、相续？答：我们修的是无相密。一切不住，无相可得，最相应。二六时中，行住坐卧，时时处处莫不如是，即为相续。更进一步这相续的状态亦不可得，相续可见亦不可得，才是真相续。</w:t>
      </w:r>
    </w:p>
    <w:p>
      <w:pPr>
        <w:spacing w:before="0" w:after="80" w:line="259" w:lineRule="auto"/>
        <w:ind w:firstLine="360"/>
      </w:pPr>
      <w:r>
        <w:rPr>
          <w:rFonts w:ascii="Noto Serif CJK SC" w:hAnsi="Noto Serif CJK SC" w:eastAsia="Noto Serif CJK SC"/>
        </w:rPr>
        <w:t>问：自从去年受心中心法后，手纹起着变化，何故？答：这些小变化，不算什么。要从量变到质变，起大变化才对！</w:t>
      </w:r>
    </w:p>
    <w:p>
      <w:pPr>
        <w:spacing w:before="0" w:after="80" w:line="259" w:lineRule="auto"/>
        <w:ind w:firstLine="360"/>
      </w:pPr>
      <w:r>
        <w:rPr>
          <w:rFonts w:ascii="Noto Serif CJK SC" w:hAnsi="Noto Serif CJK SC" w:eastAsia="Noto Serif CJK SC"/>
        </w:rPr>
        <w:t>问：做功夫一般分哪几个阶段？答：做功夫一定要注意，第一步，身心世界一切化空，定慧具足，才能亲见本性。没有这第一步，后面的功夫就做不到，第二步，要保护这个佛性，保护它不要沾粘境界，不跟境界跑。保熟了，就不要保，</w:t>
      </w:r>
    </w:p>
    <w:p>
      <w:pPr>
        <w:spacing w:before="0" w:after="80" w:line="259" w:lineRule="auto"/>
        <w:ind w:firstLine="360"/>
      </w:pPr>
      <w:r>
        <w:rPr>
          <w:rFonts w:ascii="Noto Serif CJK SC" w:hAnsi="Noto Serif CJK SC" w:eastAsia="Noto Serif CJK SC"/>
        </w:rPr>
        <w:t>须忘记保。第三步，放任。就好比孩子长大了，不要</w:t>
      </w:r>
    </w:p>
    <w:p>
      <w:pPr>
        <w:spacing w:before="0" w:after="80" w:line="259" w:lineRule="auto"/>
        <w:ind w:firstLine="360"/>
      </w:pPr>
      <w:r>
        <w:rPr>
          <w:rFonts w:ascii="Noto Serif CJK SC" w:hAnsi="Noto Serif CJK SC" w:eastAsia="Noto Serif CJK SC"/>
        </w:rPr>
        <w:t>大人管着他了，他可以自立了。最后连“任”也没有了。佛性本来如此，功夫是一层层做上去的。我们开悟见性了就到家了吗？没有，不要糊涂，那只是初步。六祖大师听人念《金刚经》就能悟道，这么好的根基，他在五祖处悟道后，还要到猎人队中隐藏十五年，在境上磨练自己。就是说我们虽然见性了，但是多生历</w:t>
      </w:r>
    </w:p>
    <w:p>
      <w:pPr>
        <w:spacing w:before="0" w:after="80" w:line="259" w:lineRule="auto"/>
        <w:ind w:firstLine="360"/>
      </w:pPr>
      <w:r>
        <w:rPr>
          <w:rFonts w:ascii="Noto Serif CJK SC" w:hAnsi="Noto Serif CJK SC" w:eastAsia="Noto Serif CJK SC"/>
        </w:rPr>
        <w:t>劫的习气还在，执着习气还有，还会动心。所以，要</w:t>
      </w:r>
    </w:p>
    <w:p>
      <w:pPr>
        <w:spacing w:before="0" w:after="80" w:line="259" w:lineRule="auto"/>
        <w:ind w:firstLine="360"/>
      </w:pPr>
      <w:r>
        <w:rPr>
          <w:rFonts w:ascii="Noto Serif CJK SC" w:hAnsi="Noto Serif CJK SC" w:eastAsia="Noto Serif CJK SC"/>
        </w:rPr>
        <w:t>悟后起修，一定要把这个思惑——对境生心的迷惑、贪嗔痴等打掉，这样才行，才能了生死。难道我们一悟道就行了？不行。赵州大师根基也非常好，但他悟道之后还要四十年的保护。他说得很清爽，老僧四十年，除二时粥饭无杂用心。所以禅宗说三关，不是假设的，真有这功夫。见到本性这是初关，即破本参。进一步到第二关——重关，就是要做保护的功夫。保护到连“保”也没有了，就出重关。这时对好的境界不喜，不好的境界也不烦恼，顺逆无拘，很自在消遥，那就是出重关。出了重关还要向上，还有末后牢关。就是做功夫做到完全无为的地步，发大神通，大光明，朗照十方世界都无所住。尽管大神通完全齐现，也不作神通想，一切都不可得。所以说，路途就是家舍，家舍就是路途，能入佛亦能入魔。真正到家时，末等于初。开始时，什么都不知道，最后是大智若愚，也</w:t>
      </w:r>
    </w:p>
    <w:p>
      <w:pPr>
        <w:spacing w:before="0" w:after="80" w:line="259" w:lineRule="auto"/>
        <w:ind w:firstLine="360"/>
      </w:pPr>
      <w:r>
        <w:rPr>
          <w:rFonts w:ascii="Noto Serif CJK SC" w:hAnsi="Noto Serif CJK SC" w:eastAsia="Noto Serif CJK SC"/>
        </w:rPr>
        <w:t>等于不知道一样。它没有什么知道，没有什么神通妙用，不执着一点点。真空净了，六道轮回就是了生死，</w:t>
      </w:r>
    </w:p>
    <w:p>
      <w:pPr>
        <w:spacing w:before="0" w:after="80" w:line="259" w:lineRule="auto"/>
        <w:ind w:firstLine="360"/>
      </w:pPr>
      <w:r>
        <w:rPr>
          <w:rFonts w:ascii="Noto Serif CJK SC" w:hAnsi="Noto Serif CJK SC" w:eastAsia="Noto Serif CJK SC"/>
        </w:rPr>
        <w:t>了生死就是六道轮回。地狱天宫一样，再没有分别心</w:t>
      </w:r>
    </w:p>
    <w:p>
      <w:pPr>
        <w:spacing w:before="0" w:after="80" w:line="259" w:lineRule="auto"/>
        <w:ind w:firstLine="360"/>
      </w:pPr>
      <w:r>
        <w:rPr>
          <w:rFonts w:ascii="Noto Serif CJK SC" w:hAnsi="Noto Serif CJK SC" w:eastAsia="Noto Serif CJK SC"/>
        </w:rPr>
        <w:t>了。畜生道里尽管走，无所谓，它是很自然的，不带一点勉强。如果不能去，还是发心生西方极乐世界吧！功夫做到末后牢关，那才是法界究竟，什么地方都可以去。好好做功夫吧，不是一下子就能了的。</w:t>
      </w:r>
    </w:p>
    <w:p>
      <w:pPr>
        <w:spacing w:before="0" w:after="80" w:line="259" w:lineRule="auto"/>
        <w:ind w:firstLine="360"/>
      </w:pPr>
      <w:r>
        <w:rPr>
          <w:rFonts w:ascii="Noto Serif CJK SC" w:hAnsi="Noto Serif CJK SC" w:eastAsia="Noto Serif CJK SC"/>
        </w:rPr>
        <w:t>问：请师父开示修行用功上的知与行。答：知而不行，等于不知；行而不知，岂非盲目。所以实际上是即知即行，知行不二。你不知道，但你去做，做到后来，一下子贯通了，你就明白了，就真正的知道了。知而不行，这个知就浅得很。没有实践，只是理解的知识，不是真知。你去实践才能达到真知。老实人不懂多少道理，但他能死心塌地念“阿弥陀佛！阿弥陀佛！……”，心念耳闻，功夫到时，前后际断，忽然贯通，一下子心都空净了，他就明白了。所以说，净土宗人越愚笨越好，古人说“唯上智与下愚不移”。最愚笨的人他肯做，他能死死地念阿弥陀佛、阿弥陀佛……所以他就能得定。聪明人不肯做，懂了一点点道理就自以为是了，不肯死心塌地地念，这样不好。</w:t>
      </w:r>
    </w:p>
    <w:p>
      <w:pPr>
        <w:spacing w:before="0" w:after="80" w:line="259" w:lineRule="auto"/>
        <w:ind w:firstLine="360"/>
      </w:pPr>
      <w:r>
        <w:rPr>
          <w:rFonts w:ascii="Noto Serif CJK SC" w:hAnsi="Noto Serif CJK SC" w:eastAsia="Noto Serif CJK SC"/>
        </w:rPr>
        <w:t>你不做，就到不了这个地步，你就不能真正地明白。就像吃东西一样，你吃过这个东西，这味道你就自然知道。你没有吃过，整天想也不能知道这个食味。所以说，你不知道这个真理也不要紧，只要一心做下去，就能到这个程度，自然就通了。一切思想念头都是从</w:t>
      </w:r>
    </w:p>
    <w:p>
      <w:pPr>
        <w:spacing w:before="0" w:after="80" w:line="259" w:lineRule="auto"/>
        <w:ind w:firstLine="360"/>
      </w:pPr>
      <w:r>
        <w:rPr>
          <w:rFonts w:ascii="Noto Serif CJK SC" w:hAnsi="Noto Serif CJK SC" w:eastAsia="Noto Serif CJK SC"/>
        </w:rPr>
        <w:t>这个心生出来的，“无不从此法界流，无不还归此法</w:t>
      </w:r>
    </w:p>
    <w:p>
      <w:pPr>
        <w:spacing w:before="0" w:after="80" w:line="259" w:lineRule="auto"/>
        <w:ind w:firstLine="360"/>
      </w:pPr>
      <w:r>
        <w:rPr>
          <w:rFonts w:ascii="Noto Serif CJK SC" w:hAnsi="Noto Serif CJK SC" w:eastAsia="Noto Serif CJK SC"/>
        </w:rPr>
        <w:t>界”。念佛或念咒，心念耳闻，死心塌地，到一切都没有的时候，有个了了分明在，此时，回首豁然明白，噢！这才是我们的真心妙用，这才是真知。光懂了点道理而不去做，没有实证，碰到事情就不行，事情来了就乱了，不晓得这个事情是假的空的，把它当作是实在的了。</w:t>
      </w:r>
    </w:p>
    <w:p>
      <w:pPr>
        <w:spacing w:before="0" w:after="80" w:line="259" w:lineRule="auto"/>
        <w:ind w:firstLine="360"/>
      </w:pPr>
      <w:r>
        <w:rPr>
          <w:rFonts w:ascii="Noto Serif CJK SC" w:hAnsi="Noto Serif CJK SC" w:eastAsia="Noto Serif CJK SC"/>
        </w:rPr>
        <w:t>问：法相宗是如何指示修行用功的几个阶段的？答：法相宗说得很清爽，初悟者只到法界初境欢喜地，是登初地菩萨位，后面还有十地呢！所以要在境上磨练，好好保护用功，不得放逸。有人以为开悟了，就什么都不在乎了，喝酒、抽烟、吃肉都来了，放任自流。真到了这个地步吗？没有，那是胡来。离最后究竟还差得远呢！我们一定要注意，真正开悟了，面对一切境界，都如如不动。如果还在动，那就不行。</w:t>
      </w:r>
    </w:p>
    <w:p>
      <w:pPr>
        <w:spacing w:before="0" w:after="80" w:line="259" w:lineRule="auto"/>
        <w:ind w:firstLine="360"/>
      </w:pPr>
      <w:r>
        <w:rPr>
          <w:rFonts w:ascii="Noto Serif CJK SC" w:hAnsi="Noto Serif CJK SC" w:eastAsia="Noto Serif CJK SC"/>
        </w:rPr>
        <w:t>是否真的开悟了，要问问自己“境界来了还动心吗？在事上透得过去吗？”境界来了还动心，跟境界跑，那就没开悟。你真悟道了，就知道这一切都是假相，不可得。你能不动心，一切无住，才是真正的开悟。所以说，到了法界初境欢喜地，俱生的我执法执还在，要把这些除掉。不到八地菩萨，不用功都会退下来。现在有很多人就糊里糊涂，今天坐坐，明天停停；今天用用功，明天出去玩玩，到处跑跑。这怎么行呢？不行啊！所以要不忘用功，一丝毫不要放逸，真正用功到无功可用时，才能放手。到八地菩萨才能将俱生我执除掉，到十地菩萨才能除去俱生法执。法相宗就说得这样清爽。“观察圆明照大千”，到了十地菩萨之后，圆照一切，十方世界在你心中。好好用功，不是一步就能到家的，做功夫要有耐心、恒心、长远心。</w:t>
      </w:r>
    </w:p>
    <w:p>
      <w:pPr>
        <w:spacing w:before="0" w:after="80" w:line="259" w:lineRule="auto"/>
        <w:ind w:firstLine="360"/>
      </w:pPr>
      <w:r>
        <w:rPr>
          <w:rFonts w:ascii="Noto Serif CJK SC" w:hAnsi="Noto Serif CJK SC" w:eastAsia="Noto Serif CJK SC"/>
        </w:rPr>
        <w:t>（二）座中反应与境界问：在座上结的手印突然一下子拉开了，是怎么回事？</w:t>
      </w:r>
    </w:p>
    <w:p>
      <w:pPr>
        <w:spacing w:before="0" w:after="80" w:line="259" w:lineRule="auto"/>
        <w:ind w:firstLine="360"/>
      </w:pPr>
      <w:r>
        <w:rPr>
          <w:rFonts w:ascii="Noto Serif CJK SC" w:hAnsi="Noto Serif CJK SC" w:eastAsia="Noto Serif CJK SC"/>
        </w:rPr>
        <w:t>答：那是气的震动。你的身体还没有化空，不要</w:t>
      </w:r>
    </w:p>
    <w:p>
      <w:pPr>
        <w:spacing w:before="0" w:after="80" w:line="259" w:lineRule="auto"/>
        <w:ind w:firstLine="360"/>
      </w:pPr>
      <w:r>
        <w:rPr>
          <w:rFonts w:ascii="Noto Serif CJK SC" w:hAnsi="Noto Serif CJK SC" w:eastAsia="Noto Serif CJK SC"/>
        </w:rPr>
        <w:t>紧，再结起来，气足了是会有这种感觉的。头都要爆的，不要怕，不要去抱头，不会死的。我们的佛性永</w:t>
      </w:r>
    </w:p>
    <w:p>
      <w:pPr>
        <w:spacing w:before="0" w:after="80" w:line="259" w:lineRule="auto"/>
        <w:ind w:firstLine="360"/>
      </w:pPr>
      <w:r>
        <w:rPr>
          <w:rFonts w:ascii="Noto Serif CJK SC" w:hAnsi="Noto Serif CJK SC" w:eastAsia="Noto Serif CJK SC"/>
        </w:rPr>
        <w:t>远不死。但一动念，它就不爆了，就退回来了。所以变化的时候，看到什么恶境界，如凶猛的护法神或佛的愤怒身、金刚神、凶猛的野兽也不要怕。看到善的境界，如佛菩萨现身，也都不睬。有时候，我们坐得好，佛会来加持我们，但是不可求啊。比如说，佛来了，送一个宝贝给你，你一去接，当下爆炸，一炸，把你的身心世界都炸空了。当下认知，亲见本来，这就是佛的加持。</w:t>
      </w:r>
    </w:p>
    <w:p>
      <w:pPr>
        <w:spacing w:before="0" w:after="80" w:line="259" w:lineRule="auto"/>
        <w:ind w:firstLine="360"/>
      </w:pPr>
      <w:r>
        <w:rPr>
          <w:rFonts w:ascii="Noto Serif CJK SC" w:hAnsi="Noto Serif CJK SC" w:eastAsia="Noto Serif CJK SC"/>
        </w:rPr>
        <w:t>问：打坐时，似有大风吹得我要飞起来。答：那就飞吧，一切随缘，没关系，不要怕，跌不下来，跌不死。因为你的身体不飘，是你的意识在飘，身体还在。</w:t>
      </w:r>
    </w:p>
    <w:p>
      <w:pPr>
        <w:spacing w:before="0" w:after="80" w:line="259" w:lineRule="auto"/>
        <w:ind w:firstLine="360"/>
      </w:pPr>
      <w:r>
        <w:rPr>
          <w:rFonts w:ascii="Noto Serif CJK SC" w:hAnsi="Noto Serif CJK SC" w:eastAsia="Noto Serif CJK SC"/>
        </w:rPr>
        <w:t>问：能见到六道景象，是不是未空所致，对修法</w:t>
      </w:r>
    </w:p>
    <w:p>
      <w:pPr>
        <w:spacing w:before="0" w:after="80" w:line="259" w:lineRule="auto"/>
        <w:ind w:firstLine="360"/>
      </w:pPr>
      <w:r>
        <w:rPr>
          <w:rFonts w:ascii="Noto Serif CJK SC" w:hAnsi="Noto Serif CJK SC" w:eastAsia="Noto Serif CJK SC"/>
        </w:rPr>
        <w:t>有影响否？答：不住于相即无碍。</w:t>
      </w:r>
    </w:p>
    <w:p>
      <w:pPr>
        <w:spacing w:before="0" w:after="80" w:line="259" w:lineRule="auto"/>
        <w:ind w:firstLine="360"/>
      </w:pPr>
      <w:r>
        <w:rPr>
          <w:rFonts w:ascii="Noto Serif CJK SC" w:hAnsi="Noto Serif CJK SC" w:eastAsia="Noto Serif CJK SC"/>
        </w:rPr>
        <w:t>问：弟子深感业重，天天修二印。有时一个半小</w:t>
      </w:r>
    </w:p>
    <w:p>
      <w:pPr>
        <w:spacing w:before="0" w:after="80" w:line="259" w:lineRule="auto"/>
        <w:ind w:firstLine="360"/>
      </w:pPr>
      <w:r>
        <w:rPr>
          <w:rFonts w:ascii="Noto Serif CJK SC" w:hAnsi="Noto Serif CJK SC" w:eastAsia="Noto Serif CJK SC"/>
        </w:rPr>
        <w:t>时后疼痛难忍，腿上全是汗；有时浑身很热，尤其手掌心温度很高。答：痛即是消障，障消即不痛了。出汗、身热是法力，都是好事，不要疑惑。努力前进，即轻安自在了。</w:t>
      </w:r>
    </w:p>
    <w:p>
      <w:pPr>
        <w:spacing w:before="0" w:after="80" w:line="259" w:lineRule="auto"/>
        <w:ind w:firstLine="360"/>
      </w:pPr>
      <w:r>
        <w:rPr>
          <w:rFonts w:ascii="Noto Serif CJK SC" w:hAnsi="Noto Serif CJK SC" w:eastAsia="Noto Serif CJK SC"/>
        </w:rPr>
        <w:t>问：目前修二印时，出现气憋、气促现象，感觉气全部直向整个头部冲，刹那之间感到整个头脑轻利、灵敏。答：这是清气上升，打通头部气脉的感受。座中一切现象均不管，只一心持咒，任其自然，决不会出偏差。最忌着相、惊恐。</w:t>
      </w:r>
    </w:p>
    <w:p>
      <w:pPr>
        <w:spacing w:before="0" w:after="80" w:line="259" w:lineRule="auto"/>
        <w:ind w:firstLine="360"/>
      </w:pPr>
      <w:r>
        <w:rPr>
          <w:rFonts w:ascii="Noto Serif CJK SC" w:hAnsi="Noto Serif CJK SC" w:eastAsia="Noto Serif CJK SC"/>
        </w:rPr>
        <w:t>问：昨日修二印时，数次出现气憋、气闷，似感气直向上提，犹如这口气要断了似的。答：真入定时，呼吸是要断的，不要害怕。</w:t>
      </w:r>
    </w:p>
    <w:p>
      <w:pPr>
        <w:spacing w:before="0" w:after="80" w:line="259" w:lineRule="auto"/>
        <w:ind w:firstLine="360"/>
      </w:pPr>
      <w:r>
        <w:rPr>
          <w:rFonts w:ascii="Noto Serif CJK SC" w:hAnsi="Noto Serif CJK SC" w:eastAsia="Noto Serif CJK SC"/>
        </w:rPr>
        <w:t>问：据说心中心第二印可修成拙火定，如何修</w:t>
      </w:r>
    </w:p>
    <w:p>
      <w:pPr>
        <w:spacing w:before="0" w:after="80" w:line="259" w:lineRule="auto"/>
        <w:ind w:firstLine="360"/>
      </w:pPr>
      <w:r>
        <w:rPr>
          <w:rFonts w:ascii="Noto Serif CJK SC" w:hAnsi="Noto Serif CJK SC" w:eastAsia="Noto Serif CJK SC"/>
        </w:rPr>
        <w:t>呢？</w:t>
      </w:r>
    </w:p>
    <w:p>
      <w:pPr>
        <w:spacing w:before="0" w:after="80" w:line="259" w:lineRule="auto"/>
        <w:ind w:firstLine="360"/>
      </w:pPr>
      <w:r>
        <w:rPr>
          <w:rFonts w:ascii="Noto Serif CJK SC" w:hAnsi="Noto Serif CJK SC" w:eastAsia="Noto Serif CJK SC"/>
        </w:rPr>
        <w:t>答：拙火定即是观想自己的真火升起，是观想法。你修心密，深入禅定，真火焉有不生起之理。</w:t>
      </w:r>
    </w:p>
    <w:p>
      <w:pPr>
        <w:spacing w:before="0" w:after="80" w:line="259" w:lineRule="auto"/>
        <w:ind w:firstLine="360"/>
      </w:pPr>
      <w:r>
        <w:rPr>
          <w:rFonts w:ascii="Noto Serif CJK SC" w:hAnsi="Noto Serif CJK SC" w:eastAsia="Noto Serif CJK SC"/>
        </w:rPr>
        <w:t>问：请您开示我修二、三、四、五、六印的功效，及应如何安排？是否可以不拘何时都可结印打坐而不限制准时上座？答：平时多修二、四印；心绪不安时，可加修第三印；治病是修第二印；为别人治病而自己不能去，可以修第三印，请护法神代治。魔障重时修五印；须通各类语言时修六印。时间可以不拘，但须修满两小时。多坐坐，加深定力，对境方能无染。</w:t>
      </w:r>
    </w:p>
    <w:p>
      <w:pPr>
        <w:spacing w:before="0" w:after="80" w:line="259" w:lineRule="auto"/>
        <w:ind w:firstLine="360"/>
      </w:pPr>
      <w:r>
        <w:rPr>
          <w:rFonts w:ascii="Noto Serif CJK SC" w:hAnsi="Noto Serif CJK SC" w:eastAsia="Noto Serif CJK SC"/>
        </w:rPr>
        <w:t>问：心魔重时修五印，何谓心魔重呢？答：你搞错了！修五印不是破心魔，而是破外魔。心魔指心动，即淫念妄动，须念“楞严咒心”对治。</w:t>
      </w:r>
    </w:p>
    <w:p>
      <w:pPr>
        <w:spacing w:before="0" w:after="80" w:line="259" w:lineRule="auto"/>
        <w:ind w:firstLine="360"/>
      </w:pPr>
      <w:r>
        <w:rPr>
          <w:rFonts w:ascii="Noto Serif CJK SC" w:hAnsi="Noto Serif CJK SC" w:eastAsia="Noto Serif CJK SC"/>
        </w:rPr>
        <w:t>问：到人我皆空，印咒也没有时，这时的印咒是否还有作用？印咒是否也属虚妄？答：印咒犹如渡河的船，你到了彼岸，不上岸，</w:t>
      </w:r>
    </w:p>
    <w:p>
      <w:pPr>
        <w:spacing w:before="0" w:after="80" w:line="259" w:lineRule="auto"/>
        <w:ind w:firstLine="360"/>
      </w:pPr>
      <w:r>
        <w:rPr>
          <w:rFonts w:ascii="Noto Serif CJK SC" w:hAnsi="Noto Serif CJK SC" w:eastAsia="Noto Serif CJK SC"/>
        </w:rPr>
        <w:t>还在船上作什么？所以说它是虚妄的。因它很有作用，故又说它是真实的。到彼岸即须放弃，不可住执。所以佛法是非空非有，无可住执的中道。</w:t>
      </w:r>
    </w:p>
    <w:p>
      <w:pPr>
        <w:spacing w:before="0" w:after="80" w:line="259" w:lineRule="auto"/>
        <w:ind w:firstLine="360"/>
      </w:pPr>
      <w:r>
        <w:rPr>
          <w:rFonts w:ascii="Noto Serif CJK SC" w:hAnsi="Noto Serif CJK SC" w:eastAsia="Noto Serif CJK SC"/>
        </w:rPr>
        <w:t>问：有时早晨四、五点钟准备上座时，出现恐怖现象，其实什么也没有，就是害怕。好像身边有什么怪面的或龇牙咧嘴的东西嘲笑我一样。有时刚睡下，半睡半醒，什么都没有，就是害怕。睡时也有此现象，但座上没有。答：恐怖是你贪生怕死的劣习。须知色身是幻相，假有生死。法身佛性亘古亘今常存，不生不灭，无有生死。你真彻悟此理，还有什么怕呢？</w:t>
      </w:r>
    </w:p>
    <w:p>
      <w:pPr>
        <w:spacing w:before="0" w:after="80" w:line="259" w:lineRule="auto"/>
        <w:ind w:firstLine="360"/>
      </w:pPr>
      <w:r>
        <w:rPr>
          <w:rFonts w:ascii="Noto Serif CJK SC" w:hAnsi="Noto Serif CJK SC" w:eastAsia="Noto Serif CJK SC"/>
        </w:rPr>
        <w:t>问：凌晨五点钟，似醒非醒中，时常出现光明、星空、高山，寂静天空中有太阳。后来可能是住相所至，夜间睡不安，见窗前有鬼影，十分恐怖。时有黑暗无明压向头而被吓醒，并感觉睡中有人打我嘴巴而跳起，惊恐万分，于是挥手胡打一气。答：这是你修有相法，执相所致。现在你一切观空，不要住相，则一切幻影消亡。虔修心密，则外魔</w:t>
      </w:r>
    </w:p>
    <w:p>
      <w:pPr>
        <w:spacing w:before="0" w:after="80" w:line="259" w:lineRule="auto"/>
        <w:ind w:firstLine="360"/>
      </w:pPr>
      <w:r>
        <w:rPr>
          <w:rFonts w:ascii="Noto Serif CJK SC" w:hAnsi="Noto Serif CJK SC" w:eastAsia="Noto Serif CJK SC"/>
        </w:rPr>
        <w:t>不侵，安然入睡，圆证大觉矣。</w:t>
      </w:r>
    </w:p>
    <w:p>
      <w:pPr>
        <w:spacing w:before="0" w:after="80" w:line="259" w:lineRule="auto"/>
        <w:ind w:firstLine="360"/>
      </w:pPr>
      <w:r>
        <w:rPr>
          <w:rFonts w:ascii="Noto Serif CJK SC" w:hAnsi="Noto Serif CJK SC" w:eastAsia="Noto Serif CJK SC"/>
        </w:rPr>
        <w:t>问：在打七中，总是坐不定，妄念多。座上功夫很差，这使我信心不足，总感到比别人进步慢。答：百忙中不忘用功，还抽时间打七，这就是上上好根器。只要努力上进，定能成道果。能坐四小时，这就是定，不然是坐不下来的。至于妄念多，那是串习，只要不断地同它斗下去，最后胜利必归于你。</w:t>
      </w:r>
    </w:p>
    <w:p>
      <w:pPr>
        <w:spacing w:before="0" w:after="80" w:line="259" w:lineRule="auto"/>
        <w:ind w:firstLine="360"/>
      </w:pPr>
      <w:r>
        <w:rPr>
          <w:rFonts w:ascii="Noto Serif CJK SC" w:hAnsi="Noto Serif CJK SC" w:eastAsia="Noto Serif CJK SC"/>
        </w:rPr>
        <w:t>问：打座过程中，会不由自主地讲出很多听不懂的语言或念许多经文，并伴有各种手势、手印，且不断地自动变换。下座后感到十分轻爽，精神特别好。答：一切定中现象，不管好坏，均不可理睬。因为这些都是第六识的幻影，不是真实的东西。千万不能执着，否则易入魔道。</w:t>
      </w:r>
    </w:p>
    <w:p>
      <w:pPr>
        <w:spacing w:before="0" w:after="80" w:line="259" w:lineRule="auto"/>
        <w:ind w:firstLine="360"/>
      </w:pPr>
      <w:r>
        <w:rPr>
          <w:rFonts w:ascii="Noto Serif CJK SC" w:hAnsi="Noto Serif CJK SC" w:eastAsia="Noto Serif CJK SC"/>
        </w:rPr>
        <w:t>问：有时在座上，所念之咒不觉而断，手仍结印，觉知了了，无有妄念。这种情况是否就不持咒了，继续坐下去而不著时间相了？</w:t>
      </w:r>
    </w:p>
    <w:p>
      <w:pPr>
        <w:spacing w:before="0" w:after="80" w:line="259" w:lineRule="auto"/>
        <w:ind w:firstLine="360"/>
      </w:pPr>
      <w:r>
        <w:rPr>
          <w:rFonts w:ascii="Noto Serif CJK SC" w:hAnsi="Noto Serif CJK SC" w:eastAsia="Noto Serif CJK SC"/>
        </w:rPr>
        <w:t>答：知手仍结印。可见身未化空，妄知未断。此时如真断念（即前念已断，后念未起），身心世界皆不可得，哪里还有手印与咒？当然不需再念咒了。如</w:t>
      </w:r>
    </w:p>
    <w:p>
      <w:pPr>
        <w:spacing w:before="0" w:after="80" w:line="259" w:lineRule="auto"/>
        <w:ind w:firstLine="360"/>
      </w:pPr>
      <w:r>
        <w:rPr>
          <w:rFonts w:ascii="Noto Serif CJK SC" w:hAnsi="Noto Serif CJK SC" w:eastAsia="Noto Serif CJK SC"/>
        </w:rPr>
        <w:t>未化空，仍须念咒。如实在提不起，也可不念，但要</w:t>
      </w:r>
    </w:p>
    <w:p>
      <w:pPr>
        <w:spacing w:before="0" w:after="80" w:line="259" w:lineRule="auto"/>
        <w:ind w:firstLine="360"/>
      </w:pPr>
      <w:r>
        <w:rPr>
          <w:rFonts w:ascii="Noto Serif CJK SC" w:hAnsi="Noto Serif CJK SC" w:eastAsia="Noto Serif CJK SC"/>
        </w:rPr>
        <w:t>观照（即看着这不起念的正念），时机成熟时，自然化空，此时还有什么时间相呢？</w:t>
      </w:r>
    </w:p>
    <w:p>
      <w:pPr>
        <w:spacing w:before="0" w:after="80" w:line="259" w:lineRule="auto"/>
        <w:ind w:firstLine="360"/>
      </w:pPr>
      <w:r>
        <w:rPr>
          <w:rFonts w:ascii="Noto Serif CJK SC" w:hAnsi="Noto Serif CJK SC" w:eastAsia="Noto Serif CJK SC"/>
        </w:rPr>
        <w:t>问：有次座中，忽然悲从中来，泪如泉涌，继之口中唱念经文。不知何故？答：唱念经文，悲从中来，是法力深达八识田中，感得宿业善根发现所致。这一切过去即了，不要执着不舍。</w:t>
      </w:r>
    </w:p>
    <w:p>
      <w:pPr>
        <w:spacing w:before="0" w:after="80" w:line="259" w:lineRule="auto"/>
        <w:ind w:firstLine="360"/>
      </w:pPr>
      <w:r>
        <w:rPr>
          <w:rFonts w:ascii="Noto Serif CJK SC" w:hAnsi="Noto Serif CJK SC" w:eastAsia="Noto Serif CJK SC"/>
        </w:rPr>
        <w:t>问：弟子修法已一年半，从未间断。在百座的睡梦中，梦到我一只手握一爆竹，爆竹爆炸后一切都没有了。弟子不识，只知念佛，又从中回来了，辜负了佛菩萨加被的深恩。答：这是最好的消息，正是佛力加持。大爆炸后，一切皆空而灵知了了。这灵知即是你的本来面目，即是叫你见自本性啊！</w:t>
      </w:r>
    </w:p>
    <w:p>
      <w:pPr>
        <w:spacing w:before="0" w:after="80" w:line="259" w:lineRule="auto"/>
        <w:ind w:firstLine="360"/>
      </w:pPr>
      <w:r>
        <w:rPr>
          <w:rFonts w:ascii="Noto Serif CJK SC" w:hAnsi="Noto Serif CJK SC" w:eastAsia="Noto Serif CJK SC"/>
        </w:rPr>
        <w:t>问：有位师兄在修法时，觉得掉入一个很深很黑的地方去。他怕了，就停止了。答：这是无始无明，他不应该怕。让他继续坚持修法就好了。</w:t>
      </w:r>
    </w:p>
    <w:p>
      <w:pPr>
        <w:spacing w:before="0" w:after="80" w:line="259" w:lineRule="auto"/>
        <w:ind w:firstLine="360"/>
      </w:pPr>
      <w:r>
        <w:rPr>
          <w:rFonts w:ascii="Noto Serif CJK SC" w:hAnsi="Noto Serif CJK SC" w:eastAsia="Noto Serif CJK SC"/>
        </w:rPr>
        <w:t>问：打坐时，过了十几分钟咒就提不起来了，手印也没散，这是怎么回事？答：你坐在定上了。坐在定里要紧吗？初初的不要紧，感到很舒服。但多坐了会执著，那就不要坐，出定。咒念不出来，妄念没有时，反问自己：“这是什么？”触动灵机，那就见性了。</w:t>
      </w:r>
    </w:p>
    <w:p>
      <w:pPr>
        <w:spacing w:before="0" w:after="80" w:line="259" w:lineRule="auto"/>
        <w:ind w:firstLine="360"/>
      </w:pPr>
      <w:r>
        <w:rPr>
          <w:rFonts w:ascii="Noto Serif CJK SC" w:hAnsi="Noto Serif CJK SC" w:eastAsia="Noto Serif CJK SC"/>
        </w:rPr>
        <w:t>问：入定后自己是不知道的，知道入定就不是真定，对吗？答：对。</w:t>
      </w:r>
    </w:p>
    <w:p>
      <w:pPr>
        <w:spacing w:before="0" w:after="80" w:line="259" w:lineRule="auto"/>
        <w:ind w:firstLine="360"/>
      </w:pPr>
      <w:r>
        <w:rPr>
          <w:rFonts w:ascii="Noto Serif CJK SC" w:hAnsi="Noto Serif CJK SC" w:eastAsia="Noto Serif CJK SC"/>
        </w:rPr>
        <w:t>问：修心中心法至今九个月整，从未间断。目前</w:t>
      </w:r>
    </w:p>
    <w:p>
      <w:pPr>
        <w:spacing w:before="0" w:after="80" w:line="259" w:lineRule="auto"/>
        <w:ind w:firstLine="360"/>
      </w:pPr>
      <w:r>
        <w:rPr>
          <w:rFonts w:ascii="Noto Serif CJK SC" w:hAnsi="Noto Serif CJK SC" w:eastAsia="Noto Serif CJK SC"/>
        </w:rPr>
        <w:t>在座上，后半个小时腿较痛，但不要紧，我体会可能是时间相的问题。经常感觉持咒才几分钟，但清醒过来常常是半小时甚至一个多小时。我也不知是一直念咒呢，还是没念，手印一直没散，坐得也很端正。有时座上座下背部发烧，近来小腹、胃部也开始发烧。请上师指示我今后应怎样做？答：这证明你已入定，故时间一晃即几小时过去，咒脱而手印不散。身上发烧是内气薰发所致。不要注意它，多吃些清火的菜和水果。</w:t>
      </w:r>
    </w:p>
    <w:p>
      <w:pPr>
        <w:spacing w:before="0" w:after="80" w:line="259" w:lineRule="auto"/>
        <w:ind w:firstLine="360"/>
      </w:pPr>
      <w:r>
        <w:rPr>
          <w:rFonts w:ascii="Noto Serif CJK SC" w:hAnsi="Noto Serif CJK SC" w:eastAsia="Noto Serif CJK SC"/>
        </w:rPr>
        <w:t>问：夜里十二点上坐到凌晨五点，没一点昏沉迹象。答：这很好，是深入禅定的好现象。</w:t>
      </w:r>
    </w:p>
    <w:p>
      <w:pPr>
        <w:spacing w:before="0" w:after="80" w:line="259" w:lineRule="auto"/>
        <w:ind w:firstLine="360"/>
      </w:pPr>
      <w:r>
        <w:rPr>
          <w:rFonts w:ascii="Noto Serif CJK SC" w:hAnsi="Noto Serif CJK SC" w:eastAsia="Noto Serif CJK SC"/>
        </w:rPr>
        <w:t>问：我打坐时会有一段时间什么都不知道，这是什么原因？答：有两种情况：一是昏沉，二是无记。像死掉一样，什么都不知道。昏沉时，要提起精神，出声念咒将睡魔驱散。无记时，要提起：这是谁？！要灵知了了。</w:t>
      </w:r>
    </w:p>
    <w:p>
      <w:pPr>
        <w:spacing w:before="0" w:after="80" w:line="259" w:lineRule="auto"/>
        <w:ind w:firstLine="360"/>
      </w:pPr>
      <w:r>
        <w:rPr>
          <w:rFonts w:ascii="Noto Serif CJK SC" w:hAnsi="Noto Serif CJK SC" w:eastAsia="Noto Serif CJK SC"/>
        </w:rPr>
        <w:t>问：我坐一个小时后，不知道了，腿也不痛了。答：如果知道没有，这就是灵知（尚带点昏定）。如果连没有也不知道了，那就落入了无记，那就要提起咒来。</w:t>
      </w:r>
    </w:p>
    <w:p>
      <w:pPr>
        <w:spacing w:before="0" w:after="80" w:line="259" w:lineRule="auto"/>
        <w:ind w:firstLine="360"/>
      </w:pPr>
      <w:r>
        <w:rPr>
          <w:rFonts w:ascii="Noto Serif CJK SC" w:hAnsi="Noto Serif CJK SC" w:eastAsia="Noto Serif CJK SC"/>
        </w:rPr>
        <w:t>问：近来在坐中，几次出现所念之咒已断，内无身心，外无世界而了了分明，一念不生之境。当即承担：亲证本来面貌了。答：很好。</w:t>
      </w:r>
    </w:p>
    <w:p>
      <w:pPr>
        <w:spacing w:before="0" w:after="80" w:line="259" w:lineRule="auto"/>
        <w:ind w:firstLine="360"/>
      </w:pPr>
      <w:r>
        <w:rPr>
          <w:rFonts w:ascii="Noto Serif CJK SC" w:hAnsi="Noto Serif CJK SC" w:eastAsia="Noto Serif CJK SC"/>
        </w:rPr>
        <w:t>问：昏沉、昏定与正定的区别？答：昏沉是睡着了，手倒下，手印散了。昏定头有点低，手不倒，手印不散，如昏如寐，但有知觉，有迷糊的感觉。而正定没有迷糊的感觉，清清楚楚，没有念头。正入定时，什么声音都听不到。定深了就要发神通了，连蚂蚁爬的声音都能听到。由昏定到正定有个过程，慢慢会明了，昏久了有时会转为正定。</w:t>
      </w:r>
    </w:p>
    <w:p>
      <w:pPr>
        <w:spacing w:before="0" w:after="80" w:line="259" w:lineRule="auto"/>
        <w:ind w:firstLine="360"/>
      </w:pPr>
      <w:r>
        <w:rPr>
          <w:rFonts w:ascii="Noto Serif CJK SC" w:hAnsi="Noto Serif CJK SC" w:eastAsia="Noto Serif CJK SC"/>
        </w:rPr>
        <w:t>问：入定了出不来怎么办？</w:t>
      </w:r>
    </w:p>
    <w:p>
      <w:pPr>
        <w:spacing w:before="0" w:after="80" w:line="259" w:lineRule="auto"/>
        <w:ind w:firstLine="360"/>
      </w:pPr>
      <w:r>
        <w:rPr>
          <w:rFonts w:ascii="Noto Serif CJK SC" w:hAnsi="Noto Serif CJK SC" w:eastAsia="Noto Serif CJK SC"/>
        </w:rPr>
        <w:t>答：不会的，一时不会到灭受想定，到灭受想定</w:t>
      </w:r>
    </w:p>
    <w:p>
      <w:pPr>
        <w:spacing w:before="0" w:after="80" w:line="259" w:lineRule="auto"/>
        <w:ind w:firstLine="360"/>
      </w:pPr>
      <w:r>
        <w:rPr>
          <w:rFonts w:ascii="Noto Serif CJK SC" w:hAnsi="Noto Serif CJK SC" w:eastAsia="Noto Serif CJK SC"/>
        </w:rPr>
        <w:t>就要一坐坐几天。要出定也很方便，用引磬在耳边敲一敲就出定了，没有引磬可用金属的器皿，因为金属声尖利。这种定是祸害，是用功时硬压念不起造成的。有个居士，平时用功是用压念的方法，有一天在庙里入定了，人家以为他死了，就将他埋了。要定，但不能死定，对境不动心才是真定。</w:t>
      </w:r>
    </w:p>
    <w:p>
      <w:pPr>
        <w:spacing w:before="0" w:after="80" w:line="259" w:lineRule="auto"/>
        <w:ind w:firstLine="360"/>
      </w:pPr>
      <w:r>
        <w:rPr>
          <w:rFonts w:ascii="Noto Serif CJK SC" w:hAnsi="Noto Serif CJK SC" w:eastAsia="Noto Serif CJK SC"/>
        </w:rPr>
        <w:t>问：弟子修法已过四百座，入冬来，晨坐昏沉相铺天盖地而来，十座中也只有三座清醒。答：对治昏沉之法至为简易：一、睡眠充足。二、清晨打坐勿饮食。三、多进行体育锻炼。四、有睡意时急将双目睁开，出声持咒。但须注意，如系入定，即不须如此。五、日间不要太疲劳，这样就不至昏沉了。</w:t>
      </w:r>
    </w:p>
    <w:p>
      <w:pPr>
        <w:spacing w:before="0" w:after="80" w:line="259" w:lineRule="auto"/>
        <w:ind w:firstLine="360"/>
      </w:pPr>
      <w:r>
        <w:rPr>
          <w:rFonts w:ascii="Noto Serif CJK SC" w:hAnsi="Noto Serif CJK SC" w:eastAsia="Noto Serif CJK SC"/>
        </w:rPr>
        <w:t>问：我上座已六个多月了，座上妄念还很多，应如何对治？</w:t>
      </w:r>
    </w:p>
    <w:p>
      <w:pPr>
        <w:spacing w:before="0" w:after="80" w:line="259" w:lineRule="auto"/>
        <w:ind w:firstLine="360"/>
      </w:pPr>
      <w:r>
        <w:rPr>
          <w:rFonts w:ascii="Noto Serif CJK SC" w:hAnsi="Noto Serif CJK SC" w:eastAsia="Noto Serif CJK SC"/>
        </w:rPr>
        <w:t>答：打坐时应死心塌地，一切不想，念来不理，任其自生自灭，只专心持咒，凝神倾听心持咒之音声，妄念自然停息。</w:t>
      </w:r>
    </w:p>
    <w:p>
      <w:pPr>
        <w:spacing w:before="0" w:after="80" w:line="259" w:lineRule="auto"/>
        <w:ind w:firstLine="360"/>
      </w:pPr>
      <w:r>
        <w:rPr>
          <w:rFonts w:ascii="Noto Serif CJK SC" w:hAnsi="Noto Serif CJK SC" w:eastAsia="Noto Serif CJK SC"/>
        </w:rPr>
        <w:t>问：近周来，一上座就自然进入较短暂无念状态，身心亦舒畅，唯智慧不开，这是为何？答：你要开什么智慧？是知道他的心行，知道过去、未来的信息吗？那就错了，开智慧是指认识本性，不跟境界转，一切无住而潇洒自在也。</w:t>
      </w:r>
    </w:p>
    <w:p>
      <w:pPr>
        <w:spacing w:before="0" w:after="80" w:line="259" w:lineRule="auto"/>
        <w:ind w:firstLine="360"/>
      </w:pPr>
      <w:r>
        <w:rPr>
          <w:rFonts w:ascii="Noto Serif CJK SC" w:hAnsi="Noto Serif CJK SC" w:eastAsia="Noto Serif CJK SC"/>
        </w:rPr>
        <w:t>问：近来时常体会到生理对心理的反作用。心空之后，色身会转变，是吗？答：是的，随心理的转变，生理也会变化。</w:t>
      </w:r>
    </w:p>
    <w:p>
      <w:pPr>
        <w:spacing w:before="0" w:after="80" w:line="259" w:lineRule="auto"/>
        <w:ind w:firstLine="360"/>
      </w:pPr>
      <w:r>
        <w:rPr>
          <w:rFonts w:ascii="Noto Serif CJK SC" w:hAnsi="Noto Serif CJK SC" w:eastAsia="Noto Serif CJK SC"/>
        </w:rPr>
        <w:t>问：打坐的觉受感极不稳定，如白天打坐与晚上打坐不同。是否到了克服这一障碍的时候？答：这是习惯问题。习惯早上打坐的人，一旦改为晚上坐或反之，皆感觉不好。不是时间有什么好坏的分别，经常转换着坐，即平衡无别了。另外，对于</w:t>
      </w:r>
    </w:p>
    <w:p>
      <w:pPr>
        <w:spacing w:before="0" w:after="80" w:line="259" w:lineRule="auto"/>
        <w:ind w:firstLine="360"/>
      </w:pPr>
      <w:r>
        <w:rPr>
          <w:rFonts w:ascii="Noto Serif CJK SC" w:hAnsi="Noto Serif CJK SC" w:eastAsia="Noto Serif CJK SC"/>
        </w:rPr>
        <w:t>顺逆境的考验，确须用一种平常心来应付，不可顺之则欣喜，逆之则惊恼，这是用功人应注意的地方。</w:t>
      </w:r>
    </w:p>
    <w:p>
      <w:pPr>
        <w:spacing w:before="0" w:after="80" w:line="259" w:lineRule="auto"/>
        <w:ind w:firstLine="360"/>
      </w:pPr>
      <w:r>
        <w:rPr>
          <w:rFonts w:ascii="Noto Serif CJK SC" w:hAnsi="Noto Serif CJK SC" w:eastAsia="Noto Serif CJK SC"/>
        </w:rPr>
        <w:t>问：修法中如何防止禅病一事？答：有什么禅病？只要见一切胜境、恶境均不理睬，只顾持咒，将其化空，即无妨碍。于一切境，不取不舍是除粘去妄的最好办法。亦不要求入定、开悟，更不求发神通，自无禅病。其它一切生理、心理变化均顺其自然，勿自作主张用意引发或压制生理、心理的变化。</w:t>
      </w:r>
    </w:p>
    <w:p>
      <w:pPr>
        <w:spacing w:before="0" w:after="80" w:line="259" w:lineRule="auto"/>
        <w:ind w:firstLine="360"/>
      </w:pPr>
      <w:r>
        <w:rPr>
          <w:rFonts w:ascii="Noto Serif CJK SC" w:hAnsi="Noto Serif CJK SC" w:eastAsia="Noto Serif CJK SC"/>
        </w:rPr>
        <w:t>问：修法打座时，有时一意念佛菩萨或师尊，周身就有一阵丝丝麻麻的舒松清凉感，有时皮肤像起了鸡皮疙瘩似的。答：这是心念的感应。不要执著，只当没有这回事。</w:t>
      </w:r>
    </w:p>
    <w:p>
      <w:pPr>
        <w:spacing w:before="0" w:after="80" w:line="259" w:lineRule="auto"/>
        <w:ind w:firstLine="360"/>
      </w:pPr>
      <w:r>
        <w:rPr>
          <w:rFonts w:ascii="Noto Serif CJK SC" w:hAnsi="Noto Serif CJK SC" w:eastAsia="Noto Serif CJK SC"/>
        </w:rPr>
        <w:t>问：打开后于座下有似流泪非流泪之感觉，这是何因？</w:t>
      </w:r>
    </w:p>
    <w:p>
      <w:pPr>
        <w:spacing w:before="0" w:after="80" w:line="259" w:lineRule="auto"/>
        <w:ind w:firstLine="360"/>
      </w:pPr>
      <w:r>
        <w:rPr>
          <w:rFonts w:ascii="Noto Serif CJK SC" w:hAnsi="Noto Serif CJK SC" w:eastAsia="Noto Serif CJK SC"/>
        </w:rPr>
        <w:t>答：这是你于打开本来后，有如丧考妣之感。你能专心用功得此成绩，于末法恶世中，实非易事。望你切勿得少为足，勇猛精进，勤除旧习，则圆证佛果有望焉！</w:t>
      </w:r>
    </w:p>
    <w:p>
      <w:pPr>
        <w:spacing w:before="0" w:after="80" w:line="259" w:lineRule="auto"/>
        <w:ind w:firstLine="360"/>
      </w:pPr>
      <w:r>
        <w:rPr>
          <w:rFonts w:ascii="Noto Serif CJK SC" w:hAnsi="Noto Serif CJK SC" w:eastAsia="Noto Serif CJK SC"/>
        </w:rPr>
        <w:t>问：打坐一开始，把念头放在持咒上。坐一段时间后，这个持咒的念头有时像在耳边，有时像在腹下</w:t>
      </w:r>
    </w:p>
    <w:p>
      <w:pPr>
        <w:spacing w:before="0" w:after="80" w:line="259" w:lineRule="auto"/>
        <w:ind w:firstLine="360"/>
      </w:pPr>
      <w:r>
        <w:rPr>
          <w:rFonts w:ascii="Noto Serif CJK SC" w:hAnsi="Noto Serif CJK SC" w:eastAsia="Noto Serif CJK SC"/>
        </w:rPr>
        <w:t>丹田，有时又像在鼻翼。这些都是不知觉来的，而心</w:t>
      </w:r>
    </w:p>
    <w:p>
      <w:pPr>
        <w:spacing w:before="0" w:after="80" w:line="259" w:lineRule="auto"/>
        <w:ind w:firstLine="360"/>
      </w:pPr>
      <w:r>
        <w:rPr>
          <w:rFonts w:ascii="Noto Serif CJK SC" w:hAnsi="Noto Serif CJK SC" w:eastAsia="Noto Serif CJK SC"/>
        </w:rPr>
        <w:t>中持咒仍不停。答：一心听自己心念咒的无声之声，不管它在哪里？一切随其自然。念到心空，能念之心与所持之咒一时脱落，身心世界一齐化空，真性即现前矣。</w:t>
      </w:r>
    </w:p>
    <w:p>
      <w:pPr>
        <w:spacing w:before="0" w:after="80" w:line="259" w:lineRule="auto"/>
        <w:ind w:firstLine="360"/>
      </w:pPr>
      <w:r>
        <w:rPr>
          <w:rFonts w:ascii="Noto Serif CJK SC" w:hAnsi="Noto Serif CJK SC" w:eastAsia="Noto Serif CJK SC"/>
        </w:rPr>
        <w:t>问：打坐时，忽然出现一片白光，白光中有明点，这是什么？答：不要管它。我们修法就是不许见光见佛，是恐你着相。在密宗说来，那个白光就是我们的自性光明，明点就是第八识。第八识还是识，要把这个识打开来见性。不去管它，不要沾沾自喜，以为我有白光、有明点了。如若自喜，那就著相了。</w:t>
      </w:r>
    </w:p>
    <w:p>
      <w:pPr>
        <w:spacing w:before="0" w:after="80" w:line="259" w:lineRule="auto"/>
        <w:ind w:firstLine="360"/>
      </w:pPr>
      <w:r>
        <w:rPr>
          <w:rFonts w:ascii="Noto Serif CJK SC" w:hAnsi="Noto Serif CJK SC" w:eastAsia="Noto Serif CJK SC"/>
        </w:rPr>
        <w:t>问：打坐念咒时，感觉到有两层东西，上层是流动的念头，下层是念咒的声音。如果提起念咒，则上层为念咒，下层为黑色浓雾，一会儿，杂念又来了，念咒又变成了下层。答：黑色浓雾是无明，要提起咒来，打破无明。</w:t>
      </w:r>
    </w:p>
    <w:p>
      <w:pPr>
        <w:spacing w:before="0" w:after="80" w:line="259" w:lineRule="auto"/>
        <w:ind w:firstLine="360"/>
      </w:pPr>
      <w:r>
        <w:rPr>
          <w:rFonts w:ascii="Noto Serif CJK SC" w:hAnsi="Noto Serif CJK SC" w:eastAsia="Noto Serif CJK SC"/>
        </w:rPr>
        <w:t>问：我打坐时，看到一些粘著的事情，脏脏的东西，知道要改，但碰到具体的事情，每每还要粘上去。怎么用功才能不粘上去呢？答：照啊！看到又粘上去了，须赶快放掉。要觉得快，觉得慢不行。照就能看见脏脏的东西。粘著事相，就是没有放掉，力量不够。能照见，但不能放，那就要痛斥自己，赶快放掉或赶快持咒，用咒来化掉。所以要时时刻刻培养力量，力量不够要多打坐，多打坐可以培养定力。有了定力一觉就化空。一切都是假的，心死透了就不动了。心不死透，仍拔不出来，陷在里面。</w:t>
      </w:r>
    </w:p>
    <w:p>
      <w:pPr>
        <w:spacing w:before="0" w:after="80" w:line="259" w:lineRule="auto"/>
        <w:ind w:firstLine="360"/>
      </w:pPr>
      <w:r>
        <w:rPr>
          <w:rFonts w:ascii="Noto Serif CJK SC" w:hAnsi="Noto Serif CJK SC" w:eastAsia="Noto Serif CJK SC"/>
        </w:rPr>
        <w:t>问：修行中出现的境界，是不是不要对人讲？答：不能讲的原因是恐怕引起人家的执著，追求这种境界。心中会想为什么我没有这种境界啊？心乱了，不能入定了。另外，根本没有什么东西，不住相，什么都不可得。境界是有的，就像我们坐火车，从上海到镇江，一路上看到的景色，但不住相，也就过去了。</w:t>
      </w:r>
    </w:p>
    <w:p>
      <w:pPr>
        <w:spacing w:before="0" w:after="80" w:line="259" w:lineRule="auto"/>
        <w:ind w:firstLine="360"/>
      </w:pPr>
      <w:r>
        <w:rPr>
          <w:rFonts w:ascii="Noto Serif CJK SC" w:hAnsi="Noto Serif CJK SC" w:eastAsia="Noto Serif CJK SC"/>
        </w:rPr>
        <w:t>问：有时修法后，耳朵里会嗡嗡响？答：响得好，这是要爆炸的前奏，不要睬它，是在打通气脉。</w:t>
      </w:r>
    </w:p>
    <w:p>
      <w:pPr>
        <w:spacing w:before="0" w:after="80" w:line="259" w:lineRule="auto"/>
        <w:ind w:firstLine="360"/>
      </w:pPr>
      <w:r>
        <w:rPr>
          <w:rFonts w:ascii="Noto Serif CJK SC" w:hAnsi="Noto Serif CJK SC" w:eastAsia="Noto Serif CJK SC"/>
        </w:rPr>
        <w:t>问：座上心乱不能得定，如何对治？答：现在用功存在的问题大致都是一样的，都是心乱，妄念多，多得坐不住，要想下座，这种现象很普遍。原因是由于心乱不定，不知道这个世界上的一切都是假相，恋着这个世界不肯放，所以弄得心很乱。要晓得这个世界上的一切都不可得，都是梦幻泡影，是得不到的。这妄心就不大动了，就可以死心塌地上座了，最起码粗妄念不动。不要在心里粘着，计算家</w:t>
      </w:r>
    </w:p>
    <w:p>
      <w:pPr>
        <w:spacing w:before="0" w:after="80" w:line="259" w:lineRule="auto"/>
        <w:ind w:firstLine="360"/>
      </w:pPr>
      <w:r>
        <w:rPr>
          <w:rFonts w:ascii="Noto Serif CJK SC" w:hAnsi="Noto Serif CJK SC" w:eastAsia="Noto Serif CJK SC"/>
        </w:rPr>
        <w:t>里的事情，社会上的工作，什么事情都不再执着，上座时它自然就安安稳稳平平静静。那时，内里翻出来的念头还来，念头来时你不睬它，任其自生自灭。只专心持咒，凝神倾听心持咒之声音，一定要听得清清爽爽的，这样妄念自然就不会多。妄念不动了，就很安稳，很舒服，很快乐。其实打坐到后面是很舒服，很快乐的。有些人追求这个快乐——快乐赶快来啊！好啦，你一追求就更坏了，妄心这么重，怎么能定？所以不能追求，一切放下来，安心打坐，心念耳闻，才能入定。到了这个安乐境，也不能执着这个安乐，执着这个安乐又坏了，就有所住，住在里面也脱不开。因为有乐可得嘛，才有所动，必然落在巢臼里面。</w:t>
      </w:r>
    </w:p>
    <w:p>
      <w:pPr>
        <w:spacing w:before="0" w:after="80" w:line="259" w:lineRule="auto"/>
        <w:ind w:firstLine="360"/>
      </w:pPr>
      <w:r>
        <w:rPr>
          <w:rFonts w:ascii="Noto Serif CJK SC" w:hAnsi="Noto Serif CJK SC" w:eastAsia="Noto Serif CJK SC"/>
        </w:rPr>
        <w:t>问：有一次打坐后睡觉，身体开始变大，非常大，我想赶快脱开，结果一动念，就什么也没有了。答：哈哈，不要睬它就爆了。不要想问题，有时大大……大得不得了，有时小小……小得不得了，都好。不动念就脱开了，妄念一起就不行了。所以叫你们打过坐后不要马上下来，休息一下，靠在床上，好消息就可能来了。因为打坐时还求快入定啊，快点开悟啊，而下坐后什么都不求了，那好消息就来了。但</w:t>
      </w:r>
    </w:p>
    <w:p>
      <w:pPr>
        <w:spacing w:before="0" w:after="80" w:line="259" w:lineRule="auto"/>
        <w:ind w:firstLine="360"/>
      </w:pPr>
      <w:r>
        <w:rPr>
          <w:rFonts w:ascii="Noto Serif CJK SC" w:hAnsi="Noto Serif CJK SC" w:eastAsia="Noto Serif CJK SC"/>
        </w:rPr>
        <w:t>是，可不能等着好消息啊！</w:t>
      </w:r>
    </w:p>
    <w:p>
      <w:pPr>
        <w:spacing w:before="0" w:after="80" w:line="259" w:lineRule="auto"/>
        <w:ind w:firstLine="360"/>
      </w:pPr>
      <w:r>
        <w:rPr>
          <w:rFonts w:ascii="Noto Serif CJK SC" w:hAnsi="Noto Serif CJK SC" w:eastAsia="Noto Serif CJK SC"/>
        </w:rPr>
        <w:t>问：前几日，在床上躺下，突然虚空粉碎，一下打失身心，且打开的力量十分大。有时听录音也有此境界出现，但我均没有执着。平时于回光返照之中，一有念起，即用“呸！”字斩断念头。答：如此用功，将来定能圆满成就。</w:t>
      </w:r>
    </w:p>
    <w:p>
      <w:pPr>
        <w:spacing w:before="0" w:after="80" w:line="259" w:lineRule="auto"/>
        <w:ind w:firstLine="360"/>
      </w:pPr>
      <w:r>
        <w:rPr>
          <w:rFonts w:ascii="Noto Serif CJK SC" w:hAnsi="Noto Serif CJK SC" w:eastAsia="Noto Serif CJK SC"/>
        </w:rPr>
        <w:t>问：百座内频频出现“一切化空，只是有个灵知”的境界，百座后也常有。杂修后的心情繁乱。答：你坐不多时，即得这好境界，真是有福。杂修是做功夫的大忌，千万不可再犯。</w:t>
      </w:r>
    </w:p>
    <w:p>
      <w:pPr>
        <w:spacing w:before="0" w:after="80" w:line="259" w:lineRule="auto"/>
        <w:ind w:firstLine="360"/>
      </w:pPr>
      <w:r>
        <w:rPr>
          <w:rFonts w:ascii="Noto Serif CJK SC" w:hAnsi="Noto Serif CJK SC" w:eastAsia="Noto Serif CJK SC"/>
        </w:rPr>
        <w:t>问：晚上睡觉作不了主，怎么办？答：你白天做功夫，到一定程度，晚上也会做功夫。念佛人睡着了也会念“阿弥陀佛”，持咒人睡着了也会持咒。要梦里作得了主，首先白天作得了主。</w:t>
      </w:r>
    </w:p>
    <w:p>
      <w:pPr>
        <w:spacing w:before="0" w:after="80" w:line="259" w:lineRule="auto"/>
        <w:ind w:firstLine="360"/>
      </w:pPr>
      <w:r>
        <w:rPr>
          <w:rFonts w:ascii="Noto Serif CJK SC" w:hAnsi="Noto Serif CJK SC" w:eastAsia="Noto Serif CJK SC"/>
        </w:rPr>
        <w:t>做梦是半昏迷，到死的时候是全昏迷，因此做功夫要</w:t>
      </w:r>
    </w:p>
    <w:p>
      <w:pPr>
        <w:spacing w:before="0" w:after="80" w:line="259" w:lineRule="auto"/>
        <w:ind w:firstLine="360"/>
      </w:pPr>
      <w:r>
        <w:rPr>
          <w:rFonts w:ascii="Noto Serif CJK SC" w:hAnsi="Noto Serif CJK SC" w:eastAsia="Noto Serif CJK SC"/>
        </w:rPr>
        <w:t>痛切。</w:t>
      </w:r>
    </w:p>
    <w:p>
      <w:pPr>
        <w:spacing w:before="0" w:after="80" w:line="259" w:lineRule="auto"/>
        <w:ind w:firstLine="360"/>
      </w:pPr>
      <w:r>
        <w:rPr>
          <w:rFonts w:ascii="Noto Serif CJK SC" w:hAnsi="Noto Serif CJK SC" w:eastAsia="Noto Serif CJK SC"/>
        </w:rPr>
        <w:t>问：梦中觉自己的身体没有了，随即知道提醒自己“此时了了分明的是谁？”然而终不见好消息到来，只是听到从头到脚的一种杂响声，直至醒来。答：有此一念即是好消息，放下这一念更是到家。</w:t>
      </w:r>
    </w:p>
    <w:p>
      <w:pPr>
        <w:spacing w:before="0" w:after="80" w:line="259" w:lineRule="auto"/>
        <w:ind w:firstLine="360"/>
      </w:pPr>
      <w:r>
        <w:rPr>
          <w:rFonts w:ascii="Noto Serif CJK SC" w:hAnsi="Noto Serif CJK SC" w:eastAsia="Noto Serif CJK SC"/>
        </w:rPr>
        <w:t>问：睡觉前我念咒，念着念着就睡着了，感到一个小人出去了。心里都知道，也有喜欢心。就说“回来！”小人就回来了，又念咒了。一会儿“哄！”一下又出去了。我想老出去不行，“回来！”小人很听话就回来了。请师父指示。答：那不是真正的意生身，是六识的幻影。纵然能出意生身，并不表示开悟。因为他没有明了本性，还著相，我们做功夫时会有这种情况。从前破山祖师在宁波天童寺用功，他很年轻，喜欢玩。在坐禅时，意生身出去偷人家的鸭子，被发现后，密云悟禅师说：“你游戏神通有了，但佛法还未梦见。”破山祖师原以为自己成道了呢，此时便跪下来请师父开示。密云悟禅师让他参“父母未生前是谁？”后来他开悟了。相是缘起的，因缘合成的。没有佛性不能显相，明了</w:t>
      </w:r>
    </w:p>
    <w:p>
      <w:pPr>
        <w:spacing w:before="0" w:after="80" w:line="259" w:lineRule="auto"/>
        <w:ind w:firstLine="360"/>
      </w:pPr>
      <w:r>
        <w:rPr>
          <w:rFonts w:ascii="Noto Serif CJK SC" w:hAnsi="Noto Serif CJK SC" w:eastAsia="Noto Serif CJK SC"/>
        </w:rPr>
        <w:t>本性的人一点不住著。如果执著神通，显神通，那就成魔有份了。良山祖师说：“神通不能求，求也不能得，得了也不能用。”所以要韬光养晦。</w:t>
      </w:r>
    </w:p>
    <w:p>
      <w:pPr>
        <w:spacing w:before="0" w:after="80" w:line="259" w:lineRule="auto"/>
        <w:ind w:firstLine="360"/>
      </w:pPr>
      <w:r>
        <w:rPr>
          <w:rFonts w:ascii="Noto Serif CJK SC" w:hAnsi="Noto Serif CJK SC" w:eastAsia="Noto Serif CJK SC"/>
        </w:rPr>
        <w:t>问：夫妻生活不断除的话，修法是否难打开本来？答：这怎么说呢？夫妻淫欲不断，怎么打开本来？但如能应付而不动心，则又当别论了。</w:t>
      </w:r>
    </w:p>
    <w:p>
      <w:pPr>
        <w:spacing w:before="0" w:after="80" w:line="259" w:lineRule="auto"/>
        <w:ind w:firstLine="360"/>
      </w:pPr>
      <w:r>
        <w:rPr>
          <w:rFonts w:ascii="Noto Serif CJK SC" w:hAnsi="Noto Serif CJK SC" w:eastAsia="Noto Serif CJK SC"/>
        </w:rPr>
        <w:t>问：最近淫欲心动得厉害，盼师父指示如何能将此心迅速断除？答：不要紧，这是翻种子，这深藏八识田中的淫欲种子不经过多次的反复是消不尽的。过去的大祖师没一个不翻种子，所以他们都秘密加持“楞严咒心”。</w:t>
      </w:r>
    </w:p>
    <w:p>
      <w:pPr>
        <w:spacing w:before="0" w:after="80" w:line="259" w:lineRule="auto"/>
        <w:ind w:firstLine="360"/>
      </w:pPr>
      <w:r>
        <w:rPr>
          <w:rFonts w:ascii="Noto Serif CJK SC" w:hAnsi="Noto Serif CJK SC" w:eastAsia="Noto Serif CJK SC"/>
        </w:rPr>
        <w:t>问：关于断除淫欲心一事，平时下座观照或持“楞严咒心”都没问题，可近日梦中总是梦见这些事。答：这是因为下座观照与上座修法般若火内薰之故，种子翻腾，故睡梦中有这些现象发生。还要多用</w:t>
      </w:r>
    </w:p>
    <w:p>
      <w:pPr>
        <w:spacing w:before="0" w:after="80" w:line="259" w:lineRule="auto"/>
        <w:ind w:firstLine="360"/>
      </w:pPr>
      <w:r>
        <w:rPr>
          <w:rFonts w:ascii="Noto Serif CJK SC" w:hAnsi="Noto Serif CJK SC" w:eastAsia="Noto Serif CJK SC"/>
        </w:rPr>
        <w:t>功，白天一点不动这男女之心，夜里就自然清醒，没有这些梦象了。</w:t>
      </w:r>
    </w:p>
    <w:p>
      <w:pPr>
        <w:spacing w:before="0" w:after="80" w:line="259" w:lineRule="auto"/>
        <w:ind w:firstLine="360"/>
      </w:pPr>
      <w:r>
        <w:rPr>
          <w:rFonts w:ascii="Noto Serif CJK SC" w:hAnsi="Noto Serif CJK SC" w:eastAsia="Noto Serif CJK SC"/>
        </w:rPr>
        <w:t>问：弟子在今年阴历七月十五日，发生了性行为，当时不知是戒日，后来才发现，心里好惭愧，愧对上师、诸佛菩萨对我的慈力加被护持，愧对众生，又自愧没放下一切幻化，失去良机。答：唉！我的好孩子！淫心人人都有，尤其在用功深入时，淫欲种子翻腾起来，人即觉难受。你对我说实话，当教你消亡之法。</w:t>
      </w:r>
    </w:p>
    <w:p>
      <w:pPr>
        <w:spacing w:before="0" w:after="80" w:line="259" w:lineRule="auto"/>
        <w:ind w:firstLine="360"/>
      </w:pPr>
      <w:r>
        <w:rPr>
          <w:rFonts w:ascii="Noto Serif CJK SC" w:hAnsi="Noto Serif CJK SC" w:eastAsia="Noto Serif CJK SC"/>
        </w:rPr>
        <w:t>问：弟子淫心炽盛，经恩师开示，以两种方法对治，一为不净观，二为疏引。但在对治过程中时有走着。弟子知道应当忏除，但却提不起忏悔心来，不知如何是好。请恩师开示。</w:t>
      </w:r>
    </w:p>
    <w:p>
      <w:pPr>
        <w:spacing w:before="0" w:after="80" w:line="259" w:lineRule="auto"/>
        <w:ind w:firstLine="360"/>
      </w:pPr>
      <w:r>
        <w:rPr>
          <w:rFonts w:ascii="Noto Serif CJK SC" w:hAnsi="Noto Serif CJK SC" w:eastAsia="Noto Serif CJK SC"/>
        </w:rPr>
        <w:t>答：淫心炽盛，青年男女俱不能免。但如能清心</w:t>
      </w:r>
    </w:p>
    <w:p>
      <w:pPr>
        <w:spacing w:before="0" w:after="80" w:line="259" w:lineRule="auto"/>
        <w:ind w:firstLine="360"/>
      </w:pPr>
      <w:r>
        <w:rPr>
          <w:rFonts w:ascii="Noto Serif CJK SC" w:hAnsi="Noto Serif CJK SC" w:eastAsia="Noto Serif CJK SC"/>
        </w:rPr>
        <w:t>静坐，以心理影响生理，即可渐渐清除。如实不能，亦可结婚。学佛随人而异，不必勉强。</w:t>
      </w:r>
    </w:p>
    <w:p>
      <w:pPr>
        <w:spacing w:before="0" w:after="80" w:line="259" w:lineRule="auto"/>
        <w:ind w:firstLine="360"/>
      </w:pPr>
      <w:r>
        <w:rPr>
          <w:rFonts w:ascii="Noto Serif CJK SC" w:hAnsi="Noto Serif CJK SC" w:eastAsia="Noto Serif CJK SC"/>
        </w:rPr>
        <w:t>问：弟子知道淫心不断不能成佛，现在淫心非常淡薄。答：你知道就很好。你现在多大年纪？淫心真的淡薄了吗？夜里私处还勃起吗？</w:t>
      </w:r>
    </w:p>
    <w:p>
      <w:pPr>
        <w:spacing w:before="0" w:after="80" w:line="259" w:lineRule="auto"/>
        <w:ind w:firstLine="360"/>
      </w:pPr>
      <w:r>
        <w:rPr>
          <w:rFonts w:ascii="Noto Serif CJK SC" w:hAnsi="Noto Serif CJK SC" w:eastAsia="Noto Serif CJK SC"/>
        </w:rPr>
        <w:t>问：打坐精进，精气充足时，心中之欲念也愈强。</w:t>
      </w:r>
    </w:p>
    <w:p>
      <w:pPr>
        <w:spacing w:before="0" w:after="80" w:line="259" w:lineRule="auto"/>
        <w:ind w:firstLine="360"/>
      </w:pPr>
      <w:r>
        <w:rPr>
          <w:rFonts w:ascii="Noto Serif CJK SC" w:hAnsi="Noto Serif CJK SC" w:eastAsia="Noto Serif CJK SC"/>
        </w:rPr>
        <w:t>答：可怜的孩子，在这欲界里，一切众生淫欲心</w:t>
      </w:r>
    </w:p>
    <w:p>
      <w:pPr>
        <w:spacing w:before="0" w:after="80" w:line="259" w:lineRule="auto"/>
        <w:ind w:firstLine="360"/>
      </w:pPr>
      <w:r>
        <w:rPr>
          <w:rFonts w:ascii="Noto Serif CJK SC" w:hAnsi="Noto Serif CJK SC" w:eastAsia="Noto Serif CJK SC"/>
        </w:rPr>
        <w:t>都很重，所以生死不了。你才二十四岁的小伙子，哪能淫心不动呢？但我们学佛修道，须深知这是生死的根本。不斩断淫欲，决不能成佛。精力充足，淫欲强盛，心不清净，何能入定？所以在这上面有二种处理：</w:t>
      </w:r>
    </w:p>
    <w:p>
      <w:pPr>
        <w:spacing w:before="0" w:after="80" w:line="259" w:lineRule="auto"/>
        <w:ind w:firstLine="360"/>
      </w:pPr>
      <w:r>
        <w:rPr>
          <w:rFonts w:ascii="Noto Serif CJK SC" w:hAnsi="Noto Serif CJK SC" w:eastAsia="Noto Serif CJK SC"/>
        </w:rPr>
        <w:t>一种是深知淫欲的厉害，畏如蛇蝎，不敢动心。精心</w:t>
      </w:r>
    </w:p>
    <w:p>
      <w:pPr>
        <w:spacing w:before="0" w:after="80" w:line="259" w:lineRule="auto"/>
        <w:ind w:firstLine="360"/>
      </w:pPr>
      <w:r>
        <w:rPr>
          <w:rFonts w:ascii="Noto Serif CJK SC" w:hAnsi="Noto Serif CJK SC" w:eastAsia="Noto Serif CJK SC"/>
        </w:rPr>
        <w:t>打坐，深入禅定，即将淫欲化空；另一种是性欲冲动得实在厉害，不妨先结婚。但是要不断地精心打坐，增长定力，以心理打消身理的需要，而将淫欲化空。修道人好好打坐用功，夫妻同房一次，淫心即清淡一次，不到三、四十岁淫心即化为乌有了。西藏的白、花、黑教派里的祖师们都是这样做的，但千万不可纵欲！总而言之，淫欲心人人皆有，就看人怎样遣除它。假如道心强，用功打坐，以心理的力量将生理的要求</w:t>
      </w:r>
    </w:p>
    <w:p>
      <w:pPr>
        <w:spacing w:before="0" w:after="80" w:line="259" w:lineRule="auto"/>
        <w:ind w:firstLine="360"/>
      </w:pPr>
      <w:r>
        <w:rPr>
          <w:rFonts w:ascii="Noto Serif CJK SC" w:hAnsi="Noto Serif CJK SC" w:eastAsia="Noto Serif CJK SC"/>
        </w:rPr>
        <w:t>化去，淫心就抬不起头。我就是这样化解淫心的，希望你也能这样做。假如不能，望你能于夫妇同房的过程中，将淫心化断，证入大道。我的好孩子，千万不要沉溺于淫欲中！</w:t>
      </w:r>
    </w:p>
    <w:p>
      <w:pPr>
        <w:spacing w:before="0" w:after="80" w:line="259" w:lineRule="auto"/>
        <w:ind w:firstLine="360"/>
      </w:pPr>
      <w:r>
        <w:rPr>
          <w:rFonts w:ascii="Noto Serif CJK SC" w:hAnsi="Noto Serif CJK SC" w:eastAsia="Noto Serif CJK SC"/>
        </w:rPr>
        <w:t>问：从上海回来之后，修四印时，于坐中出现微细的情爱种子翻动，现在没有了。（师批：真没有了吗？）只是深入禅定后，才偶尔看到过去所接触的人与事。（师批：不可萦绕于怀。）我感到用功上去之后，偶尔有一丝情欲之感觉。（师批：功夫上去了，还有情欲吗？）但这时我知道，马上将其化掉。（师批：能化掉是真上去了。）有时也没有做梦，于睡眠中也没有动情欲心，而不自知地遗精了（大约一月左右时间）。答：漏丹是做工夫的大忌。你年纪还轻，情欲未净，免不了要遗精。现教你一法，以固精关。每日早晚各做一次。先将胸腹中浊气从口中呼出，然后闭口，提肛、以鼻吸气，吸足气后，停息（不呼不吸），然后呼气松肛。闭气的长短随其自然，不可勉强。动作要慢，越慢越好，这样做三十次。做时不可有欲念，否则亦不易收效。做时如觉胸闷，可做四至五次，放</w:t>
      </w:r>
    </w:p>
    <w:p>
      <w:pPr>
        <w:spacing w:before="0" w:after="80" w:line="259" w:lineRule="auto"/>
        <w:ind w:firstLine="360"/>
      </w:pPr>
      <w:r>
        <w:rPr>
          <w:rFonts w:ascii="Noto Serif CJK SC" w:hAnsi="Noto Serif CJK SC" w:eastAsia="Noto Serif CJK SC"/>
        </w:rPr>
        <w:t>下休息、散步，数分钟后再继续做。</w:t>
      </w:r>
    </w:p>
    <w:p>
      <w:pPr>
        <w:spacing w:before="0" w:after="80" w:line="259" w:lineRule="auto"/>
        <w:ind w:firstLine="360"/>
      </w:pPr>
      <w:r>
        <w:rPr>
          <w:rFonts w:ascii="Noto Serif CJK SC" w:hAnsi="Noto Serif CJK SC" w:eastAsia="Noto Serif CJK SC"/>
        </w:rPr>
        <w:t>问：您所授固精之法，做完一个月后是否应继续修下去？三十次做多长时间为宜？答：最好修下去，因你心不固。时间长短须看自己的肺活量和闭气的时间而定，不可人人一样。也不可拼命闭气，但须缓缓进行，越慢越好。</w:t>
      </w:r>
    </w:p>
    <w:p>
      <w:pPr>
        <w:spacing w:before="0" w:after="80" w:line="259" w:lineRule="auto"/>
        <w:ind w:firstLine="360"/>
      </w:pPr>
      <w:r>
        <w:rPr>
          <w:rFonts w:ascii="Noto Serif CJK SC" w:hAnsi="Noto Serif CJK SC" w:eastAsia="Noto Serif CJK SC"/>
        </w:rPr>
        <w:t>问：打坐感轻安无念，觉身心化空。有时但觉时间过得很快，有很轻微的了了分明，但不能朗照，好像入睡前一瞬。这是否是沉空断灭？自觉舒服是否落窠臼？答：身心化空了，不是不知，而是有轻微的了了分明，这不是沉空断灭；自觉舒服而不住，也不是落窠臼。如安住在舒服上而乐此不疲，才是落窠臼。</w:t>
      </w:r>
    </w:p>
    <w:p>
      <w:pPr>
        <w:spacing w:before="0" w:after="80" w:line="259" w:lineRule="auto"/>
        <w:ind w:firstLine="360"/>
      </w:pPr>
      <w:r>
        <w:rPr>
          <w:rFonts w:ascii="Noto Serif CJK SC" w:hAnsi="Noto Serif CJK SC" w:eastAsia="Noto Serif CJK SC"/>
        </w:rPr>
        <w:t>问：我有胃病，打坐时觉得胃里气胀，难受。答：在两种原因，一是坐姿不正确，腰弯下来压在那儿。第二是咒盯得太紧。念咒要似有似无，这样</w:t>
      </w:r>
    </w:p>
    <w:p>
      <w:pPr>
        <w:spacing w:before="0" w:after="80" w:line="259" w:lineRule="auto"/>
        <w:ind w:firstLine="360"/>
      </w:pPr>
      <w:r>
        <w:rPr>
          <w:rFonts w:ascii="Noto Serif CJK SC" w:hAnsi="Noto Serif CJK SC" w:eastAsia="Noto Serif CJK SC"/>
        </w:rPr>
        <w:t>气就不胀了。你有胃病还不宜多坐，要多念大悲神咒。有病时可以靠在沙发上修或少坐些时间，等病好了再修。结的手印与身体构成四十五度，放松，不要倒下去。养病时不要修心中心法，因为心中心法一定要做两个小时。养病还是念六字大明咒，时间可以少一些，比较方便。</w:t>
      </w:r>
    </w:p>
    <w:p>
      <w:pPr>
        <w:spacing w:before="0" w:after="80" w:line="259" w:lineRule="auto"/>
        <w:ind w:firstLine="360"/>
      </w:pPr>
      <w:r>
        <w:rPr>
          <w:rFonts w:ascii="Noto Serif CJK SC" w:hAnsi="Noto Serif CJK SC" w:eastAsia="Noto Serif CJK SC"/>
        </w:rPr>
        <w:t>问：打坐时，头上发胀，好不好？答：好，那是气在走，但还没有通，通了之后，就不胀了。胀后会痛，痛过就通了。有时头会咯咯响，那都是气在走。</w:t>
      </w:r>
    </w:p>
    <w:p>
      <w:pPr>
        <w:spacing w:before="0" w:after="80" w:line="259" w:lineRule="auto"/>
        <w:ind w:firstLine="360"/>
      </w:pPr>
      <w:r>
        <w:rPr>
          <w:rFonts w:ascii="Noto Serif CJK SC" w:hAnsi="Noto Serif CJK SC" w:eastAsia="Noto Serif CJK SC"/>
        </w:rPr>
        <w:t>问：我打坐时有气脉上的障碍。答：你从前是做气功的吧，做气功很多人都有此障碍。要忘记气，气生起来不要睬它。佛法与气功不同，佛法修心地，气功著身体。要空净，气是副产品。血液是靠气输送的，气不动，血脉就不走了。念咒时只管听咒，不管气。你管气就要出偏差了。让它自己跑，它要怎么跑就怎么跑，不要用意识控制它，引导它。</w:t>
      </w:r>
    </w:p>
    <w:p>
      <w:pPr>
        <w:spacing w:before="0" w:after="80" w:line="259" w:lineRule="auto"/>
        <w:ind w:firstLine="360"/>
      </w:pPr>
      <w:r>
        <w:rPr>
          <w:rFonts w:ascii="Noto Serif CJK SC" w:hAnsi="Noto Serif CJK SC" w:eastAsia="Noto Serif CJK SC"/>
        </w:rPr>
        <w:t>问：座中在咒念不出来时，心很清净，前面突然亮了一下，一会儿又没有了，好像太阳在云中露了一下。有时像电闪一样，浑身感到像被东西捆住了。答：刹那的亮是你心开了一线，就像莲花稍稍开了一点，放了点光，这是你的本性光明。感到有东西</w:t>
      </w:r>
    </w:p>
    <w:p>
      <w:pPr>
        <w:spacing w:before="0" w:after="80" w:line="259" w:lineRule="auto"/>
        <w:ind w:firstLine="360"/>
      </w:pPr>
      <w:r>
        <w:rPr>
          <w:rFonts w:ascii="Noto Serif CJK SC" w:hAnsi="Noto Serif CJK SC" w:eastAsia="Noto Serif CJK SC"/>
        </w:rPr>
        <w:t>捆住，说明你过去世是修法的，但没有见性，如果见</w:t>
      </w:r>
    </w:p>
    <w:p>
      <w:pPr>
        <w:spacing w:before="0" w:after="80" w:line="259" w:lineRule="auto"/>
        <w:ind w:firstLine="360"/>
      </w:pPr>
      <w:r>
        <w:rPr>
          <w:rFonts w:ascii="Noto Serif CJK SC" w:hAnsi="Noto Serif CJK SC" w:eastAsia="Noto Serif CJK SC"/>
        </w:rPr>
        <w:t>了性就不会这样了。有的人是在钻黑洞，钻不出去，这也是过去世修行没有打开而有的感觉。</w:t>
      </w:r>
    </w:p>
    <w:p>
      <w:pPr>
        <w:spacing w:before="0" w:after="80" w:line="259" w:lineRule="auto"/>
        <w:ind w:firstLine="360"/>
      </w:pPr>
      <w:r>
        <w:rPr>
          <w:rFonts w:ascii="Noto Serif CJK SC" w:hAnsi="Noto Serif CJK SC" w:eastAsia="Noto Serif CJK SC"/>
        </w:rPr>
        <w:t>问：有时打坐有极强的乐感，时间长了会引起淫欲心。该如何处理？答：不要住在那个乐上，禅定中会有空、乐、明三种情况，都不能住。如住乐的话，就不能出欲界。把乐感放掉，不睬它。空是无色界，乐是欲界；明是色界。一有所住，三界都不能出。</w:t>
      </w:r>
    </w:p>
    <w:p>
      <w:pPr>
        <w:spacing w:before="0" w:after="80" w:line="259" w:lineRule="auto"/>
        <w:ind w:firstLine="360"/>
      </w:pPr>
      <w:r>
        <w:rPr>
          <w:rFonts w:ascii="Noto Serif CJK SC" w:hAnsi="Noto Serif CJK SC" w:eastAsia="Noto Serif CJK SC"/>
        </w:rPr>
        <w:t>问：有时打坐会感到有像花一样的东西，多得不得了。</w:t>
      </w:r>
    </w:p>
    <w:p>
      <w:pPr>
        <w:spacing w:before="0" w:after="80" w:line="259" w:lineRule="auto"/>
        <w:ind w:firstLine="360"/>
      </w:pPr>
      <w:r>
        <w:rPr>
          <w:rFonts w:ascii="Noto Serif CJK SC" w:hAnsi="Noto Serif CJK SC" w:eastAsia="Noto Serif CJK SC"/>
        </w:rPr>
        <w:t>答：那些花是你的性光，是六识的变化。好与坏都不睬它，你不能著相，否则附体就要上身了。</w:t>
      </w:r>
    </w:p>
    <w:p>
      <w:pPr>
        <w:spacing w:before="0" w:after="80" w:line="259" w:lineRule="auto"/>
        <w:ind w:firstLine="360"/>
      </w:pPr>
      <w:r>
        <w:rPr>
          <w:rFonts w:ascii="Noto Serif CJK SC" w:hAnsi="Noto Serif CJK SC" w:eastAsia="Noto Serif CJK SC"/>
        </w:rPr>
        <w:t>问：有一天打坐时，突然气向上冲。有时早晨睡觉醒后头会发出响声，像气球爆炸一样。答：不要紧，打坐时清气上升，浊气下降，是在打通气脉，身体自会起变化。但不能住在这个气上，不要睬它，这样就不会胀在那儿。想脚底心，可将气引下去。</w:t>
      </w:r>
    </w:p>
    <w:p>
      <w:pPr>
        <w:spacing w:before="0" w:after="80" w:line="259" w:lineRule="auto"/>
        <w:ind w:firstLine="360"/>
      </w:pPr>
      <w:r>
        <w:rPr>
          <w:rFonts w:ascii="Noto Serif CJK SC" w:hAnsi="Noto Serif CJK SC" w:eastAsia="Noto Serif CJK SC"/>
        </w:rPr>
        <w:t>问：于座中极度清静之时，突然有一片光闪出，分身两个人，一个在持咒，一个出外应酬，我知是幻，便一觉，外出者便与持咒者相合。答：知幻即离，不致出偏。假如执真，将入魔矣。</w:t>
      </w:r>
    </w:p>
    <w:p>
      <w:pPr>
        <w:spacing w:before="0" w:after="80" w:line="259" w:lineRule="auto"/>
        <w:ind w:firstLine="360"/>
      </w:pPr>
      <w:r>
        <w:rPr>
          <w:rFonts w:ascii="Noto Serif CJK SC" w:hAnsi="Noto Serif CJK SC" w:eastAsia="Noto Serif CJK SC"/>
        </w:rPr>
        <w:t>问：有次打座近两小时的时候，整个人如消融化解了似的。答：修法入定即有化空感，因一切事物皆是假相，全靠身心维持，不可认妄为真有。因此一旦妄心消融，</w:t>
      </w:r>
    </w:p>
    <w:p>
      <w:pPr>
        <w:spacing w:before="0" w:after="80" w:line="259" w:lineRule="auto"/>
        <w:ind w:firstLine="360"/>
      </w:pPr>
      <w:r>
        <w:rPr>
          <w:rFonts w:ascii="Noto Serif CJK SC" w:hAnsi="Noto Serif CJK SC" w:eastAsia="Noto Serif CJK SC"/>
        </w:rPr>
        <w:t>假相即不存在了。</w:t>
      </w:r>
    </w:p>
    <w:p>
      <w:pPr>
        <w:spacing w:before="0" w:after="80" w:line="259" w:lineRule="auto"/>
        <w:ind w:firstLine="360"/>
      </w:pPr>
      <w:r>
        <w:rPr>
          <w:rFonts w:ascii="Noto Serif CJK SC" w:hAnsi="Noto Serif CJK SC" w:eastAsia="Noto Serif CJK SC"/>
        </w:rPr>
        <w:t>问：打坐时极想把身体化空，却每每做不到。答：有此想即是著相，不应粘着于此。</w:t>
      </w:r>
    </w:p>
    <w:p>
      <w:pPr>
        <w:spacing w:before="0" w:after="80" w:line="259" w:lineRule="auto"/>
        <w:ind w:firstLine="360"/>
      </w:pPr>
      <w:r>
        <w:rPr>
          <w:rFonts w:ascii="Noto Serif CJK SC" w:hAnsi="Noto Serif CJK SC" w:eastAsia="Noto Serif CJK SC"/>
        </w:rPr>
        <w:t>问：于座中极度清静之时，突然有一片光闪出，不是十分明亮，此时我均心念耳闻地持咒，并不执着于此。答：好好用功前进，尤其于下座时，勤于观照，一切境界俱不沾粘。六根清净后，即能大放光明，朗照十方了。</w:t>
      </w:r>
    </w:p>
    <w:p>
      <w:pPr>
        <w:spacing w:before="0" w:after="80" w:line="259" w:lineRule="auto"/>
        <w:ind w:firstLine="360"/>
      </w:pPr>
      <w:r>
        <w:rPr>
          <w:rFonts w:ascii="Noto Serif CJK SC" w:hAnsi="Noto Serif CJK SC" w:eastAsia="Noto Serif CJK SC"/>
        </w:rPr>
        <w:t>问：有次晨修四印，当时心中十分清净，在两眉之中的上方，有一乒乓球大小的光球照耀着，此时的感觉难以用语言表达。答：“心静光生”，这正是你的自性光明，因心清净故，豁开一线，发生了些微光明。不要着相、欣喜，要更好地精进用功。</w:t>
      </w:r>
    </w:p>
    <w:p>
      <w:pPr>
        <w:spacing w:before="0" w:after="80" w:line="259" w:lineRule="auto"/>
        <w:ind w:firstLine="360"/>
      </w:pPr>
      <w:r>
        <w:rPr>
          <w:rFonts w:ascii="Noto Serif CJK SC" w:hAnsi="Noto Serif CJK SC" w:eastAsia="Noto Serif CJK SC"/>
        </w:rPr>
        <w:t>问：有次修二印时，突然感到有人手拿净瓶，瓶中水从我头顶而下，有流遍全身之感，刹那之间入定。答：大悲菩萨来为你灌顶，但莫着相，着相则入魔。</w:t>
      </w:r>
    </w:p>
    <w:p>
      <w:pPr>
        <w:spacing w:before="0" w:after="80" w:line="259" w:lineRule="auto"/>
        <w:ind w:firstLine="360"/>
      </w:pPr>
      <w:r>
        <w:rPr>
          <w:rFonts w:ascii="Noto Serif CJK SC" w:hAnsi="Noto Serif CJK SC" w:eastAsia="Noto Serif CJK SC"/>
        </w:rPr>
        <w:t>问：上次打七，师尊开示，我心里十分明白。别人见光见境，我什么都没有，师尊说这最好。但我以为是鼓励我，我还是未达到师尊说的：“什么都没有，才是最好的境界”的程度。答：如你明白一念清净心光是法身佛，即是大智慧人。没有见光、见境，的确是最好，不是鼓励。因为法身无相，只有离念的灵知，所以什么都没有是最好的。</w:t>
      </w:r>
    </w:p>
    <w:p>
      <w:pPr>
        <w:spacing w:before="0" w:after="80" w:line="259" w:lineRule="auto"/>
        <w:ind w:firstLine="360"/>
      </w:pPr>
      <w:r>
        <w:rPr>
          <w:rFonts w:ascii="Noto Serif CJK SC" w:hAnsi="Noto Serif CJK SC" w:eastAsia="Noto Serif CJK SC"/>
        </w:rPr>
        <w:t>问：入定时，自己像镜子一样放光，什么都没有了，这是不是著相了？答：这是你自己的性光，不是著相。因为我们的佛性就像镜子一样放光，我们之所以看不见，是因为执著、烦恼遮盖了光明。你心定了，本性自然放光了。</w:t>
      </w:r>
    </w:p>
    <w:p>
      <w:pPr>
        <w:spacing w:before="0" w:after="80" w:line="259" w:lineRule="auto"/>
        <w:ind w:firstLine="360"/>
      </w:pPr>
      <w:r>
        <w:rPr>
          <w:rFonts w:ascii="Noto Serif CJK SC" w:hAnsi="Noto Serif CJK SC" w:eastAsia="Noto Serif CJK SC"/>
        </w:rPr>
        <w:t>我们本性的光明和阿弥陀佛的光明是一样的，可以朗照大千世界。</w:t>
      </w:r>
    </w:p>
    <w:p>
      <w:pPr>
        <w:spacing w:before="0" w:after="80" w:line="259" w:lineRule="auto"/>
        <w:ind w:firstLine="360"/>
      </w:pPr>
      <w:r>
        <w:rPr>
          <w:rFonts w:ascii="Noto Serif CJK SC" w:hAnsi="Noto Serif CJK SC" w:eastAsia="Noto Serif CJK SC"/>
        </w:rPr>
        <w:t>问：在入定时见一高大似佛菩萨的人，粗大的双腿盘坐着。座下一个光着身子的婴儿双手攀着大腿，艰难而又重复地往上爬，同时感觉很累。答：这个大的就是你自己。艰难重复地往上爬，反映除习气的艰难历程。</w:t>
      </w:r>
    </w:p>
    <w:p>
      <w:pPr>
        <w:spacing w:before="0" w:after="80" w:line="259" w:lineRule="auto"/>
        <w:ind w:firstLine="360"/>
      </w:pPr>
      <w:r>
        <w:rPr>
          <w:rFonts w:ascii="Noto Serif CJK SC" w:hAnsi="Noto Serif CJK SC" w:eastAsia="Noto Serif CJK SC"/>
        </w:rPr>
        <w:t>问：入定时外界的声音听得到吗？答：真正入定时，外界的声音是听不到的，还能听到声音，是没有入定。真正入定，无见无闻，但不是没有知觉。了了觉知，不着见闻。见到东西或听到声音是没入定或部分入定。在定中，即使你走在大街上，也听不到车的声音，但照样走路，这样的功夫就要发神通了。很小的声音都能听到，能听到蚂蚁爬的声音，他方世界下雨声你也听得见。起用时都听见了。所以六祖大师说：“不离见闻缘，超然登佛地。”尽管用，心一点也不执著。</w:t>
      </w:r>
    </w:p>
    <w:p>
      <w:pPr>
        <w:spacing w:before="0" w:after="80" w:line="259" w:lineRule="auto"/>
        <w:ind w:firstLine="360"/>
      </w:pPr>
      <w:r>
        <w:rPr>
          <w:rFonts w:ascii="Noto Serif CJK SC" w:hAnsi="Noto Serif CJK SC" w:eastAsia="Noto Serif CJK SC"/>
        </w:rPr>
        <w:t>问：上座以后，有时就提不起咒来，一提起咒就好像气力不足一样，这是怎么回事？答：关于念咒的问题，现在有人讲，念咒是多了一个事情，麻烦，还是把咒放掉不念吧。这是个大错误。做功夫应该是：上坐要死心塌地，下坐要绵密观照，一定要这样！要知道咒是工具，是用来扫荡我们妄念的。你不想念咒，讨厌它，这就是妄念。就是你心乱啊。你不念咒就念贪嗔痴，叫你不动念你做不到。心里乱动，不是这个就是那个，乱得不得了。所以宗下祖师就讲，驴事未去，马事又来，事情多得不得了。你不用咒这个工具去化妄念，妄念怎么能歇得下来呢？假如真的没有妄念了，身心世界都空了，就什么都没有了。你现在还没有空，身心还在，世界还在，境界还在，就是有妄念在。嫌念咒麻烦，真是糊涂！这样下去你以后永远脱不开。要好好做功夫，把咒提起来，提到不能再提了，那才是化掉了。要在不知不觉中把这个咒脱掉，那才是真正的不念，有心不念不行。咒自然地脱掉，还有两种情况：一种是睡着了脱掉。迷迷糊糊睡着了。当然不念了，这不行。另一种是入定了。妄心就不动了，这个念咒的心就没有了。</w:t>
      </w:r>
    </w:p>
    <w:p>
      <w:pPr>
        <w:spacing w:before="0" w:after="80" w:line="259" w:lineRule="auto"/>
        <w:ind w:firstLine="360"/>
      </w:pPr>
      <w:r>
        <w:rPr>
          <w:rFonts w:ascii="Noto Serif CJK SC" w:hAnsi="Noto Serif CJK SC" w:eastAsia="Noto Serif CJK SC"/>
        </w:rPr>
        <w:t>即能念之心，所念之咒一时脱落，就见到本性了。假如是睡着了，昏沉了，有什么用啊？有个检验昏沉的方法，即看我们的手印是不是倒下去了，是不是散掉了。手印倒下去，散掉了，念不出来，即是睡觉了，没用。真入定，手印不倒不散；身体化空了，手印还是不倒不散。那才是入定。假如是嫌麻烦不念的，赶快要提起来念。假如是昏沉，赶快把手印结起来，把眼睛睁开，出声持咒，把睡魔消除。驱散睡魔之后再轻轻念咒。</w:t>
      </w:r>
    </w:p>
    <w:p>
      <w:pPr>
        <w:spacing w:before="0" w:after="80" w:line="259" w:lineRule="auto"/>
        <w:ind w:firstLine="360"/>
      </w:pPr>
      <w:r>
        <w:rPr>
          <w:rFonts w:ascii="Noto Serif CJK SC" w:hAnsi="Noto Serif CJK SC" w:eastAsia="Noto Serif CJK SC"/>
        </w:rPr>
        <w:t>问：有时我觉得念咒很累，念不出来，在这种情况下还要念吗？答：这种情况还要念，不要太紧，要放松一点。很累，念不出来，不是心清净。入定后不累，很轻松，身体像要飞起来一样。</w:t>
      </w:r>
    </w:p>
    <w:p>
      <w:pPr>
        <w:spacing w:before="0" w:after="80" w:line="259" w:lineRule="auto"/>
        <w:ind w:firstLine="360"/>
      </w:pPr>
      <w:r>
        <w:rPr>
          <w:rFonts w:ascii="Noto Serif CJK SC" w:hAnsi="Noto Serif CJK SC" w:eastAsia="Noto Serif CJK SC"/>
        </w:rPr>
        <w:t>问：修行用功有境界是怎么回事？答：师父反问：你有什么境界？××无语。（师父一语问断）××良久，进而答道：我没有什么境界。（有玄</w:t>
      </w:r>
    </w:p>
    <w:p>
      <w:pPr>
        <w:spacing w:before="0" w:after="80" w:line="259" w:lineRule="auto"/>
        <w:ind w:firstLine="360"/>
      </w:pPr>
      <w:r>
        <w:rPr>
          <w:rFonts w:ascii="Noto Serif CJK SC" w:hAnsi="Noto Serif CJK SC" w:eastAsia="Noto Serif CJK SC"/>
        </w:rPr>
        <w:t>妙心在，有取舍心在）师父启发曰：穿衣吃饭，工作学习，妻子儿女，山河大地，这些不都是你的境界吗？！××当下有省。</w:t>
      </w:r>
    </w:p>
    <w:p>
      <w:pPr>
        <w:spacing w:before="0" w:after="80" w:line="259" w:lineRule="auto"/>
        <w:ind w:firstLine="360"/>
      </w:pPr>
      <w:r>
        <w:rPr>
          <w:rFonts w:ascii="Noto Serif CJK SC" w:hAnsi="Noto Serif CJK SC" w:eastAsia="Noto Serif CJK SC"/>
        </w:rPr>
        <w:t>问：没干活时还能看见念头，但在干活时心念像野马一样控制不住了，该怎么办？答：干活时，心乱了就喊“断！”一分钟的功夫，以后再做事。在忘记照时，就喊“断！”断一下不妨碍工作，每日最好能喊“断”数十次，观照用熟了就可以了。</w:t>
      </w:r>
    </w:p>
    <w:p>
      <w:pPr>
        <w:spacing w:before="0" w:after="80" w:line="259" w:lineRule="auto"/>
        <w:ind w:firstLine="360"/>
      </w:pPr>
      <w:r>
        <w:rPr>
          <w:rFonts w:ascii="Noto Serif CJK SC" w:hAnsi="Noto Serif CJK SC" w:eastAsia="Noto Serif CJK SC"/>
        </w:rPr>
        <w:t>问：现在有时不像从前那样有个观照的心，是怎么回事？答：从前观得生一点，用心提，现在观得熟一点，</w:t>
      </w:r>
    </w:p>
    <w:p>
      <w:pPr>
        <w:spacing w:before="0" w:after="80" w:line="259" w:lineRule="auto"/>
        <w:ind w:firstLine="360"/>
      </w:pPr>
      <w:r>
        <w:rPr>
          <w:rFonts w:ascii="Noto Serif CJK SC" w:hAnsi="Noto Serif CJK SC" w:eastAsia="Noto Serif CJK SC"/>
        </w:rPr>
        <w:t>不用心提了。如果时常忘记，还是要用心提一些，要</w:t>
      </w:r>
    </w:p>
    <w:p>
      <w:pPr>
        <w:spacing w:before="0" w:after="80" w:line="259" w:lineRule="auto"/>
        <w:ind w:firstLine="360"/>
      </w:pPr>
      <w:r>
        <w:rPr>
          <w:rFonts w:ascii="Noto Serif CJK SC" w:hAnsi="Noto Serif CJK SC" w:eastAsia="Noto Serif CJK SC"/>
        </w:rPr>
        <w:t>善调节。像我们念咒一样，生的时候用心念咒，要念得清楚；熟了，如不用心就油了，嘴里念，心里不念了。油了就不容易入定，身体化不空，咒与念头分开了，念头就流了。所以念咒时要听得清楚，摄住念头，慢一点没关系，到时自然脱掉。不要有个“要化空”</w:t>
      </w:r>
    </w:p>
    <w:p>
      <w:pPr>
        <w:spacing w:before="0" w:after="80" w:line="259" w:lineRule="auto"/>
        <w:ind w:firstLine="360"/>
      </w:pPr>
      <w:r>
        <w:rPr>
          <w:rFonts w:ascii="Noto Serif CJK SC" w:hAnsi="Noto Serif CJK SC" w:eastAsia="Noto Serif CJK SC"/>
        </w:rPr>
        <w:t>的妄念，那就自然入定了。</w:t>
      </w:r>
    </w:p>
    <w:p>
      <w:pPr>
        <w:spacing w:before="0" w:after="80" w:line="259" w:lineRule="auto"/>
        <w:ind w:firstLine="360"/>
      </w:pPr>
      <w:r>
        <w:rPr>
          <w:rFonts w:ascii="Noto Serif CJK SC" w:hAnsi="Noto Serif CJK SC" w:eastAsia="Noto Serif CJK SC"/>
        </w:rPr>
        <w:t>问：有时打坐观照时，有事要做，但就有股力量不让动，还是坐在那里。答：这是观照有了一定的定力。但事情来了还是要做，要活泼，不能死定在那里，动一下就出定了。人情味少了好，但事情还是要做的。</w:t>
      </w:r>
    </w:p>
    <w:p>
      <w:pPr>
        <w:spacing w:before="0" w:after="80" w:line="259" w:lineRule="auto"/>
        <w:ind w:firstLine="360"/>
      </w:pPr>
      <w:r>
        <w:rPr>
          <w:rFonts w:ascii="Noto Serif CJK SC" w:hAnsi="Noto Serif CJK SC" w:eastAsia="Noto Serif CJK SC"/>
        </w:rPr>
        <w:t>问：座下感十分轻安，不觉有身，眼睛视力也提高了，头顶百会处有气向上冲顶之感。答：一切变化，均不要管它，随其自然，即无偏颇。修法时色身自有变化，但不可追求。（三）种子翻腾与座下观照、见性与保任</w:t>
      </w:r>
    </w:p>
    <w:p>
      <w:pPr>
        <w:spacing w:before="0" w:after="80" w:line="259" w:lineRule="auto"/>
        <w:ind w:firstLine="360"/>
      </w:pPr>
      <w:r>
        <w:rPr>
          <w:rFonts w:ascii="Noto Serif CJK SC" w:hAnsi="Noto Serif CJK SC" w:eastAsia="Noto Serif CJK SC"/>
        </w:rPr>
        <w:t>问：修心中心法当种子翻腾猛厉，忍无可忍时，怎么办？答：不要怕，只须出声持咒，即能化去种子。经过千百次的翻腾上下，便可证入不动。</w:t>
      </w:r>
    </w:p>
    <w:p>
      <w:pPr>
        <w:spacing w:before="0" w:after="80" w:line="259" w:lineRule="auto"/>
        <w:ind w:firstLine="360"/>
      </w:pPr>
      <w:r>
        <w:rPr>
          <w:rFonts w:ascii="Noto Serif CJK SC" w:hAnsi="Noto Serif CJK SC" w:eastAsia="Noto Serif CJK SC"/>
        </w:rPr>
        <w:t>问：座上有时种子翻腾剧烈；有时一座却十分空净；有时心中有种说不出的闷、难受。这是为何？答：种子不是一下子即能消光的，要不断在事境中锻炼，所以不可大意、骄傲。功夫没有到落堂的地步，总不免有反复，所以你要努力上进，不可懈怠呀！</w:t>
      </w:r>
    </w:p>
    <w:p>
      <w:pPr>
        <w:spacing w:before="0" w:after="80" w:line="259" w:lineRule="auto"/>
        <w:ind w:firstLine="360"/>
      </w:pPr>
      <w:r>
        <w:rPr>
          <w:rFonts w:ascii="Noto Serif CJK SC" w:hAnsi="Noto Serif CJK SC" w:eastAsia="Noto Serif CJK SC"/>
        </w:rPr>
        <w:t>问：一直修第四印，是否可以把种子翻光？答：不可以，还须在事上磨炼。不过打坐修法可</w:t>
      </w:r>
    </w:p>
    <w:p>
      <w:pPr>
        <w:spacing w:before="0" w:after="80" w:line="259" w:lineRule="auto"/>
        <w:ind w:firstLine="360"/>
      </w:pPr>
      <w:r>
        <w:rPr>
          <w:rFonts w:ascii="Noto Serif CJK SC" w:hAnsi="Noto Serif CJK SC" w:eastAsia="Noto Serif CJK SC"/>
        </w:rPr>
        <w:t>以帮助你在事上透过去。打坐是修定，事上磨炼是修</w:t>
      </w:r>
    </w:p>
    <w:p>
      <w:pPr>
        <w:spacing w:before="0" w:after="80" w:line="259" w:lineRule="auto"/>
        <w:ind w:firstLine="360"/>
      </w:pPr>
      <w:r>
        <w:rPr>
          <w:rFonts w:ascii="Noto Serif CJK SC" w:hAnsi="Noto Serif CJK SC" w:eastAsia="Noto Serif CJK SC"/>
        </w:rPr>
        <w:t>慧，要定慧双修才好。</w:t>
      </w:r>
    </w:p>
    <w:p>
      <w:pPr>
        <w:spacing w:before="0" w:after="80" w:line="259" w:lineRule="auto"/>
        <w:ind w:firstLine="360"/>
      </w:pPr>
      <w:r>
        <w:rPr>
          <w:rFonts w:ascii="Noto Serif CJK SC" w:hAnsi="Noto Serif CJK SC" w:eastAsia="Noto Serif CJK SC"/>
        </w:rPr>
        <w:t>问：修法至一阶段后，反复出现心似刀割，心情烦躁，着急之状况，该如何对治？答：八识种子在翻动，故有此感受。修行不是一帆风顺的，只要耐心闯过这波涛起伏的难关，就柳暗花明又一村了。又，难过时，出声持咒，容易度过难关。</w:t>
      </w:r>
    </w:p>
    <w:p>
      <w:pPr>
        <w:spacing w:before="0" w:after="80" w:line="259" w:lineRule="auto"/>
        <w:ind w:firstLine="360"/>
      </w:pPr>
      <w:r>
        <w:rPr>
          <w:rFonts w:ascii="Noto Serif CJK SC" w:hAnsi="Noto Serif CJK SC" w:eastAsia="Noto Serif CJK SC"/>
        </w:rPr>
        <w:t>问：我在修行中时常因身虚心烦而进进退退，是不是应坚持加坐？答：免不了的。功夫未到不动地，总是要发生进进退退的烦恼现象，因八识田种子被般若火薰起，翻腾而使然。种子翻腾起来很难受，觉得退了，站也不是，坐也不是，睡也不是。此时要顶得住，不被吓倒，要透得过，其实这是进步。可加修第三印，出声念咒。但如实在感到身体不支，也须稍放松，减少打坐的时间。修行如逆水行舟，不进则退，要抓紧用功啊！</w:t>
      </w:r>
    </w:p>
    <w:p>
      <w:pPr>
        <w:spacing w:before="0" w:after="80" w:line="259" w:lineRule="auto"/>
        <w:ind w:firstLine="360"/>
      </w:pPr>
      <w:r>
        <w:rPr>
          <w:rFonts w:ascii="Noto Serif CJK SC" w:hAnsi="Noto Serif CJK SC" w:eastAsia="Noto Serif CJK SC"/>
        </w:rPr>
        <w:t>问：每次月经前几天明显感到心力不够，不像平时能观照住，想往外面跑。这次竟然想说是非，明明觉得不该这样，可控制不住自己，反被外境所转。实在惭愧，有负师父的教诲。答：这是生理的反映，不要紧，就到外面走走，散散心好了。女人到了更年期，生理反映特别强。尤其用功人种子翻腾厉害，就更不能作主了，过了这一阶段就不妨事了。观照要松紧适度，不可过紧。</w:t>
      </w:r>
    </w:p>
    <w:p>
      <w:pPr>
        <w:spacing w:before="0" w:after="80" w:line="259" w:lineRule="auto"/>
        <w:ind w:firstLine="360"/>
      </w:pPr>
      <w:r>
        <w:rPr>
          <w:rFonts w:ascii="Noto Serif CJK SC" w:hAnsi="Noto Serif CJK SC" w:eastAsia="Noto Serif CJK SC"/>
        </w:rPr>
        <w:t>问：打坐后觉得睡眠不太好，还会做梦。</w:t>
      </w:r>
    </w:p>
    <w:p>
      <w:pPr>
        <w:spacing w:before="0" w:after="80" w:line="259" w:lineRule="auto"/>
        <w:ind w:firstLine="360"/>
      </w:pPr>
      <w:r>
        <w:rPr>
          <w:rFonts w:ascii="Noto Serif CJK SC" w:hAnsi="Noto Serif CJK SC" w:eastAsia="Noto Serif CJK SC"/>
        </w:rPr>
        <w:t>答：觉不要睡得很死，做梦是在翻种子，是好事。</w:t>
      </w:r>
    </w:p>
    <w:p>
      <w:pPr>
        <w:spacing w:before="0" w:after="80" w:line="259" w:lineRule="auto"/>
        <w:ind w:firstLine="360"/>
      </w:pPr>
      <w:r>
        <w:rPr>
          <w:rFonts w:ascii="Noto Serif CJK SC" w:hAnsi="Noto Serif CJK SC" w:eastAsia="Noto Serif CJK SC"/>
        </w:rPr>
        <w:t>问：种子翻腾如何调伏？答：修学佛法不是一帆风顺的，功夫没有到彻底的时候，会有反复，就是这样一浪一浪的。要督促自己不要跟种子翻动的妄念跑。所以过去的大禅师都念楞严咒心，用楞严咒心来调伏这个种子。最坏的种子是淫欲心，这是最深的生死根本，这个根子断了就好了。如种子翻腾得厉害，不打坐，只念咒，也可出去散散心，过去了就再来打坐。我们八识田中的种子太</w:t>
      </w:r>
    </w:p>
    <w:p>
      <w:pPr>
        <w:spacing w:before="0" w:after="80" w:line="259" w:lineRule="auto"/>
        <w:ind w:firstLine="360"/>
      </w:pPr>
      <w:r>
        <w:rPr>
          <w:rFonts w:ascii="Noto Serif CJK SC" w:hAnsi="Noto Serif CJK SC" w:eastAsia="Noto Serif CJK SC"/>
        </w:rPr>
        <w:t>多了，所以明心见性后还不能了生死。很多明心见性</w:t>
      </w:r>
    </w:p>
    <w:p>
      <w:pPr>
        <w:spacing w:before="0" w:after="80" w:line="259" w:lineRule="auto"/>
        <w:ind w:firstLine="360"/>
      </w:pPr>
      <w:r>
        <w:rPr>
          <w:rFonts w:ascii="Noto Serif CJK SC" w:hAnsi="Noto Serif CJK SC" w:eastAsia="Noto Serif CJK SC"/>
        </w:rPr>
        <w:t>的人还要犯错误，因为种子埋伏在里面，碰到缘就起现行，翻出来了。因此要明白这个道理，要在事上磨炼，将种子磨光才行。</w:t>
      </w:r>
    </w:p>
    <w:p>
      <w:pPr>
        <w:spacing w:before="0" w:after="80" w:line="259" w:lineRule="auto"/>
        <w:ind w:firstLine="360"/>
      </w:pPr>
      <w:r>
        <w:rPr>
          <w:rFonts w:ascii="Noto Serif CJK SC" w:hAnsi="Noto Serif CJK SC" w:eastAsia="Noto Serif CJK SC"/>
        </w:rPr>
        <w:t>问：至今修法已有六个月，有些问题祈请师父开示：打坐一段时间就出现烦躁情绪。心烦意乱，爱发脾气，不由自主，但过后自己又很后悔。烦躁出现过好几次，导致停坐两次，共五天，好像这个台阶总是越不过去。近一两座，座上也有些烦躁。该如何对治？</w:t>
      </w:r>
    </w:p>
    <w:p>
      <w:pPr>
        <w:spacing w:before="0" w:after="80" w:line="259" w:lineRule="auto"/>
        <w:ind w:firstLine="360"/>
      </w:pPr>
      <w:r>
        <w:rPr>
          <w:rFonts w:ascii="Noto Serif CJK SC" w:hAnsi="Noto Serif CJK SC" w:eastAsia="Noto Serif CJK SC"/>
        </w:rPr>
        <w:t>答：这是你心神不稳，种子翻腾所致。此时可出声持咒，度过此关，千万不可停坐不修。</w:t>
      </w:r>
    </w:p>
    <w:p>
      <w:pPr>
        <w:spacing w:before="0" w:after="80" w:line="259" w:lineRule="auto"/>
        <w:ind w:firstLine="360"/>
      </w:pPr>
      <w:r>
        <w:rPr>
          <w:rFonts w:ascii="Noto Serif CJK SC" w:hAnsi="Noto Serif CJK SC" w:eastAsia="Noto Serif CJK SC"/>
        </w:rPr>
        <w:t>问：虽然加坐，烦恼似乎并未因此减少多少，而且经常心头发闷，厌人恨己，是否由于坐得太久了？答：打坐应该是一种享受，无半点烦恼，你倒烦闷欲绝，走到反面去了。似应调剂一下，去外面游山玩水，再来打坐吧。多和知友谈谈，交心也不失为一种调剂的好办法。应病与药，法无定法。总之打坐用功，应该是心态平静，安稳、舒适，而无烦恼。纵然种子翻腾，有进退失据之感，只要出声持咒一番，即能安然无恙。“厌人恨己”是你心量小的旧习翻出来之故，赶快呵斥自己，放下这一切不应有的恶习。</w:t>
      </w:r>
    </w:p>
    <w:p>
      <w:pPr>
        <w:spacing w:before="0" w:after="80" w:line="259" w:lineRule="auto"/>
        <w:ind w:firstLine="360"/>
      </w:pPr>
      <w:r>
        <w:rPr>
          <w:rFonts w:ascii="Noto Serif CJK SC" w:hAnsi="Noto Serif CJK SC" w:eastAsia="Noto Serif CJK SC"/>
        </w:rPr>
        <w:t>问：近来碰到点逆缘，一直子气得我妄念纷飞，腻透了，想尽快搬家去净土。虽明白诸法皆幻，却仍有所希惧。答：唉！要成佛，不是图舒服快乐，而是不怕吃苦。因为佛是入世度众生的，不是厌世逃避的。佛是二足尊，你不吃苦，福德从何积聚？！没有福德你怎</w:t>
      </w:r>
    </w:p>
    <w:p>
      <w:pPr>
        <w:spacing w:before="0" w:after="80" w:line="259" w:lineRule="auto"/>
        <w:ind w:firstLine="360"/>
      </w:pPr>
      <w:r>
        <w:rPr>
          <w:rFonts w:ascii="Noto Serif CJK SC" w:hAnsi="Noto Serif CJK SC" w:eastAsia="Noto Serif CJK SC"/>
        </w:rPr>
        <w:t>么成佛，更如何出离六道？！所以要出苦就要不怕吃苦。在苦难中锻炼，才能将执着消光，而恢复本性光明。</w:t>
      </w:r>
    </w:p>
    <w:p>
      <w:pPr>
        <w:spacing w:before="0" w:after="80" w:line="259" w:lineRule="auto"/>
        <w:ind w:firstLine="360"/>
      </w:pPr>
      <w:r>
        <w:rPr>
          <w:rFonts w:ascii="Noto Serif CJK SC" w:hAnsi="Noto Serif CJK SC" w:eastAsia="Noto Serif CJK SC"/>
        </w:rPr>
        <w:t>问：有次因一点小事和人家顶撞起来，当时我自知不好，但按捺不住。这都是我心量小，爱面子的结果。这又是修法的大忌，该怎么办？答：这是观照不得力之故。人人都有爱面子的习气，其实这是最愚蠢的，就是为这莫须有的面子，把自己拉到生死之中去。要问怎么办？就是赶快放下。</w:t>
      </w:r>
    </w:p>
    <w:p>
      <w:pPr>
        <w:spacing w:before="0" w:after="80" w:line="259" w:lineRule="auto"/>
        <w:ind w:firstLine="360"/>
      </w:pPr>
      <w:r>
        <w:rPr>
          <w:rFonts w:ascii="Noto Serif CJK SC" w:hAnsi="Noto Serif CJK SC" w:eastAsia="Noto Serif CJK SC"/>
        </w:rPr>
        <w:t>问：除习气是否不能太着急，着急本身也是习气。答：对！不能着急，你心空了，还有不好的行为吗？讲对治就落下乘了。当心动时，只“呸！”一声就完了。</w:t>
      </w:r>
    </w:p>
    <w:p>
      <w:pPr>
        <w:spacing w:before="0" w:after="80" w:line="259" w:lineRule="auto"/>
        <w:ind w:firstLine="360"/>
      </w:pPr>
      <w:r>
        <w:rPr>
          <w:rFonts w:ascii="Noto Serif CJK SC" w:hAnsi="Noto Serif CJK SC" w:eastAsia="Noto Serif CJK SC"/>
        </w:rPr>
        <w:t>问：只要时时心空净，做到“念起不随”就行了，其实也没有什么“习气”，是吗？答：习气就是着境，随境转。能不随境转，则习</w:t>
      </w:r>
    </w:p>
    <w:p>
      <w:pPr>
        <w:spacing w:before="0" w:after="80" w:line="259" w:lineRule="auto"/>
        <w:ind w:firstLine="360"/>
      </w:pPr>
      <w:r>
        <w:rPr>
          <w:rFonts w:ascii="Noto Serif CJK SC" w:hAnsi="Noto Serif CJK SC" w:eastAsia="Noto Serif CJK SC"/>
        </w:rPr>
        <w:t>气自除矣。</w:t>
      </w:r>
    </w:p>
    <w:p>
      <w:pPr>
        <w:spacing w:before="0" w:after="80" w:line="259" w:lineRule="auto"/>
        <w:ind w:firstLine="360"/>
      </w:pPr>
      <w:r>
        <w:rPr>
          <w:rFonts w:ascii="Noto Serif CJK SC" w:hAnsi="Noto Serif CJK SC" w:eastAsia="Noto Serif CJK SC"/>
        </w:rPr>
        <w:t>问：证悟本来后，最难的就是除习气，我一直以</w:t>
      </w:r>
    </w:p>
    <w:p>
      <w:pPr>
        <w:spacing w:before="0" w:after="80" w:line="259" w:lineRule="auto"/>
        <w:ind w:firstLine="360"/>
      </w:pPr>
      <w:r>
        <w:rPr>
          <w:rFonts w:ascii="Noto Serif CJK SC" w:hAnsi="Noto Serif CJK SC" w:eastAsia="Noto Serif CJK SC"/>
        </w:rPr>
        <w:t>为自己能放下名利，可一听说可免费考读研究生，心</w:t>
      </w:r>
    </w:p>
    <w:p>
      <w:pPr>
        <w:spacing w:before="0" w:after="80" w:line="259" w:lineRule="auto"/>
        <w:ind w:firstLine="360"/>
      </w:pPr>
      <w:r>
        <w:rPr>
          <w:rFonts w:ascii="Noto Serif CJK SC" w:hAnsi="Noto Serif CJK SC" w:eastAsia="Noto Serif CJK SC"/>
        </w:rPr>
        <w:t>就动了。好几天一上座就被“去，还是不去”的念头困扰着。答：这叫做“当断不断，反遭其乱”也。一切境界皆如空花水月，不可得。我们只游戏其间，不执不废。不做亦得，有什么放不下的？学佛就要潇洒自在，要坐就坐，要行就行，毫无拘束，方无碍也。</w:t>
      </w:r>
    </w:p>
    <w:p>
      <w:pPr>
        <w:spacing w:before="0" w:after="80" w:line="259" w:lineRule="auto"/>
        <w:ind w:firstLine="360"/>
      </w:pPr>
      <w:r>
        <w:rPr>
          <w:rFonts w:ascii="Noto Serif CJK SC" w:hAnsi="Noto Serif CJK SC" w:eastAsia="Noto Serif CJK SC"/>
        </w:rPr>
        <w:t>问：有时忍不住发怒怎么办？答：发怒时持咒，念起不住，念起不执。</w:t>
      </w:r>
    </w:p>
    <w:p>
      <w:pPr>
        <w:spacing w:before="0" w:after="80" w:line="259" w:lineRule="auto"/>
        <w:ind w:firstLine="360"/>
      </w:pPr>
      <w:r>
        <w:rPr>
          <w:rFonts w:ascii="Noto Serif CJK SC" w:hAnsi="Noto Serif CJK SC" w:eastAsia="Noto Serif CJK SC"/>
        </w:rPr>
        <w:t>问：弟子修法已有百座左右，因自己业习深重，定力仍然很差。但我感觉还是有进步，内心比以前安稳多了，平静了。答：那也不错呀，用功功不唐捐，不会白费的。何况是修这样的法，怎么会一点没进步呢？做功夫不</w:t>
      </w:r>
    </w:p>
    <w:p>
      <w:pPr>
        <w:spacing w:before="0" w:after="80" w:line="259" w:lineRule="auto"/>
        <w:ind w:firstLine="360"/>
      </w:pPr>
      <w:r>
        <w:rPr>
          <w:rFonts w:ascii="Noto Serif CJK SC" w:hAnsi="Noto Serif CJK SC" w:eastAsia="Noto Serif CJK SC"/>
        </w:rPr>
        <w:t>能性急，须耐心坚持下去，始有成就。因我们多生历劫的习气深重，不是短期内就可以消除而亲证佛道的。努力用功吧！</w:t>
      </w:r>
    </w:p>
    <w:p>
      <w:pPr>
        <w:spacing w:before="0" w:after="80" w:line="259" w:lineRule="auto"/>
        <w:ind w:firstLine="360"/>
      </w:pPr>
      <w:r>
        <w:rPr>
          <w:rFonts w:ascii="Noto Serif CJK SC" w:hAnsi="Noto Serif CJK SC" w:eastAsia="Noto Serif CJK SC"/>
        </w:rPr>
        <w:t>问：若精诚修法，待智慧开启，是否业障即除？然修法以发心为首，不得不为之虑，敬乞赐教。答：果然精诚修法，化空妄念，心且不有，又何有障？！所谓障者皆妄心作祟也。你如真发心学佛，即能精诚修法，切忌空谈，贡高我慢。</w:t>
      </w:r>
    </w:p>
    <w:p>
      <w:pPr>
        <w:spacing w:before="0" w:after="80" w:line="259" w:lineRule="auto"/>
        <w:ind w:firstLine="360"/>
      </w:pPr>
      <w:r>
        <w:rPr>
          <w:rFonts w:ascii="Noto Serif CJK SC" w:hAnsi="Noto Serif CJK SC" w:eastAsia="Noto Serif CJK SC"/>
        </w:rPr>
        <w:t>问：愚现在修法，以稳妥前进为原则，下座后注意饮食及休息充足，以为助力。此是否属身执？答：修法本应注意保养色身，所谓借假修真，何有身执之嫌？</w:t>
      </w:r>
    </w:p>
    <w:p>
      <w:pPr>
        <w:spacing w:before="0" w:after="80" w:line="259" w:lineRule="auto"/>
        <w:ind w:firstLine="360"/>
      </w:pPr>
      <w:r>
        <w:rPr>
          <w:rFonts w:ascii="Noto Serif CJK SC" w:hAnsi="Noto Serif CJK SC" w:eastAsia="Noto Serif CJK SC"/>
        </w:rPr>
        <w:t>问：我这星期觉得障重，天天在修第二印，准备修一至二星期，可以吗？答：可以。更重要的是要明白什么叫障重？“障”没有个东西，你把它拿出来看看。所以说障是虚幻的，</w:t>
      </w:r>
    </w:p>
    <w:p>
      <w:pPr>
        <w:spacing w:before="0" w:after="80" w:line="259" w:lineRule="auto"/>
        <w:ind w:firstLine="360"/>
      </w:pPr>
      <w:r>
        <w:rPr>
          <w:rFonts w:ascii="Noto Serif CJK SC" w:hAnsi="Noto Serif CJK SC" w:eastAsia="Noto Serif CJK SC"/>
        </w:rPr>
        <w:t>还是心啊，是心著相了。还是心没死透，心死透了就有力量了。所以，月藏问文殊菩萨：“明知生死本空，为什么我偏偏受生死流转呢？”文殊菩萨说：“其力未充。”力量从何而来？关键在于心必须死透。如果真知道这世界上一切都是假的、空的，那自然就有力</w:t>
      </w:r>
    </w:p>
    <w:p>
      <w:pPr>
        <w:spacing w:before="0" w:after="80" w:line="259" w:lineRule="auto"/>
        <w:ind w:firstLine="360"/>
      </w:pPr>
      <w:r>
        <w:rPr>
          <w:rFonts w:ascii="Noto Serif CJK SC" w:hAnsi="Noto Serif CJK SC" w:eastAsia="Noto Serif CJK SC"/>
        </w:rPr>
        <w:t>量。但是如心不清净，没死透，没有真正知道这本性</w:t>
      </w:r>
    </w:p>
    <w:p>
      <w:pPr>
        <w:spacing w:before="0" w:after="80" w:line="259" w:lineRule="auto"/>
        <w:ind w:firstLine="360"/>
      </w:pPr>
      <w:r>
        <w:rPr>
          <w:rFonts w:ascii="Noto Serif CJK SC" w:hAnsi="Noto Serif CJK SC" w:eastAsia="Noto Serif CJK SC"/>
        </w:rPr>
        <w:t>是不垢不净、不生不灭的，则不行。所以还是理性认识不够。禅宗讲：大死之后才能大活。你死得不透，或半死半活，不行啊！所以我们一定不能着相啊！</w:t>
      </w:r>
    </w:p>
    <w:p>
      <w:pPr>
        <w:spacing w:before="0" w:after="80" w:line="259" w:lineRule="auto"/>
        <w:ind w:firstLine="360"/>
      </w:pPr>
      <w:r>
        <w:rPr>
          <w:rFonts w:ascii="Noto Serif CJK SC" w:hAnsi="Noto Serif CJK SC" w:eastAsia="Noto Serif CJK SC"/>
        </w:rPr>
        <w:t>问：如何保护？答：开悟并不难，但要保护它却不易。不保护它就会跟着念头跑，杂念纷飞，乱七八糟的事全来了。所以必须绵密保护，才能将妄习消光。但护念不可死，更不可执着。只一觉，拉回来即可。这就是念起不随。外面的事情都是空花水月。《圆觉经》说：“知是空花，即无轮转。”缘起性空，知道一切都是假的，不跟妄念跑。一切随缘，因缘是这样，我们就这样做。尽管做事，一点不动心，为了众生做一切事而心不粘着。能时时这样做，不须几年，即“皮肤脱落尽，唯露一真实”，就能大放光明，神通显现了，但也不能执着</w:t>
      </w:r>
    </w:p>
    <w:p>
      <w:pPr>
        <w:spacing w:before="0" w:after="80" w:line="259" w:lineRule="auto"/>
        <w:ind w:firstLine="360"/>
      </w:pPr>
      <w:r>
        <w:rPr>
          <w:rFonts w:ascii="Noto Serif CJK SC" w:hAnsi="Noto Serif CJK SC" w:eastAsia="Noto Serif CJK SC"/>
        </w:rPr>
        <w:t>神通。识得本来后，还没有归宗，跟念头跑时，要像牧牛一样，用鞭子打它。哪个祖师不是这样做功夫的？我们修心中心法，打开了，见到本性，与一念不生了了分明时也没两样。但要亲证一回。噢！原来什么都没有，而了了分明。开悟是方便的，但要绵密保护，这不是一天两天的事。夹山和尚在船子和尚那儿开悟后，赶快到山上去保护十八年。识得本性后打坐与没有识得打坐是两样的，识得后打坐就是保护它了。念头来了不睬它，行住坐卧中，时刻保护，保护自己不要着相。</w:t>
      </w:r>
    </w:p>
    <w:p>
      <w:pPr>
        <w:spacing w:before="0" w:after="80" w:line="259" w:lineRule="auto"/>
        <w:ind w:firstLine="360"/>
      </w:pPr>
      <w:r>
        <w:rPr>
          <w:rFonts w:ascii="Noto Serif CJK SC" w:hAnsi="Noto Serif CJK SC" w:eastAsia="Noto Serif CJK SC"/>
        </w:rPr>
        <w:t>问：上座安心修法，下座绵密观照，时时让自性</w:t>
      </w:r>
    </w:p>
    <w:p>
      <w:pPr>
        <w:spacing w:before="0" w:after="80" w:line="259" w:lineRule="auto"/>
        <w:ind w:firstLine="360"/>
      </w:pPr>
      <w:r>
        <w:rPr>
          <w:rFonts w:ascii="Noto Serif CJK SC" w:hAnsi="Noto Serif CJK SC" w:eastAsia="Noto Serif CJK SC"/>
        </w:rPr>
        <w:t>现前，如此用功下去，时节因缘到来，就不愁不开悟了。以上知见正确吗？答：知见不错。</w:t>
      </w:r>
    </w:p>
    <w:p>
      <w:pPr>
        <w:spacing w:before="0" w:after="80" w:line="259" w:lineRule="auto"/>
        <w:ind w:firstLine="360"/>
      </w:pPr>
      <w:r>
        <w:rPr>
          <w:rFonts w:ascii="Noto Serif CJK SC" w:hAnsi="Noto Serif CJK SC" w:eastAsia="Noto Serif CJK SC"/>
        </w:rPr>
        <w:t>问：心中心法后半部如何修？答：观念头起处，不跟念转，差别境当前也不为之心动。这就是禅宗保护本性的修法，这样修下去，就能了生死。</w:t>
      </w:r>
    </w:p>
    <w:p>
      <w:pPr>
        <w:spacing w:before="0" w:after="80" w:line="259" w:lineRule="auto"/>
        <w:ind w:firstLine="360"/>
      </w:pPr>
      <w:r>
        <w:rPr>
          <w:rFonts w:ascii="Noto Serif CJK SC" w:hAnsi="Noto Serif CJK SC" w:eastAsia="Noto Serif CJK SC"/>
        </w:rPr>
        <w:t>问：关于“心念耳闻”，我感觉若注意“耳闻”，又注意“心念”，心易乱，究竟如何是好？答：耳闻是能闻之性，而不是注意耳朵。所以耳闻心念咒之声，则妄念不起矣。</w:t>
      </w:r>
    </w:p>
    <w:p>
      <w:pPr>
        <w:spacing w:before="0" w:after="80" w:line="259" w:lineRule="auto"/>
        <w:ind w:firstLine="360"/>
      </w:pPr>
      <w:r>
        <w:rPr>
          <w:rFonts w:ascii="Noto Serif CJK SC" w:hAnsi="Noto Serif CJK SC" w:eastAsia="Noto Serif CJK SC"/>
        </w:rPr>
        <w:t>问：修法是为了明心见性，见性后就能明了诸法</w:t>
      </w:r>
    </w:p>
    <w:p>
      <w:pPr>
        <w:spacing w:before="0" w:after="80" w:line="259" w:lineRule="auto"/>
        <w:ind w:firstLine="360"/>
      </w:pPr>
      <w:r>
        <w:rPr>
          <w:rFonts w:ascii="Noto Serif CJK SC" w:hAnsi="Noto Serif CJK SC" w:eastAsia="Noto Serif CJK SC"/>
        </w:rPr>
        <w:t>实相，从而不会迷惑颠倒，造业受报了。修法的诀窍在心念耳闻，不管身体上的任何感受。只将咒分分明明地念下去，最后将咒也化去，就孤灵灵地剩下灵知觉性了，但也不可著。对吗？答：是的。妄念化空，咒即念不出来了，当下忽然根尘脱落，世界化空，真性即现前矣。</w:t>
      </w:r>
    </w:p>
    <w:p>
      <w:pPr>
        <w:spacing w:before="0" w:after="80" w:line="259" w:lineRule="auto"/>
        <w:ind w:firstLine="360"/>
      </w:pPr>
      <w:r>
        <w:rPr>
          <w:rFonts w:ascii="Noto Serif CJK SC" w:hAnsi="Noto Serif CJK SC" w:eastAsia="Noto Serif CJK SC"/>
        </w:rPr>
        <w:t>问：“念起不随”是否属压念？答：不是。</w:t>
      </w:r>
    </w:p>
    <w:p>
      <w:pPr>
        <w:spacing w:before="0" w:after="80" w:line="259" w:lineRule="auto"/>
        <w:ind w:firstLine="360"/>
      </w:pPr>
      <w:r>
        <w:rPr>
          <w:rFonts w:ascii="Noto Serif CJK SC" w:hAnsi="Noto Serif CJK SC" w:eastAsia="Noto Serif CJK SC"/>
        </w:rPr>
        <w:t>问：刚见上师时，觉得自己本来是佛，因此于一</w:t>
      </w:r>
    </w:p>
    <w:p>
      <w:pPr>
        <w:spacing w:before="0" w:after="80" w:line="259" w:lineRule="auto"/>
        <w:ind w:firstLine="360"/>
      </w:pPr>
      <w:r>
        <w:rPr>
          <w:rFonts w:ascii="Noto Serif CJK SC" w:hAnsi="Noto Serif CJK SC" w:eastAsia="Noto Serif CJK SC"/>
        </w:rPr>
        <w:t>击掌之刹那，便明了自性本空。但时间一长，烦恼又起来了。答：可怜，出声持咒以转换吧。</w:t>
      </w:r>
    </w:p>
    <w:p>
      <w:pPr>
        <w:spacing w:before="0" w:after="80" w:line="259" w:lineRule="auto"/>
        <w:ind w:firstLine="360"/>
      </w:pPr>
      <w:r>
        <w:rPr>
          <w:rFonts w:ascii="Noto Serif CJK SC" w:hAnsi="Noto Serif CJK SC" w:eastAsia="Noto Serif CJK SC"/>
        </w:rPr>
        <w:t>问：我在起念时，不知不觉就去压它，对吗？答：不能压念，尽管起用，但不跟它转，不睬它，这叫做“青山本不动，白云任去来。”坏不是坏在起念上，而是坏在跟念跑。不是压住不起念，而是念念不停留，这才是无念。六祖所谓“无念者于念而离念。”比量而现量，比量是知道，有分别，而现量不动。这与镜子照物还有些区别。镜子照物不管好坏，没有区别，而我们知道好坏、美丑，但心不动。功夫做到这里就行了。但非要见性不可，不见性做不到。所以说，活活泼泼地做很难啊。</w:t>
      </w:r>
    </w:p>
    <w:p>
      <w:pPr>
        <w:spacing w:before="0" w:after="80" w:line="259" w:lineRule="auto"/>
        <w:ind w:firstLine="360"/>
      </w:pPr>
      <w:r>
        <w:rPr>
          <w:rFonts w:ascii="Noto Serif CJK SC" w:hAnsi="Noto Serif CJK SC" w:eastAsia="Noto Serif CJK SC"/>
        </w:rPr>
        <w:t>问：请师父开示“念起不随”与“毫无分别”？答：“念起不随”不是叫你做个呆子，连好坏、是非也不知道，而是了知，但不住着，这是第一步功夫。第二步功夫为“毫无分别”，是指善于分别客观万法，于第一义而不动。即知道是非、长短、得失，</w:t>
      </w:r>
    </w:p>
    <w:p>
      <w:pPr>
        <w:spacing w:before="0" w:after="80" w:line="259" w:lineRule="auto"/>
        <w:ind w:firstLine="360"/>
      </w:pPr>
      <w:r>
        <w:rPr>
          <w:rFonts w:ascii="Noto Serif CJK SC" w:hAnsi="Noto Serif CJK SC" w:eastAsia="Noto Serif CJK SC"/>
        </w:rPr>
        <w:t>但心中不动，不被任何事物所影响与染污。</w:t>
      </w:r>
    </w:p>
    <w:p>
      <w:pPr>
        <w:spacing w:before="0" w:after="80" w:line="259" w:lineRule="auto"/>
        <w:ind w:firstLine="360"/>
      </w:pPr>
      <w:r>
        <w:rPr>
          <w:rFonts w:ascii="Noto Serif CJK SC" w:hAnsi="Noto Serif CJK SC" w:eastAsia="Noto Serif CJK SC"/>
        </w:rPr>
        <w:t>问：弟子在下座观照时，有时没有一念，但一会儿就忘记，一忘就随妄想而去。答：正观时一念不生，知道这一念不生的灵知即是本性。一会儿就忘了，就赶紧拉回来，不要随念转。</w:t>
      </w:r>
    </w:p>
    <w:p>
      <w:pPr>
        <w:spacing w:before="0" w:after="80" w:line="259" w:lineRule="auto"/>
        <w:ind w:firstLine="360"/>
      </w:pPr>
      <w:r>
        <w:rPr>
          <w:rFonts w:ascii="Noto Serif CJK SC" w:hAnsi="Noto Serif CJK SC" w:eastAsia="Noto Serif CJK SC"/>
        </w:rPr>
        <w:t>问：平时知道不要着相，可碰到事情又忘了。答：这有什么用？！这是你仅懂一点道理而未真实修炼的缘故。应该赶快改正，精勤修习，多多打坐，绵密观照才是。</w:t>
      </w:r>
    </w:p>
    <w:p>
      <w:pPr>
        <w:spacing w:before="0" w:after="80" w:line="259" w:lineRule="auto"/>
        <w:ind w:firstLine="360"/>
      </w:pPr>
      <w:r>
        <w:rPr>
          <w:rFonts w:ascii="Noto Serif CJK SC" w:hAnsi="Noto Serif CJK SC" w:eastAsia="Noto Serif CJK SC"/>
        </w:rPr>
        <w:t>问：请师父谈谈“时时观照。”答：我们的念头多得不得了，刹那的念头很多。因为我们八识田里的种子太多，好的、坏的都藏在里面。比如我们看香蕉，只用眼识，不用意识，香蕉就是香蕉。眼睛就好比是照像机。如果用意识，看到香蕉就想：“这是香蕉，很好吃。这个大，那个小。”所以一用意识就产生分别心了。耳根也如此。意识跟着</w:t>
      </w:r>
    </w:p>
    <w:p>
      <w:pPr>
        <w:spacing w:before="0" w:after="80" w:line="259" w:lineRule="auto"/>
        <w:ind w:firstLine="360"/>
      </w:pPr>
      <w:r>
        <w:rPr>
          <w:rFonts w:ascii="Noto Serif CJK SC" w:hAnsi="Noto Serif CJK SC" w:eastAsia="Noto Serif CJK SC"/>
        </w:rPr>
        <w:t>跑，六识的消息就交给了第七识，七识就传给第八识，就有种子了。所以要时时观照，观照就是：念头一动就知道，不睬它，要观照念头的起处。</w:t>
      </w:r>
    </w:p>
    <w:p>
      <w:pPr>
        <w:spacing w:before="0" w:after="80" w:line="259" w:lineRule="auto"/>
        <w:ind w:firstLine="360"/>
      </w:pPr>
      <w:r>
        <w:rPr>
          <w:rFonts w:ascii="Noto Serif CJK SC" w:hAnsi="Noto Serif CJK SC" w:eastAsia="Noto Serif CJK SC"/>
        </w:rPr>
        <w:t>问：“安住保护”是不是将此无念而知觉了然的灵明寂寂光景，常常在人事逢缘之境中相应相印，守之护之？或者才有念起，即迅速回光转而空之，与这空性相应呢？答：对！在应缘接物时，只有当事的一念，无有第二念。做后毫不留念，如未做过一样。这是无住无著功夫。</w:t>
      </w:r>
    </w:p>
    <w:p>
      <w:pPr>
        <w:spacing w:before="0" w:after="80" w:line="259" w:lineRule="auto"/>
        <w:ind w:firstLine="360"/>
      </w:pPr>
      <w:r>
        <w:rPr>
          <w:rFonts w:ascii="Noto Serif CJK SC" w:hAnsi="Noto Serif CJK SC" w:eastAsia="Noto Serif CJK SC"/>
        </w:rPr>
        <w:t>问：若在闻声时，仅闻“闻声者谁？”有时似乎近似无念而空然，但有知觉的光景，可转而又失。是否要承当第一？如何承当？答：问“闻声者是谁？”是在未悟时用。如已悟这能闻声者即自己主人公，则不须问。但保护它不住声即得，更不须起念承当，起念承当则是头上安头了。</w:t>
      </w:r>
    </w:p>
    <w:p>
      <w:pPr>
        <w:spacing w:before="0" w:after="80" w:line="259" w:lineRule="auto"/>
        <w:ind w:firstLine="360"/>
      </w:pPr>
      <w:r>
        <w:rPr>
          <w:rFonts w:ascii="Noto Serif CJK SC" w:hAnsi="Noto Serif CJK SC" w:eastAsia="Noto Serif CJK SC"/>
        </w:rPr>
        <w:t>问：常于妄念流动时，回光返照“前念已断，后念未起”之中间空明。这样做好吗？答：不对，妄念断处即自性空明，不须再起念观照。</w:t>
      </w:r>
    </w:p>
    <w:p>
      <w:pPr>
        <w:spacing w:before="0" w:after="80" w:line="259" w:lineRule="auto"/>
        <w:ind w:firstLine="360"/>
      </w:pPr>
      <w:r>
        <w:rPr>
          <w:rFonts w:ascii="Noto Serif CJK SC" w:hAnsi="Noto Serif CJK SC" w:eastAsia="Noto Serif CJK SC"/>
        </w:rPr>
        <w:t>问：因工作忙，有时观照力不足，便采用了大圆满中“断”念法，一天数十次，这样于颠倒中似较前有些把持力。答：这种简易禅法于事忙人最适用。你能每天做数十次，日久功深，自然于不知不觉中打成一片，而归家稳坐矣。</w:t>
      </w:r>
    </w:p>
    <w:p>
      <w:pPr>
        <w:spacing w:before="0" w:after="80" w:line="259" w:lineRule="auto"/>
        <w:ind w:firstLine="360"/>
      </w:pPr>
      <w:r>
        <w:rPr>
          <w:rFonts w:ascii="Noto Serif CJK SC" w:hAnsi="Noto Serif CJK SC" w:eastAsia="Noto Serif CJK SC"/>
        </w:rPr>
        <w:t>问：座下“断”念法，即于事忙或心念外驰散乱之际喊一声“断”。答：不一定喊“断”，一觉即行。</w:t>
      </w:r>
    </w:p>
    <w:p>
      <w:pPr>
        <w:spacing w:before="0" w:after="80" w:line="259" w:lineRule="auto"/>
        <w:ind w:firstLine="360"/>
      </w:pPr>
      <w:r>
        <w:rPr>
          <w:rFonts w:ascii="Noto Serif CJK SC" w:hAnsi="Noto Serif CJK SC" w:eastAsia="Noto Serif CJK SC"/>
        </w:rPr>
        <w:t>问：座下很少忘记保任，干活休息也一样。有时一想观音圣号或弥陀圣号，耳边自动响起念佛声，甚至流行歌曲也是一样。怎么办？</w:t>
      </w:r>
    </w:p>
    <w:p>
      <w:pPr>
        <w:spacing w:before="0" w:after="80" w:line="259" w:lineRule="auto"/>
        <w:ind w:firstLine="360"/>
      </w:pPr>
      <w:r>
        <w:rPr>
          <w:rFonts w:ascii="Noto Serif CJK SC" w:hAnsi="Noto Serif CJK SC" w:eastAsia="Noto Serif CJK SC"/>
        </w:rPr>
        <w:t>答：这耳边的一切音声，均不可睬它，任它自生自灭。</w:t>
      </w:r>
    </w:p>
    <w:p>
      <w:pPr>
        <w:spacing w:before="0" w:after="80" w:line="259" w:lineRule="auto"/>
        <w:ind w:firstLine="360"/>
      </w:pPr>
      <w:r>
        <w:rPr>
          <w:rFonts w:ascii="Noto Serif CJK SC" w:hAnsi="Noto Serif CJK SC" w:eastAsia="Noto Serif CJK SC"/>
        </w:rPr>
        <w:t>问：有时在念头上没觉察，念尾巴上才知道。答：这是觉迟了，力量不够。要看话头，念头一来就化空它。如念头转了个圈才看见，那是看的话尾巴。所以禅家说：“不怕念起，只怕觉迟。”观照的好处就是，念头来了就知道，境界来了，有的觉照在前有的觉照在后。顺境不易察觉，而恶境界却易觉察。</w:t>
      </w:r>
    </w:p>
    <w:p>
      <w:pPr>
        <w:spacing w:before="0" w:after="80" w:line="259" w:lineRule="auto"/>
        <w:ind w:firstLine="360"/>
      </w:pPr>
      <w:r>
        <w:rPr>
          <w:rFonts w:ascii="Noto Serif CJK SC" w:hAnsi="Noto Serif CJK SC" w:eastAsia="Noto Serif CJK SC"/>
        </w:rPr>
        <w:t>问：《般若正观法门》中讲观的问题，要求从心</w:t>
      </w:r>
    </w:p>
    <w:p>
      <w:pPr>
        <w:spacing w:before="0" w:after="80" w:line="259" w:lineRule="auto"/>
        <w:ind w:firstLine="360"/>
      </w:pPr>
      <w:r>
        <w:rPr>
          <w:rFonts w:ascii="Noto Serif CJK SC" w:hAnsi="Noto Serif CJK SC" w:eastAsia="Noto Serif CJK SC"/>
        </w:rPr>
        <w:t>窝处起观，不取舍之，而避免某些学人因过于集中头部引发高血压之类病症。对吗？答：观心是观心念起处，不随之流浪。即念起即觉，一觉即空。既不著在心窝、头部，也不著在丹田或脚下。持咒也只是“心念耳闻”，不著处所，松紧须随时调整，不可过紧或过松。</w:t>
      </w:r>
    </w:p>
    <w:p>
      <w:pPr>
        <w:spacing w:before="0" w:after="80" w:line="259" w:lineRule="auto"/>
        <w:ind w:firstLine="360"/>
      </w:pPr>
      <w:r>
        <w:rPr>
          <w:rFonts w:ascii="Noto Serif CJK SC" w:hAnsi="Noto Serif CJK SC" w:eastAsia="Noto Serif CJK SC"/>
        </w:rPr>
        <w:t>问：下座观照，应了了觉知。我起了什么念，应</w:t>
      </w:r>
    </w:p>
    <w:p>
      <w:pPr>
        <w:spacing w:before="0" w:after="80" w:line="259" w:lineRule="auto"/>
        <w:ind w:firstLine="360"/>
      </w:pPr>
      <w:r>
        <w:rPr>
          <w:rFonts w:ascii="Noto Serif CJK SC" w:hAnsi="Noto Serif CJK SC" w:eastAsia="Noto Serif CJK SC"/>
        </w:rPr>
        <w:t>该清楚，是吗？答：起念要知道，但不能跟它跑。不能记住这个念，念起即觉，一觉即空，像水上画图一样。</w:t>
      </w:r>
    </w:p>
    <w:p>
      <w:pPr>
        <w:spacing w:before="0" w:after="80" w:line="259" w:lineRule="auto"/>
        <w:ind w:firstLine="360"/>
      </w:pPr>
      <w:r>
        <w:rPr>
          <w:rFonts w:ascii="Noto Serif CJK SC" w:hAnsi="Noto Serif CJK SC" w:eastAsia="Noto Serif CJK SC"/>
        </w:rPr>
        <w:t>问：如何观心？答：心者即念头，念头来了就化掉它，不跟它跑。起初是通过持咒化掉妄念，看见念头，念头就没有了。定力增强到一定程度时，念头来了不用化，自己就化了，直到寂而常照，照而常寂。了了分明即照，不动就是寂。起妙用时，应缘接物时就起念，不应缘时就没有念，这是最好的禅法。观心是佛法的根本法门。</w:t>
      </w:r>
    </w:p>
    <w:p>
      <w:pPr>
        <w:spacing w:before="0" w:after="80" w:line="259" w:lineRule="auto"/>
        <w:ind w:firstLine="360"/>
      </w:pPr>
      <w:r>
        <w:rPr>
          <w:rFonts w:ascii="Noto Serif CJK SC" w:hAnsi="Noto Serif CJK SC" w:eastAsia="Noto Serif CJK SC"/>
        </w:rPr>
        <w:t>问：“观自在”就是对事事物物不粘着，也不偏废，一切都是自自然然的。如雁过长空，不留痕迹，就这样老老实实地随缘度日就行了。这种理解对吗？另外，我与丈夫将在元月27日开始打七。答：你的体会非常正确！就这样老老实实地随缘度日是了。所谓“随缘消旧业，更莫造新殃！”也就是“饥来吃饭，困来眠”的一种绝学无为闲道人的平常心是也。</w:t>
      </w:r>
    </w:p>
    <w:p>
      <w:pPr>
        <w:spacing w:before="0" w:after="80" w:line="259" w:lineRule="auto"/>
        <w:ind w:firstLine="360"/>
      </w:pPr>
      <w:r>
        <w:rPr>
          <w:rFonts w:ascii="Noto Serif CJK SC" w:hAnsi="Noto Serif CJK SC" w:eastAsia="Noto Serif CJK SC"/>
        </w:rPr>
        <w:t>你们夫妇真是好样的！既能于理上醒悟，更不废事修。于此苦寒时节，不忘打七用功，将来定能证成大道，圆满菩提。</w:t>
      </w:r>
    </w:p>
    <w:p>
      <w:pPr>
        <w:spacing w:before="0" w:after="80" w:line="259" w:lineRule="auto"/>
        <w:ind w:firstLine="360"/>
      </w:pPr>
      <w:r>
        <w:rPr>
          <w:rFonts w:ascii="Noto Serif CJK SC" w:hAnsi="Noto Serif CJK SC" w:eastAsia="Noto Serif CJK SC"/>
        </w:rPr>
        <w:t>问：对下座的观照功夫，其下手处，仍未明白。今观照似有三种下手法，请师开示。（一）直下观照妄念，不取不舍照之。（二）观照心念起处，念起即觉，不随之攀缘流浪。（三）观一切事物皆如梦幻泡影，皆属无常幻化之物，应远离贪著。答：前两种看起来似两种，其实是一种。因能念起即觉，即直下观照妄念，不然不能念起即觉。不随念转即是不取，念来只是不随之转，而不是压它不起，也不是讨厌它而舍离。故二种是一法也。第三种很好，除对妄念调治外，对事境须如此观照。</w:t>
      </w:r>
    </w:p>
    <w:p>
      <w:pPr>
        <w:spacing w:before="0" w:after="80" w:line="259" w:lineRule="auto"/>
        <w:ind w:firstLine="360"/>
      </w:pPr>
      <w:r>
        <w:rPr>
          <w:rFonts w:ascii="Noto Serif CJK SC" w:hAnsi="Noto Serif CJK SC" w:eastAsia="Noto Serif CJK SC"/>
        </w:rPr>
        <w:t>问：弟子采用上面的第三种方法，这样是否符合上师要求？答：只观境，不观心念，会随念流转。（因为妄念在不对境时，还是流动不息，所谓“家贼难防”，不是不对境就一念不生了。）仍是无用，必须双照才</w:t>
      </w:r>
    </w:p>
    <w:p>
      <w:pPr>
        <w:spacing w:before="0" w:after="80" w:line="259" w:lineRule="auto"/>
        <w:ind w:firstLine="360"/>
      </w:pPr>
      <w:r>
        <w:rPr>
          <w:rFonts w:ascii="Noto Serif CJK SC" w:hAnsi="Noto Serif CJK SC" w:eastAsia="Noto Serif CJK SC"/>
        </w:rPr>
        <w:t>行。</w:t>
      </w:r>
    </w:p>
    <w:p>
      <w:pPr>
        <w:spacing w:before="0" w:after="80" w:line="259" w:lineRule="auto"/>
        <w:ind w:firstLine="360"/>
      </w:pPr>
      <w:r>
        <w:rPr>
          <w:rFonts w:ascii="Noto Serif CJK SC" w:hAnsi="Noto Serif CJK SC" w:eastAsia="Noto Serif CJK SC"/>
        </w:rPr>
        <w:t>问：有人说：念念不停留也是修行中的过程。但按师父的开示，念念不停留是本性的大机大用，请师父再为指点。答：“念念不停留”，如还有个念念不停留在，就不究竟，仍要化去。我说的“念念不停留”是用，“当下即是空”，不需用心去化。</w:t>
      </w:r>
    </w:p>
    <w:p>
      <w:pPr>
        <w:spacing w:before="0" w:after="80" w:line="259" w:lineRule="auto"/>
        <w:ind w:firstLine="360"/>
      </w:pPr>
      <w:r>
        <w:rPr>
          <w:rFonts w:ascii="Noto Serif CJK SC" w:hAnsi="Noto Serif CJK SC" w:eastAsia="Noto Serif CJK SC"/>
        </w:rPr>
        <w:t>问：“照而常寂，寂而常照”，究竟起念不起念？答：照即是用，即是念念不停留。无念之可念，无起之可起，法尔显现，自然应缘。</w:t>
      </w:r>
    </w:p>
    <w:p>
      <w:pPr>
        <w:spacing w:before="0" w:after="80" w:line="259" w:lineRule="auto"/>
        <w:ind w:firstLine="360"/>
      </w:pPr>
      <w:r>
        <w:rPr>
          <w:rFonts w:ascii="Noto Serif CJK SC" w:hAnsi="Noto Serif CJK SC" w:eastAsia="Noto Serif CJK SC"/>
        </w:rPr>
        <w:t>问：我们平时保的就是这个灵知吗？答：对，就是保这个灵知，而不是保空，不是守住那个空境。念头来了不睬，不睬就是灵知。</w:t>
      </w:r>
    </w:p>
    <w:p>
      <w:pPr>
        <w:spacing w:before="0" w:after="80" w:line="259" w:lineRule="auto"/>
        <w:ind w:firstLine="360"/>
      </w:pPr>
      <w:r>
        <w:rPr>
          <w:rFonts w:ascii="Noto Serif CJK SC" w:hAnsi="Noto Serif CJK SC" w:eastAsia="Noto Serif CJK SC"/>
        </w:rPr>
        <w:t>问：我们做事时也要了了分明吗？</w:t>
      </w:r>
    </w:p>
    <w:p>
      <w:pPr>
        <w:spacing w:before="0" w:after="80" w:line="259" w:lineRule="auto"/>
        <w:ind w:firstLine="360"/>
      </w:pPr>
      <w:r>
        <w:rPr>
          <w:rFonts w:ascii="Noto Serif CJK SC" w:hAnsi="Noto Serif CJK SC" w:eastAsia="Noto Serif CJK SC"/>
        </w:rPr>
        <w:t>答：对啊！我们念咒时听得清清楚楚，也是了了分明，咒不清楚就不是了。不是除了这个之外还有个了了分明。到一定的时候，“啪！”一脱，脱的时候还是了了分明，什么都没有，唯一真性现前。</w:t>
      </w:r>
    </w:p>
    <w:p>
      <w:pPr>
        <w:spacing w:before="0" w:after="80" w:line="259" w:lineRule="auto"/>
        <w:ind w:firstLine="360"/>
      </w:pPr>
      <w:r>
        <w:rPr>
          <w:rFonts w:ascii="Noto Serif CJK SC" w:hAnsi="Noto Serif CJK SC" w:eastAsia="Noto Serif CJK SC"/>
        </w:rPr>
        <w:t>问：《六祖坛经》说：“善知识！又有人教坐，看心观静，不动不起，从此置功。迷人不会，便执成颠，如此者众。如是相教，故知大错。”这两点怎么矛盾了？答：“看心观静，不动不起”，这是压念不起，故大错。现在叫你观照，是叫你看着妄念的起处，不跟它跑，而不是压念不起，故不相同，没有矛盾。</w:t>
      </w:r>
    </w:p>
    <w:p>
      <w:pPr>
        <w:spacing w:before="0" w:after="80" w:line="259" w:lineRule="auto"/>
        <w:ind w:firstLine="360"/>
      </w:pPr>
      <w:r>
        <w:rPr>
          <w:rFonts w:ascii="Noto Serif CJK SC" w:hAnsi="Noto Serif CJK SC" w:eastAsia="Noto Serif CJK SC"/>
        </w:rPr>
        <w:t>问：平时用功无非是息妄显真，但《圆觉经》说：“善男子，但诸菩萨及末世众生，居一切时不起妄念，于诸妄心亦不息灭。”这似让人无法把持。所以弟子在平时观照和静坐观心时，总觉得左右不是，不能确定具体方法，又怕念起，又怕犯压念的毛病。答：让你观心，不随念去，就是不起妄念。平时不故意起念头，不向外攀缘，而当妄念起时也不执着</w:t>
      </w:r>
    </w:p>
    <w:p>
      <w:pPr>
        <w:spacing w:before="0" w:after="80" w:line="259" w:lineRule="auto"/>
        <w:ind w:firstLine="360"/>
      </w:pPr>
      <w:r>
        <w:rPr>
          <w:rFonts w:ascii="Noto Serif CJK SC" w:hAnsi="Noto Serif CJK SC" w:eastAsia="Noto Serif CJK SC"/>
        </w:rPr>
        <w:t>妄念。念起即觉，不随逐、不压制。只是了了觉知，不起分别。这就是“于诸妄心亦不息灭”的用功方法。</w:t>
      </w:r>
    </w:p>
    <w:p>
      <w:pPr>
        <w:spacing w:before="0" w:after="80" w:line="259" w:lineRule="auto"/>
        <w:ind w:firstLine="360"/>
      </w:pPr>
      <w:r>
        <w:rPr>
          <w:rFonts w:ascii="Noto Serif CJK SC" w:hAnsi="Noto Serif CJK SC" w:eastAsia="Noto Serif CJK SC"/>
        </w:rPr>
        <w:t>问：下座后，对境生心，为境界所转，当如何用功？答：下座要时时观照。这个更难，因为人都是跟着境界跑。刚刚下座时还有个定境，知道看着自己不要乱动。可是，在事情上一做一滚，就忘记观照了，跟着境界跑了，与平时没打坐时一样的乱七八糟，这就不好。所以，我们上座的时候要死心塌地地心念耳闻，下座的时候要绵密观照，不要忘记。但是我们在境上也容易忘记，和几位朋友一谈心，什么事情一做，马上就乱了。念头来了，要赶快拉回来，观住自己。一定要做这个功夫，否则就不能上路。功夫到后面，观熟了，就不要观了，再观就多事了。所以，先下手要“观”，做到后面就不要“观”了，把这个“观”字忘掉才能进步，功夫才能上上升进。再更进一步，连“忘记”也没有了，那功夫就由有为进入到无为了。功夫就是要由有为渐渐地进入无为。无为一下子是做不到的，开始一定要有为地观，就是有心地做功夫。到了后来，无心做功夫，什么功夫都没有了，就更进</w:t>
      </w:r>
    </w:p>
    <w:p>
      <w:pPr>
        <w:spacing w:before="0" w:after="80" w:line="259" w:lineRule="auto"/>
        <w:ind w:firstLine="360"/>
      </w:pPr>
      <w:r>
        <w:rPr>
          <w:rFonts w:ascii="Noto Serif CJK SC" w:hAnsi="Noto Serif CJK SC" w:eastAsia="Noto Serif CJK SC"/>
        </w:rPr>
        <w:t>一步了。</w:t>
      </w:r>
    </w:p>
    <w:p>
      <w:pPr>
        <w:spacing w:before="0" w:after="80" w:line="259" w:lineRule="auto"/>
        <w:ind w:firstLine="360"/>
      </w:pPr>
      <w:r>
        <w:rPr>
          <w:rFonts w:ascii="Noto Serif CJK SC" w:hAnsi="Noto Serif CJK SC" w:eastAsia="Noto Serif CJK SC"/>
        </w:rPr>
        <w:t>问：有人认为心中心法下座后的观照，没讲清楚，</w:t>
      </w:r>
    </w:p>
    <w:p>
      <w:pPr>
        <w:spacing w:before="0" w:after="80" w:line="259" w:lineRule="auto"/>
        <w:ind w:firstLine="360"/>
      </w:pPr>
      <w:r>
        <w:rPr>
          <w:rFonts w:ascii="Noto Serif CJK SC" w:hAnsi="Noto Serif CJK SC" w:eastAsia="Noto Serif CJK SC"/>
        </w:rPr>
        <w:t>而台湾禅师来传的观照有下手处。他认为观照即是法</w:t>
      </w:r>
    </w:p>
    <w:p>
      <w:pPr>
        <w:spacing w:before="0" w:after="80" w:line="259" w:lineRule="auto"/>
        <w:ind w:firstLine="360"/>
      </w:pPr>
      <w:r>
        <w:rPr>
          <w:rFonts w:ascii="Noto Serif CJK SC" w:hAnsi="Noto Serif CJK SC" w:eastAsia="Noto Serif CJK SC"/>
        </w:rPr>
        <w:t>法平等，不起分别。做任何事，均要清楚，每个细节都不忽略。在观照中，当下即了，要念念不停留，如有停留即有不清楚处，即是妄心。答：真没讲清楚吗？如果初观心的人对样样事都清楚，这是观境而不是观心。观心者知境本虚而不将心循境；知心本空而不住心，心境两空，当下无念。正无念时也不执着于无念，而当念起时也不落于有念，有无皆消，当下灵觉。而此灵觉之性，非心非境，全体是空。正于空时，却又了了分明，全体是假。空假不二，更无分别取舍，正于此时，正观历然矣！这不是如实观照吗？难道要如此人所说，将吃东西的味道留在心中或将同房的淫乐长期藏贮在心脑中，才是观照吗？假如这是观照，只是魔王的观照，是下地狱</w:t>
      </w:r>
    </w:p>
    <w:p>
      <w:pPr>
        <w:spacing w:before="0" w:after="80" w:line="259" w:lineRule="auto"/>
        <w:ind w:firstLine="360"/>
      </w:pPr>
      <w:r>
        <w:rPr>
          <w:rFonts w:ascii="Noto Serif CJK SC" w:hAnsi="Noto Serif CJK SC" w:eastAsia="Noto Serif CJK SC"/>
        </w:rPr>
        <w:t>的观照。再说，讲这个观照已是多余，已是钝置了行</w:t>
      </w:r>
    </w:p>
    <w:p>
      <w:pPr>
        <w:spacing w:before="0" w:after="80" w:line="259" w:lineRule="auto"/>
        <w:ind w:firstLine="360"/>
      </w:pPr>
      <w:r>
        <w:rPr>
          <w:rFonts w:ascii="Noto Serif CJK SC" w:hAnsi="Noto Serif CJK SC" w:eastAsia="Noto Serif CJK SC"/>
        </w:rPr>
        <w:t>人。本来大家都是佛，只要醒悟，这一念不生，了了分明的就是当人的佛性。起念就是妙用，用不着照空，才是真正的禅法。此人叫大家每个细节都不忽略，这</w:t>
      </w:r>
    </w:p>
    <w:p>
      <w:pPr>
        <w:spacing w:before="0" w:after="80" w:line="259" w:lineRule="auto"/>
        <w:ind w:firstLine="360"/>
      </w:pPr>
      <w:r>
        <w:rPr>
          <w:rFonts w:ascii="Noto Serif CJK SC" w:hAnsi="Noto Serif CJK SC" w:eastAsia="Noto Serif CJK SC"/>
        </w:rPr>
        <w:t>是“不起分别”吗？这不是着相吗？细品食味与淫乐，还要将食品经过咽、喉、肠、胃的情形体会出来，这是“当下即了”吗？既要念念不停留，又叫人将淫欲念发展扩大到身体各部和一切生活中去，这不是自己打自己的耳光吗？魔王说法，就是这样矛盾百出。</w:t>
      </w:r>
    </w:p>
    <w:p>
      <w:pPr>
        <w:spacing w:before="0" w:after="80" w:line="259" w:lineRule="auto"/>
        <w:ind w:firstLine="360"/>
      </w:pPr>
      <w:r>
        <w:rPr>
          <w:rFonts w:ascii="Noto Serif CJK SC" w:hAnsi="Noto Serif CJK SC" w:eastAsia="Noto Serif CJK SC"/>
        </w:rPr>
        <w:t>问：有人在一些地方说某某人开悟了，他的说法</w:t>
      </w:r>
    </w:p>
    <w:p>
      <w:pPr>
        <w:spacing w:before="0" w:after="80" w:line="259" w:lineRule="auto"/>
        <w:ind w:firstLine="360"/>
      </w:pPr>
      <w:r>
        <w:rPr>
          <w:rFonts w:ascii="Noto Serif CJK SC" w:hAnsi="Noto Serif CJK SC" w:eastAsia="Noto Serif CJK SC"/>
        </w:rPr>
        <w:t>对不对？答：理解不是开悟，懂点道理就说他开悟了，不要用功了，那是大错特错。理悟，遇到事情还是透不过去，没用。如苍蝇见血，马上叮上去了，见境就动心了。如是这样的话，临济祖师只要说一句就好了，为什么还要说三句？禅宗也说法身边事、法身正位、法身向上。从前古人根基厚，一点就知道了，继而又绵密保护不肯放松。现代人保护不住，跟境界跑。他的错误在后边，叫人不要用功了，不要打坐了。应该绵密保护，功夫要上上升进，觉受增长。认识本性是第一步，绵密保护是第二步，离开保护是第三步。因为保护也是执著，忘记保护不容易。要把忘记都忘记，</w:t>
      </w:r>
    </w:p>
    <w:p>
      <w:pPr>
        <w:spacing w:before="0" w:after="80" w:line="259" w:lineRule="auto"/>
        <w:ind w:firstLine="360"/>
      </w:pPr>
      <w:r>
        <w:rPr>
          <w:rFonts w:ascii="Noto Serif CJK SC" w:hAnsi="Noto Serif CJK SC" w:eastAsia="Noto Serif CJK SC"/>
        </w:rPr>
        <w:t>这是第四步。我早就对他说，不要得少为足，要小心</w:t>
      </w:r>
    </w:p>
    <w:p>
      <w:pPr>
        <w:spacing w:before="0" w:after="80" w:line="259" w:lineRule="auto"/>
        <w:ind w:firstLine="360"/>
      </w:pPr>
      <w:r>
        <w:rPr>
          <w:rFonts w:ascii="Noto Serif CJK SC" w:hAnsi="Noto Serif CJK SC" w:eastAsia="Noto Serif CJK SC"/>
        </w:rPr>
        <w:t>谨慎，好好做功夫。我问了他好几个问题，他都答不</w:t>
      </w:r>
    </w:p>
    <w:p>
      <w:pPr>
        <w:spacing w:before="0" w:after="80" w:line="259" w:lineRule="auto"/>
        <w:ind w:firstLine="360"/>
      </w:pPr>
      <w:r>
        <w:rPr>
          <w:rFonts w:ascii="Noto Serif CJK SC" w:hAnsi="Noto Serif CJK SC" w:eastAsia="Noto Serif CJK SC"/>
        </w:rPr>
        <w:t>出来。永明延寿禅师的《宗镜录》上说，证明开悟有十条，第一条就是所有的语录、经文，能一目了然，一看就懂，他做不到。</w:t>
      </w:r>
    </w:p>
    <w:p>
      <w:pPr>
        <w:spacing w:before="0" w:after="80" w:line="259" w:lineRule="auto"/>
        <w:ind w:firstLine="360"/>
      </w:pPr>
      <w:r>
        <w:rPr>
          <w:rFonts w:ascii="Noto Serif CJK SC" w:hAnsi="Noto Serif CJK SC" w:eastAsia="Noto Serif CJK SC"/>
        </w:rPr>
        <w:t>问：能时时在观照之中，粗的妄念没有。细的妄念生起时，是不是不随之流转，而看得清清楚楚？答：观照还是多此一举，讲到做功夫当然可以。但到最后，是无功夫可做的。</w:t>
      </w:r>
    </w:p>
    <w:p>
      <w:pPr>
        <w:spacing w:before="0" w:after="80" w:line="259" w:lineRule="auto"/>
        <w:ind w:firstLine="360"/>
      </w:pPr>
      <w:r>
        <w:rPr>
          <w:rFonts w:ascii="Noto Serif CJK SC" w:hAnsi="Noto Serif CJK SC" w:eastAsia="Noto Serif CJK SC"/>
        </w:rPr>
        <w:t>问：打坐念咒，身体不要化空，只要体认这了了分明的觉性，即是见性。答：这只是理解，不是亲证。</w:t>
      </w:r>
    </w:p>
    <w:p>
      <w:pPr>
        <w:spacing w:before="0" w:after="80" w:line="259" w:lineRule="auto"/>
        <w:ind w:firstLine="360"/>
      </w:pPr>
      <w:r>
        <w:rPr>
          <w:rFonts w:ascii="Noto Serif CJK SC" w:hAnsi="Noto Serif CJK SC" w:eastAsia="Noto Serif CJK SC"/>
        </w:rPr>
        <w:t>问：光靠理解，认定这能听能写的算不算见性？答：这都是理解，不算亲证本来。</w:t>
      </w:r>
    </w:p>
    <w:p>
      <w:pPr>
        <w:spacing w:before="0" w:after="80" w:line="259" w:lineRule="auto"/>
        <w:ind w:firstLine="360"/>
      </w:pPr>
      <w:r>
        <w:rPr>
          <w:rFonts w:ascii="Noto Serif CJK SC" w:hAnsi="Noto Serif CJK SC" w:eastAsia="Noto Serif CJK SC"/>
        </w:rPr>
        <w:t>问：我认为行者在疑团未破之前，或摄心归一，遇大手眼，见机直示心源，“噢”的一声，根尘脱落，</w:t>
      </w:r>
    </w:p>
    <w:p>
      <w:pPr>
        <w:spacing w:before="0" w:after="80" w:line="259" w:lineRule="auto"/>
        <w:ind w:firstLine="360"/>
      </w:pPr>
      <w:r>
        <w:rPr>
          <w:rFonts w:ascii="Noto Serif CJK SC" w:hAnsi="Noto Serif CJK SC" w:eastAsia="Noto Serif CJK SC"/>
        </w:rPr>
        <w:t>入现量境，这是真见性？答：果真根尘脱落，了了不昧，当然是真见性。</w:t>
      </w:r>
    </w:p>
    <w:p>
      <w:pPr>
        <w:spacing w:before="0" w:after="80" w:line="259" w:lineRule="auto"/>
        <w:ind w:firstLine="360"/>
      </w:pPr>
      <w:r>
        <w:rPr>
          <w:rFonts w:ascii="Noto Serif CJK SC" w:hAnsi="Noto Serif CJK SC" w:eastAsia="Noto Serif CJK SC"/>
        </w:rPr>
        <w:t>问：修法念咒至能所双亡，虚空粉碎，身心化空，</w:t>
      </w:r>
    </w:p>
    <w:p>
      <w:pPr>
        <w:spacing w:before="0" w:after="80" w:line="259" w:lineRule="auto"/>
        <w:ind w:firstLine="360"/>
      </w:pPr>
      <w:r>
        <w:rPr>
          <w:rFonts w:ascii="Noto Serif CJK SC" w:hAnsi="Noto Serif CJK SC" w:eastAsia="Noto Serif CJK SC"/>
        </w:rPr>
        <w:t>了了分明，生灭灭己，寂灭现前，有此境界，才是见</w:t>
      </w:r>
    </w:p>
    <w:p>
      <w:pPr>
        <w:spacing w:before="0" w:after="80" w:line="259" w:lineRule="auto"/>
        <w:ind w:firstLine="360"/>
      </w:pPr>
      <w:r>
        <w:rPr>
          <w:rFonts w:ascii="Noto Serif CJK SC" w:hAnsi="Noto Serif CJK SC" w:eastAsia="Noto Serif CJK SC"/>
        </w:rPr>
        <w:t>性，才知如何保护！答：对！</w:t>
      </w:r>
    </w:p>
    <w:p>
      <w:pPr>
        <w:spacing w:before="0" w:after="80" w:line="259" w:lineRule="auto"/>
        <w:ind w:firstLine="360"/>
      </w:pPr>
      <w:r>
        <w:rPr>
          <w:rFonts w:ascii="Noto Serif CJK SC" w:hAnsi="Noto Serif CJK SC" w:eastAsia="Noto Serif CJK SC"/>
        </w:rPr>
        <w:t>问：理上明白缘起性空，色空不二，而心境没有消融，是否见性？答：没有见性。</w:t>
      </w:r>
    </w:p>
    <w:p>
      <w:pPr>
        <w:spacing w:before="0" w:after="80" w:line="259" w:lineRule="auto"/>
        <w:ind w:firstLine="360"/>
      </w:pPr>
      <w:r>
        <w:rPr>
          <w:rFonts w:ascii="Noto Serif CJK SC" w:hAnsi="Noto Serif CJK SC" w:eastAsia="Noto Serif CJK SC"/>
        </w:rPr>
        <w:t>问：不知以哪一种见性为准？答：当然是亲证本来为对。</w:t>
      </w:r>
    </w:p>
    <w:p>
      <w:pPr>
        <w:spacing w:before="0" w:after="80" w:line="259" w:lineRule="auto"/>
        <w:ind w:firstLine="360"/>
      </w:pPr>
      <w:r>
        <w:rPr>
          <w:rFonts w:ascii="Noto Serif CJK SC" w:hAnsi="Noto Serif CJK SC" w:eastAsia="Noto Serif CJK SC"/>
        </w:rPr>
        <w:t>问：当一个人见性时，是否要完全根尘脱落，都要爆炸吗？答：心中心法做到一定时候，就会根尘脱落。但</w:t>
      </w:r>
    </w:p>
    <w:p>
      <w:pPr>
        <w:spacing w:before="0" w:after="80" w:line="259" w:lineRule="auto"/>
        <w:ind w:firstLine="360"/>
      </w:pPr>
      <w:r>
        <w:rPr>
          <w:rFonts w:ascii="Noto Serif CJK SC" w:hAnsi="Noto Serif CJK SC" w:eastAsia="Noto Serif CJK SC"/>
        </w:rPr>
        <w:t>每个人并不完全一样，有的人不是爆炸。其实我们一念断处就是那个境界，只是力量不同，而证悟到的本性是一样的。无念时，身心世界都没有了，但有知觉在，这灵知就是本性。功夫到了，自然就到那个地步。</w:t>
      </w:r>
    </w:p>
    <w:p>
      <w:pPr>
        <w:spacing w:before="0" w:after="80" w:line="259" w:lineRule="auto"/>
        <w:ind w:firstLine="360"/>
      </w:pPr>
      <w:r>
        <w:rPr>
          <w:rFonts w:ascii="Noto Serif CJK SC" w:hAnsi="Noto Serif CJK SC" w:eastAsia="Noto Serif CJK SC"/>
        </w:rPr>
        <w:t>问：脱开时，外界的声音听得到吗？答：入定与脱开时没有区别。这时没有声音、时间，一切都没有，只有一个绝对的真性。我们有了这功夫，反过来就是神通发现，如天耳通，他方世界下雨的声音都能听到。</w:t>
      </w:r>
    </w:p>
    <w:p>
      <w:pPr>
        <w:spacing w:before="0" w:after="80" w:line="259" w:lineRule="auto"/>
        <w:ind w:firstLine="360"/>
      </w:pPr>
      <w:r>
        <w:rPr>
          <w:rFonts w:ascii="Noto Serif CJK SC" w:hAnsi="Noto Serif CJK SC" w:eastAsia="Noto Serif CJK SC"/>
        </w:rPr>
        <w:t>问：是否每个人都要爆炸？爆炸是否有声？答：各人体质、根基、习性不同，不是千篇一律的。爆炸不可求，更不可等。有的人爆炸是有声的，有的则不然，只要能所脱落即是。</w:t>
      </w:r>
    </w:p>
    <w:p>
      <w:pPr>
        <w:spacing w:before="0" w:after="80" w:line="259" w:lineRule="auto"/>
        <w:ind w:firstLine="360"/>
      </w:pPr>
      <w:r>
        <w:rPr>
          <w:rFonts w:ascii="Noto Serif CJK SC" w:hAnsi="Noto Serif CJK SC" w:eastAsia="Noto Serif CJK SC"/>
        </w:rPr>
        <w:t>（四）其它问：弟子九三年修“莲花印”，九四年和儿子共同打坐中（儿子当时八岁，他五岁时出现过透视、遥</w:t>
      </w:r>
    </w:p>
    <w:p>
      <w:pPr>
        <w:spacing w:before="0" w:after="80" w:line="259" w:lineRule="auto"/>
        <w:ind w:firstLine="360"/>
      </w:pPr>
      <w:r>
        <w:rPr>
          <w:rFonts w:ascii="Noto Serif CJK SC" w:hAnsi="Noto Serif CJK SC" w:eastAsia="Noto Serif CJK SC"/>
        </w:rPr>
        <w:t>视功能），他偶然看见我身上罩着一层黄光，头顶上有佛首，佛首上有黄色光圈。后几天眉毛上方额头上出现一横道绿色光，上坐三尊佛。几天后佛像消失，身上光圈发生变化，开始是黄光和紫光，最后变成一层红火苗罩在身上。随着时间的推移，火苗颜色越来越红，光越来越长，到三寸的样子就稳定下来。我不明白是怎么回事，请师父赐教。</w:t>
      </w:r>
    </w:p>
    <w:p>
      <w:pPr>
        <w:spacing w:before="0" w:after="80" w:line="259" w:lineRule="auto"/>
        <w:ind w:firstLine="360"/>
      </w:pPr>
      <w:r>
        <w:rPr>
          <w:rFonts w:ascii="Noto Serif CJK SC" w:hAnsi="Noto Serif CJK SC" w:eastAsia="Noto Serif CJK SC"/>
        </w:rPr>
        <w:t>答：身上与头顶所现光、佛皆是自性显现，不要</w:t>
      </w:r>
    </w:p>
    <w:p>
      <w:pPr>
        <w:spacing w:before="0" w:after="80" w:line="259" w:lineRule="auto"/>
        <w:ind w:firstLine="360"/>
      </w:pPr>
      <w:r>
        <w:rPr>
          <w:rFonts w:ascii="Noto Serif CJK SC" w:hAnsi="Noto Serif CJK SC" w:eastAsia="Noto Serif CJK SC"/>
        </w:rPr>
        <w:t>惊奇执着，自然上上升进。稍有执着，将有着魔之虞，慎之！慎之！</w:t>
      </w:r>
    </w:p>
    <w:p>
      <w:pPr>
        <w:spacing w:before="0" w:after="80" w:line="259" w:lineRule="auto"/>
        <w:ind w:firstLine="360"/>
      </w:pPr>
      <w:r>
        <w:rPr>
          <w:rFonts w:ascii="Noto Serif CJK SC" w:hAnsi="Noto Serif CJK SC" w:eastAsia="Noto Serif CJK SC"/>
        </w:rPr>
        <w:t>问：至今修法整一个月，座上有了轻安的感觉。有时坐至没有腿，没有手，没有身体，好像在虚空里，只有一个咒音自然地流出。这时没有一点杂念，只是静静地看着咒。有时座上恍恍惚惚，咒好像停停念念，不知不觉时间就到了。基本上每座都能入定。答：整个身体没有，这最好。真无念时，咒也脱落没有了。真是好样的！还须更进一步，坐到身心世界连同虚空一起消失，而灵知不昧，才是见性。</w:t>
      </w:r>
    </w:p>
    <w:p>
      <w:pPr>
        <w:spacing w:before="0" w:after="80" w:line="259" w:lineRule="auto"/>
        <w:ind w:firstLine="360"/>
      </w:pPr>
      <w:r>
        <w:rPr>
          <w:rFonts w:ascii="Noto Serif CJK SC" w:hAnsi="Noto Serif CJK SC" w:eastAsia="Noto Serif CJK SC"/>
        </w:rPr>
        <w:t>问：我一般后半夜上座，坐完，念随心咒入睡。有时睡下刚一念咒，一阵恍惚就感觉身体升到空中，到处游动。过去能看到蓝天、星星，最近能看见地上的村庄。有一次我专门看了一下表，从升空到清醒过来，大约十五分钟。像这样的现象一般十天半月就一次。这是不是出阴身？</w:t>
      </w:r>
    </w:p>
    <w:p>
      <w:pPr>
        <w:spacing w:before="0" w:after="80" w:line="259" w:lineRule="auto"/>
        <w:ind w:firstLine="360"/>
      </w:pPr>
      <w:r>
        <w:rPr>
          <w:rFonts w:ascii="Noto Serif CJK SC" w:hAnsi="Noto Serif CJK SC" w:eastAsia="Noto Serif CJK SC"/>
        </w:rPr>
        <w:t>答：这是出神游太虚，但不能执着，太执着了要</w:t>
      </w:r>
    </w:p>
    <w:p>
      <w:pPr>
        <w:spacing w:before="0" w:after="80" w:line="259" w:lineRule="auto"/>
        <w:ind w:firstLine="360"/>
      </w:pPr>
      <w:r>
        <w:rPr>
          <w:rFonts w:ascii="Noto Serif CJK SC" w:hAnsi="Noto Serif CJK SC" w:eastAsia="Noto Serif CJK SC"/>
        </w:rPr>
        <w:t>着魔的。</w:t>
      </w:r>
    </w:p>
    <w:p>
      <w:pPr>
        <w:spacing w:before="0" w:after="80" w:line="259" w:lineRule="auto"/>
        <w:ind w:firstLine="360"/>
      </w:pPr>
      <w:r>
        <w:rPr>
          <w:rFonts w:ascii="Noto Serif CJK SC" w:hAnsi="Noto Serif CJK SC" w:eastAsia="Noto Serif CJK SC"/>
        </w:rPr>
        <w:t>问：还有一次打过坐刚躺下，就听到头脑里有蜂鸣的声音，好像在头脑里转圈，大约有六、七秒钟。这是不是气脉通了？答：对！此时不要动，任他响，忽然一声爆炸，整个身心世界都消殒了，天真佛性就现前了。</w:t>
      </w:r>
    </w:p>
    <w:p>
      <w:pPr>
        <w:spacing w:before="0" w:after="80" w:line="259" w:lineRule="auto"/>
        <w:ind w:firstLine="360"/>
      </w:pPr>
      <w:r>
        <w:rPr>
          <w:rFonts w:ascii="Noto Serif CJK SC" w:hAnsi="Noto Serif CJK SC" w:eastAsia="Noto Serif CJK SC"/>
        </w:rPr>
        <w:t>问：在上师的关心下，通过修心中心法和读经典，我觉得突然明白了。其实开悟的人每时每刻都是了了分明的。（师批：很对！）只有这样修行才有方向，才不迷。《楞严经》上讲：“见见之时，见非是见”、“言语道断，心行处灭”，说出来的都不是。其实“本来”</w:t>
      </w:r>
    </w:p>
    <w:p>
      <w:pPr>
        <w:spacing w:before="0" w:after="80" w:line="259" w:lineRule="auto"/>
        <w:ind w:firstLine="360"/>
      </w:pPr>
      <w:r>
        <w:rPr>
          <w:rFonts w:ascii="Noto Serif CJK SC" w:hAnsi="Noto Serif CJK SC" w:eastAsia="Noto Serif CJK SC"/>
        </w:rPr>
        <w:t>就是未动念之前的那个东西。（师批：对！你明白了，就是见性。但遇事还不能了，切不可得少为足，以为见性了，没事了，不须用功了，那就错了。须要加紧，努力用功，在事境上磨练，将自己多生历劫的执着妄习除尽。遇好事不喜，遇坏事不恼，还要将微细流注消光，才算究竟。望你好好努力。）那个了了分明，本具万法，既是真空又是妙有。现在座上座下都觉得我已经悟得本来了，（师批：对！很好！）但我又怕犯了未得谓得的错误，为害自己。请上师给予印证，指点迷津。答：见信后不谬，欣喜欢慰！你用功仅十五个月，即能证到如是境界，足见你根基好，肯精进努力，一心向上才有如是成效。同时也证明了心密功法深厚、高超，得佛力加持的力量特别大，才会收效如此迅速。</w:t>
      </w:r>
    </w:p>
    <w:p>
      <w:pPr>
        <w:spacing w:before="0" w:after="80" w:line="259" w:lineRule="auto"/>
        <w:ind w:firstLine="360"/>
      </w:pPr>
      <w:r>
        <w:rPr>
          <w:rFonts w:ascii="Noto Serif CJK SC" w:hAnsi="Noto Serif CJK SC" w:eastAsia="Noto Serif CJK SC"/>
        </w:rPr>
        <w:t>问：弟子修法以来，承蒙上师的教诲、加持和自己的努力，自觉比过去进步很多，心里很是感激上师和在修行上给予我帮助的师兄弟们。修法以来，我基本上是后半夜上座，下座后睡下就持随心咒（平时一般是持咒），经常夜梦飞空。最近有一次下座，刚躺下，一阵恍惚，感觉自己赤裸着身体在一条清水河边</w:t>
      </w:r>
    </w:p>
    <w:p>
      <w:pPr>
        <w:spacing w:before="0" w:after="80" w:line="259" w:lineRule="auto"/>
        <w:ind w:firstLine="360"/>
      </w:pPr>
      <w:r>
        <w:rPr>
          <w:rFonts w:ascii="Noto Serif CJK SC" w:hAnsi="Noto Serif CJK SC" w:eastAsia="Noto Serif CJK SC"/>
        </w:rPr>
        <w:t>走（好像是戏水），脚下踩了一个图钉，一惊。再向前一走，又碰到墙壁的图钉上，又是一惊。这一惊之下，身心世界、河流、墙壁等均没有了，只有一点灵知了了。这是我本性现前！我当下承当了。动念之后接着出现了一片蓝，又不像是蓝天。（这时其他东西都没有了，只有蓝）。后来才找到我的身子，又在空中飞翔起来。上师，我是下了决心今生一定要修成就的，不管在修行道路上多么艰难困苦，我都能克服它。请上师严格要求我，便于弟子修行。答：你修得很好。一切皆空，只有灵知，这就是你的本来面目。你能见到它，这确是多生修法积累的福根厚果，是很不容易的。好好地保护它，还要进一步用功，在事上磨练，把所有的财、色、名、食、睡五欲烦恼统统消光，才算到底。千万不要得少为足，认为见性悟道可以了手了，那将自误前程，不能成佛。要知大事已明，还有一个“如丧考妣”在。</w:t>
      </w:r>
    </w:p>
    <w:p>
      <w:pPr>
        <w:spacing w:before="0" w:after="80" w:line="259" w:lineRule="auto"/>
        <w:ind w:firstLine="360"/>
      </w:pPr>
      <w:r>
        <w:rPr>
          <w:rFonts w:ascii="Noto Serif CJK SC" w:hAnsi="Noto Serif CJK SC" w:eastAsia="Noto Serif CJK SC"/>
        </w:rPr>
        <w:t>问：每思及上师，强大的加持力灌注全身，身心</w:t>
      </w:r>
    </w:p>
    <w:p>
      <w:pPr>
        <w:spacing w:before="0" w:after="80" w:line="259" w:lineRule="auto"/>
        <w:ind w:firstLine="360"/>
      </w:pPr>
      <w:r>
        <w:rPr>
          <w:rFonts w:ascii="Noto Serif CJK SC" w:hAnsi="Noto Serif CJK SC" w:eastAsia="Noto Serif CJK SC"/>
        </w:rPr>
        <w:t>安稳。今得遇明师，涕零悲泣，深感今生得遇恩师，甚为有幸，师之恩德，终生难报！答：这是你的福报，非关我事！</w:t>
      </w:r>
    </w:p>
    <w:p>
      <w:pPr>
        <w:spacing w:before="0" w:after="80" w:line="259" w:lineRule="auto"/>
        <w:ind w:firstLine="360"/>
      </w:pPr>
      <w:r>
        <w:rPr>
          <w:rFonts w:ascii="Noto Serif CJK SC" w:hAnsi="Noto Serif CJK SC" w:eastAsia="Noto Serif CJK SC"/>
        </w:rPr>
        <w:t>问：我深觉与上师有很深的因缘。因得悟前去上海，坐地铁半小时，不知何故，悲从中来，泪流满面，下车才止，犹如去见多年未见的亲人一样。不知前生是何因缘，才有这样的感应？答：你能开悟是你的福报，但不可得少为足，须好好保护用功，真正微细流注除尽，方可息手。我与你有无上胜缘，在释迦佛所曾共同承事文佛，故有此感应。</w:t>
      </w:r>
    </w:p>
    <w:p>
      <w:pPr>
        <w:spacing w:before="0" w:after="80" w:line="259" w:lineRule="auto"/>
        <w:ind w:firstLine="360"/>
      </w:pPr>
      <w:r>
        <w:rPr>
          <w:rFonts w:ascii="Noto Serif CJK SC" w:hAnsi="Noto Serif CJK SC" w:eastAsia="Noto Serif CJK SC"/>
        </w:rPr>
        <w:t>问：我学佛十年左右，以前虽得过禅定，但走过许多弯路。如不遇恩师修学心中心法，真不知走向何处，将来定以弘法来回报师之大恩。答：合当如是。</w:t>
      </w:r>
    </w:p>
    <w:p>
      <w:pPr>
        <w:spacing w:before="0" w:after="80" w:line="259" w:lineRule="auto"/>
        <w:ind w:firstLine="360"/>
      </w:pPr>
      <w:r>
        <w:rPr>
          <w:rFonts w:ascii="Noto Serif CJK SC" w:hAnsi="Noto Serif CJK SC" w:eastAsia="Noto Serif CJK SC"/>
        </w:rPr>
        <w:t>问：我修第一印第一座时，止息几分钟，继而全身像着火一样，热得不得了，全身出汗。这是密法说的拙火定吗？答：对呀！你亦任其自然，不要在意，即能上上</w:t>
      </w:r>
    </w:p>
    <w:p>
      <w:pPr>
        <w:spacing w:before="0" w:after="80" w:line="259" w:lineRule="auto"/>
        <w:ind w:firstLine="360"/>
      </w:pPr>
      <w:r>
        <w:rPr>
          <w:rFonts w:ascii="Noto Serif CJK SC" w:hAnsi="Noto Serif CJK SC" w:eastAsia="Noto Serif CJK SC"/>
        </w:rPr>
        <w:t>升进而无过患。</w:t>
      </w:r>
    </w:p>
    <w:p>
      <w:pPr>
        <w:spacing w:before="0" w:after="80" w:line="259" w:lineRule="auto"/>
        <w:ind w:firstLine="360"/>
      </w:pPr>
      <w:r>
        <w:rPr>
          <w:rFonts w:ascii="Noto Serif CJK SC" w:hAnsi="Noto Serif CJK SC" w:eastAsia="Noto Serif CJK SC"/>
        </w:rPr>
        <w:t>问：昨天修四印时，咒提不起，止息，室外的景物现前，马路、房子历历分明。后心动出定。这时该怎么办？答：任其现前，不要管他，这是色阴境界，并不是神通。</w:t>
      </w:r>
    </w:p>
    <w:p>
      <w:pPr>
        <w:spacing w:before="0" w:after="80" w:line="259" w:lineRule="auto"/>
        <w:ind w:firstLine="360"/>
      </w:pPr>
      <w:r>
        <w:rPr>
          <w:rFonts w:ascii="Noto Serif CJK SC" w:hAnsi="Noto Serif CJK SC" w:eastAsia="Noto Serif CJK SC"/>
        </w:rPr>
        <w:t>问：修法到第八天时，咒提不起，身心皆空，感觉有一股微细的力量使心出定。这是微细流注，还是五蕴之行蕴呢？答：这是行蕴。</w:t>
      </w:r>
    </w:p>
    <w:p>
      <w:pPr>
        <w:spacing w:before="0" w:after="80" w:line="259" w:lineRule="auto"/>
        <w:ind w:firstLine="360"/>
      </w:pPr>
      <w:r>
        <w:rPr>
          <w:rFonts w:ascii="Noto Serif CJK SC" w:hAnsi="Noto Serif CJK SC" w:eastAsia="Noto Serif CJK SC"/>
        </w:rPr>
        <w:t>问：上座时，咒很少提得起来。念也很少起，念</w:t>
      </w:r>
    </w:p>
    <w:p>
      <w:pPr>
        <w:spacing w:before="0" w:after="80" w:line="259" w:lineRule="auto"/>
        <w:ind w:firstLine="360"/>
      </w:pPr>
      <w:r>
        <w:rPr>
          <w:rFonts w:ascii="Noto Serif CJK SC" w:hAnsi="Noto Serif CJK SC" w:eastAsia="Noto Serif CJK SC"/>
        </w:rPr>
        <w:t>起即觉，一觉即空。前半月修二印时，看到好多护法</w:t>
      </w:r>
    </w:p>
    <w:p>
      <w:pPr>
        <w:spacing w:before="0" w:after="80" w:line="259" w:lineRule="auto"/>
        <w:ind w:firstLine="360"/>
      </w:pPr>
      <w:r>
        <w:rPr>
          <w:rFonts w:ascii="Noto Serif CJK SC" w:hAnsi="Noto Serif CJK SC" w:eastAsia="Noto Serif CJK SC"/>
        </w:rPr>
        <w:t>善神天王、密法里的不动明王、金刚密迹等，还有韦陀菩萨。修三印时，止息后，突然有股力量好像撞破头顶梵穴要飞起一样，心惊出定。如果再遇到这种情况怎么办？冲出去怎么办？</w:t>
      </w:r>
    </w:p>
    <w:p>
      <w:pPr>
        <w:spacing w:before="0" w:after="80" w:line="259" w:lineRule="auto"/>
        <w:ind w:firstLine="360"/>
      </w:pPr>
      <w:r>
        <w:rPr>
          <w:rFonts w:ascii="Noto Serif CJK SC" w:hAnsi="Noto Serif CJK SC" w:eastAsia="Noto Serif CJK SC"/>
        </w:rPr>
        <w:t>答：不要心惊，这是气血的变化。冲出去，是气</w:t>
      </w:r>
    </w:p>
    <w:p>
      <w:pPr>
        <w:spacing w:before="0" w:after="80" w:line="259" w:lineRule="auto"/>
        <w:ind w:firstLine="360"/>
      </w:pPr>
      <w:r>
        <w:rPr>
          <w:rFonts w:ascii="Noto Serif CJK SC" w:hAnsi="Noto Serif CJK SC" w:eastAsia="Noto Serif CJK SC"/>
        </w:rPr>
        <w:t>打开梵穴，不是出神。出神时会发生大光明，后脑要</w:t>
      </w:r>
    </w:p>
    <w:p>
      <w:pPr>
        <w:spacing w:before="0" w:after="80" w:line="259" w:lineRule="auto"/>
        <w:ind w:firstLine="360"/>
      </w:pPr>
      <w:r>
        <w:rPr>
          <w:rFonts w:ascii="Noto Serif CJK SC" w:hAnsi="Noto Serif CJK SC" w:eastAsia="Noto Serif CJK SC"/>
        </w:rPr>
        <w:t>响声大振。出了神也不要怕，初出神，不要走远，在房里慢步，随即可与身合。</w:t>
      </w:r>
    </w:p>
    <w:p>
      <w:pPr>
        <w:spacing w:before="0" w:after="80" w:line="259" w:lineRule="auto"/>
        <w:ind w:firstLine="360"/>
      </w:pPr>
      <w:r>
        <w:rPr>
          <w:rFonts w:ascii="Noto Serif CJK SC" w:hAnsi="Noto Serif CJK SC" w:eastAsia="Noto Serif CJK SC"/>
        </w:rPr>
        <w:t>问：夜里两点左右，正在睡觉，突然觉得面上刮起了很大的风，呼呼作响，心惊，身子好像被一个无形的东西捆住一般，动转不能。稍时，睁眼，眉间突突地乱跳。起身思维：身体是虚幻的，什么也阻碍不了我修行。这一夜，躺下后，整夜处于禅定中，了了分明。白天照常干活，不失保任。如是连着三天三夜，没有睡觉，一点儿也不困。后来间断出现此现象，共十来天。请问上师，晚上出现的是否天魔扰乱？现在未出现整夜的明明了了，是否吃饭过多或别的原因？答：不要胡思乱想，哪有什么天魔扰乱，都是你心惊引起的错觉。这何尝不是护法神惊醒你的昏睡，让你惺惺入定呢？做功夫顶好惺惺不寐。现在不能再现，是你心渐渐着境乱了。赶快放下身心，当可再现净境，但不可住着此境。</w:t>
      </w:r>
    </w:p>
    <w:p>
      <w:pPr>
        <w:spacing w:before="0" w:after="80" w:line="259" w:lineRule="auto"/>
        <w:ind w:firstLine="360"/>
      </w:pPr>
      <w:r>
        <w:rPr>
          <w:rFonts w:ascii="Noto Serif CJK SC" w:hAnsi="Noto Serif CJK SC" w:eastAsia="Noto Serif CJK SC"/>
        </w:rPr>
        <w:t>问：有一次打座，见本尊千手千眼观世音菩萨伸手给我摩顶，顿感全身愉悦。有很多的天花落下来，我见本尊之相和平常的相不一样，全身好像穿的金甲。答：千万不要着相，当心着魔。</w:t>
      </w:r>
    </w:p>
    <w:p>
      <w:pPr>
        <w:spacing w:before="0" w:after="80" w:line="259" w:lineRule="auto"/>
        <w:ind w:firstLine="360"/>
      </w:pPr>
      <w:r>
        <w:rPr>
          <w:rFonts w:ascii="Noto Serif CJK SC" w:hAnsi="Noto Serif CJK SC" w:eastAsia="Noto Serif CJK SC"/>
        </w:rPr>
        <w:t>问：最近打坐常常在一片光明之中，照如白昼，身心安怡。这是光明定吗？这时还须提起咒来否？答：深入此定，身心俱不可得，还念什么咒呢？</w:t>
      </w:r>
    </w:p>
    <w:p>
      <w:pPr>
        <w:spacing w:before="0" w:after="80" w:line="259" w:lineRule="auto"/>
        <w:ind w:firstLine="360"/>
      </w:pPr>
      <w:r>
        <w:rPr>
          <w:rFonts w:ascii="Noto Serif CJK SC" w:hAnsi="Noto Serif CJK SC" w:eastAsia="Noto Serif CJK SC"/>
        </w:rPr>
        <w:t>问：有几次上座后，四皈依咒没念完就已入定。睁眼时，一个多小时已过去，后再结印持咒。这样是否如法？答：可以，也可以加长后面的持咒时间。</w:t>
      </w:r>
    </w:p>
    <w:p>
      <w:pPr>
        <w:spacing w:before="0" w:after="80" w:line="259" w:lineRule="auto"/>
        <w:ind w:firstLine="360"/>
      </w:pPr>
      <w:r>
        <w:rPr>
          <w:rFonts w:ascii="Noto Serif CJK SC" w:hAnsi="Noto Serif CJK SC" w:eastAsia="Noto Serif CJK SC"/>
        </w:rPr>
        <w:t>问：几乎整座都在光明无念之中。下座后活动时，感觉文佛与上师实在太慈悲了。准提、观音、数息、念佛、持咒、幻观、观心、白骨、大悲等无量三昧都是相通的，所有修学的法门都是前方便，最后都得汇</w:t>
      </w:r>
    </w:p>
    <w:p>
      <w:pPr>
        <w:spacing w:before="0" w:after="80" w:line="259" w:lineRule="auto"/>
        <w:ind w:firstLine="360"/>
      </w:pPr>
      <w:r>
        <w:rPr>
          <w:rFonts w:ascii="Noto Serif CJK SC" w:hAnsi="Noto Serif CJK SC" w:eastAsia="Noto Serif CJK SC"/>
        </w:rPr>
        <w:t>入圆觉大海之中，一法不立，而又不舍一法，三藏十二部亦是方便。文佛、上师及诸佛菩萨实在太慈悲我们这些迷路的孩子了。答：说得不错！你这孩子真是修法的道种。好好修下去，千万不要得少为足，将来定能圆成圣果。</w:t>
      </w:r>
    </w:p>
    <w:p>
      <w:pPr>
        <w:spacing w:before="0" w:after="80" w:line="259" w:lineRule="auto"/>
        <w:ind w:firstLine="360"/>
      </w:pPr>
      <w:r>
        <w:rPr>
          <w:rFonts w:ascii="Noto Serif CJK SC" w:hAnsi="Noto Serif CJK SC" w:eastAsia="Noto Serif CJK SC"/>
        </w:rPr>
        <w:t>问：现在保的程度比以前有进展，睡觉有时也能明明了了，骑摩托车也能保住，座上座下一样。有时不保而自保，偶尔丢失一下，旋又觉起。今天转入第二轮的第一座，定力不可同日而言，第一座止息几分钟。前几天修六印有两座身心皆空，止息有一个多钟头。答：很好，再努力用功，不可怠忽。等你遇事无染，念起不随，微细流注化去，即到家矣。</w:t>
      </w:r>
    </w:p>
    <w:p>
      <w:pPr>
        <w:spacing w:before="0" w:after="80" w:line="259" w:lineRule="auto"/>
        <w:ind w:firstLine="360"/>
      </w:pPr>
      <w:r>
        <w:rPr>
          <w:rFonts w:ascii="Noto Serif CJK SC" w:hAnsi="Noto Serif CJK SC" w:eastAsia="Noto Serif CJK SC"/>
        </w:rPr>
        <w:t>问：座下没敢大意，保得很好。从上海回来到现在，吃饭、干活没丢过，偶尔一次丢失，很快回来。有时不保也在保中。有时我体验到耳朵能代替眼睛，眼睛也能代替耳朵。对吗？答：对呀！但是不能执着。</w:t>
      </w:r>
    </w:p>
    <w:p>
      <w:pPr>
        <w:spacing w:before="0" w:after="80" w:line="259" w:lineRule="auto"/>
        <w:ind w:firstLine="360"/>
      </w:pPr>
      <w:r>
        <w:rPr>
          <w:rFonts w:ascii="Noto Serif CJK SC" w:hAnsi="Noto Serif CJK SC" w:eastAsia="Noto Serif CJK SC"/>
        </w:rPr>
        <w:t>问：我在禅定中发下誓愿，愿文如下：（一）众生苦，我之苦。众生难，我之难。（二）凡障碍我修行入正定的魔王及魔众，人与非人，我成佛后，先度之。（三）凡和我有怨、有恨、害我、恼我、妒我、杀我之人与非人，我皆度之。（四）凡所有众生，湿生、卵生、化生、胎生，人与非人、天人、阿修罗，都成佛后，我再成佛。如一众生未成佛，誓不取正觉。（五）我成佛后，所建世界，美妙绝伦，随意变化自在，寿命无量，具足一切无量无边功德。所居之人，皆为解脱之人。师父，我这样发愿是否轻率了一些，但我是在禅定里生起的大悲心中发出来这样的愿望，没有一丝情见。答：有此深心大愿，但能兢兢业业地履行，将来必定成佛。</w:t>
      </w:r>
    </w:p>
    <w:p>
      <w:pPr>
        <w:spacing w:before="0" w:after="80" w:line="259" w:lineRule="auto"/>
        <w:ind w:firstLine="360"/>
      </w:pPr>
      <w:r>
        <w:rPr>
          <w:rFonts w:ascii="Noto Serif CJK SC" w:hAnsi="Noto Serif CJK SC" w:eastAsia="Noto Serif CJK SC"/>
        </w:rPr>
        <w:t>问：在对别人讲法时，我和他们一样得到无上的</w:t>
      </w:r>
    </w:p>
    <w:p>
      <w:pPr>
        <w:spacing w:before="0" w:after="80" w:line="259" w:lineRule="auto"/>
        <w:ind w:firstLine="360"/>
      </w:pPr>
      <w:r>
        <w:rPr>
          <w:rFonts w:ascii="Noto Serif CJK SC" w:hAnsi="Noto Serif CJK SC" w:eastAsia="Noto Serif CJK SC"/>
        </w:rPr>
        <w:t>快乐。而且说法时，对世法及出世法之因因果果看得清清楚楚。随便一件事，都能与佛法相应；因一切都是佛法。有时身心快乐得看到所有的人都想给这些未来佛顶礼。修心中心法快一年了。觉受增长，吃得很少，体重增加二十斤，气色较前红润，光泽了，等师父见我时，恐不认识我了。答：有子如斯，曷胜欣慰！</w:t>
      </w:r>
    </w:p>
    <w:p>
      <w:pPr>
        <w:spacing w:before="0" w:after="80" w:line="259" w:lineRule="auto"/>
        <w:ind w:firstLine="360"/>
      </w:pPr>
      <w:r>
        <w:rPr>
          <w:rFonts w:ascii="Noto Serif CJK SC" w:hAnsi="Noto Serif CJK SC" w:eastAsia="Noto Serif CJK SC"/>
        </w:rPr>
        <w:t>问：收到师父的来信。又有几天彻夜不眠，历历分明的时候。发心依愿而行，只有利他才能真正的利己。答：对！</w:t>
      </w:r>
    </w:p>
    <w:p>
      <w:pPr>
        <w:spacing w:before="0" w:after="80" w:line="259" w:lineRule="auto"/>
        <w:ind w:firstLine="360"/>
      </w:pPr>
      <w:r>
        <w:rPr>
          <w:rFonts w:ascii="Noto Serif CJK SC" w:hAnsi="Noto Serif CJK SC" w:eastAsia="Noto Serif CJK SC"/>
        </w:rPr>
        <w:t>问：有时能知别人的心行、修行状况及粗略地知道一点前因后果；有时还能提前知道要来的事情。怎么办？扬弃还是发展？答：这些情况任其自然发展，但不可沾沾自喜，更不可执以为有神通而炫耀他人。</w:t>
      </w:r>
    </w:p>
    <w:p>
      <w:pPr>
        <w:spacing w:before="0" w:after="80" w:line="259" w:lineRule="auto"/>
        <w:ind w:firstLine="360"/>
      </w:pPr>
      <w:r>
        <w:rPr>
          <w:rFonts w:ascii="Noto Serif CJK SC" w:hAnsi="Noto Serif CJK SC" w:eastAsia="Noto Serif CJK SC"/>
        </w:rPr>
        <w:t>问：从上海回来修法快一个月了，定力非同日而语，此法力量和速度非别法可比。另外我有一请求，他日上师能否传妥噶法与我？答：修妥噶法须脱产闭关精修，你能办到吗？还须有清净的山水、树林，你那儿有这好地方吗？</w:t>
      </w:r>
    </w:p>
    <w:p>
      <w:pPr>
        <w:spacing w:before="0" w:after="80" w:line="259" w:lineRule="auto"/>
        <w:ind w:firstLine="360"/>
      </w:pPr>
      <w:r>
        <w:rPr>
          <w:rFonts w:ascii="Noto Serif CJK SC" w:hAnsi="Noto Serif CJK SC" w:eastAsia="Noto Serif CJK SC"/>
        </w:rPr>
        <w:t>问：古人为法忘躯，我愿效仿，修妥噶法时间多长？至于闭关，是否还得和上师在一起？答：闭关修妥噶法，时间长短，更无一定，看你用功精勤与否而定。总之要修到肉身完全化成虹光，才算成就，这无需与师同修。</w:t>
      </w:r>
    </w:p>
    <w:p>
      <w:pPr>
        <w:spacing w:before="0" w:after="80" w:line="259" w:lineRule="auto"/>
        <w:ind w:firstLine="360"/>
      </w:pPr>
      <w:r>
        <w:rPr>
          <w:rFonts w:ascii="Noto Serif CJK SC" w:hAnsi="Noto Serif CJK SC" w:eastAsia="Noto Serif CJK SC"/>
        </w:rPr>
        <w:t>问：我将来还是想修妥噶法，不惜任何代价。师父，你将来是否传我此法？修到什么程度才可以修妥噶法？答：我现在色体四大不调，不能传法。你真正证到禅宗第三关，妥噶法自在其中矣。</w:t>
      </w:r>
    </w:p>
    <w:p>
      <w:pPr>
        <w:spacing w:before="0" w:after="80" w:line="259" w:lineRule="auto"/>
        <w:ind w:firstLine="360"/>
      </w:pPr>
      <w:r>
        <w:rPr>
          <w:rFonts w:ascii="Noto Serif CJK SC" w:hAnsi="Noto Serif CJK SC" w:eastAsia="Noto Serif CJK SC"/>
        </w:rPr>
        <w:t>问：在走路时，想起几句话，请师父指正；佛法</w:t>
      </w:r>
    </w:p>
    <w:p>
      <w:pPr>
        <w:spacing w:before="0" w:after="80" w:line="259" w:lineRule="auto"/>
        <w:ind w:firstLine="360"/>
      </w:pPr>
      <w:r>
        <w:rPr>
          <w:rFonts w:ascii="Noto Serif CJK SC" w:hAnsi="Noto Serif CJK SC" w:eastAsia="Noto Serif CJK SC"/>
        </w:rPr>
        <w:t>一切的无相功德，来自于大悲心中。同体大悲才能无我无法，才能解脱自在，才能真正的利益别人。大悲心来自于自他不二，不二才能同体。答：对！</w:t>
      </w:r>
    </w:p>
    <w:p>
      <w:pPr>
        <w:spacing w:before="0" w:after="80" w:line="259" w:lineRule="auto"/>
        <w:ind w:firstLine="360"/>
      </w:pPr>
      <w:r>
        <w:rPr>
          <w:rFonts w:ascii="Noto Serif CJK SC" w:hAnsi="Noto Serif CJK SC" w:eastAsia="Noto Serif CJK SC"/>
        </w:rPr>
        <w:t>问：有时我这样观想：上师，本尊和我一体。答：不要住相。</w:t>
      </w:r>
    </w:p>
    <w:p>
      <w:pPr>
        <w:spacing w:before="0" w:after="80" w:line="259" w:lineRule="auto"/>
        <w:ind w:firstLine="360"/>
      </w:pPr>
      <w:r>
        <w:rPr>
          <w:rFonts w:ascii="Noto Serif CJK SC" w:hAnsi="Noto Serif CJK SC" w:eastAsia="Noto Serif CJK SC"/>
        </w:rPr>
        <w:t>问：正月静修的情况很好，收益很大，有几个问</w:t>
      </w:r>
    </w:p>
    <w:p>
      <w:pPr>
        <w:spacing w:before="0" w:after="80" w:line="259" w:lineRule="auto"/>
        <w:ind w:firstLine="360"/>
      </w:pPr>
      <w:r>
        <w:rPr>
          <w:rFonts w:ascii="Noto Serif CJK SC" w:hAnsi="Noto Serif CJK SC" w:eastAsia="Noto Serif CJK SC"/>
        </w:rPr>
        <w:t>题请师解答。（一）第一天，每天十二小时打坐，入空定，气顶、散乱（细念）。后注意减食和忏悔，入光明无念，身心双亡，达两小时。这一天大部分处在暖法之中，身体很热。答：此不空过，很好！</w:t>
      </w:r>
    </w:p>
    <w:p>
      <w:pPr>
        <w:spacing w:before="0" w:after="80" w:line="259" w:lineRule="auto"/>
        <w:ind w:firstLine="360"/>
      </w:pPr>
      <w:r>
        <w:rPr>
          <w:rFonts w:ascii="Noto Serif CJK SC" w:hAnsi="Noto Serif CJK SC" w:eastAsia="Noto Serif CJK SC"/>
        </w:rPr>
        <w:t>（二）第二天，还是处于暖法、空明之中，悲心</w:t>
      </w:r>
    </w:p>
    <w:p>
      <w:pPr>
        <w:spacing w:before="0" w:after="80" w:line="259" w:lineRule="auto"/>
        <w:ind w:firstLine="360"/>
      </w:pPr>
      <w:r>
        <w:rPr>
          <w:rFonts w:ascii="Noto Serif CJK SC" w:hAnsi="Noto Serif CJK SC" w:eastAsia="Noto Serif CJK SC"/>
        </w:rPr>
        <w:t>生起。三座时，入空明之中，很远的景物现前，有熟识的同修，达两小时左右。答：当心，不可着相！</w:t>
      </w:r>
    </w:p>
    <w:p>
      <w:pPr>
        <w:spacing w:before="0" w:after="80" w:line="259" w:lineRule="auto"/>
        <w:ind w:firstLine="360"/>
      </w:pPr>
      <w:r>
        <w:rPr>
          <w:rFonts w:ascii="Noto Serif CJK SC" w:hAnsi="Noto Serif CJK SC" w:eastAsia="Noto Serif CJK SC"/>
        </w:rPr>
        <w:t>（三）第三天，千手千眼观音现前（幻象），所见景物如：文佛讲法、帝王、宫殿、僧侣、人群、高山。所有景物都跟电视一样，自然而显现。这天早晨四至六点休息时，由于吃完饭昏睡，失去觉照，入了梦境。梦中见一非常矮小的女子，拔弄生殖器，心稍动，遗精。后起来打坐，昏沉生起，根本原因是贪吃引起。后一座入光明无念一个多小时，幻象丛生。答：你着相的习气很深，是个大病。</w:t>
      </w:r>
    </w:p>
    <w:p>
      <w:pPr>
        <w:spacing w:before="0" w:after="80" w:line="259" w:lineRule="auto"/>
        <w:ind w:firstLine="360"/>
      </w:pPr>
      <w:r>
        <w:rPr>
          <w:rFonts w:ascii="Noto Serif CJK SC" w:hAnsi="Noto Serif CJK SC" w:eastAsia="Noto Serif CJK SC"/>
        </w:rPr>
        <w:t>（四）座前发愿：六道众生早日解脱，生死烦恼粉碎无疑。打坐快到两小时之时，私处勃起达好几分钟，后恢复原状，身心安怡，清净。答：淫欲种子未净，入轻昏状态。</w:t>
      </w:r>
    </w:p>
    <w:p>
      <w:pPr>
        <w:spacing w:before="0" w:after="80" w:line="259" w:lineRule="auto"/>
        <w:ind w:firstLine="360"/>
      </w:pPr>
      <w:r>
        <w:rPr>
          <w:rFonts w:ascii="Noto Serif CJK SC" w:hAnsi="Noto Serif CJK SC" w:eastAsia="Noto Serif CJK SC"/>
        </w:rPr>
        <w:t>（五）第四、五天注意饮食，每天一食，渐好转，精力充沛，睡眠两小时，即能恢复体力，而睡时能明明了了。在睡觉中有一种非远非近的声音在说：“求自心，即能成佛。”答：不可理睬。</w:t>
      </w:r>
    </w:p>
    <w:p>
      <w:pPr>
        <w:spacing w:before="0" w:after="80" w:line="259" w:lineRule="auto"/>
        <w:ind w:firstLine="360"/>
      </w:pPr>
      <w:r>
        <w:rPr>
          <w:rFonts w:ascii="Noto Serif CJK SC" w:hAnsi="Noto Serif CJK SC" w:eastAsia="Noto Serif CJK SC"/>
        </w:rPr>
        <w:t>（六）第六天睡时，明明了了，长时间提观音圣</w:t>
      </w:r>
    </w:p>
    <w:p>
      <w:pPr>
        <w:spacing w:before="0" w:after="80" w:line="259" w:lineRule="auto"/>
        <w:ind w:firstLine="360"/>
      </w:pPr>
      <w:r>
        <w:rPr>
          <w:rFonts w:ascii="Noto Serif CJK SC" w:hAnsi="Noto Serif CJK SC" w:eastAsia="Noto Serif CJK SC"/>
        </w:rPr>
        <w:t>号，尽虚空都是圣号之声。后入梦境，认境为真，突然觉全身跟过电一样，心惊。有无形的力量使身体不能转动，后无事。以后遇到这种情况该怎么办？答：一切不理睬即是，有过电一样的感觉是肉体气化的现象。</w:t>
      </w:r>
    </w:p>
    <w:p>
      <w:pPr>
        <w:spacing w:before="0" w:after="80" w:line="259" w:lineRule="auto"/>
        <w:ind w:firstLine="360"/>
      </w:pPr>
      <w:r>
        <w:rPr>
          <w:rFonts w:ascii="Noto Serif CJK SC" w:hAnsi="Noto Serif CJK SC" w:eastAsia="Noto Serif CJK SC"/>
        </w:rPr>
        <w:t>（七）第七天。上座，进入实相境界，身心皆空，十方圆明，真是不落方所，无可言说。在一个无边无际的大光明藏中，达四小时之久。（睁眼）后来自己的光明宝藏汇入无数无边的宝藏中，光光相映，彼此照耀无碍。答：大光明藏就是你，你就是大光明藏，不是你在大光明藏中，如有光明藏包裹你，就不是了。这光明藏再大再圆也不可着，须将它化去，丝毫不着才是。</w:t>
      </w:r>
    </w:p>
    <w:p>
      <w:pPr>
        <w:spacing w:before="0" w:after="80" w:line="259" w:lineRule="auto"/>
        <w:ind w:firstLine="360"/>
      </w:pPr>
      <w:r>
        <w:rPr>
          <w:rFonts w:ascii="Noto Serif CJK SC" w:hAnsi="Noto Serif CJK SC" w:eastAsia="Noto Serif CJK SC"/>
        </w:rPr>
        <w:t>（八）第八天至后来十几天，大致都在空明之中，有时微细种子翻腾。大光明天天都有，时间不等。最后几天没吃饭，只喝水，座上座下无分别，时时都在觉照之中。有时连觉照也空掉了；本来就在觉照之中。在第十五天时，入大光明达几个小时，没结印持咒。真是无我无法，不落方所。无法言语。十方圆明，灵光独耀，迥脱根尘。等出关的时候，什么事情也左右</w:t>
      </w:r>
    </w:p>
    <w:p>
      <w:pPr>
        <w:spacing w:before="0" w:after="80" w:line="259" w:lineRule="auto"/>
        <w:ind w:firstLine="360"/>
      </w:pPr>
      <w:r>
        <w:rPr>
          <w:rFonts w:ascii="Noto Serif CJK SC" w:hAnsi="Noto Serif CJK SC" w:eastAsia="Noto Serif CJK SC"/>
        </w:rPr>
        <w:t>不了本来的真如。真是：“有情无情皆是广长舌，有声无声皆是天鼓妙音。”请问师父，这是否粗念降伏？答：细念，微细念的种子深藏在八识中，还须在事境上打磨。再进而消除俱生我执和法执，由初地菩萨渐渐升入二、三……八地菩萨，断除俱生我执，才了分段生死。更进一步除法执，了变易生死，才算究竟降伏大烦恼，断除极微细无明——“意”才能由第九识的白净识转成第十识的无垢识而成佛。</w:t>
      </w:r>
    </w:p>
    <w:p>
      <w:pPr>
        <w:spacing w:before="0" w:after="80" w:line="259" w:lineRule="auto"/>
        <w:ind w:firstLine="360"/>
      </w:pPr>
      <w:r>
        <w:rPr>
          <w:rFonts w:ascii="Noto Serif CJK SC" w:hAnsi="Noto Serif CJK SC" w:eastAsia="Noto Serif CJK SC"/>
        </w:rPr>
        <w:t>（九）我现在每天一座，大光明几乎天天有，时间长短不等，有时无观无照，有时在觉照之中。答：不可执相，光明即是相，不可着，不可失照。须锻炼纯熟，才能进入寂照。</w:t>
      </w:r>
    </w:p>
    <w:p>
      <w:pPr>
        <w:spacing w:before="0" w:after="80" w:line="259" w:lineRule="auto"/>
        <w:ind w:firstLine="360"/>
      </w:pPr>
      <w:r>
        <w:rPr>
          <w:rFonts w:ascii="Noto Serif CJK SC" w:hAnsi="Noto Serif CJK SC" w:eastAsia="Noto Serif CJK SC"/>
        </w:rPr>
        <w:t>问：座下清清淡淡，而在此中只有一个了了分明的灵知。对人与物自感起了变化，处理问题较前圆融了。境界来时，亦能够回光返照自性，随缘应付。答：很好，但勿住在灵知上。</w:t>
      </w:r>
    </w:p>
    <w:p>
      <w:pPr>
        <w:spacing w:before="0" w:after="80" w:line="259" w:lineRule="auto"/>
        <w:ind w:firstLine="360"/>
      </w:pPr>
      <w:r>
        <w:rPr>
          <w:rFonts w:ascii="Noto Serif CJK SC" w:hAnsi="Noto Serif CJK SC" w:eastAsia="Noto Serif CJK SC"/>
        </w:rPr>
        <w:t>问：自古历二月初八，突然感到心中清净无比，</w:t>
      </w:r>
    </w:p>
    <w:p>
      <w:pPr>
        <w:spacing w:before="0" w:after="80" w:line="259" w:lineRule="auto"/>
        <w:ind w:firstLine="360"/>
      </w:pPr>
      <w:r>
        <w:rPr>
          <w:rFonts w:ascii="Noto Serif CJK SC" w:hAnsi="Noto Serif CJK SC" w:eastAsia="Noto Serif CJK SC"/>
        </w:rPr>
        <w:t>不起贪恋之念。白天所经历的事、人、物，在晚修法</w:t>
      </w:r>
    </w:p>
    <w:p>
      <w:pPr>
        <w:spacing w:before="0" w:after="80" w:line="259" w:lineRule="auto"/>
        <w:ind w:firstLine="360"/>
      </w:pPr>
      <w:r>
        <w:rPr>
          <w:rFonts w:ascii="Noto Serif CJK SC" w:hAnsi="Noto Serif CJK SC" w:eastAsia="Noto Serif CJK SC"/>
        </w:rPr>
        <w:t>时，似感记忆不起，好像什么也没有发生过。</w:t>
      </w:r>
    </w:p>
    <w:p>
      <w:pPr>
        <w:spacing w:before="0" w:after="80" w:line="259" w:lineRule="auto"/>
        <w:ind w:firstLine="360"/>
      </w:pPr>
      <w:r>
        <w:rPr>
          <w:rFonts w:ascii="Noto Serif CJK SC" w:hAnsi="Noto Serif CJK SC" w:eastAsia="Noto Serif CJK SC"/>
        </w:rPr>
        <w:t>答：不要记忆，随其清净，放舍一切，化空身心</w:t>
      </w:r>
    </w:p>
    <w:p>
      <w:pPr>
        <w:spacing w:before="0" w:after="80" w:line="259" w:lineRule="auto"/>
        <w:ind w:firstLine="360"/>
      </w:pPr>
      <w:r>
        <w:rPr>
          <w:rFonts w:ascii="Noto Serif CJK SC" w:hAnsi="Noto Serif CJK SC" w:eastAsia="Noto Serif CJK SC"/>
        </w:rPr>
        <w:t>世界，方能明心见性。</w:t>
      </w:r>
    </w:p>
    <w:p>
      <w:pPr>
        <w:spacing w:before="0" w:after="80" w:line="259" w:lineRule="auto"/>
        <w:ind w:firstLine="360"/>
      </w:pPr>
      <w:r>
        <w:rPr>
          <w:rFonts w:ascii="Noto Serif CJK SC" w:hAnsi="Noto Serif CJK SC" w:eastAsia="Noto Serif CJK SC"/>
        </w:rPr>
        <w:t>问：观照已能成片，有时进入寂照的境界。行住坐卧，基本上不走着，整天都在现量境界之中。在年后的打七以后，出现半月成片的现象，后反复几次。最近阶段比较稳定，上座时还未结印持咒，就已经安然入定了。答：真是功夫成片了吗？顺逆境来还动心吗？如心还起微注，那还未能成片。</w:t>
      </w:r>
    </w:p>
    <w:p>
      <w:pPr>
        <w:spacing w:before="0" w:after="80" w:line="259" w:lineRule="auto"/>
        <w:ind w:firstLine="360"/>
      </w:pPr>
      <w:r>
        <w:rPr>
          <w:rFonts w:ascii="Noto Serif CJK SC" w:hAnsi="Noto Serif CJK SC" w:eastAsia="Noto Serif CJK SC"/>
        </w:rPr>
        <w:t>问：我小时候经常出现现量境界，就是不知何物。今被师指正印可，未敢丝毫大意，怕再失掉。现在行、走、坐、卧，基本上能把持得住。其中有几种情况相互掺杂，（一）牛吃草的现象几天难见一次。（二）大部分的时间牛很老实地跟着。（三）有很短一段时间处在这种情况：牛不见了，</w:t>
      </w:r>
    </w:p>
    <w:p>
      <w:pPr>
        <w:spacing w:before="0" w:after="80" w:line="259" w:lineRule="auto"/>
        <w:ind w:firstLine="360"/>
      </w:pPr>
      <w:r>
        <w:rPr>
          <w:rFonts w:ascii="Noto Serif CJK SC" w:hAnsi="Noto Serif CJK SC" w:eastAsia="Noto Serif CJK SC"/>
        </w:rPr>
        <w:t>犹如痴痴呆呆，好像自己不觉得在修行了，淡淡的，没有味道一样。这是“任”的现象吗？答：这很好！修到最后，就是淡然如水，但内里却了了分明。</w:t>
      </w:r>
    </w:p>
    <w:p>
      <w:pPr>
        <w:spacing w:before="0" w:after="80" w:line="259" w:lineRule="auto"/>
        <w:ind w:firstLine="360"/>
      </w:pPr>
      <w:r>
        <w:rPr>
          <w:rFonts w:ascii="Noto Serif CJK SC" w:hAnsi="Noto Serif CJK SC" w:eastAsia="Noto Serif CJK SC"/>
        </w:rPr>
        <w:t>（四）有时没有一点记忆、有时因因果果历历如见、有时对方说话时，已知对方的程度、挂碍之处与补救的办法。答：不可住在这上面。</w:t>
      </w:r>
    </w:p>
    <w:p>
      <w:pPr>
        <w:spacing w:before="0" w:after="80" w:line="259" w:lineRule="auto"/>
        <w:ind w:firstLine="360"/>
      </w:pPr>
      <w:r>
        <w:rPr>
          <w:rFonts w:ascii="Noto Serif CJK SC" w:hAnsi="Noto Serif CJK SC" w:eastAsia="Noto Serif CJK SC"/>
        </w:rPr>
        <w:t>（五）对佛法问题基本上都能解答，但宗下公案有的还不能完全透脱。答：功夫还未到家，再做下去即得。须丝毫无住，不自满。功夫是无止境的。</w:t>
      </w:r>
    </w:p>
    <w:p>
      <w:pPr>
        <w:spacing w:before="0" w:after="80" w:line="259" w:lineRule="auto"/>
        <w:ind w:firstLine="360"/>
      </w:pPr>
      <w:r>
        <w:rPr>
          <w:rFonts w:ascii="Noto Serif CJK SC" w:hAnsi="Noto Serif CJK SC" w:eastAsia="Noto Serif CJK SC"/>
        </w:rPr>
        <w:t>问：平常观照基本上不走着，有时不用观照，就在观照之中了。因深知一切境本来空寂，不用排除，这是不是已进入寂照之过程？答：是的！</w:t>
      </w:r>
    </w:p>
    <w:p>
      <w:pPr>
        <w:spacing w:before="0" w:after="80" w:line="259" w:lineRule="auto"/>
        <w:ind w:firstLine="360"/>
      </w:pPr>
      <w:r>
        <w:rPr>
          <w:rFonts w:ascii="Noto Serif CJK SC" w:hAnsi="Noto Serif CJK SC" w:eastAsia="Noto Serif CJK SC"/>
        </w:rPr>
        <w:t>问：现在胆量大了，以前怕遇事，现在不怕事；人生在世，不可能没事。答：不对！有什么事？有事就错了。于心无事，于事无心才对。</w:t>
      </w:r>
    </w:p>
    <w:p>
      <w:pPr>
        <w:spacing w:before="0" w:after="80" w:line="259" w:lineRule="auto"/>
        <w:ind w:firstLine="360"/>
      </w:pPr>
      <w:r>
        <w:rPr>
          <w:rFonts w:ascii="Noto Serif CJK SC" w:hAnsi="Noto Serif CJK SC" w:eastAsia="Noto Serif CJK SC"/>
        </w:rPr>
        <w:t>问：座上大部分时间都在无念、无咒、无身、无心的状态中。有时细念升起时，就用—“觉”字断掉。这样行吗？答：行！</w:t>
      </w:r>
    </w:p>
    <w:p>
      <w:pPr>
        <w:spacing w:before="0" w:after="80" w:line="259" w:lineRule="auto"/>
        <w:ind w:firstLine="360"/>
      </w:pPr>
      <w:r>
        <w:rPr>
          <w:rFonts w:ascii="Noto Serif CJK SC" w:hAnsi="Noto Serif CJK SC" w:eastAsia="Noto Serif CJK SC"/>
        </w:rPr>
        <w:t>问：座下比前些日子稳定多了，能保得住，有时就没有了保的念头。但在恶环境下还有偶尔忘记保的时候。答：做功夫就是这样，有进有退。等真正纯熟了，就不会忘失了。</w:t>
      </w:r>
    </w:p>
    <w:p>
      <w:pPr>
        <w:spacing w:before="0" w:after="80" w:line="259" w:lineRule="auto"/>
        <w:ind w:firstLine="360"/>
      </w:pPr>
      <w:r>
        <w:rPr>
          <w:rFonts w:ascii="Noto Serif CJK SC" w:hAnsi="Noto Serif CJK SC" w:eastAsia="Noto Serif CJK SC"/>
        </w:rPr>
        <w:t>问：保的阶段是去习气的过程。什么时候转入任的阶段呢？答：须待在境上毫无走着，即顺逆无拘，纵横自</w:t>
      </w:r>
    </w:p>
    <w:p>
      <w:pPr>
        <w:spacing w:before="0" w:after="80" w:line="259" w:lineRule="auto"/>
        <w:ind w:firstLine="360"/>
      </w:pPr>
      <w:r>
        <w:rPr>
          <w:rFonts w:ascii="Noto Serif CJK SC" w:hAnsi="Noto Serif CJK SC" w:eastAsia="Noto Serif CJK SC"/>
        </w:rPr>
        <w:t>在。真正做到了，不用转，自然任运逍遥！</w:t>
      </w:r>
    </w:p>
    <w:p>
      <w:pPr>
        <w:spacing w:before="0" w:after="80" w:line="259" w:lineRule="auto"/>
        <w:ind w:firstLine="360"/>
      </w:pPr>
      <w:r>
        <w:rPr>
          <w:rFonts w:ascii="Noto Serif CJK SC" w:hAnsi="Noto Serif CJK SC" w:eastAsia="Noto Serif CJK SC"/>
        </w:rPr>
        <w:t>问：座下保的情况，偶尔有走着的时候，半月前我的孩子把脸烧伤了，这时也没有把定力失掉，还能好好地照顾他。我觉得越在逆境中越能增长智慧，越是对我不好的人，就越是帮助我修行的人。答：对！一切逆境均是助你上进的增上缘。但不可做逆顺想，对人也不可有好坏想，只是随顺而为。功夫未到究竟地，免不了有走着时，只要能随起随觉，不随之流浪忘返，亦无妨碍。时间久了，功夫增长，即无走着而打成一片矣。</w:t>
      </w:r>
    </w:p>
    <w:p>
      <w:pPr>
        <w:spacing w:before="0" w:after="80" w:line="259" w:lineRule="auto"/>
        <w:ind w:firstLine="360"/>
      </w:pPr>
      <w:r>
        <w:rPr>
          <w:rFonts w:ascii="Noto Serif CJK SC" w:hAnsi="Noto Serif CJK SC" w:eastAsia="Noto Serif CJK SC"/>
        </w:rPr>
        <w:t>问：我妻子从您那儿回来，很精进。她前几天晚上修完四印后，入定念咒，没有身体。下座保持到上床睡觉，我们各住一室，心里清清净净。感觉身体四周从十方传来一阵声音（像鞭炮一样），似要把头和肚子炸开一样。心里惊恐，就认为已死了吧。后此声音持续半小时，入睡。答：这是佛力加持的好境界，让身心世界全部炸空，当下见性。以后遇到不要惊恐，任其自然，即能</w:t>
      </w:r>
    </w:p>
    <w:p>
      <w:pPr>
        <w:spacing w:before="0" w:after="80" w:line="259" w:lineRule="auto"/>
        <w:ind w:firstLine="360"/>
      </w:pPr>
      <w:r>
        <w:rPr>
          <w:rFonts w:ascii="Noto Serif CJK SC" w:hAnsi="Noto Serif CJK SC" w:eastAsia="Noto Serif CJK SC"/>
        </w:rPr>
        <w:t>从空而见性了。</w:t>
      </w:r>
    </w:p>
    <w:p>
      <w:pPr>
        <w:spacing w:before="0" w:after="80" w:line="259" w:lineRule="auto"/>
        <w:ind w:firstLine="360"/>
      </w:pPr>
      <w:r>
        <w:rPr>
          <w:rFonts w:ascii="Noto Serif CJK SC" w:hAnsi="Noto Serif CJK SC" w:eastAsia="Noto Serif CJK SC"/>
        </w:rPr>
        <w:t>问：有一个好消息告诉上师：我从上海回来一个</w:t>
      </w:r>
    </w:p>
    <w:p>
      <w:pPr>
        <w:spacing w:before="0" w:after="80" w:line="259" w:lineRule="auto"/>
        <w:ind w:firstLine="360"/>
      </w:pPr>
      <w:r>
        <w:rPr>
          <w:rFonts w:ascii="Noto Serif CJK SC" w:hAnsi="Noto Serif CJK SC" w:eastAsia="Noto Serif CJK SC"/>
        </w:rPr>
        <w:t>星期后，妻子丢了六百元钱。我给她讲了无常法，要</w:t>
      </w:r>
    </w:p>
    <w:p>
      <w:pPr>
        <w:spacing w:before="0" w:after="80" w:line="259" w:lineRule="auto"/>
        <w:ind w:firstLine="360"/>
      </w:pPr>
      <w:r>
        <w:rPr>
          <w:rFonts w:ascii="Noto Serif CJK SC" w:hAnsi="Noto Serif CJK SC" w:eastAsia="Noto Serif CJK SC"/>
        </w:rPr>
        <w:t>真正看破世间的事情。下午在理发馆的时候，她证见</w:t>
      </w:r>
    </w:p>
    <w:p>
      <w:pPr>
        <w:spacing w:before="0" w:after="80" w:line="259" w:lineRule="auto"/>
        <w:ind w:firstLine="360"/>
      </w:pPr>
      <w:r>
        <w:rPr>
          <w:rFonts w:ascii="Noto Serif CJK SC" w:hAnsi="Noto Serif CJK SC" w:eastAsia="Noto Serif CJK SC"/>
        </w:rPr>
        <w:t>实相，将近半小时，干活儿也没失掉。她修莲花印一个月来，道心增长。每天坚持打坐一个多小时，我们很早就分居两室，很少有夫妻之实，深感淫欲之苦，决心断除。她说：“得到的好处，全赖上师的加持。”</w:t>
      </w:r>
    </w:p>
    <w:p>
      <w:pPr>
        <w:spacing w:before="0" w:after="80" w:line="259" w:lineRule="auto"/>
        <w:ind w:firstLine="360"/>
      </w:pPr>
      <w:r>
        <w:rPr>
          <w:rFonts w:ascii="Noto Serif CJK SC" w:hAnsi="Noto Serif CJK SC" w:eastAsia="Noto Serif CJK SC"/>
        </w:rPr>
        <w:t>深感与上师有缘。现在她完全变了一个人，她让我问</w:t>
      </w:r>
    </w:p>
    <w:p>
      <w:pPr>
        <w:spacing w:before="0" w:after="80" w:line="259" w:lineRule="auto"/>
        <w:ind w:firstLine="360"/>
      </w:pPr>
      <w:r>
        <w:rPr>
          <w:rFonts w:ascii="Noto Serif CJK SC" w:hAnsi="Noto Serif CJK SC" w:eastAsia="Noto Serif CJK SC"/>
        </w:rPr>
        <w:t>一下上师，我们前生是何因缘，得今生之果报？答：你们前生同是修行人，发生恋爱，成了夫妻。今生又相聚，又在一起修行，再不好好用功，了断生死，就辜负前因了。</w:t>
      </w:r>
    </w:p>
    <w:p>
      <w:pPr>
        <w:spacing w:before="0" w:after="80" w:line="259" w:lineRule="auto"/>
        <w:ind w:firstLine="360"/>
      </w:pPr>
      <w:r>
        <w:rPr>
          <w:rFonts w:ascii="Noto Serif CJK SC" w:hAnsi="Noto Serif CJK SC" w:eastAsia="Noto Serif CJK SC"/>
        </w:rPr>
        <w:t>问：我有一6岁男孩，可能受我们影响的缘故，带肉的食物一点也不吃。我们打坐的时候，有时也跟着坐一会儿，他说他也信佛。我现在什么经书都不看，一心保任，这样做对吗？给别人讲法可以吗？还是专修禅定，不涉事缘？</w:t>
      </w:r>
    </w:p>
    <w:p>
      <w:pPr>
        <w:spacing w:before="0" w:after="80" w:line="259" w:lineRule="auto"/>
        <w:ind w:firstLine="360"/>
      </w:pPr>
      <w:r>
        <w:rPr>
          <w:rFonts w:ascii="Noto Serif CJK SC" w:hAnsi="Noto Serif CJK SC" w:eastAsia="Noto Serif CJK SC"/>
        </w:rPr>
        <w:t>答：你的孩子也是来修行的，要好好抚养。一心</w:t>
      </w:r>
    </w:p>
    <w:p>
      <w:pPr>
        <w:spacing w:before="0" w:after="80" w:line="259" w:lineRule="auto"/>
        <w:ind w:firstLine="360"/>
      </w:pPr>
      <w:r>
        <w:rPr>
          <w:rFonts w:ascii="Noto Serif CJK SC" w:hAnsi="Noto Serif CJK SC" w:eastAsia="Noto Serif CJK SC"/>
        </w:rPr>
        <w:t>保任不碍看经书。给别人讲法，劝人学佛是好事，应该多做。对境不惑，即是大禅定。</w:t>
      </w:r>
    </w:p>
    <w:p>
      <w:pPr>
        <w:spacing w:before="0" w:after="80" w:line="259" w:lineRule="auto"/>
        <w:ind w:firstLine="360"/>
      </w:pPr>
      <w:r>
        <w:rPr>
          <w:rFonts w:ascii="Noto Serif CJK SC" w:hAnsi="Noto Serif CJK SC" w:eastAsia="Noto Serif CJK SC"/>
        </w:rPr>
        <w:t>问：我们一家三口很好，但有时生起出家的念头，感到整天为生活而忙碌，还不如把身心奉献给佛教。答：假使有这个念头，就是心不空了，怎么成道？心真空了应该是尽管成天忙碌，也不觉忙碌才对！你们全家在修行，不是已出家了吗？还有什么出家？说来说去你还很着相。庞居士全家是怎么用功的！！！</w:t>
      </w:r>
    </w:p>
    <w:p>
      <w:pPr>
        <w:spacing w:before="0" w:after="80" w:line="259" w:lineRule="auto"/>
        <w:ind w:firstLine="360"/>
      </w:pPr>
      <w:r>
        <w:rPr>
          <w:rFonts w:ascii="Noto Serif CJK SC" w:hAnsi="Noto Serif CJK SC" w:eastAsia="Noto Serif CJK SC"/>
        </w:rPr>
        <w:t>问：打坐时身心空寂，但有时在一刹那间感觉有无数个非常微细的念头，好像和血液的流动及心脏的跳动有关。是否心脏停止跳动才能消除这些微细的念头？答：这就是“识”蕴现前。念极微细而流动很快，平时不易觉察，须深入禅定才能觉知。做功夫即须把这微细流识斩断才行。</w:t>
      </w:r>
    </w:p>
    <w:p>
      <w:pPr>
        <w:pStyle w:val="Heading3"/>
      </w:pPr>
      <w:r>
        <w:rPr>
          <w:rFonts w:ascii="Noto Serif CJK SC" w:hAnsi="Noto Serif CJK SC" w:eastAsia="Noto Serif CJK SC"/>
        </w:rPr>
        <w:t>三、与修法相关的</w:t>
      </w:r>
    </w:p>
    <w:p>
      <w:pPr>
        <w:spacing w:before="0" w:after="80" w:line="259" w:lineRule="auto"/>
        <w:ind w:firstLine="360"/>
      </w:pPr>
      <w:r>
        <w:rPr>
          <w:rFonts w:ascii="Noto Serif CJK SC" w:hAnsi="Noto Serif CJK SC" w:eastAsia="Noto Serif CJK SC"/>
        </w:rPr>
        <w:t>问：为什么修颇瓦法的人到临终时才能走，而不能提前去？答：没有到走的时候是不应该走的。身体好的时候走就等于自杀。人身体里有千万条虫，也是众生。身体好的时候走等于杀了他们。临终之前，身体里这些生命都先死了，你才走的。</w:t>
      </w:r>
    </w:p>
    <w:p>
      <w:pPr>
        <w:spacing w:before="0" w:after="80" w:line="259" w:lineRule="auto"/>
        <w:ind w:firstLine="360"/>
      </w:pPr>
      <w:r>
        <w:rPr>
          <w:rFonts w:ascii="Noto Serif CJK SC" w:hAnsi="Noto Serif CJK SC" w:eastAsia="Noto Serif CJK SC"/>
        </w:rPr>
        <w:t>问：我现在搬了新房子，风水不好，常有怪事。答：很方便的，念大光明咒。在你房子周围一边走一边念，多念念。先到房子外面念，再到房子里念，要结手印念。</w:t>
      </w:r>
    </w:p>
    <w:p>
      <w:pPr>
        <w:spacing w:before="0" w:after="80" w:line="259" w:lineRule="auto"/>
        <w:ind w:firstLine="360"/>
      </w:pPr>
      <w:r>
        <w:rPr>
          <w:rFonts w:ascii="Noto Serif CJK SC" w:hAnsi="Noto Serif CJK SC" w:eastAsia="Noto Serif CJK SC"/>
        </w:rPr>
        <w:t>问：现在人死后三天火化，因神识未走，烧时嗔恨心起，大多落入不好的地方去了。放在殡仪馆要冷冻，这样死者也会因冷而生嗔恨心。有何办法可免去大家的苦恼呢？答：修道人功夫越深，走得越慢，通常人三天就走了。在可能的范围内，用一个小棺材殓好，七七后</w:t>
      </w:r>
    </w:p>
    <w:p>
      <w:pPr>
        <w:spacing w:before="0" w:after="80" w:line="259" w:lineRule="auto"/>
        <w:ind w:firstLine="360"/>
      </w:pPr>
      <w:r>
        <w:rPr>
          <w:rFonts w:ascii="Noto Serif CJK SC" w:hAnsi="Noto Serif CJK SC" w:eastAsia="Noto Serif CJK SC"/>
        </w:rPr>
        <w:t>再火葬。</w:t>
      </w:r>
    </w:p>
    <w:p>
      <w:pPr>
        <w:spacing w:before="0" w:after="80" w:line="259" w:lineRule="auto"/>
        <w:ind w:firstLine="360"/>
      </w:pPr>
      <w:r>
        <w:rPr>
          <w:rFonts w:ascii="Noto Serif CJK SC" w:hAnsi="Noto Serif CJK SC" w:eastAsia="Noto Serif CJK SC"/>
        </w:rPr>
        <w:t>问：修行到什么时候，才没有隔阴之迷？答：微细流注消尽，即无隔阴之迷。</w:t>
      </w:r>
    </w:p>
    <w:p>
      <w:pPr>
        <w:spacing w:before="0" w:after="80" w:line="259" w:lineRule="auto"/>
        <w:ind w:firstLine="360"/>
      </w:pPr>
      <w:r>
        <w:rPr>
          <w:rFonts w:ascii="Noto Serif CJK SC" w:hAnsi="Noto Serif CJK SC" w:eastAsia="Noto Serif CJK SC"/>
        </w:rPr>
        <w:t>问：不明飞行物是怎么回事？答：属于天人，天人比我们还聪明。报上说的外星人，属于欲界天的天人。</w:t>
      </w:r>
    </w:p>
    <w:p>
      <w:pPr>
        <w:spacing w:before="0" w:after="80" w:line="259" w:lineRule="auto"/>
        <w:ind w:firstLine="360"/>
      </w:pPr>
      <w:r>
        <w:rPr>
          <w:rFonts w:ascii="Noto Serif CJK SC" w:hAnsi="Noto Serif CJK SC" w:eastAsia="Noto Serif CJK SC"/>
        </w:rPr>
        <w:t>问：人临终时昏迷了，去处就不好吗？答：昏迷不太好。旁边要有人喊他：“不要睡着，清醒清醒”喊他，他会不会烦？不会的，但不要碰他。我们的吹耳往生咒很有用处。</w:t>
      </w:r>
    </w:p>
    <w:p>
      <w:pPr>
        <w:spacing w:before="0" w:after="80" w:line="259" w:lineRule="auto"/>
        <w:ind w:firstLine="360"/>
      </w:pPr>
      <w:r>
        <w:rPr>
          <w:rFonts w:ascii="Noto Serif CJK SC" w:hAnsi="Noto Serif CJK SC" w:eastAsia="Noto Serif CJK SC"/>
        </w:rPr>
        <w:t>问：助念往生时，助念的人应坐在哪里？答：不要坐在他头上方，他的神识要从头上出去的。可坐在两边。</w:t>
      </w:r>
    </w:p>
    <w:p>
      <w:pPr>
        <w:spacing w:before="0" w:after="80" w:line="259" w:lineRule="auto"/>
        <w:ind w:firstLine="360"/>
      </w:pPr>
      <w:r>
        <w:rPr>
          <w:rFonts w:ascii="Noto Serif CJK SC" w:hAnsi="Noto Serif CJK SC" w:eastAsia="Noto Serif CJK SC"/>
        </w:rPr>
        <w:t>问：肉身不坏是怎么回事？答：入定了，三味真火将体内细菌烧死了，所以不会烂。人体内有很多细菌，它们也是众生，度众生应先度自己身体内的众生。</w:t>
      </w:r>
    </w:p>
    <w:p>
      <w:pPr>
        <w:spacing w:before="0" w:after="80" w:line="259" w:lineRule="auto"/>
        <w:ind w:firstLine="360"/>
      </w:pPr>
      <w:r>
        <w:rPr>
          <w:rFonts w:ascii="Noto Serif CJK SC" w:hAnsi="Noto Serif CJK SC" w:eastAsia="Noto Serif CJK SC"/>
        </w:rPr>
        <w:t>问：中阴身的情况怎么样？答：身体坏了，后面的胎胞还未形成，这中间的一段时间称为中阴阶段。中阴身最多有四十九天，一七，一个变化，一个七比一个七低下，所以越早超度越好。生西方极乐世界的人没有中阴身，一断气即往生了。生天也是如此，下地狱的也没有中阴身，生其它道的就有中阴身了。中阴身受业力牵引而到相应的道里投胎。因此我们平时要多用功，障都消了，光明大放，不随念转，纵有中阴也不能系你，业力也牵不动你。后面魔鬼、夜叉、老虎来追你，你知道全是假的，就不怕了。活在世上就要锻炼，做到念起不随，境来不动，大有好处，这样，就能受生自在。</w:t>
      </w:r>
    </w:p>
    <w:p>
      <w:pPr>
        <w:spacing w:before="0" w:after="80" w:line="259" w:lineRule="auto"/>
        <w:ind w:firstLine="360"/>
      </w:pPr>
      <w:r>
        <w:rPr>
          <w:rFonts w:ascii="Noto Serif CJK SC" w:hAnsi="Noto Serif CJK SC" w:eastAsia="Noto Serif CJK SC"/>
        </w:rPr>
        <w:t>问：人死后，自己不去住胎，就可以不在六道轮</w:t>
      </w:r>
    </w:p>
    <w:p>
      <w:pPr>
        <w:spacing w:before="0" w:after="80" w:line="259" w:lineRule="auto"/>
        <w:ind w:firstLine="360"/>
      </w:pPr>
      <w:r>
        <w:rPr>
          <w:rFonts w:ascii="Noto Serif CJK SC" w:hAnsi="Noto Serif CJK SC" w:eastAsia="Noto Serif CJK SC"/>
        </w:rPr>
        <w:t>回了吗？答：不行，你能不住胎吗？心动了就投胎了。有个修道人，出阳神看见大树下有个白胖的女人，心动了就去抱她，（其实是个母猪要生小猪。因业力所感，他看到的却是白胖女人。）这时他听到有人说：“我家的母猪生了小猪了。”他一看自己变成小猪了，赶快撞墙死了。“呼！”又飞回来了。习气就会使你动心，所以现在就要磨炼。六祖大师还要到猎人队伍中磨炼自己，二祖禅师也到酒楼、茶馆、青楼去练心。所以大家要把路摸清楚，勇猛向前。最重要的是认识本性，做功夫将习气磨光，从一地、二地……上上升进，将习气除掉。</w:t>
      </w:r>
    </w:p>
    <w:p>
      <w:pPr>
        <w:spacing w:before="0" w:after="80" w:line="259" w:lineRule="auto"/>
        <w:ind w:firstLine="360"/>
      </w:pPr>
      <w:r>
        <w:rPr>
          <w:rFonts w:ascii="Noto Serif CJK SC" w:hAnsi="Noto Serif CJK SC" w:eastAsia="Noto Serif CJK SC"/>
        </w:rPr>
        <w:t>问：中阴身有佛性吗？答：离开佛性有中阴身吗？离开佛性什么也没</w:t>
      </w:r>
    </w:p>
    <w:p>
      <w:pPr>
        <w:spacing w:before="0" w:after="80" w:line="259" w:lineRule="auto"/>
        <w:ind w:firstLine="360"/>
      </w:pPr>
      <w:r>
        <w:rPr>
          <w:rFonts w:ascii="Noto Serif CJK SC" w:hAnsi="Noto Serif CJK SC" w:eastAsia="Noto Serif CJK SC"/>
        </w:rPr>
        <w:t>有。中阴身是第七识的幻化身。第七识能离开佛性</w:t>
      </w:r>
    </w:p>
    <w:p>
      <w:pPr>
        <w:spacing w:before="0" w:after="80" w:line="259" w:lineRule="auto"/>
        <w:ind w:firstLine="360"/>
      </w:pPr>
      <w:r>
        <w:rPr>
          <w:rFonts w:ascii="Noto Serif CJK SC" w:hAnsi="Noto Serif CJK SC" w:eastAsia="Noto Serif CJK SC"/>
        </w:rPr>
        <w:t>吗？</w:t>
      </w:r>
    </w:p>
    <w:p>
      <w:pPr>
        <w:spacing w:before="0" w:after="80" w:line="259" w:lineRule="auto"/>
        <w:ind w:firstLine="360"/>
      </w:pPr>
      <w:r>
        <w:rPr>
          <w:rFonts w:ascii="Noto Serif CJK SC" w:hAnsi="Noto Serif CJK SC" w:eastAsia="Noto Serif CJK SC"/>
        </w:rPr>
        <w:t>问：人死后自性到哪儿去了？答：随业转了。你造什么业，就到什么地方去。</w:t>
      </w:r>
    </w:p>
    <w:p>
      <w:pPr>
        <w:spacing w:before="0" w:after="80" w:line="259" w:lineRule="auto"/>
        <w:ind w:firstLine="360"/>
      </w:pPr>
      <w:r>
        <w:rPr>
          <w:rFonts w:ascii="Noto Serif CJK SC" w:hAnsi="Noto Serif CJK SC" w:eastAsia="Noto Serif CJK SC"/>
        </w:rPr>
        <w:t>造善业到善的地方去，造恶业到恶的地方去。现在你修法了，就不要到别的地方去了。大愚祖师慈悲啊，告诉我们，愿意到兜率内院的念慈氏咒，愿到西方极乐世界的就念往生广咒，给你一个去处。本来是没有去处的，因佛性无所不在啊！为什么有去处呢？着相啊，执着啊，心没空净啊。佛性没个影相，不需要地方，着相就要有地方啦。</w:t>
      </w:r>
    </w:p>
    <w:p>
      <w:pPr>
        <w:spacing w:before="0" w:after="80" w:line="259" w:lineRule="auto"/>
        <w:ind w:firstLine="360"/>
      </w:pPr>
      <w:r>
        <w:rPr>
          <w:rFonts w:ascii="Noto Serif CJK SC" w:hAnsi="Noto Serif CJK SC" w:eastAsia="Noto Serif CJK SC"/>
        </w:rPr>
        <w:t>问：有些居士将念的经当“经票”用，还有的去人家里做佛事收费，以此当职业。答：“经票”实属迷信。有些修行人不明真理，假此敛钱。更有甚者，未曾念经，即用红点点在黄纸上，作为经票出售，自欺欺人。他们只顾目前享受，不顾将来受地狱苦报，诚愚痴甚矣。</w:t>
      </w:r>
    </w:p>
    <w:p>
      <w:pPr>
        <w:spacing w:before="0" w:after="80" w:line="259" w:lineRule="auto"/>
        <w:ind w:firstLine="360"/>
      </w:pPr>
      <w:r>
        <w:rPr>
          <w:rFonts w:ascii="Noto Serif CJK SC" w:hAnsi="Noto Serif CJK SC" w:eastAsia="Noto Serif CJK SC"/>
        </w:rPr>
        <w:t>问：有些佛事活动不愿参加，而对讲经说法的活动感兴趣，是分别心吗？答：修行人应择善而行。</w:t>
      </w:r>
    </w:p>
    <w:p>
      <w:pPr>
        <w:spacing w:before="0" w:after="80" w:line="259" w:lineRule="auto"/>
        <w:ind w:firstLine="360"/>
      </w:pPr>
      <w:r>
        <w:rPr>
          <w:rFonts w:ascii="Noto Serif CJK SC" w:hAnsi="Noto Serif CJK SC" w:eastAsia="Noto Serif CJK SC"/>
        </w:rPr>
        <w:t>问：现在性欲明显淡了，有时为了顾及夫妻感情不得已而从之，然而能做到观心不动，只是应付而已。不知这样对用功有何影响？答：淫欲是生死根本，更是修道的大碍。不断淫欲，绝不能成道！在这上面了是真了，否则皆是空口</w:t>
      </w:r>
    </w:p>
    <w:p>
      <w:pPr>
        <w:spacing w:before="0" w:after="80" w:line="259" w:lineRule="auto"/>
        <w:ind w:firstLine="360"/>
      </w:pPr>
      <w:r>
        <w:rPr>
          <w:rFonts w:ascii="Noto Serif CJK SC" w:hAnsi="Noto Serif CJK SC" w:eastAsia="Noto Serif CJK SC"/>
        </w:rPr>
        <w:t>说白话，毫无实际意义。你应付你妻时真能不动心</w:t>
      </w:r>
    </w:p>
    <w:p>
      <w:pPr>
        <w:spacing w:before="0" w:after="80" w:line="259" w:lineRule="auto"/>
        <w:ind w:firstLine="360"/>
      </w:pPr>
      <w:r>
        <w:rPr>
          <w:rFonts w:ascii="Noto Serif CJK SC" w:hAnsi="Noto Serif CJK SC" w:eastAsia="Noto Serif CJK SC"/>
        </w:rPr>
        <w:t>吗？你要小心啊！</w:t>
      </w:r>
    </w:p>
    <w:p>
      <w:pPr>
        <w:spacing w:before="0" w:after="80" w:line="259" w:lineRule="auto"/>
        <w:ind w:firstLine="360"/>
      </w:pPr>
      <w:r>
        <w:rPr>
          <w:rFonts w:ascii="Noto Serif CJK SC" w:hAnsi="Noto Serif CJK SC" w:eastAsia="Noto Serif CJK SC"/>
        </w:rPr>
        <w:t>问：见性开悟的人，是否可以成家？答：真开悟的人还想成家吗？！想成家的人绝对未曾开悟！淫欲为生死根本，真开悟的人怎么会和女人做那种污秽的事？</w:t>
      </w:r>
    </w:p>
    <w:p>
      <w:pPr>
        <w:spacing w:before="0" w:after="80" w:line="259" w:lineRule="auto"/>
        <w:ind w:firstLine="360"/>
      </w:pPr>
      <w:r>
        <w:rPr>
          <w:rFonts w:ascii="Noto Serif CJK SC" w:hAnsi="Noto Serif CJK SC" w:eastAsia="Noto Serif CJK SC"/>
        </w:rPr>
        <w:t>问：居士在家修法打坐，生病了该怎么办？</w:t>
      </w:r>
    </w:p>
    <w:p>
      <w:pPr>
        <w:spacing w:before="0" w:after="80" w:line="259" w:lineRule="auto"/>
        <w:ind w:firstLine="360"/>
      </w:pPr>
      <w:r>
        <w:rPr>
          <w:rFonts w:ascii="Noto Serif CJK SC" w:hAnsi="Noto Serif CJK SC" w:eastAsia="Noto Serif CJK SC"/>
        </w:rPr>
        <w:t>答：要看什么病，能不能修法。体力够不上不要</w:t>
      </w:r>
    </w:p>
    <w:p>
      <w:pPr>
        <w:spacing w:before="0" w:after="80" w:line="259" w:lineRule="auto"/>
        <w:ind w:firstLine="360"/>
      </w:pPr>
      <w:r>
        <w:rPr>
          <w:rFonts w:ascii="Noto Serif CJK SC" w:hAnsi="Noto Serif CJK SC" w:eastAsia="Noto Serif CJK SC"/>
        </w:rPr>
        <w:t>修，不要勉强。正好要用功时生病了，这是业障重，可睡在床上观心或持咒。</w:t>
      </w:r>
    </w:p>
    <w:p>
      <w:pPr>
        <w:spacing w:before="0" w:after="80" w:line="259" w:lineRule="auto"/>
        <w:ind w:firstLine="360"/>
      </w:pPr>
      <w:r>
        <w:rPr>
          <w:rFonts w:ascii="Noto Serif CJK SC" w:hAnsi="Noto Serif CJK SC" w:eastAsia="Noto Serif CJK SC"/>
        </w:rPr>
        <w:t>问：弟子有一子，吃喝大小解都靠别人，但一靠</w:t>
      </w:r>
    </w:p>
    <w:p>
      <w:pPr>
        <w:spacing w:before="0" w:after="80" w:line="259" w:lineRule="auto"/>
        <w:ind w:firstLine="360"/>
      </w:pPr>
      <w:r>
        <w:rPr>
          <w:rFonts w:ascii="Noto Serif CJK SC" w:hAnsi="Noto Serif CJK SC" w:eastAsia="Noto Serif CJK SC"/>
        </w:rPr>
        <w:t>近，他就抓人的头发，平日还抽风。一直用药控制着。有人劝我不用给他治了，任其自然吧，但我不忍心，真是进退维谷。答：这真无法可想，有病不能不治，只得忍耐一点。可求佛菩萨加持，让他迅速舍报，往生天界。</w:t>
      </w:r>
    </w:p>
    <w:p>
      <w:pPr>
        <w:spacing w:before="0" w:after="80" w:line="259" w:lineRule="auto"/>
        <w:ind w:firstLine="360"/>
      </w:pPr>
      <w:r>
        <w:rPr>
          <w:rFonts w:ascii="Noto Serif CJK SC" w:hAnsi="Noto Serif CJK SC" w:eastAsia="Noto Serif CJK SC"/>
        </w:rPr>
        <w:t>问：近来每觉世间苦多，工作事务繁忙，这或许是宿世欠人的。只是体障未除，每于病痛困扰之际，便思出家修道。答：事务多正是锻炼你将妄习化尽的机会。你果真无心而应事，绝不会感觉疲劳。出家是出妄念缠缚的窠臼，不是离开家人。心若不净，即使离开家人，寺院里也麻烦得不得了。你能努力修法，将来一定有成就。</w:t>
      </w:r>
    </w:p>
    <w:p>
      <w:pPr>
        <w:spacing w:before="0" w:after="80" w:line="259" w:lineRule="auto"/>
        <w:ind w:firstLine="360"/>
      </w:pPr>
      <w:r>
        <w:rPr>
          <w:rFonts w:ascii="Noto Serif CJK SC" w:hAnsi="Noto Serif CJK SC" w:eastAsia="Noto Serif CJK SC"/>
        </w:rPr>
        <w:t>问：病痛中有时觉得很苦，泪水常含，心无主张。真想去上海拜见您老人家，亲听指教，使我脱离苦痛，悟解心开。答：不要东求西求，一心念佛。求佛加被，求生西方吧。念佛要打坐，随呼吸心息相依地金刚持念佛，</w:t>
      </w:r>
    </w:p>
    <w:p>
      <w:pPr>
        <w:spacing w:before="0" w:after="80" w:line="259" w:lineRule="auto"/>
        <w:ind w:firstLine="360"/>
      </w:pPr>
      <w:r>
        <w:rPr>
          <w:rFonts w:ascii="Noto Serif CJK SC" w:hAnsi="Noto Serif CJK SC" w:eastAsia="Noto Serif CJK SC"/>
        </w:rPr>
        <w:t>不要出声念。要好好摄身，不可多行房事，还要遵医服药。</w:t>
      </w:r>
    </w:p>
    <w:p>
      <w:pPr>
        <w:spacing w:before="0" w:after="80" w:line="259" w:lineRule="auto"/>
        <w:ind w:firstLine="360"/>
      </w:pPr>
      <w:r>
        <w:rPr>
          <w:rFonts w:ascii="Noto Serif CJK SC" w:hAnsi="Noto Serif CJK SC" w:eastAsia="Noto Serif CJK SC"/>
        </w:rPr>
        <w:t>问：躯体病痛丝丝显出，该如何进一步打破妄幻？答：这知痛的即是主人公。知痛的主人公自己不痛，但看着这疼痛的幻躯，即无事矣。</w:t>
      </w:r>
    </w:p>
    <w:p>
      <w:pPr>
        <w:spacing w:before="0" w:after="80" w:line="259" w:lineRule="auto"/>
        <w:ind w:firstLine="360"/>
      </w:pPr>
      <w:r>
        <w:rPr>
          <w:rFonts w:ascii="Noto Serif CJK SC" w:hAnsi="Noto Serif CJK SC" w:eastAsia="Noto Serif CJK SC"/>
        </w:rPr>
        <w:t>问：曾闻旧时有修其他法门的学人，由于用功急猛或方法不当等导致发狂、吐血等病。这是怎么回事？答：发狂是先着胜境，后胜境变为恶境恐怖所致。吐血是背靠椅背、墙壁或用功过猛，火气上升所致。</w:t>
      </w:r>
    </w:p>
    <w:p>
      <w:pPr>
        <w:spacing w:before="0" w:after="80" w:line="259" w:lineRule="auto"/>
        <w:ind w:firstLine="360"/>
      </w:pPr>
      <w:r>
        <w:rPr>
          <w:rFonts w:ascii="Noto Serif CJK SC" w:hAnsi="Noto Serif CJK SC" w:eastAsia="Noto Serif CJK SC"/>
        </w:rPr>
        <w:t>问：您电话慈示，后学之头痛病，将来会导致“老年痴呆”等症，此宿世何因所致？今当以何法解之？答：头痛的病因很多。生理四大的不调和是其诱因，主要是夙业所致。但一切皆空，宛如空花水月，不可得。而众生愚痴，认假为真。业障本空而执有业</w:t>
      </w:r>
    </w:p>
    <w:p>
      <w:pPr>
        <w:spacing w:before="0" w:after="80" w:line="259" w:lineRule="auto"/>
        <w:ind w:firstLine="360"/>
      </w:pPr>
      <w:r>
        <w:rPr>
          <w:rFonts w:ascii="Noto Serif CJK SC" w:hAnsi="Noto Serif CJK SC" w:eastAsia="Noto Serif CJK SC"/>
        </w:rPr>
        <w:t>障，本无受报而认有受报，以是因因果果缠绕循环，烦恼苦痛不已。你今头痛，一心修法，不作痛会。待心空，气通，痛即解矣。亦何老年痴呆症之可怖哉？！</w:t>
      </w:r>
    </w:p>
    <w:p>
      <w:pPr>
        <w:spacing w:before="0" w:after="80" w:line="259" w:lineRule="auto"/>
        <w:ind w:firstLine="360"/>
      </w:pPr>
      <w:r>
        <w:rPr>
          <w:rFonts w:ascii="Noto Serif CJK SC" w:hAnsi="Noto Serif CJK SC" w:eastAsia="Noto Serif CJK SC"/>
        </w:rPr>
        <w:t>问：经医生诊断我患结肠炎，究其原因是气机不通，情志紧张所致。气机不通是否与我打坐的姿势有关？如何调节自己紧张的情绪？我现在是否可暂不修四印，而专修二印呢？用咒力来治病，每天修几次？用大悲神咒给人念诵一杯水，对自己有影响吗？祈请上师开示。答：（一）可以专修二印。（二）放下一切，情绪即不紧张。（三）每天修二次。（四）可以给他人咒水治病，对自己无害。</w:t>
      </w:r>
    </w:p>
    <w:p>
      <w:pPr>
        <w:spacing w:before="0" w:after="80" w:line="259" w:lineRule="auto"/>
        <w:ind w:firstLine="360"/>
      </w:pPr>
      <w:r>
        <w:rPr>
          <w:rFonts w:ascii="Noto Serif CJK SC" w:hAnsi="Noto Serif CJK SC" w:eastAsia="Noto Serif CJK SC"/>
        </w:rPr>
        <w:t>问：用“治病咒”治病，是否应用金刚持？摩擦有病部位要多长时间？是否还要配合服药？答：平时多念，治病时应心诚敬。念咒不用金刚持，应出微声念。摩擦患处一百零八遍或一百二十遍，可服药。</w:t>
      </w:r>
    </w:p>
    <w:p>
      <w:pPr>
        <w:spacing w:before="0" w:after="80" w:line="259" w:lineRule="auto"/>
        <w:ind w:firstLine="360"/>
      </w:pPr>
      <w:r>
        <w:rPr>
          <w:rFonts w:ascii="Noto Serif CJK SC" w:hAnsi="Noto Serif CJK SC" w:eastAsia="Noto Serif CJK SC"/>
        </w:rPr>
        <w:t>问：一切都放下不管了，对小孩也不管，人家会说你这个人很自私。答：对小孩我们要尽责任教育他。有些子女就是不听父母的话，担心又有什么用处呢？事情要做，但心不粘着，亦不要慌乱。“应无所住而生其心”，一位宁波居士打坐，定得很好，人家跑来告诉他：“你的小孩掉到水里了！”他不管，这就不对了。人事没尽，这不行。</w:t>
      </w:r>
    </w:p>
    <w:p>
      <w:pPr>
        <w:spacing w:before="0" w:after="80" w:line="259" w:lineRule="auto"/>
        <w:ind w:firstLine="360"/>
      </w:pPr>
      <w:r>
        <w:rPr>
          <w:rFonts w:ascii="Noto Serif CJK SC" w:hAnsi="Noto Serif CJK SC" w:eastAsia="Noto Serif CJK SC"/>
        </w:rPr>
        <w:t>问：我们这儿有位修道家功的，自称已见性，他的性是指腹内的“丹”，对吗？答：结成丹，充其量是出阳神。阳神还是神识，不是本体。正如黄龙祖师所说：“纵饶百万劫，依旧落空亡。”有何益哉！</w:t>
      </w:r>
    </w:p>
    <w:p>
      <w:pPr>
        <w:spacing w:before="0" w:after="80" w:line="259" w:lineRule="auto"/>
        <w:ind w:firstLine="360"/>
      </w:pPr>
      <w:r>
        <w:rPr>
          <w:rFonts w:ascii="Noto Serif CJK SC" w:hAnsi="Noto Serif CJK SC" w:eastAsia="Noto Serif CJK SC"/>
        </w:rPr>
        <w:t>问：《密勒日巴传》里讲修行到最后显示神通，这是否表示成道？答：你又著在神通上了。到那个地步自然显现神通。神通不是修出来的，是本来具足的，它不能发挥</w:t>
      </w:r>
    </w:p>
    <w:p>
      <w:pPr>
        <w:spacing w:before="0" w:after="80" w:line="259" w:lineRule="auto"/>
        <w:ind w:firstLine="360"/>
      </w:pPr>
      <w:r>
        <w:rPr>
          <w:rFonts w:ascii="Noto Serif CJK SC" w:hAnsi="Noto Serif CJK SC" w:eastAsia="Noto Serif CJK SC"/>
        </w:rPr>
        <w:t>出来是因为心不清净。用法修来的神通不可靠，你要</w:t>
      </w:r>
    </w:p>
    <w:p>
      <w:pPr>
        <w:spacing w:before="0" w:after="80" w:line="259" w:lineRule="auto"/>
        <w:ind w:firstLine="360"/>
      </w:pPr>
      <w:r>
        <w:rPr>
          <w:rFonts w:ascii="Noto Serif CJK SC" w:hAnsi="Noto Serif CJK SC" w:eastAsia="Noto Serif CJK SC"/>
        </w:rPr>
        <w:t>神通，鬼神、妖就来附体了。祖师们再三说：神通求不到，求来的不是真的，是附体。</w:t>
      </w:r>
    </w:p>
    <w:p>
      <w:pPr>
        <w:spacing w:before="0" w:after="80" w:line="259" w:lineRule="auto"/>
        <w:ind w:firstLine="360"/>
      </w:pPr>
      <w:r>
        <w:rPr>
          <w:rFonts w:ascii="Noto Serif CJK SC" w:hAnsi="Noto Serif CJK SC" w:eastAsia="Noto Serif CJK SC"/>
        </w:rPr>
        <w:t>问：弟子发心努力修法，以不负师恩，不负诸佛菩萨慈悲加被之大恩！答：这是最要紧的一着。不努力修法，纵然说得天花乱坠，于生死关头亦无用处。修法千万不要著神通，神通是人人本具的，只因贪嗔痴作祟，向外追求，执取幻影，盖覆了本性光明，以致无从发挥。今只要息下狂心，消除贪嗔痴的妄想、颠倒、执着，即自然显发神通。故永嘉大师大声疾呼：“但得本，不愁末！”神通不可求，求亦不可得。纵然求得，也是假的，不是本具的神通。《大日经》明白的说：“要先得道通——漏尽通，然后五神通不求</w:t>
      </w:r>
    </w:p>
    <w:p>
      <w:pPr>
        <w:spacing w:before="0" w:after="80" w:line="259" w:lineRule="auto"/>
        <w:ind w:firstLine="360"/>
      </w:pPr>
      <w:r>
        <w:rPr>
          <w:rFonts w:ascii="Noto Serif CJK SC" w:hAnsi="Noto Serif CJK SC" w:eastAsia="Noto Serif CJK SC"/>
        </w:rPr>
        <w:t>自得。”可见修法求神通是大错特错的事。但现在修</w:t>
      </w:r>
    </w:p>
    <w:p>
      <w:pPr>
        <w:spacing w:before="0" w:after="80" w:line="259" w:lineRule="auto"/>
        <w:ind w:firstLine="360"/>
      </w:pPr>
      <w:r>
        <w:rPr>
          <w:rFonts w:ascii="Noto Serif CJK SC" w:hAnsi="Noto Serif CJK SC" w:eastAsia="Noto Serif CJK SC"/>
        </w:rPr>
        <w:t>法者，百分之一百都求神通，以致走入歧途。这既白费精神，浪费了金钱，还有入魔之虞，真太不值得了。望你猛然醒悟，再不要随人脚跟转，去求神通。</w:t>
      </w:r>
    </w:p>
    <w:p>
      <w:pPr>
        <w:spacing w:before="0" w:after="80" w:line="259" w:lineRule="auto"/>
        <w:ind w:firstLine="360"/>
      </w:pPr>
      <w:r>
        <w:rPr>
          <w:rFonts w:ascii="Noto Serif CJK SC" w:hAnsi="Noto Serif CJK SC" w:eastAsia="Noto Serif CJK SC"/>
        </w:rPr>
        <w:t>问：近来有佛弟子由念佛法门改修“如意金刚法”。据说它起源于佛教密宗最上乘的无上瑜伽部大圆满心髓。但视其修习者所谓“圆成法性”之快，尔后法力推动其“外功”、“内调”等现象，不知是怎么回事？</w:t>
      </w:r>
    </w:p>
    <w:p>
      <w:pPr>
        <w:spacing w:before="0" w:after="80" w:line="259" w:lineRule="auto"/>
        <w:ind w:firstLine="360"/>
      </w:pPr>
      <w:r>
        <w:rPr>
          <w:rFonts w:ascii="Noto Serif CJK SC" w:hAnsi="Noto Serif CJK SC" w:eastAsia="Noto Serif CJK SC"/>
        </w:rPr>
        <w:t>答：不知此法底源，不便妄加评说。总之“离心</w:t>
      </w:r>
    </w:p>
    <w:p>
      <w:pPr>
        <w:spacing w:before="0" w:after="80" w:line="259" w:lineRule="auto"/>
        <w:ind w:firstLine="360"/>
      </w:pPr>
      <w:r>
        <w:rPr>
          <w:rFonts w:ascii="Noto Serif CJK SC" w:hAnsi="Noto Serif CJK SC" w:eastAsia="Noto Serif CJK SC"/>
        </w:rPr>
        <w:t>说法，便是魔说！”此颠扑不破之真理，无可还价。现时牛鬼蛇神蜂起，都说是最高佛法，究其实际，不过是弄识神，玩鬼通而已。</w:t>
      </w:r>
    </w:p>
    <w:p>
      <w:pPr>
        <w:spacing w:before="0" w:after="80" w:line="259" w:lineRule="auto"/>
        <w:ind w:firstLine="360"/>
      </w:pPr>
      <w:r>
        <w:rPr>
          <w:rFonts w:ascii="Noto Serif CJK SC" w:hAnsi="Noto Serif CJK SC" w:eastAsia="Noto Serif CJK SC"/>
        </w:rPr>
        <w:t>问：房内有蝎子，蜈蚣等毒虫，该如何对付？答：一般你不理它，它不会蜇你。</w:t>
      </w:r>
    </w:p>
    <w:p>
      <w:pPr>
        <w:spacing w:before="0" w:after="80" w:line="259" w:lineRule="auto"/>
        <w:ind w:firstLine="360"/>
      </w:pPr>
      <w:r>
        <w:rPr>
          <w:rFonts w:ascii="Noto Serif CJK SC" w:hAnsi="Noto Serif CJK SC" w:eastAsia="Noto Serif CJK SC"/>
        </w:rPr>
        <w:t>问：虚云老和尚、来果老和尚现在都在兜率天，他们还下来吗？答：有机缘就会下来，今天有机缘今天就下来，下来后也可以上去，很自由的。</w:t>
      </w:r>
    </w:p>
    <w:p>
      <w:pPr>
        <w:spacing w:before="0" w:after="80" w:line="259" w:lineRule="auto"/>
        <w:ind w:firstLine="360"/>
      </w:pPr>
      <w:r>
        <w:rPr>
          <w:rFonts w:ascii="Noto Serif CJK SC" w:hAnsi="Noto Serif CJK SC" w:eastAsia="Noto Serif CJK SC"/>
        </w:rPr>
        <w:t>问：师父，我们过去生怎样，根基如何？</w:t>
      </w:r>
    </w:p>
    <w:p>
      <w:pPr>
        <w:spacing w:before="0" w:after="80" w:line="259" w:lineRule="auto"/>
        <w:ind w:firstLine="360"/>
      </w:pPr>
      <w:r>
        <w:rPr>
          <w:rFonts w:ascii="Noto Serif CJK SC" w:hAnsi="Noto Serif CJK SC" w:eastAsia="Noto Serif CJK SC"/>
        </w:rPr>
        <w:t>答：你现在的家庭、社会地位、经济情况就明白地告诉你，你的过去是怎样的。你现在能信佛，就是有善根。尤其能遇到心中心法，你就有无上的善根，</w:t>
      </w:r>
    </w:p>
    <w:p>
      <w:pPr>
        <w:spacing w:before="0" w:after="80" w:line="259" w:lineRule="auto"/>
        <w:ind w:firstLine="360"/>
      </w:pPr>
      <w:r>
        <w:rPr>
          <w:rFonts w:ascii="Noto Serif CJK SC" w:hAnsi="Noto Serif CJK SC" w:eastAsia="Noto Serif CJK SC"/>
        </w:rPr>
        <w:t>说明你过去也都在用功。根基好坏不要问别人，要问</w:t>
      </w:r>
    </w:p>
    <w:p>
      <w:pPr>
        <w:spacing w:before="0" w:after="80" w:line="259" w:lineRule="auto"/>
        <w:ind w:firstLine="360"/>
      </w:pPr>
      <w:r>
        <w:rPr>
          <w:rFonts w:ascii="Noto Serif CJK SC" w:hAnsi="Noto Serif CJK SC" w:eastAsia="Noto Serif CJK SC"/>
        </w:rPr>
        <w:t>自己。你不怕吃苦，努力精进修行就是上等根基。怕吃苦，不用功就不是好根基。一切众生都有佛性，与佛一样，没有少一点，是自己迷了，所以要赶快醒悟。</w:t>
      </w:r>
    </w:p>
    <w:p>
      <w:pPr>
        <w:spacing w:before="0" w:after="80" w:line="259" w:lineRule="auto"/>
        <w:ind w:firstLine="360"/>
      </w:pPr>
      <w:r>
        <w:rPr>
          <w:rFonts w:ascii="Noto Serif CJK SC" w:hAnsi="Noto Serif CJK SC" w:eastAsia="Noto Serif CJK SC"/>
        </w:rPr>
        <w:t>问：祈求恩师咐嘱我几句话，以作为座右铭。答：心空无住，任运逍遥。但尽凡情，不求圣解。</w:t>
      </w:r>
    </w:p>
    <w:p>
      <w:pPr>
        <w:spacing w:before="0" w:after="80" w:line="259" w:lineRule="auto"/>
        <w:ind w:firstLine="360"/>
      </w:pPr>
      <w:r>
        <w:rPr>
          <w:rFonts w:ascii="Noto Serif CJK SC" w:hAnsi="Noto Serif CJK SC" w:eastAsia="Noto Serif CJK SC"/>
        </w:rPr>
        <w:t>问：弟子从内心到行为，无论有什么不对之处，都望师父狠狠批评，不然我这个障深慧浅的凡夫，何日才能亲证菩提呢？答：菩提在你面前还不认识吗？这问话的是谁？不是菩提又是什么？！</w:t>
      </w:r>
    </w:p>
    <w:p>
      <w:pPr>
        <w:spacing w:before="0" w:after="80" w:line="259" w:lineRule="auto"/>
        <w:ind w:firstLine="360"/>
      </w:pPr>
      <w:r>
        <w:rPr>
          <w:rFonts w:ascii="Noto Serif CJK SC" w:hAnsi="Noto Serif CJK SC" w:eastAsia="Noto Serif CJK SC"/>
        </w:rPr>
        <w:t>问：愿能得上师照片一张，作为后愚增上缘。答：学佛修行是心行的事，不可在色相上追求。</w:t>
      </w:r>
    </w:p>
    <w:p>
      <w:pPr>
        <w:spacing w:before="0" w:after="80" w:line="259" w:lineRule="auto"/>
        <w:ind w:firstLine="360"/>
      </w:pPr>
      <w:r>
        <w:rPr>
          <w:rFonts w:ascii="Noto Serif CJK SC" w:hAnsi="Noto Serif CJK SC" w:eastAsia="Noto Serif CJK SC"/>
        </w:rPr>
        <w:t>若要观相，观观音大菩萨或阿弥陀佛可也。</w:t>
      </w:r>
    </w:p>
    <w:p>
      <w:pPr>
        <w:spacing w:before="0" w:after="80" w:line="259" w:lineRule="auto"/>
        <w:ind w:firstLine="360"/>
      </w:pPr>
      <w:r>
        <w:rPr>
          <w:rFonts w:ascii="Noto Serif CJK SC" w:hAnsi="Noto Serif CJK SC" w:eastAsia="Noto Serif CJK SC"/>
        </w:rPr>
        <w:t>问：明眼善知识也会有偏爱心，对非常有缘的弟子，会很器重、偏爱、加持是吗？答：阿弥陀佛！本不应有偏爱之心，一切众生都同样具有佛性，故皆平等无异。但因宿根略有差别，宿缘亦不无深浅，故无形中使他人看来有些微的不同对待之见。这都是当人的分别劣见所致，此诚无可奈何之事也。我们修法，只要心空，不要分别对谁亲疏，则心无挂碍，功夫易于上进，道业有成。否则人我是非丛生，对修法无益，成道无望矣。</w:t>
      </w:r>
    </w:p>
    <w:p>
      <w:pPr>
        <w:spacing w:before="0" w:after="80" w:line="259" w:lineRule="auto"/>
        <w:ind w:firstLine="360"/>
      </w:pPr>
      <w:r>
        <w:rPr>
          <w:rFonts w:ascii="Noto Serif CJK SC" w:hAnsi="Noto Serif CJK SC" w:eastAsia="Noto Serif CJK SC"/>
        </w:rPr>
        <w:t>问：听师兄讲，我们能亲近师父并得以心密大法</w:t>
      </w:r>
    </w:p>
    <w:p>
      <w:pPr>
        <w:spacing w:before="0" w:after="80" w:line="259" w:lineRule="auto"/>
        <w:ind w:firstLine="360"/>
      </w:pPr>
      <w:r>
        <w:rPr>
          <w:rFonts w:ascii="Noto Serif CJK SC" w:hAnsi="Noto Serif CJK SC" w:eastAsia="Noto Serif CJK SC"/>
        </w:rPr>
        <w:t>修习，是二千五百年前与师父一起在文佛尊处听闻讲</w:t>
      </w:r>
    </w:p>
    <w:p>
      <w:pPr>
        <w:spacing w:before="0" w:after="80" w:line="259" w:lineRule="auto"/>
        <w:ind w:firstLine="360"/>
      </w:pPr>
      <w:r>
        <w:rPr>
          <w:rFonts w:ascii="Noto Serif CJK SC" w:hAnsi="Noto Serif CJK SC" w:eastAsia="Noto Serif CJK SC"/>
        </w:rPr>
        <w:t>法，并承事于佛，由此殊胜因缘才有今日之胜缘，是吗？答：既已知道宿世有胜缘，还要讲什么细节？这不是著相吗？须知一切皆空无自性，讲什么过、现、未三际与东西南北中啊！！！</w:t>
      </w:r>
    </w:p>
    <w:p>
      <w:pPr>
        <w:spacing w:before="0" w:after="80" w:line="259" w:lineRule="auto"/>
        <w:ind w:firstLine="360"/>
      </w:pPr>
      <w:r>
        <w:rPr>
          <w:rFonts w:ascii="Noto Serif CJK SC" w:hAnsi="Noto Serif CJK SC" w:eastAsia="Noto Serif CJK SC"/>
        </w:rPr>
        <w:t>问：弟子由气功转入修佛法，经历了较长的历程，深信宇宙人生有光明大道，乃立志修学正法。答：有此认识也是宿世深植善根所致。</w:t>
      </w:r>
    </w:p>
    <w:p>
      <w:pPr>
        <w:spacing w:before="0" w:after="80" w:line="259" w:lineRule="auto"/>
        <w:ind w:firstLine="360"/>
      </w:pPr>
      <w:r>
        <w:rPr>
          <w:rFonts w:ascii="Noto Serif CJK SC" w:hAnsi="Noto Serif CJK SC" w:eastAsia="Noto Serif CJK SC"/>
        </w:rPr>
        <w:t>问：有些弟子，修持时间不算短，收效却不大，究其原因，不外有三：（一）不持戒五戒至菩萨戒。（二）不食素。（三）不断淫心及淫行。高谈圣境，而自身习气较重，久之退失道心，或转修它法。答：是呀！这些人无福报修此法，不能成道，这是他们自作孽！</w:t>
      </w:r>
    </w:p>
    <w:p>
      <w:pPr>
        <w:spacing w:before="0" w:after="80" w:line="259" w:lineRule="auto"/>
        <w:ind w:firstLine="360"/>
      </w:pPr>
      <w:r>
        <w:rPr>
          <w:rFonts w:ascii="Noto Serif CJK SC" w:hAnsi="Noto Serif CJK SC" w:eastAsia="Noto Serif CJK SC"/>
        </w:rPr>
        <w:t>问：如何放生？答：先给他们皈依，对他们说：“你们业障重，先给你们念三皈依。”可念《中阴救度法》中所说的咒。最重要的有三个：六道金刚咒、听闻解脱咒、本觉大密咒。此外还有：大光明咒、往生广咒。这些咒要多念，每个咒最少要念一百零八遍。</w:t>
      </w:r>
    </w:p>
    <w:p>
      <w:pPr>
        <w:spacing w:before="0" w:after="80" w:line="259" w:lineRule="auto"/>
        <w:ind w:firstLine="360"/>
      </w:pPr>
      <w:r>
        <w:rPr>
          <w:rFonts w:ascii="Noto Serif CJK SC" w:hAnsi="Noto Serif CJK SC" w:eastAsia="Noto Serif CJK SC"/>
        </w:rPr>
        <w:t>问：晚饭是否要吃？答：晚饭不吃不太好，可以少吃一点，如果不想吃，也可以不吃。肚子觉得饿，硬是不吃是不行的。有些人晚上打坐坐得好，感到吃了东西容易昏沉，就不吃饭。禅堂参禅，晚上易饿，故也可让大家吃点东西。成道不在于饿肚子。</w:t>
      </w:r>
    </w:p>
    <w:p>
      <w:pPr>
        <w:spacing w:before="0" w:after="80" w:line="259" w:lineRule="auto"/>
        <w:ind w:firstLine="360"/>
      </w:pPr>
      <w:r>
        <w:rPr>
          <w:rFonts w:ascii="Noto Serif CJK SC" w:hAnsi="Noto Serif CJK SC" w:eastAsia="Noto Serif CJK SC"/>
        </w:rPr>
        <w:t>问：饮食对修法有什么影响？答：没有营养身体不行，但这并不是让你吃荤腥。因为吃荤腥会杀害生命，没有大悲心，不好。其实蔬食具一切营养，这就足够了。但各种蔬菜都要吃，不要单吃一种，还可以吃些牛奶。不需要再吃鱼肉了。我们长期吃素，身体不是很好吗？</w:t>
      </w:r>
    </w:p>
    <w:p>
      <w:pPr>
        <w:spacing w:before="0" w:after="80" w:line="259" w:lineRule="auto"/>
        <w:ind w:firstLine="360"/>
      </w:pPr>
      <w:r>
        <w:rPr>
          <w:rFonts w:ascii="Noto Serif CJK SC" w:hAnsi="Noto Serif CJK SC" w:eastAsia="Noto Serif CJK SC"/>
        </w:rPr>
        <w:t>问：我们在万佛城拜宣化上人为师，现在要学心</w:t>
      </w:r>
    </w:p>
    <w:p>
      <w:pPr>
        <w:spacing w:before="0" w:after="80" w:line="259" w:lineRule="auto"/>
        <w:ind w:firstLine="360"/>
      </w:pPr>
      <w:r>
        <w:rPr>
          <w:rFonts w:ascii="Noto Serif CJK SC" w:hAnsi="Noto Serif CJK SC" w:eastAsia="Noto Serif CJK SC"/>
        </w:rPr>
        <w:t>中心法，灌顶拜另一位师父，有冲突吗？答：没有冲突，我本人就拜了好几位师父。我的第一位师父是天台宗的兴慈老法师。后来拜禅宗师父，还有华严宗的祖师应慈老法师。学密法后拜了贡嘎上师、王骧陆先生和法相宗范古农老居士为师。没</w:t>
      </w:r>
    </w:p>
    <w:p>
      <w:pPr>
        <w:spacing w:before="0" w:after="80" w:line="259" w:lineRule="auto"/>
        <w:ind w:firstLine="360"/>
      </w:pPr>
      <w:r>
        <w:rPr>
          <w:rFonts w:ascii="Noto Serif CJK SC" w:hAnsi="Noto Serif CJK SC" w:eastAsia="Noto Serif CJK SC"/>
        </w:rPr>
        <w:t>关系的，我们这个法就是禅，不必有顾虑。</w:t>
      </w:r>
    </w:p>
    <w:p>
      <w:pPr>
        <w:spacing w:before="0" w:after="80" w:line="259" w:lineRule="auto"/>
        <w:ind w:firstLine="360"/>
      </w:pPr>
      <w:r>
        <w:rPr>
          <w:rFonts w:ascii="Noto Serif CJK SC" w:hAnsi="Noto Serif CJK SC" w:eastAsia="Noto Serif CJK SC"/>
        </w:rPr>
        <w:t>问：修心中心法要不要吃素？答：我们主张吃素。有些人吃荤吃惯了，一下吃素不习惯，也可继续吃一段时间。用功修法了，修到气血转换时，叫你吃荤你也不要吃了，所以最好不吃。</w:t>
      </w:r>
    </w:p>
    <w:p>
      <w:pPr>
        <w:spacing w:before="0" w:after="80" w:line="259" w:lineRule="auto"/>
        <w:ind w:firstLine="360"/>
      </w:pPr>
      <w:r>
        <w:rPr>
          <w:rFonts w:ascii="Noto Serif CJK SC" w:hAnsi="Noto Serif CJK SC" w:eastAsia="Noto Serif CJK SC"/>
        </w:rPr>
        <w:t>问：应该怎样忏悔？答：我们从前在不知不觉中都造了业。罪从心生，还将心忏，心空净是真忏悔。</w:t>
      </w:r>
    </w:p>
    <w:p>
      <w:pPr>
        <w:spacing w:before="0" w:after="80" w:line="259" w:lineRule="auto"/>
        <w:ind w:firstLine="360"/>
      </w:pPr>
      <w:r>
        <w:rPr>
          <w:rFonts w:ascii="Noto Serif CJK SC" w:hAnsi="Noto Serif CJK SC" w:eastAsia="Noto Serif CJK SC"/>
        </w:rPr>
        <w:t>问：弟子根性愚痴，曾对师尊产生过许多疑问，真是罪障深重，望恩师责骂我，消我罪障。答：修道最不能疑惑，信力不足做一切事都不能成就，修道就更无望了。你要赶快忏悔，否则非但不能成道，还要遭大罪障，更将遭受恶果，你要小心了！</w:t>
      </w:r>
    </w:p>
    <w:p>
      <w:pPr>
        <w:spacing w:before="0" w:after="80" w:line="259" w:lineRule="auto"/>
        <w:ind w:firstLine="360"/>
      </w:pPr>
      <w:r>
        <w:rPr>
          <w:rFonts w:ascii="Noto Serif CJK SC" w:hAnsi="Noto Serif CJK SC" w:eastAsia="Noto Serif CJK SC"/>
        </w:rPr>
        <w:t>问：生活中出现的种种障碍，怎么处理？</w:t>
      </w:r>
    </w:p>
    <w:p>
      <w:pPr>
        <w:spacing w:before="0" w:after="80" w:line="259" w:lineRule="auto"/>
        <w:ind w:firstLine="360"/>
      </w:pPr>
      <w:r>
        <w:rPr>
          <w:rFonts w:ascii="Noto Serif CJK SC" w:hAnsi="Noto Serif CJK SC" w:eastAsia="Noto Serif CJK SC"/>
        </w:rPr>
        <w:t>答：这都是磨炼你的定力，磨炼你成道的增上缘。不要怕，一切唯心造，心空障消。心若着相，障永远消不掉。动心就造业，所以一动心就要忏悔，心空净就好。</w:t>
      </w:r>
    </w:p>
    <w:p>
      <w:pPr>
        <w:spacing w:before="0" w:after="80" w:line="259" w:lineRule="auto"/>
        <w:ind w:firstLine="360"/>
      </w:pPr>
      <w:r>
        <w:rPr>
          <w:rFonts w:ascii="Noto Serif CJK SC" w:hAnsi="Noto Serif CJK SC" w:eastAsia="Noto Serif CJK SC"/>
        </w:rPr>
        <w:t>问：学佛的人如何搞好人际关系？答：修法心空，人际关系如何搞不好？人际关系搞不好都是自己执着不舍，主观太深之故。</w:t>
      </w:r>
    </w:p>
    <w:p>
      <w:pPr>
        <w:spacing w:before="0" w:after="80" w:line="259" w:lineRule="auto"/>
        <w:ind w:firstLine="360"/>
      </w:pPr>
      <w:r>
        <w:rPr>
          <w:rFonts w:ascii="Noto Serif CJK SC" w:hAnsi="Noto Serif CJK SC" w:eastAsia="Noto Serif CJK SC"/>
        </w:rPr>
        <w:t>问：未彻悟前如何应缘、待人接物？答：一切无住，心不随境转即是。</w:t>
      </w:r>
    </w:p>
    <w:p>
      <w:pPr>
        <w:spacing w:before="0" w:after="80" w:line="259" w:lineRule="auto"/>
        <w:ind w:firstLine="360"/>
      </w:pPr>
      <w:r>
        <w:rPr>
          <w:rFonts w:ascii="Noto Serif CJK SC" w:hAnsi="Noto Serif CJK SC" w:eastAsia="Noto Serif CJK SC"/>
        </w:rPr>
        <w:t>问：未彻悟前，是否一切不管，待定慧力充足后再随缘应化，对境练心？答：不对！现在即须对境练心，在练心的过程中增长定慧力。</w:t>
      </w:r>
    </w:p>
    <w:p>
      <w:pPr>
        <w:pStyle w:val="Heading3"/>
      </w:pPr>
      <w:r>
        <w:rPr>
          <w:rFonts w:ascii="Noto Serif CJK SC" w:hAnsi="Noto Serif CJK SC" w:eastAsia="Noto Serif CJK SC"/>
        </w:rPr>
        <w:t>四、信函摘抄</w:t>
      </w:r>
    </w:p>
    <w:p>
      <w:pPr>
        <w:spacing w:before="0" w:after="80" w:line="259" w:lineRule="auto"/>
        <w:ind w:firstLine="360"/>
      </w:pPr>
      <w:r>
        <w:rPr>
          <w:rFonts w:ascii="Noto Serif CJK SC" w:hAnsi="Noto Serif CJK SC" w:eastAsia="Noto Serif CJK SC"/>
        </w:rPr>
        <w:t>（一）弟子信函与上师批示</w:t>
      </w:r>
    </w:p>
    <w:p>
      <w:pPr>
        <w:spacing w:before="0" w:after="80" w:line="259" w:lineRule="auto"/>
        <w:ind w:firstLine="360"/>
      </w:pPr>
      <w:r>
        <w:rPr>
          <w:rFonts w:ascii="Noto Serif CJK SC" w:hAnsi="Noto Serif CJK SC" w:eastAsia="Noto Serif CJK SC"/>
        </w:rPr>
        <w:t>我是一个年青教师，种种因缘，遇到并喜欢上了佛法。从此在佛法的熏陶下，人生发生了转折。不久前在灵岩山，皈依了三宝，成了一名在家弟子。师批：“自由仁者深植善根所致，曷胜庆幸！”</w:t>
      </w:r>
    </w:p>
    <w:p>
      <w:pPr>
        <w:spacing w:before="0" w:after="80" w:line="259" w:lineRule="auto"/>
        <w:ind w:firstLine="360"/>
      </w:pPr>
      <w:r>
        <w:rPr>
          <w:rFonts w:ascii="Noto Serif CJK SC" w:hAnsi="Noto Serif CJK SC" w:eastAsia="Noto Serif CJK SC"/>
        </w:rPr>
        <w:t>可是自己业障深重，信愿行不清净，没有力量，仿佛被一层层浓密的乌云遮盖住了，不见光明。虽然念佛、诵经却难得真实利益。日常生活，待人接物，更是妄念纷纷，恶业不断。又无缘遇到善知识，找不到出路，信心渐渐地随着外境沉浮，但又实不甘心随波逐流，苦闷之心难以言喻。师批：“知过即改，善莫大焉！这是你念佛不痛切所致，应每日早晚打坐，每次至少一小时，逐渐加长时间。坐时趺坐，手结弥陀定印，不用念珠，随呼吸念佛，一进一出，念佛一句。静静地用耳根听你佛号从心发出的无声之声，不用出声念，摄牢意根，即能渐渐入定。下座后，还须随时观照，念起即觉，不随之攀缘流浪。久久功深，妄心不起，乌云消散，即</w:t>
      </w:r>
    </w:p>
    <w:p>
      <w:pPr>
        <w:spacing w:before="0" w:after="80" w:line="259" w:lineRule="auto"/>
        <w:ind w:firstLine="360"/>
      </w:pPr>
      <w:r>
        <w:rPr>
          <w:rFonts w:ascii="Noto Serif CJK SC" w:hAnsi="Noto Serif CJK SC" w:eastAsia="Noto Serif CJK SC"/>
        </w:rPr>
        <w:t>觉轻安自在，虽整日勤劳，亦无负重之感矣。”</w:t>
      </w:r>
    </w:p>
    <w:p>
      <w:pPr>
        <w:spacing w:before="0" w:after="80" w:line="259" w:lineRule="auto"/>
        <w:ind w:firstLine="360"/>
      </w:pPr>
      <w:r>
        <w:rPr>
          <w:rFonts w:ascii="Noto Serif CJK SC" w:hAnsi="Noto Serif CJK SC" w:eastAsia="Noto Serif CJK SC"/>
        </w:rPr>
        <w:t>不久前，有缘在《禅》杂志上拜读了您老的《略论明心见性》，虽一时难以领会其中的精义，却深信您是当今难遇难逢、德高道深的善知识，如同溺水者遇到了救星，欣喜万分。早就想写信给您，唯恐心不真诚，迟迟不敢动笔。今日终于鼓起勇气，恳求您老人家慈悲，为我指出一条明路。师批：“当斯末法时代，念佛法门最为简便。仁者只按上述方法天天打坐念佛，上座下座均须一切放下，事过即不留，宛如水上画图一样，一笔起处，水面毫无痕迹。果能如斯用功，不出三月，定相必定现前，望仁者勉之！暇时广阅各种经论。”</w:t>
      </w:r>
    </w:p>
    <w:p>
      <w:pPr>
        <w:spacing w:before="0" w:after="80" w:line="259" w:lineRule="auto"/>
        <w:ind w:firstLine="360"/>
      </w:pPr>
      <w:r>
        <w:rPr>
          <w:rFonts w:ascii="Noto Serif CJK SC" w:hAnsi="Noto Serif CJK SC" w:eastAsia="Noto Serif CJK SC"/>
        </w:rPr>
        <w:t>尊敬的上师，我已有十年没这样哭过了，我不敢想象失去您的教诲会沦为什么境地！唯有您，我心中信赖的上师，我才感到安全、踏实、幸福，我多么希望能为您做些什么，我多么希望能亲手侍奉您老人家啊！师批：“远处相亲近处稀，身影从来不相离！”</w:t>
      </w:r>
    </w:p>
    <w:p>
      <w:pPr>
        <w:spacing w:before="0" w:after="80" w:line="259" w:lineRule="auto"/>
        <w:ind w:firstLine="360"/>
      </w:pPr>
      <w:r>
        <w:rPr>
          <w:rFonts w:ascii="Noto Serif CJK SC" w:hAnsi="Noto Serif CJK SC" w:eastAsia="Noto Serif CJK SC"/>
        </w:rPr>
        <w:t>有缘蒙尊师亲授心密，弟子幸甚。在此末法，师尊为广度有情，把此无上大法公诸于世，功德无量！师批：“有缘修此大法，确是无上福德。”</w:t>
      </w:r>
    </w:p>
    <w:p>
      <w:pPr>
        <w:spacing w:before="0" w:after="80" w:line="259" w:lineRule="auto"/>
        <w:ind w:firstLine="360"/>
      </w:pPr>
      <w:r>
        <w:rPr>
          <w:rFonts w:ascii="Noto Serif CJK SC" w:hAnsi="Noto Serif CJK SC" w:eastAsia="Noto Serif CJK SC"/>
        </w:rPr>
        <w:t>弟子由气功到进入修法，其间征程可谓漫漫。在十多年练功过程及现实生活中，深感宇宙世界和人体内在物质的不可思议，而深信宇宙和人生另有光明大道，乃立志修学正法。师批：“有此认识乃宿世深植善根所致。”</w:t>
      </w:r>
    </w:p>
    <w:p>
      <w:pPr>
        <w:spacing w:before="0" w:after="80" w:line="259" w:lineRule="auto"/>
        <w:ind w:firstLine="360"/>
      </w:pPr>
      <w:r>
        <w:rPr>
          <w:rFonts w:ascii="Noto Serif CJK SC" w:hAnsi="Noto Serif CJK SC" w:eastAsia="Noto Serif CJK SC"/>
        </w:rPr>
        <w:t>从而孜孜不倦，克服困难，寻访名师大德，曾修</w:t>
      </w:r>
    </w:p>
    <w:p>
      <w:pPr>
        <w:spacing w:before="0" w:after="80" w:line="259" w:lineRule="auto"/>
        <w:ind w:firstLine="360"/>
      </w:pPr>
      <w:r>
        <w:rPr>
          <w:rFonts w:ascii="Noto Serif CJK SC" w:hAnsi="Noto Serif CJK SC" w:eastAsia="Noto Serif CJK SC"/>
        </w:rPr>
        <w:t>过观音法门、念佛法门、颇瓦法等。师批：“归元无二路，方便有多门。”</w:t>
      </w:r>
    </w:p>
    <w:p>
      <w:pPr>
        <w:spacing w:before="0" w:after="80" w:line="259" w:lineRule="auto"/>
        <w:ind w:firstLine="360"/>
      </w:pPr>
      <w:r>
        <w:rPr>
          <w:rFonts w:ascii="Noto Serif CJK SC" w:hAnsi="Noto Serif CJK SC" w:eastAsia="Noto Serif CJK SC"/>
        </w:rPr>
        <w:t>自拜读《佛法修证心要》后，深感得之恨晚。书中字字句句，足见尊师亲修实证之金玉良言和慈心度生之佛祖心肠。师批：“你我有缘，故有此感受。”</w:t>
      </w:r>
    </w:p>
    <w:p>
      <w:pPr>
        <w:spacing w:before="0" w:after="80" w:line="259" w:lineRule="auto"/>
        <w:ind w:firstLine="360"/>
      </w:pPr>
      <w:r>
        <w:rPr>
          <w:rFonts w:ascii="Noto Serif CJK SC" w:hAnsi="Noto Serif CJK SC" w:eastAsia="Noto Serif CJK SC"/>
        </w:rPr>
        <w:t>特别在此末法时代，心密复出，犹如当空红日，殊胜无比！因此即起程往沪见尊颜求赐法。</w:t>
      </w:r>
    </w:p>
    <w:p>
      <w:pPr>
        <w:spacing w:before="0" w:after="80" w:line="259" w:lineRule="auto"/>
        <w:ind w:firstLine="360"/>
      </w:pPr>
      <w:r>
        <w:rPr>
          <w:rFonts w:ascii="Noto Serif CJK SC" w:hAnsi="Noto Serif CJK SC" w:eastAsia="Noto Serif CJK SC"/>
        </w:rPr>
        <w:t>师批：“心中心法是密法中的心髓部分，是大根器人才能修的。</w:t>
      </w:r>
    </w:p>
    <w:p>
      <w:pPr>
        <w:spacing w:before="0" w:after="80" w:line="259" w:lineRule="auto"/>
        <w:ind w:firstLine="360"/>
      </w:pPr>
      <w:r>
        <w:rPr>
          <w:rFonts w:ascii="Noto Serif CJK SC" w:hAnsi="Noto Serif CJK SC" w:eastAsia="Noto Serif CJK SC"/>
        </w:rPr>
        <w:t>（二）上师复函近闻有人瞎指点，以为如识得能说、能闻、能行、能做的大功能，就是开悟，不用再修持了。殊不知，认识这大功能是自己的本来面目，只是理解，离证悟还差十万八千里。解悟只算知解，遇事即飞去，丝毫不得力，在生死岸头作不得一点主。这在宗下曰之为：“一句合头语，万世系驴橛”。真心了生死者，可不慎欤？！因不忍见诸方学子受此盲子瞎指划而误入歧途，放弃修法而生死不了，故高声疾呼。修法未到内而身心，外而世界完全消殒而了了分明时，不算见性；即使到了这时，还有习气在，亦不能罢手不修，还须奋力修法，以增加定力而完保任之功，庶能同证菩提，不枉过此一生。</w:t>
      </w:r>
    </w:p>
    <w:p>
      <w:pPr>
        <w:spacing w:before="0" w:after="80" w:line="259" w:lineRule="auto"/>
        <w:ind w:firstLine="360"/>
      </w:pPr>
      <w:r>
        <w:rPr>
          <w:rFonts w:ascii="Noto Serif CJK SC" w:hAnsi="Noto Serif CJK SC" w:eastAsia="Noto Serif CJK SC"/>
        </w:rPr>
        <w:t>上海同仁集资印刷了一批密宗宝典，是莲花生大师著的《中阴闻教得度秘法》。这是帮助佛子们生前</w:t>
      </w:r>
    </w:p>
    <w:p>
      <w:pPr>
        <w:spacing w:before="0" w:after="80" w:line="259" w:lineRule="auto"/>
        <w:ind w:firstLine="360"/>
      </w:pPr>
      <w:r>
        <w:rPr>
          <w:rFonts w:ascii="Noto Serif CJK SC" w:hAnsi="Noto Serif CJK SC" w:eastAsia="Noto Serif CJK SC"/>
        </w:rPr>
        <w:t>未曾修好，于圆寂后得度的要法。莲花生大士悲心痛切，怜佛子们修行不力，生死不了，再一次于死时助其得度，用心良苦，我等得之，幸何如之！遇真实修行的同仁给一本（不要滥发，该书无多），助他得度，以结善缘。这是上海同仁和你地同参广结善缘的，望珍重妥善处理，千万勿马虎、糟塌。</w:t>
      </w:r>
    </w:p>
    <w:p>
      <w:pPr>
        <w:spacing w:before="0" w:after="80" w:line="259" w:lineRule="auto"/>
        <w:ind w:firstLine="360"/>
      </w:pPr>
      <w:r>
        <w:rPr>
          <w:rFonts w:ascii="Noto Serif CJK SC" w:hAnsi="Noto Serif CJK SC" w:eastAsia="Noto Serif CJK SC"/>
        </w:rPr>
        <w:t>修持佛法贵一门深入，不可杂修。心中心大法是密宗最高的心法，和西藏有相的密法不可同日而语。你怎么修了高深的心法又去听人家的不知深浅的瞎话改修其他法门，走冤枉路呢？还算好，你知道改回来，重修心密，又恢复了光明定境。再不要杂修他法，一心坚修心密，圆成圣果也。你说犯了淫戒，功夫打了折扣。是的，淫为万恶之首，功夫再好的人，一犯淫，功夫也就大退特退，乃至于发了神通的人犯了淫，神通也会失去。你今年多大年纪？还这么冲动！你犯的淫戒是和你自己的妻子同房，还是与第三者？这要说清楚，以便为你补救。</w:t>
      </w:r>
    </w:p>
    <w:p>
      <w:pPr>
        <w:spacing w:before="0" w:after="80" w:line="259" w:lineRule="auto"/>
        <w:ind w:firstLine="360"/>
      </w:pPr>
      <w:r>
        <w:rPr>
          <w:rFonts w:ascii="Noto Serif CJK SC" w:hAnsi="Noto Serif CJK SC" w:eastAsia="Noto Serif CJK SC"/>
        </w:rPr>
        <w:t>来信收悉，你大有长进，可喜可贺！《中阴救度》一书，确是密宗宝典，教导我人于生前未得度者，于死时得度成佛，无大福报者曷能遇之？你能珍视、慎重赠人，深合我心。你搬入新居，一切皆符心愿，福缘甚佳。望更好地保护己灵，勤除旧习，俾能大放光明，圆证报、化二身，圆成佛果。</w:t>
      </w:r>
    </w:p>
    <w:p>
      <w:pPr>
        <w:spacing w:before="0" w:after="80" w:line="259" w:lineRule="auto"/>
        <w:ind w:firstLine="360"/>
      </w:pPr>
      <w:r>
        <w:rPr>
          <w:rFonts w:ascii="Noto Serif CJK SC" w:hAnsi="Noto Serif CJK SC" w:eastAsia="Noto Serif CJK SC"/>
        </w:rPr>
        <w:t>来函所问问题，兹答如下：“心空境隐”，一切境界本自空寂，只因妄心攀缘，乃生种种幻相，及至缘心息灭，幻境亦自息灭。所以当你上山，心空无住时，山色树林都一起消殒无余；但当幻境息灭时，“觉性了了，非如木石”。即《圆觉经》所说：“幻灭灭己，非幻不灭”之证境也。仁者于此见到，当善自保护，时时心空，勿随境走。遇有念起，即便斩断，不令相续，如斯精勤长养，不数年即圆熟矣。闭关，一要心空意闲，不然，要闷气难耐的；二要有清静关房；三要有道粮；四要有护关者；五要有导师。功效是可以早日打成一片。</w:t>
      </w:r>
    </w:p>
    <w:p>
      <w:pPr>
        <w:spacing w:before="0" w:after="80" w:line="259" w:lineRule="auto"/>
        <w:ind w:firstLine="360"/>
      </w:pPr>
      <w:r>
        <w:rPr>
          <w:rFonts w:ascii="Noto Serif CJK SC" w:hAnsi="Noto Serif CJK SC" w:eastAsia="Noto Serif CJK SC"/>
        </w:rPr>
        <w:t>来函所询各点、条答如下：（一）静卧时，妄念不行，以平时修法般若薰陶，故内心开发发出爆声。当爆炸时，身心了不可得而正念了了，非同木石，这是什么？你在这上面猛着精彩，一认认定，就是见性了。若再舍此而别求，则佛无觅处了。（二）“虚空粉碎，大地平沉”者，即正当大爆炸时，非但内不见身心，外不见世界，即连虚空亦不存在也。（三）六识在大脑，七识在心肺相交之脉管内，八识在心包络内。六识主思考分别，七识恒审思量着我，八识储藏种子。（四）觉，警惕意。念起即觉，不可随妄念跑。观，看着。用正念看着妄念，妄念一起即觉而不跟妄念跑。照，如阳光、明灯朗照，不用观而自朗照一切，了了分明而不着一相。</w:t>
      </w:r>
    </w:p>
    <w:p>
      <w:pPr>
        <w:spacing w:before="0" w:after="80" w:line="259" w:lineRule="auto"/>
        <w:ind w:firstLine="360"/>
      </w:pPr>
      <w:r>
        <w:rPr>
          <w:rFonts w:ascii="Noto Serif CJK SC" w:hAnsi="Noto Serif CJK SC" w:eastAsia="Noto Serif CJK SC"/>
        </w:rPr>
        <w:t>你说因出门，做工夫时有间断，这是你把做工夫看成定式了，以为在座上结印、持咒才叫做工夫，下座走路、做事就不是做工夫了。这是大错！须知真正</w:t>
      </w:r>
    </w:p>
    <w:p>
      <w:pPr>
        <w:spacing w:before="0" w:after="80" w:line="259" w:lineRule="auto"/>
        <w:ind w:firstLine="360"/>
      </w:pPr>
      <w:r>
        <w:rPr>
          <w:rFonts w:ascii="Noto Serif CJK SC" w:hAnsi="Noto Serif CJK SC" w:eastAsia="Noto Serif CJK SC"/>
        </w:rPr>
        <w:t>做工夫，是在座下日常动用中。我们应缘接物，在紧张、纷忙中，尽管身、手、头、目等均劳而心不动摇，不随物转，只了了应付，无得无失，无嗔无爱，镇日心中空荡荡的，才是真做工夫。偶一失照，心中有物，即是间断；否则不名间断。等到工夫圆熟，还要扫除悟迹，掀翻窠臼，无悟、无得；无佛、无众生。一切不有而妙用无穷；一切不得而神通无量，这才是广大无边，甚深玄妙三昧。我们做工夫就是先从悟自本心，见自本性下手，然后绵密观照，不使心中存一毫法见、物见、佛见，整日空荡无依，随缘穿衣吃饭，把历劫所养习气消磨尽竟，自然放大光明，朗照十方世界，无有余剩，正不须修什么虹光法。这个虹光法修得不好，即心未空尽时，非但身不能化光；还要出偏差，眼睛还会瞎。你们都有白内障，修光更易使白内障深化而导致眼瞎。所以我劝你们还是依照禅宗的修法，用开悟、保任而圆证的进修方法较为稳妥。你说做功时没有什么感觉，总觉平静、平淡，这</w:t>
      </w:r>
    </w:p>
    <w:p>
      <w:pPr>
        <w:spacing w:before="0" w:after="80" w:line="259" w:lineRule="auto"/>
        <w:ind w:firstLine="360"/>
      </w:pPr>
      <w:r>
        <w:rPr>
          <w:rFonts w:ascii="Noto Serif CJK SC" w:hAnsi="Noto Serif CJK SC" w:eastAsia="Noto Serif CJK SC"/>
        </w:rPr>
        <w:t>是最好的感觉。因为一有什么玄妙的境界，都是你心</w:t>
      </w:r>
    </w:p>
    <w:p>
      <w:pPr>
        <w:spacing w:before="0" w:after="80" w:line="259" w:lineRule="auto"/>
        <w:ind w:firstLine="360"/>
      </w:pPr>
      <w:r>
        <w:rPr>
          <w:rFonts w:ascii="Noto Serif CJK SC" w:hAnsi="Noto Serif CJK SC" w:eastAsia="Noto Serif CJK SC"/>
        </w:rPr>
        <w:t>中的幻想。要一点境界也没有，从而忽地一声将内而身心，外而世界一齐化空。正与么时而灵觉了了，无能知所知，无能思所思，才是你的本来面目。</w:t>
      </w:r>
    </w:p>
    <w:p>
      <w:pPr>
        <w:spacing w:before="0" w:after="80" w:line="259" w:lineRule="auto"/>
        <w:ind w:firstLine="360"/>
      </w:pPr>
      <w:r>
        <w:rPr>
          <w:rFonts w:ascii="Noto Serif CJK SC" w:hAnsi="Noto Serif CJK SC" w:eastAsia="Noto Serif CJK SC"/>
        </w:rPr>
        <w:t>你又说，做功夫不能打成一片，这是你功夫未圆熟所致。只要在一切境界中不断地锻炼下去，不久自会水到渠成。你现在功夫已有相当基础，再精勤修炼下去，我想不久你就会桶底脱落了。望你好自为之！</w:t>
      </w:r>
    </w:p>
    <w:p>
      <w:pPr>
        <w:spacing w:before="0" w:after="80" w:line="259" w:lineRule="auto"/>
        <w:ind w:firstLine="360"/>
      </w:pPr>
      <w:r>
        <w:rPr>
          <w:rFonts w:ascii="Noto Serif CJK SC" w:hAnsi="Noto Serif CJK SC" w:eastAsia="Noto Serif CJK SC"/>
        </w:rPr>
        <w:t>座上身心世界化空，灵知了了，这正是本性现前。有时不是了了觉知，又不像打瞌睡，这是不住觉的无知之知，也是好事；但不要落入无记，就行了。你不是一事无成，已经证到本来面目，只要在事上锻炼，将旧习化空，任何顺逆境都无动于衷，就能进一步放大光明，现神通，将色身转成光明报身了。但切不可追求，只任运与么锻将去，时机成熟，即水到渠成了。那时要现意生身即现意生身，不是什么难事，望好自为之。</w:t>
      </w:r>
    </w:p>
    <w:p>
      <w:pPr>
        <w:spacing w:before="0" w:after="80" w:line="259" w:lineRule="auto"/>
        <w:ind w:firstLine="360"/>
      </w:pPr>
      <w:r>
        <w:rPr>
          <w:rFonts w:ascii="Noto Serif CJK SC" w:hAnsi="Noto Serif CJK SC" w:eastAsia="Noto Serif CJK SC"/>
        </w:rPr>
        <w:t>尔等每星期在同修家聚会一次，互相切磋，督促前进；尤当盛夏，仍能不辍修持，确甚难能可贵。一切境界，本自虚幻无有，皆吾人妄心蠢动而蕴集显现，心若不动则幻境自消。故古人谓为“妄念消尽幻身融”，诚不巫也。仁者正念提起时，则妄心不</w:t>
      </w:r>
    </w:p>
    <w:p>
      <w:pPr>
        <w:spacing w:before="0" w:after="80" w:line="259" w:lineRule="auto"/>
        <w:ind w:firstLine="360"/>
      </w:pPr>
      <w:r>
        <w:rPr>
          <w:rFonts w:ascii="Noto Serif CJK SC" w:hAnsi="Noto Serif CJK SC" w:eastAsia="Noto Serif CJK SC"/>
        </w:rPr>
        <w:t>动，妄心不动则妄境自消。故一切人物皆呆滞不动；反是，妄心一生，则一切妄境又复生起矣。此时若更正，念亦脱。（即无所谓正念、妄念，皆不可得）。则一切物境，影子亦不可得矣（即连呆滞的尘影亦不可得）。望同仁努力前进，勤于觉察观照，则到家之日不远矣。一切大乘经都可阅读，如你手边有《圆觉经》、</w:t>
      </w:r>
    </w:p>
    <w:p>
      <w:pPr>
        <w:spacing w:before="0" w:after="80" w:line="259" w:lineRule="auto"/>
        <w:ind w:firstLine="360"/>
      </w:pPr>
      <w:r>
        <w:rPr>
          <w:rFonts w:ascii="Noto Serif CJK SC" w:hAnsi="Noto Serif CJK SC" w:eastAsia="Noto Serif CJK SC"/>
        </w:rPr>
        <w:t>《心</w:t>
      </w:r>
    </w:p>
    <w:p>
      <w:pPr>
        <w:spacing w:before="0" w:after="80" w:line="259" w:lineRule="auto"/>
        <w:ind w:firstLine="360"/>
      </w:pPr>
      <w:r>
        <w:rPr>
          <w:rFonts w:ascii="Noto Serif CJK SC" w:hAnsi="Noto Serif CJK SC" w:eastAsia="Noto Serif CJK SC"/>
        </w:rPr>
        <w:t>经》、《金刚经》、《楞严经》、《楞伽经》、《法华经》、《华严经》以及上次所讲《六祖坛经》等，都是修法必读之经，可以一一参详。</w:t>
      </w:r>
    </w:p>
    <w:p>
      <w:pPr>
        <w:spacing w:before="0" w:after="80" w:line="259" w:lineRule="auto"/>
        <w:ind w:firstLine="360"/>
      </w:pPr>
      <w:r>
        <w:rPr>
          <w:rFonts w:ascii="Noto Serif CJK SC" w:hAnsi="Noto Serif CJK SC" w:eastAsia="Noto Serif CJK SC"/>
        </w:rPr>
        <w:t>打七须俟气候稍凉，现在尚嫌太早，阴历十月开始最为确当。某人说无消息，不愿打七；又某人说已有消息，不消打七，这都错会了打七之义。无消息正好打七，七识一死，则好消息自来；七识高涨，不用专功打死它，如何会有好消息？有好消息更须打七，七识死透，八识始能翻身，才能发挥大机大用。如何可以得少为足，以为有了消息，就可以不打七了。试问七识妄心不死透，习气如何能了？内心翻腾，这是妄心种子被般若火薰得翻动起来了，将要打脱而未打脱的现象。此时要耐心沉着，不</w:t>
      </w:r>
    </w:p>
    <w:p>
      <w:pPr>
        <w:spacing w:before="0" w:after="80" w:line="259" w:lineRule="auto"/>
        <w:ind w:firstLine="360"/>
      </w:pPr>
      <w:r>
        <w:rPr>
          <w:rFonts w:ascii="Noto Serif CJK SC" w:hAnsi="Noto Serif CJK SC" w:eastAsia="Noto Serif CJK SC"/>
        </w:rPr>
        <w:t>可慌乱。难以忍受时，可出声持咒，千万不可因心烦意乱就下座，半途而废。因打七就是要打死七识，这七识将要死时，它当然拼命挣扎，所以你就内心翻腾，紊乱难过了。不趁此时着力打死它，稍一放纵，就又前功尽弃了。所以你这时放弃不坐实是大错，以后遇此情况，须耐住性，继续坐下去。七识一死，大好风光就呈现眼前了。可以在自己房内打七，不须要什么仪式，因为这是无相密。上座有时舒适轻松，有时烦躁不安，这是功夫未落堂的必然现象。因识心未死透，不无反动，所以有或上或下的情况。总之，你须好亦不喜，坏亦不忧，自管心无所住地坐下去。等你心真空净时，自然安适受用，无忧无恼了。“万物本自闲，惟人自扰！”又道：“是法住法位，各不相涉！”一切事物本不干扰我们，都是我们自己</w:t>
      </w:r>
    </w:p>
    <w:p>
      <w:pPr>
        <w:spacing w:before="0" w:after="80" w:line="259" w:lineRule="auto"/>
        <w:ind w:firstLine="360"/>
      </w:pPr>
      <w:r>
        <w:rPr>
          <w:rFonts w:ascii="Noto Serif CJK SC" w:hAnsi="Noto Serif CJK SC" w:eastAsia="Noto Serif CJK SC"/>
        </w:rPr>
        <w:t>妄心乱动，取境着相，才烦恼重重。你看电视时，心</w:t>
      </w:r>
    </w:p>
    <w:p>
      <w:pPr>
        <w:spacing w:before="0" w:after="80" w:line="259" w:lineRule="auto"/>
        <w:ind w:firstLine="360"/>
      </w:pPr>
      <w:r>
        <w:rPr>
          <w:rFonts w:ascii="Noto Serif CJK SC" w:hAnsi="Noto Serif CJK SC" w:eastAsia="Noto Serif CJK SC"/>
        </w:rPr>
        <w:t>一空，就不为境扰，这时你的身心就和电视不相干涉了。所以教你们时时要觉照，就是这个意思。你现在会用了，我很欣慰！还要加功，做到任何时、处都一样，不为境扰。而后觉照亦不要，仍然心空如洗，空亦不可得，方可放手。</w:t>
      </w:r>
    </w:p>
    <w:p>
      <w:pPr>
        <w:spacing w:before="0" w:after="80" w:line="259" w:lineRule="auto"/>
        <w:ind w:firstLine="360"/>
      </w:pPr>
      <w:r>
        <w:rPr>
          <w:rFonts w:ascii="Noto Serif CJK SC" w:hAnsi="Noto Serif CJK SC" w:eastAsia="Noto Serif CJK SC"/>
        </w:rPr>
        <w:t>所谓“当下”者，即一切妄念断而了了分明之时也。这“了了分明”即当人佛性。平时行、住、坐、卧都要照顾“当下”，不能随念转，跟境界跑。对境不动心、不分别，为现量境界。而了了分明的自性是体，不是用，见色闻声而不粘不著，这是用。二者不可混为一谈。</w:t>
      </w:r>
    </w:p>
    <w:p>
      <w:pPr>
        <w:spacing w:before="0" w:after="80" w:line="259" w:lineRule="auto"/>
        <w:ind w:firstLine="360"/>
      </w:pPr>
      <w:r>
        <w:rPr>
          <w:rFonts w:ascii="Noto Serif CJK SC" w:hAnsi="Noto Serif CJK SC" w:eastAsia="Noto Serif CJK SC"/>
        </w:rPr>
        <w:t>入座后，身手化空，是好消息，这“知”身手化“空”的是谁？应在这方面着眼！这时并不是没有知觉，只是妄念消亡罢了。听到声音惊醒，这听到声音的又是谁？可见不是睡着或落入无记。假使昏睡，手印早散，人亦不会坐直；假若无记，哪会听到声音而惊醒。正入定时，应一无所有。如有境界，不予理睬，所有幻境，自然消灭。如在境中，迷迷糊糊，不能自主，那是入了梦境，须提起精神，睁眼出声念咒，驱散睡魔，摄入正定。望好自努力，勿入歧途！三密相应的妙观与某先生的观心法门略有不同。</w:t>
      </w:r>
    </w:p>
    <w:p>
      <w:pPr>
        <w:spacing w:before="0" w:after="80" w:line="259" w:lineRule="auto"/>
        <w:ind w:firstLine="360"/>
      </w:pPr>
      <w:r>
        <w:rPr>
          <w:rFonts w:ascii="Noto Serif CJK SC" w:hAnsi="Noto Serif CJK SC" w:eastAsia="Noto Serif CJK SC"/>
        </w:rPr>
        <w:t>三密之观是：身（内空）、心（密空）、外界（外空）</w:t>
      </w:r>
    </w:p>
    <w:p>
      <w:pPr>
        <w:spacing w:before="0" w:after="80" w:line="259" w:lineRule="auto"/>
        <w:ind w:firstLine="360"/>
      </w:pPr>
      <w:r>
        <w:rPr>
          <w:rFonts w:ascii="Noto Serif CJK SC" w:hAnsi="Noto Serif CJK SC" w:eastAsia="Noto Serif CJK SC"/>
        </w:rPr>
        <w:t>三空相应的见性保任法门，而某先生之观心是未见性</w:t>
      </w:r>
    </w:p>
    <w:p>
      <w:pPr>
        <w:spacing w:before="0" w:after="80" w:line="259" w:lineRule="auto"/>
        <w:ind w:firstLine="360"/>
      </w:pPr>
      <w:r>
        <w:rPr>
          <w:rFonts w:ascii="Noto Serif CJK SC" w:hAnsi="Noto Serif CJK SC" w:eastAsia="Noto Serif CJK SC"/>
        </w:rPr>
        <w:t>的觅心法门，所以不同。做时，后者虽能看见妄念起处，即便化空，但一不知真心是什么？而前者已知真心，不再起疑，故不同。</w:t>
      </w:r>
    </w:p>
    <w:p>
      <w:pPr>
        <w:spacing w:before="0" w:after="80" w:line="259" w:lineRule="auto"/>
        <w:ind w:firstLine="360"/>
      </w:pPr>
      <w:r>
        <w:rPr>
          <w:rFonts w:ascii="Noto Serif CJK SC" w:hAnsi="Noto Serif CJK SC" w:eastAsia="Noto Serif CJK SC"/>
        </w:rPr>
        <w:t>你能时时观照，保护本来，不随境流浪，这是真用功。反之，虽然每日打坐，念佛，下座后即忘其所以，妄念乱动，随境流转，那不过是表面用功，实际无甚收益。坐中境界，不管好丑，俱不可着。一生心动念，即是妄觉，妄觉一起，再好境界也保持不了。因这想保持之念，即是妄心故也。坐得身心世界全空，而了了分明，这是什么？这就是你的本来面目也！见得这空、净、光明无相的面目，你还着世间的假相吗？进一步，时时、处处保护它，不让他随境生心流转，这种空、净、明朗的境界就时时现前了。你问为什么这种境界很少现前，因为你多生历劫执着惯了，无明习气深厚，今虽一旦打破，见得本来，而那深厚的习染根子依然存在。所以要进一步时时处处保护它，才有念起，即须祛除，不让它</w:t>
      </w:r>
    </w:p>
    <w:p>
      <w:pPr>
        <w:spacing w:before="0" w:after="80" w:line="259" w:lineRule="auto"/>
        <w:ind w:firstLine="360"/>
      </w:pPr>
      <w:r>
        <w:rPr>
          <w:rFonts w:ascii="Noto Serif CJK SC" w:hAnsi="Noto Serif CJK SC" w:eastAsia="Noto Serif CJK SC"/>
        </w:rPr>
        <w:t>流浪起灭。把这着相的习染分分除尽，就大功告成，证成圣果了。这一条非常重要，望你好好记取，用功保护！！！</w:t>
      </w:r>
    </w:p>
    <w:p>
      <w:pPr>
        <w:spacing w:before="0" w:after="80" w:line="259" w:lineRule="auto"/>
        <w:ind w:firstLine="360"/>
      </w:pPr>
      <w:r>
        <w:rPr>
          <w:rFonts w:ascii="Noto Serif CJK SC" w:hAnsi="Noto Serif CJK SC" w:eastAsia="Noto Serif CJK SC"/>
        </w:rPr>
        <w:t>不要着光明，你只空心，心净光明自生。因本性</w:t>
      </w:r>
    </w:p>
    <w:p>
      <w:pPr>
        <w:spacing w:before="0" w:after="80" w:line="259" w:lineRule="auto"/>
        <w:ind w:firstLine="360"/>
      </w:pPr>
      <w:r>
        <w:rPr>
          <w:rFonts w:ascii="Noto Serif CJK SC" w:hAnsi="Noto Serif CJK SC" w:eastAsia="Noto Serif CJK SC"/>
        </w:rPr>
        <w:t>是光明体，你现在光明少，是心不净故。心果真一无所着，不求光明，光明自大放也。真入定是对境不惑，死定有什么用？</w:t>
      </w:r>
    </w:p>
    <w:p>
      <w:pPr>
        <w:spacing w:before="0" w:after="80" w:line="259" w:lineRule="auto"/>
        <w:ind w:firstLine="360"/>
      </w:pPr>
      <w:r>
        <w:rPr>
          <w:rFonts w:ascii="Noto Serif CJK SC" w:hAnsi="Noto Serif CJK SC" w:eastAsia="Noto Serif CJK SC"/>
        </w:rPr>
        <w:t>忘记不是坏事，我们做什么等于不做。为什么要</w:t>
      </w:r>
    </w:p>
    <w:p>
      <w:pPr>
        <w:spacing w:before="0" w:after="80" w:line="259" w:lineRule="auto"/>
        <w:ind w:firstLine="360"/>
      </w:pPr>
      <w:r>
        <w:rPr>
          <w:rFonts w:ascii="Noto Serif CJK SC" w:hAnsi="Noto Serif CJK SC" w:eastAsia="Noto Serif CJK SC"/>
        </w:rPr>
        <w:t>耿耿于怀记住它呢？古德云：终年吃饭不曾咬着一粒米，就是叫我们须心空无住也。</w:t>
      </w:r>
    </w:p>
    <w:p>
      <w:pPr>
        <w:spacing w:before="0" w:after="80" w:line="259" w:lineRule="auto"/>
        <w:ind w:firstLine="360"/>
      </w:pPr>
      <w:r>
        <w:rPr>
          <w:rFonts w:ascii="Noto Serif CJK SC" w:hAnsi="Noto Serif CJK SC" w:eastAsia="Noto Serif CJK SC"/>
        </w:rPr>
        <w:t>兹就来函所问，答复如后：有时迷，只要勤加警惕，在事境中不断地磨炼，即能将迷情化去。至于中阴如何，完全根据你在世的功夫而定。现在如能不迷，则中阴亦能作主；现在如不能作主，则中阴即会昏迷。到那时，只能请道友帮助提醒，唤醒迷梦，方得解脱。修随心陀罗尼，右手不能放在大腿上，如实在不能高举，则可稍低，贴在胸腹间。亦可不结印持咒，但力量稍差，你可修习。</w:t>
      </w:r>
    </w:p>
    <w:p>
      <w:pPr>
        <w:spacing w:before="0" w:after="80" w:line="259" w:lineRule="auto"/>
        <w:ind w:firstLine="360"/>
      </w:pPr>
      <w:r>
        <w:rPr>
          <w:rFonts w:ascii="Noto Serif CJK SC" w:hAnsi="Noto Serif CJK SC" w:eastAsia="Noto Serif CJK SC"/>
        </w:rPr>
        <w:t>你下座后休息时能看见自己，这是神忽离体。因打坐后，心情安定，不似坐中尚有要入定，要成道等诸般妄念，七识为之封牢，不能自由出入。坐后休息，一切心空，七识在撤离封闭的情况下，即能离体而出</w:t>
      </w:r>
    </w:p>
    <w:p>
      <w:pPr>
        <w:spacing w:before="0" w:after="80" w:line="259" w:lineRule="auto"/>
        <w:ind w:firstLine="360"/>
      </w:pPr>
      <w:r>
        <w:rPr>
          <w:rFonts w:ascii="Noto Serif CJK SC" w:hAnsi="Noto Serif CJK SC" w:eastAsia="Noto Serif CJK SC"/>
        </w:rPr>
        <w:t>游了。所以教你们在打坐时，一切放下，什么也不要</w:t>
      </w:r>
    </w:p>
    <w:p>
      <w:pPr>
        <w:spacing w:before="0" w:after="80" w:line="259" w:lineRule="auto"/>
        <w:ind w:firstLine="360"/>
      </w:pPr>
      <w:r>
        <w:rPr>
          <w:rFonts w:ascii="Noto Serif CJK SC" w:hAnsi="Noto Serif CJK SC" w:eastAsia="Noto Serif CJK SC"/>
        </w:rPr>
        <w:t>想，什么也不要求，顺其自然，即能安然入定，开悟成道了。梦中吃荤菜是你女儿劝你吃荤的反应。你能吃而无味，不贪吃，不着吃，这就是吃素。因所谓吃素者，乃无吃的要求，而不在吃与不吃也。另外，关于闭关一事，可简可繁，随自己取修。所谓闭关者，即闭户不出，在家用功精修。有的是终日打坐，不讲话，只吃一餐；有的是坐坐走走即经行，看看经文，也不讲话；更有的也可说一些话。总之，是闭紧自己的意识关，不让其乱动，用以早日圆证菩提而已。</w:t>
      </w:r>
    </w:p>
    <w:p>
      <w:pPr>
        <w:spacing w:before="0" w:after="80" w:line="259" w:lineRule="auto"/>
        <w:ind w:firstLine="360"/>
      </w:pPr>
      <w:r>
        <w:rPr>
          <w:rFonts w:ascii="Noto Serif CJK SC" w:hAnsi="Noto Serif CJK SC" w:eastAsia="Noto Serif CJK SC"/>
        </w:rPr>
        <w:t>某某去国外弘法，可喜可贺！一些师兄弟们不理解他，是他们未开法眼，不识真人。你现在得其人的指教，有所悟入，曷胜庆幸？但</w:t>
      </w:r>
    </w:p>
    <w:p>
      <w:pPr>
        <w:spacing w:before="0" w:after="80" w:line="259" w:lineRule="auto"/>
        <w:ind w:firstLine="360"/>
      </w:pPr>
      <w:r>
        <w:rPr>
          <w:rFonts w:ascii="Noto Serif CJK SC" w:hAnsi="Noto Serif CJK SC" w:eastAsia="Noto Serif CJK SC"/>
        </w:rPr>
        <w:t>切不可得少为足，以为到家无事，须兢兢业业，努力在境中锻炼，勤除习气，去尽现业流识，方可放手。否则落个悟后迷，枉修一场，岂不可惜！我年纪大了，不想出门，只拟安隐休养。望你好好用功，不要半途而废！</w:t>
      </w:r>
    </w:p>
    <w:p>
      <w:pPr>
        <w:spacing w:before="0" w:after="80" w:line="259" w:lineRule="auto"/>
        <w:ind w:firstLine="360"/>
      </w:pPr>
      <w:r>
        <w:rPr>
          <w:rFonts w:ascii="Noto Serif CJK SC" w:hAnsi="Noto Serif CJK SC" w:eastAsia="Noto Serif CJK SC"/>
        </w:rPr>
        <w:t>阁下所作功法与我相左，爱莫能助，为之奈何？阁下既醉心于气功，何不拜一气功老师资助前进，以免步入歧途。以气功无名师指示，难免有阻、隔、滞等等偏差，非但对色身无益，抑且有害于生命矣。练气功系练色身而不及“真我”，犹如只知修饰房屋而不知保养住于屋内之主人，故功夫再好，亦不能了生脱死。我所致力者系内之主人而兼及房屋，故与阁下功夫不一致，无从帮助阁下前进，尚乞见谅！</w:t>
      </w:r>
    </w:p>
    <w:p>
      <w:pPr>
        <w:spacing w:before="0" w:after="80" w:line="259" w:lineRule="auto"/>
        <w:ind w:firstLine="360"/>
      </w:pPr>
      <w:r>
        <w:rPr>
          <w:rFonts w:ascii="Noto Serif CJK SC" w:hAnsi="Noto Serif CJK SC" w:eastAsia="Noto Serif CJK SC"/>
        </w:rPr>
        <w:t>修道人功夫略有三种深浅：（一）妄念随起随觉，不跟它流浪往返。临命终时，纵有中阴，亦能所向自在。其不觉者可无论矣。（二）任何时、处，爱、恶俱亡，则可变化自在。</w:t>
      </w:r>
    </w:p>
    <w:p>
      <w:pPr>
        <w:spacing w:before="0" w:after="80" w:line="259" w:lineRule="auto"/>
        <w:ind w:firstLine="360"/>
      </w:pPr>
      <w:r>
        <w:rPr>
          <w:rFonts w:ascii="Noto Serif CJK SC" w:hAnsi="Noto Serif CJK SC" w:eastAsia="Noto Serif CJK SC"/>
        </w:rPr>
        <w:t>（三）喜、怒、哀、乐，微细流注断绝，则与果佛同步，究竟自在矣。仁者于此三种境界中自揣在何次第中，努力向前，自能究竟自在。</w:t>
      </w:r>
    </w:p>
    <w:p>
      <w:pPr>
        <w:spacing w:before="0" w:after="80" w:line="259" w:lineRule="auto"/>
        <w:ind w:firstLine="360"/>
      </w:pPr>
      <w:r>
        <w:rPr>
          <w:rFonts w:ascii="Noto Serif CJK SC" w:hAnsi="Noto Serif CJK SC" w:eastAsia="Noto Serif CJK SC"/>
        </w:rPr>
        <w:t>连打坐七次，既可一次坐满，也可分七天每天坐一次二小时坐满。一次坐满，效力更大。某某有志弘密，甚善。师兄弟们，不但你一人，都应齐心协力助他办道。不知除你外，其他同仁，肯出力否？求佛菩萨加被，助你们顺利开办道场。</w:t>
      </w:r>
    </w:p>
    <w:p>
      <w:pPr>
        <w:spacing w:before="0" w:after="80" w:line="259" w:lineRule="auto"/>
        <w:ind w:firstLine="360"/>
      </w:pPr>
      <w:r>
        <w:rPr>
          <w:rFonts w:ascii="Noto Serif CJK SC" w:hAnsi="Noto Serif CJK SC" w:eastAsia="Noto Serif CJK SC"/>
        </w:rPr>
        <w:t>来函所说甚当，对始终不相信的人讲煞也无益，还不如缄默为宜。梦中说法，且任佛寺住持，为将来有大成就之兆也，可喜可贺！有生必有死，此自然之规律，故须精勤努力，跳出生死圈囿，方不虚此一生也。</w:t>
      </w:r>
    </w:p>
    <w:p>
      <w:pPr>
        <w:spacing w:before="0" w:after="80" w:line="259" w:lineRule="auto"/>
        <w:ind w:firstLine="360"/>
      </w:pPr>
      <w:r>
        <w:rPr>
          <w:rFonts w:ascii="Noto Serif CJK SC" w:hAnsi="Noto Serif CJK SC" w:eastAsia="Noto Serif CJK SC"/>
        </w:rPr>
        <w:t>关于修法爆炸，本属寻常，修至一定阶段，气机</w:t>
      </w:r>
    </w:p>
    <w:p>
      <w:pPr>
        <w:spacing w:before="0" w:after="80" w:line="259" w:lineRule="auto"/>
        <w:ind w:firstLine="360"/>
      </w:pPr>
      <w:r>
        <w:rPr>
          <w:rFonts w:ascii="Noto Serif CJK SC" w:hAnsi="Noto Serif CJK SC" w:eastAsia="Noto Serif CJK SC"/>
        </w:rPr>
        <w:t>爆发，犹如火炉水开，瀑满溢出，发出声响，不必惊怪。至于外间台灯罩垂丝晃动与令正闻有板凳坠地之声，此乃由震波及外物与令正和你气息相通之故。修至相当程度，也可由外物声响引发爆炸而将宇宙、身心震脱，从而彻见本来。入座时，须一切放下，不可起心动念，想理想事，任它魂灵出窍，遨游太空，我只不见不闻。在发生大爆炸时，即将身心世界一齐炸光；于一物不立，空也无着时，猛着精彩，会取这“知”一物不立的是“谁”？在兹一发千钧时机，稍纵即逝，倘于此，一眼观破，则一生修法事毕，逍遥自在矣。仁者修法不谓不力，但错在想理、想事，故于大爆炸时未能将身心世界一齐爆空；又开眼看外界事物，还是着相，故错过良机，未能彻见本性。望好好努力进修，（一如既往的修习，并在动用中，时时不忘观照）。自有消息到来！勉之勉之！！！</w:t>
      </w:r>
    </w:p>
    <w:p>
      <w:pPr>
        <w:spacing w:before="0" w:after="80" w:line="259" w:lineRule="auto"/>
        <w:ind w:firstLine="360"/>
      </w:pPr>
      <w:r>
        <w:rPr>
          <w:rFonts w:ascii="Noto Serif CJK SC" w:hAnsi="Noto Serif CJK SC" w:eastAsia="Noto Serif CJK SC"/>
        </w:rPr>
        <w:t>小根劣慧者闻佛说上乘法，不无惊怖恐慌，故法</w:t>
      </w:r>
    </w:p>
    <w:p>
      <w:pPr>
        <w:spacing w:before="0" w:after="80" w:line="259" w:lineRule="auto"/>
        <w:ind w:firstLine="360"/>
      </w:pPr>
      <w:r>
        <w:rPr>
          <w:rFonts w:ascii="Noto Serif CJK SC" w:hAnsi="Noto Serif CJK SC" w:eastAsia="Noto Serif CJK SC"/>
        </w:rPr>
        <w:t>华会上有五千人退席也。学者于闻一切众生皆如文佛而敢于承当、无丝毫疑让者，即非一佛二佛……所种善根者矣。</w:t>
      </w:r>
    </w:p>
    <w:p>
      <w:pPr>
        <w:spacing w:before="0" w:after="80" w:line="259" w:lineRule="auto"/>
        <w:ind w:firstLine="360"/>
      </w:pPr>
      <w:r>
        <w:rPr>
          <w:rFonts w:ascii="Noto Serif CJK SC" w:hAnsi="Noto Serif CJK SC" w:eastAsia="Noto Serif CJK SC"/>
        </w:rPr>
        <w:t>某某上师来温，叩拜参访，请益印证，自是学子分内之事。若脚跟未稳，随其起倒，则失之远矣！学佛悟道，本非易事，故参禅行者精进不懈动辄</w:t>
      </w:r>
    </w:p>
    <w:p>
      <w:pPr>
        <w:pStyle w:val="Heading3"/>
      </w:pPr>
      <w:r>
        <w:rPr>
          <w:rFonts w:ascii="Noto Serif CJK SC" w:hAnsi="Noto Serif CJK SC" w:eastAsia="Noto Serif CJK SC"/>
        </w:rPr>
        <w:t>二、三十年，方得个入处。若今人一曝数寒者，虽数</w:t>
      </w:r>
    </w:p>
    <w:p>
      <w:pPr>
        <w:spacing w:before="0" w:after="80" w:line="259" w:lineRule="auto"/>
        <w:ind w:firstLine="360"/>
      </w:pPr>
      <w:r>
        <w:rPr>
          <w:rFonts w:ascii="Noto Serif CJK SC" w:hAnsi="Noto Serif CJK SC" w:eastAsia="Noto Serif CJK SC"/>
        </w:rPr>
        <w:t>百年，恐亦无门可入也。今我等仗佛慈力，不甚费力，轻易即得个休息地，深感佛恩浩荡，卒难酬报！然真理虽然顿达，悟此灵知之性即是法身，与佛无异，但多生妄习已成性，喜怒哀乐，微细流注，欲其净尽无染，又非朝夕能就。须长觉察，损之又损。如风顿止，波浪渐停，既不可操之过急，又不能稍有轻忽，时时体认空寐之体，勿认色身；惺惺于灵知之心，勿认妄念。妄念若起，都不随之。若爱恶之心泯绝，方不受分段生死。望仁者努力精进，切勿得少为足，不负此生，亦幸甚矣。</w:t>
      </w:r>
    </w:p>
    <w:p>
      <w:pPr>
        <w:spacing w:before="0" w:after="80" w:line="259" w:lineRule="auto"/>
        <w:ind w:firstLine="360"/>
      </w:pPr>
      <w:r>
        <w:rPr>
          <w:rFonts w:ascii="Noto Serif CJK SC" w:hAnsi="Noto Serif CJK SC" w:eastAsia="Noto Serif CJK SC"/>
        </w:rPr>
        <w:t>阅读来信，颇为欣慰！在座上发现了这么多美、丑境界，均不为之心动，好的不喜，恶的不厌，真是难能可贵的，但所差的就是一声[囫-勿+力]！卒地折，爆地断，内而身心，外而世界，一时爆破。一切有相</w:t>
      </w:r>
    </w:p>
    <w:p>
      <w:pPr>
        <w:spacing w:before="0" w:after="80" w:line="259" w:lineRule="auto"/>
        <w:ind w:firstLine="360"/>
      </w:pPr>
      <w:r>
        <w:rPr>
          <w:rFonts w:ascii="Noto Serif CJK SC" w:hAnsi="Noto Serif CJK SC" w:eastAsia="Noto Serif CJK SC"/>
        </w:rPr>
        <w:t>无相，非有，非无相，非非无相，均不可得，不可得亦不可得，则本来面目历然现前，一生参学事毕矣。至于光明乃自性本具，世人因妄想、执着、颠倒、烦恼而不能显现。今做功心静，妄心豁开一线，故略见光明，非全体彻现。此时执着不得，仍须奋力前进，如稍停住，则为光障，不能见性，是为光影门头之妄光；须俟一切相破，彻见本性后，方为真光显露。那时，虽历历光明大放，不作光见，以一切相皆幻皆妄，无可取执也。下座时，一如座上，应缘接物，无取无舍。做事时，“于事无心”；事毕后，“于心无事”。古德云：“终年吃饭，不曾咬着一粒米；终年着衣，不曾挂着一根纱。”即此之谓也。如稍有停住、留恋，须随时照破，不令住着，此即“牧牛行”也。俟野牛性死，无有走着，照亦不用，整日“饥来吃饭，困来睡！”一无事道人也。</w:t>
      </w:r>
    </w:p>
    <w:p>
      <w:pPr>
        <w:spacing w:before="0" w:after="80" w:line="259" w:lineRule="auto"/>
        <w:ind w:firstLine="360"/>
      </w:pPr>
      <w:r>
        <w:rPr>
          <w:rFonts w:ascii="Noto Serif CJK SC" w:hAnsi="Noto Serif CJK SC" w:eastAsia="Noto Serif CJK SC"/>
        </w:rPr>
        <w:t>仁者在动用中有安祥宁静之感，远离热恼，悲心</w:t>
      </w:r>
    </w:p>
    <w:p>
      <w:pPr>
        <w:spacing w:before="0" w:after="80" w:line="259" w:lineRule="auto"/>
        <w:ind w:firstLine="360"/>
      </w:pPr>
      <w:r>
        <w:rPr>
          <w:rFonts w:ascii="Noto Serif CJK SC" w:hAnsi="Noto Serif CJK SC" w:eastAsia="Noto Serif CJK SC"/>
        </w:rPr>
        <w:t>日增，此静中道力增长之故，离见性不远矣！望更努力前进，灿烂绚丽的风光在不远的途中等待着你。</w:t>
      </w:r>
    </w:p>
    <w:p>
      <w:pPr>
        <w:spacing w:before="0" w:after="80" w:line="259" w:lineRule="auto"/>
        <w:ind w:firstLine="360"/>
      </w:pPr>
      <w:r>
        <w:rPr>
          <w:rFonts w:ascii="Noto Serif CJK SC" w:hAnsi="Noto Serif CJK SC" w:eastAsia="Noto Serif CJK SC"/>
        </w:rPr>
        <w:t>知道你不避艰辛，勇于挑起弘法的重担，曷胜欣</w:t>
      </w:r>
    </w:p>
    <w:p>
      <w:pPr>
        <w:spacing w:before="0" w:after="80" w:line="259" w:lineRule="auto"/>
        <w:ind w:firstLine="360"/>
      </w:pPr>
      <w:r>
        <w:rPr>
          <w:rFonts w:ascii="Noto Serif CJK SC" w:hAnsi="Noto Serif CJK SC" w:eastAsia="Noto Serif CJK SC"/>
        </w:rPr>
        <w:t>慰！学子欲除尘沙细惑，不在度生中磨炼，绝难如愿。以法、人二我的微细执，不经与众生合在一起的长久磨炼，是消不掉的。而且在与别人说法时，往往似有神助般地豁然开朗，对问题有了新的认识，增加了理解的深度，这也是利人而自利之美事也。至于你说学佛人有的自私，想自己成就而多活几年的心不可取。诚如斯言，一切众生本无生死，有什么多活少活？本来是佛，又有什么成就或失败？那都是迷人的说话，悟道人绝不如是说。能每月初一大家聚会讨论一次很好！由你出面主持，我很放心，望勿畏艰难，好自为之！</w:t>
      </w:r>
    </w:p>
    <w:p>
      <w:pPr>
        <w:spacing w:before="0" w:after="80" w:line="259" w:lineRule="auto"/>
        <w:ind w:firstLine="360"/>
      </w:pPr>
      <w:r>
        <w:rPr>
          <w:rFonts w:ascii="Noto Serif CJK SC" w:hAnsi="Noto Serif CJK SC" w:eastAsia="Noto Serif CJK SC"/>
        </w:rPr>
        <w:t>心果无住，梦中也大放光明。这样一口气不来时，身虽败坏，而心光大露，那就是你的光明报身。此身成就，就超脱轮回了。</w:t>
      </w:r>
    </w:p>
    <w:p>
      <w:pPr>
        <w:spacing w:before="0" w:after="80" w:line="259" w:lineRule="auto"/>
        <w:ind w:firstLine="360"/>
      </w:pPr>
      <w:r>
        <w:rPr>
          <w:rFonts w:ascii="Noto Serif CJK SC" w:hAnsi="Noto Serif CJK SC" w:eastAsia="Noto Serif CJK SC"/>
        </w:rPr>
        <w:t>首先一念不起时什么相都没有，起用时随缘应用，并不是“痴子”、“呆子”。你应该做到时时都在定中，不是一会儿入定了，一会儿出定了，这不是正</w:t>
      </w:r>
    </w:p>
    <w:p>
      <w:pPr>
        <w:spacing w:before="0" w:after="80" w:line="259" w:lineRule="auto"/>
        <w:ind w:firstLine="360"/>
      </w:pPr>
      <w:r>
        <w:rPr>
          <w:rFonts w:ascii="Noto Serif CJK SC" w:hAnsi="Noto Serif CJK SC" w:eastAsia="Noto Serif CJK SC"/>
        </w:rPr>
        <w:t>定。要能座上尽管持咒就和没念一样，座下尽管随缘应事就像没事一样。你保护还没保好，哪里会是任运呢？！断尽淫欲是对的。</w:t>
      </w:r>
    </w:p>
    <w:p>
      <w:pPr>
        <w:spacing w:before="0" w:after="80" w:line="259" w:lineRule="auto"/>
        <w:ind w:firstLine="360"/>
      </w:pPr>
      <w:r>
        <w:rPr>
          <w:rFonts w:ascii="Noto Serif CJK SC" w:hAnsi="Noto Serif CJK SC" w:eastAsia="Noto Serif CJK SC"/>
        </w:rPr>
        <w:t>禅宗须起疑情，始有开悟之份。疑情不是疑佛法，而是在所参的话头上起疑。如问：父母未生前，如何是你本来面目？学人即在这问句上起疑，以期隔断妄情而打开本来，这与修密无关。做功夫有三难：（一）识得本性咬定难；（二）识得后保任不忘难（识得后要精于保护，勤除习气）；（三）不死守保任难（做功夫人常因勤于保护故，死于空里不能起用。故须一面无住，一面又须随缘起用也）。“妄念顿消融，方明色与空。欲识本来面，青山白云中。”“本来面”不在别处，只息下心来看一念不生时，无心可心，无念可念时是什么光景？这还是仁者本来面目否？这是千钧一发之机，稍纵即逝，稍停机伫思，即被它影子惑矣。其实这无念之现量光景，即大家求见的本来面目。病在大家不识，因其既无玄妙，又无奇特而轻易</w:t>
      </w:r>
    </w:p>
    <w:p>
      <w:pPr>
        <w:spacing w:before="0" w:after="80" w:line="259" w:lineRule="auto"/>
        <w:ind w:firstLine="360"/>
      </w:pPr>
      <w:r>
        <w:rPr>
          <w:rFonts w:ascii="Noto Serif CJK SC" w:hAnsi="Noto Serif CJK SC" w:eastAsia="Noto Serif CJK SC"/>
        </w:rPr>
        <w:t>滑过，易向别处求取。以致唐丧光阴，终不见道，良可慨也！追顶念法，通用于一切法门，以此可摄妄念不行，而入于禅定也。持咒与呼吸的关系，可任其自然，不作有意识的调节。座中时好时坏是心不定的原因。功夫未到落堂时，难免起伏不定。尤其要到进功时，翻种子还要难受。故宗下大德到此时皆念咒，求佛菩萨加被以消除也。修法要功力上上升进，须注意下列事项：（一）每日准时上座，不可中断；（二）一切放下，如大死人相似；（三）持咒须心念耳闻，字字分明，稍有模糊，即是妄念；（四）妄念起时，须看见它，不跟它走。既不压制，亦不纵容。只将咒提起，将之化去；（五）不求入定、开悟、发神通。以一有所求即是妄念，反而不能入定。（六）时时观照，最为重要。下座后，将座中定境，推在动中用。尽管应付一切事务而心不动，犹如他人在做一样。随缘起用而不粘，此即《金刚经》所说：“应无所住而生其心也”。“应”，即应酬万缘而无所住，则寂灭真心跃然现前矣。来信问：“大死不了如何？”只为执着心重，一</w:t>
      </w:r>
    </w:p>
    <w:p>
      <w:pPr>
        <w:spacing w:before="0" w:after="80" w:line="259" w:lineRule="auto"/>
        <w:ind w:firstLine="360"/>
      </w:pPr>
      <w:r>
        <w:rPr>
          <w:rFonts w:ascii="Noto Serif CJK SC" w:hAnsi="Noto Serif CJK SC" w:eastAsia="Noto Serif CJK SC"/>
        </w:rPr>
        <w:t>切色相皆是空花水月，无可取着。只着眼看这“能见</w:t>
      </w:r>
    </w:p>
    <w:p>
      <w:pPr>
        <w:spacing w:before="0" w:after="80" w:line="259" w:lineRule="auto"/>
        <w:ind w:firstLine="360"/>
      </w:pPr>
      <w:r>
        <w:rPr>
          <w:rFonts w:ascii="Noto Serif CJK SC" w:hAnsi="Noto Serif CJK SC" w:eastAsia="Noto Serif CJK SC"/>
        </w:rPr>
        <w:t>诸相”“能现诸影”的是谁？在这上面着力，亡相而见性。关于“一切无求道自常”，不是指开悟后的保任境界，而是说要开悟见自本性，须一切无求，大道方自现前也。谚云：“取法乎上，仅得其中！”吾人修法，确须向上着眼，不可向下看，这不算执着。“天下无难事，只怕有心人。”我们只要尽心尽力地做，百折不挠地去干，没有不成功的事；何况我们本来是佛，只为迷着色相，妄失本有。只须时时回光返照，不为外境所牵，还怕不能恢复本来面目吗？关于“物我不二”，学佛修道本非行险侥幸可得，但亦非难而不可得。我们只要有不畏艰险，单刀直入，勇往直前的精神，定能成就。声、色、货、利等演变得眼花缭乱的迷人事境，看来似乎是魔军万千，把人团团围住，使人不能不无动于中，而随之流浪忘返。但苟能认知这一切物境皆是空花水月，不可得，不可求，一放一切放，则不消费力，当下即归家稳坐，逍遥自在，乐享太平。《圆觉经》云：“知是空花，即无轮转。”又云：“知幻即离，不假方便。离幻即觉，亦无渐次。”修道亦何难哉？！故庞婆云：“易易易，百草头上西来意”也。</w:t>
      </w:r>
    </w:p>
    <w:p>
      <w:pPr>
        <w:spacing w:before="0" w:after="80" w:line="259" w:lineRule="auto"/>
        <w:ind w:firstLine="360"/>
      </w:pPr>
      <w:r>
        <w:rPr>
          <w:rFonts w:ascii="Noto Serif CJK SC" w:hAnsi="Noto Serif CJK SC" w:eastAsia="Noto Serif CJK SC"/>
        </w:rPr>
        <w:t>但因积习深厚，非一时能了，故须时时处处绵密观照，与著相妄习斗争，除尽现业流识，方能安居。其始也，难免失照，着境恋情。但只要提高警惕，以“如履薄冰”之心，不懈地斗争下去，渐渐即能纯熟。于一切境界中，不忘觉照；再由觉照进而为寂照；更进而化去寂照之迹，无所谓照不照，镇日如痴如呆，则受用无穷矣。仁者其勉之哉！！！来信说：“于理已明，于事常常忘失”，此正是我人学佛的难处。以多生历劫，执著习深，一时难化，故须觉察，损之又损，方臻圆熟，非一日之功也。至于说“事业心强，在人事上极易起分别心”，此常人之说；若依佛说：“应无所住而生其心”。事业心强正是利乐众生的必要条件，若无此心，则趋于消极，独善其身矣；“而生其心”正是生此事业心也。惟欲无住而生心，不可住事而生分别心，毫厘有差，天地悬隔矣。习气来时，欲转不能，可假咒力转之。着力提起</w:t>
      </w:r>
    </w:p>
    <w:p>
      <w:pPr>
        <w:spacing w:before="0" w:after="80" w:line="259" w:lineRule="auto"/>
        <w:ind w:firstLine="360"/>
      </w:pPr>
      <w:r>
        <w:rPr>
          <w:rFonts w:ascii="Noto Serif CJK SC" w:hAnsi="Noto Serif CJK SC" w:eastAsia="Noto Serif CJK SC"/>
        </w:rPr>
        <w:t>神咒，任何顽固的妄习，皆能瞬间化空。当然，因定</w:t>
      </w:r>
    </w:p>
    <w:p>
      <w:pPr>
        <w:spacing w:before="0" w:after="80" w:line="259" w:lineRule="auto"/>
        <w:ind w:firstLine="360"/>
      </w:pPr>
      <w:r>
        <w:rPr>
          <w:rFonts w:ascii="Noto Serif CJK SC" w:hAnsi="Noto Serif CJK SC" w:eastAsia="Noto Serif CJK SC"/>
        </w:rPr>
        <w:t>力深浅的不同，转化的速度也不同。但不必懊丧后悔，只与伊斗争过去，自有水到渠成之日。说到修禅，确实可以认清这离念的灵知，即当人的本性，从而绵密保任，勤除习气，透过重关、牢关</w:t>
      </w:r>
    </w:p>
    <w:p>
      <w:pPr>
        <w:spacing w:before="0" w:after="80" w:line="259" w:lineRule="auto"/>
        <w:ind w:firstLine="360"/>
      </w:pPr>
      <w:r>
        <w:rPr>
          <w:rFonts w:ascii="Noto Serif CJK SC" w:hAnsi="Noto Serif CJK SC" w:eastAsia="Noto Serif CJK SC"/>
        </w:rPr>
        <w:t>而圆证菩提。但是此等人不多，大多是口头说得，心</w:t>
      </w:r>
    </w:p>
    <w:p>
      <w:pPr>
        <w:spacing w:before="0" w:after="80" w:line="259" w:lineRule="auto"/>
        <w:ind w:firstLine="360"/>
      </w:pPr>
      <w:r>
        <w:rPr>
          <w:rFonts w:ascii="Noto Serif CJK SC" w:hAnsi="Noto Serif CJK SC" w:eastAsia="Noto Serif CJK SC"/>
        </w:rPr>
        <w:t>随境转，说时则有，用时则无，故宗师不许，良可慨也！其实古来禅德，大多是先理悟而后保任圆熟的。如六祖大师几曾做过参禅功夫，经五祖点悟后，藏在猎人队中十五年，始“皮肤脱落尽”，不即鲜明之例乎？！请告之大众，好好用功。上座死心塌地，一心持咒，心念耳闻，下座不忘观照，久久功纯，自能亲证本来而圆成圣果。不要指望依靠谁来帮助成就，修道只有依靠自己努力用功，别人是无法帮助的。某某因拟得神通而改修气功，那是她不明生死由来与解脱之道，而误为神变迷惑之故，此亦因地不正之果报也。修法以不见一切景相最相应。以凡所有相皆是虚妄，为幻相所着，则永无见性之日矣。混身骨节作响，那是气血变化之故。因心理影响生理，故肉身在修法过程中不无变化也。佛经如：楞严、楞伽、华严等都须读诵，禅宗诸祖语录也须参研。梅雨季节，上海还算风凉，一周后出梅，即将热浪侵袭而气温升高矣。惟做功夫人须于冷、热、寒、</w:t>
      </w:r>
    </w:p>
    <w:p>
      <w:pPr>
        <w:spacing w:before="0" w:after="80" w:line="259" w:lineRule="auto"/>
        <w:ind w:firstLine="360"/>
      </w:pPr>
      <w:r>
        <w:rPr>
          <w:rFonts w:ascii="Noto Serif CJK SC" w:hAnsi="Noto Serif CJK SC" w:eastAsia="Noto Serif CJK SC"/>
        </w:rPr>
        <w:t>暑，顺逆境界中锻炼，不为所扰，方于生死岸头得大自在。</w:t>
      </w:r>
    </w:p>
    <w:p>
      <w:pPr>
        <w:spacing w:before="0" w:after="80" w:line="259" w:lineRule="auto"/>
        <w:ind w:firstLine="360"/>
      </w:pPr>
      <w:r>
        <w:rPr>
          <w:rFonts w:ascii="Noto Serif CJK SC" w:hAnsi="Noto Serif CJK SC" w:eastAsia="Noto Serif CJK SC"/>
        </w:rPr>
        <w:t>一切众生本具如来智慧德相，只因执迷声色，妄失本来。今欲返本还原，只有遵照我佛教导，择一适合自己个性的修法，一门深入，锲而不舍地勤修苦练，方有少分相应。当今末法时代，众生根劣障重，靠自力修持，实难成就。（当然个别大根器人或大菩萨再来，不在此例。）故我中华佛教，独放异彩之禅宗，于今亦奄奄一息，流为法眷传法而不能自拔矣。文佛慈悲，预言末法众生，拟出生死苦海，只有修净土与密法。故今之佛子，当以修净土最为稳当。仁者如信吾言，即朝朝暮暮虔诚念佛，既不要求入定，亦不希求开悟。只与么老实念去，念至人空境亡，即豁开正眼，亲见弥陀佛性，与禅合辙矣。此即有禅有净土也，不是叫你于念佛外再去参禅也。修学佛法，本为了生死。开悟——见性，只是了生死的先驱。前人说：“悟后真修”，以悟后方识“真”和“假”，从而保护本性，不为假相所迷。此即宗下说的“保任功夫”，亦即教下说的“除思惑”。思惑除</w:t>
      </w:r>
    </w:p>
    <w:p>
      <w:pPr>
        <w:spacing w:before="0" w:after="80" w:line="259" w:lineRule="auto"/>
        <w:ind w:firstLine="360"/>
      </w:pPr>
      <w:r>
        <w:rPr>
          <w:rFonts w:ascii="Noto Serif CJK SC" w:hAnsi="Noto Serif CJK SC" w:eastAsia="Noto Serif CJK SC"/>
        </w:rPr>
        <w:t>尽，对境不迷，则生死了矣。此就禅宗说，净土则不须如此。念佛功夫扎实，临终有佛接引生西，则生死了矣。</w:t>
      </w:r>
    </w:p>
    <w:p>
      <w:pPr>
        <w:spacing w:before="0" w:after="80" w:line="259" w:lineRule="auto"/>
        <w:ind w:firstLine="360"/>
      </w:pPr>
      <w:r>
        <w:rPr>
          <w:rFonts w:ascii="Noto Serif CJK SC" w:hAnsi="Noto Serif CJK SC" w:eastAsia="Noto Serif CJK SC"/>
        </w:rPr>
        <w:t>修法不懈，故证得顺逆无碍，纵横自在，实堪庆幸！修法学道就是为了了生死，超轮回。而生死即是对境生心粘着而有，能对境不生爱嗔、取舍之心，则生死无处着脚矣。所谓明心见性，即识得心本无生，性本天真。即一切事物生起之大能量——根本，也就是一念断处了了分明之灵知，而一切事物皆是它的影子。我们只要识得此理，在见相时，不着假相，而知是性的显现，即亲见本性矣。既见性，则须于事上透得过，于一切事当前毫不动情，方为真悟。今阁下能于顺境不喜，逆境不恼，可喜可贺！</w:t>
      </w:r>
    </w:p>
    <w:p>
      <w:pPr>
        <w:spacing w:before="0" w:after="80" w:line="259" w:lineRule="auto"/>
        <w:ind w:firstLine="360"/>
      </w:pPr>
      <w:r>
        <w:rPr>
          <w:rFonts w:ascii="Noto Serif CJK SC" w:hAnsi="Noto Serif CJK SC" w:eastAsia="Noto Serif CJK SC"/>
        </w:rPr>
        <w:t>“远处相亲近处稀”，只须时时用功，我们虽千万里相隔，亦朝朝觌面相呈；反之，虽日日见面，亦远隔天涯矣。修法得力，身体即有变化，但不可执着，一有执着，功夫即止于此，难以进步。凡身体过去有宿疾者，</w:t>
      </w:r>
    </w:p>
    <w:p>
      <w:pPr>
        <w:spacing w:before="0" w:after="80" w:line="259" w:lineRule="auto"/>
        <w:ind w:firstLine="360"/>
      </w:pPr>
      <w:r>
        <w:rPr>
          <w:rFonts w:ascii="Noto Serif CJK SC" w:hAnsi="Noto Serif CJK SC" w:eastAsia="Noto Serif CJK SC"/>
        </w:rPr>
        <w:t>现在发出来，不要害怕，经过一段修持，会连根拔除而全愈的。当然，应就医的还应该就医。要得成就，必须发大心，才能吃苦耐劳，坚韧不退，否则稍遇挫折，即打退堂鼓矣。修法最忌断断续续的，不能一线到底。欲界众生，淫欲心个个深重，所以要多打坐，将此妄心打死，才能安居。你只于此妄念初动时，即猛提正念，问此妄念从何处来？此念本虚妄而无实有，经此一问，即化为乌有矣。要根本除断此妄，须于开悟后，历境磨炼，方能如愿。下座观心，即集中心力，看一念未起时光景，妄念才生，即便觉除。你只看着它，久久，能看的正念与所看的妄念，一齐化去，则亲见本来矣。修此法以易于成就故，须善根福德全备者方克承当。</w:t>
      </w:r>
    </w:p>
    <w:p>
      <w:pPr>
        <w:spacing w:before="0" w:after="80" w:line="259" w:lineRule="auto"/>
        <w:ind w:firstLine="360"/>
      </w:pPr>
      <w:r>
        <w:rPr>
          <w:rFonts w:ascii="Noto Serif CJK SC" w:hAnsi="Noto Serif CJK SC" w:eastAsia="Noto Serif CJK SC"/>
        </w:rPr>
        <w:t>兹据来函所问，条答于下：（一）修法贵在一气呵成，不可修修停停。断断续续地修法，定力不易成就，气脉极难畅通，身体也不易好转。</w:t>
      </w:r>
    </w:p>
    <w:p>
      <w:pPr>
        <w:spacing w:before="0" w:after="80" w:line="259" w:lineRule="auto"/>
        <w:ind w:firstLine="360"/>
      </w:pPr>
      <w:r>
        <w:rPr>
          <w:rFonts w:ascii="Noto Serif CJK SC" w:hAnsi="Noto Serif CJK SC" w:eastAsia="Noto Serif CJK SC"/>
        </w:rPr>
        <w:t>（二）一切业障皆由心造，心空障自消。证道歌</w:t>
      </w:r>
    </w:p>
    <w:p>
      <w:pPr>
        <w:spacing w:before="0" w:after="80" w:line="259" w:lineRule="auto"/>
        <w:ind w:firstLine="360"/>
      </w:pPr>
      <w:r>
        <w:rPr>
          <w:rFonts w:ascii="Noto Serif CJK SC" w:hAnsi="Noto Serif CJK SC" w:eastAsia="Noto Serif CJK SC"/>
        </w:rPr>
        <w:t>说：“了则业障本来空，未了应须还宿债”。（三）断断续续地修法，再重复多次也不如法。专修第二印可以治病，但须连贯修习。（四）打坐时身动，属宿障，但需勇往直前，不去管他（既不压也不助），过一段时间自然停息。（五）观照一念起处，念起即觉，不随之攀缘流浪，是为正修观心法门。修法时应时时观照，不可丝毫放松。更忌空具高慢妄心而立志不坚，不能切实履行，结果必将一事无成，慎之！慎之！！！（六）你过去发心勇猛，近来发不起心来，此乃发心不真之故。加以女友同不善的男友厮混，更为打失道心，望深切悔改！</w:t>
      </w:r>
    </w:p>
    <w:p>
      <w:pPr>
        <w:spacing w:before="0" w:after="80" w:line="259" w:lineRule="auto"/>
        <w:ind w:firstLine="360"/>
      </w:pPr>
      <w:r>
        <w:rPr>
          <w:rFonts w:ascii="Noto Serif CJK SC" w:hAnsi="Noto Serif CJK SC" w:eastAsia="Noto Serif CJK SC"/>
        </w:rPr>
        <w:t>公案都为活解，但功夫不在解公案上，而在实际动用中。如于事境上有粘着，公案自解得好亦无用。现在学佛的人都务虚，不务实。且习障深厚，恋着情深，不肯死心塌地放下真修。故教他们念佛往生净土，种种善根。心地法门，他们承受不了的。阿弥陀佛！你与南通有佛缘，能与来山游人随宜说法，指示迷津，亦胜事也。××拜你为师，当随宜示教，助其出离苦海。当仁不让，是真菩萨也。</w:t>
      </w:r>
    </w:p>
    <w:p>
      <w:pPr>
        <w:spacing w:before="0" w:after="80" w:line="259" w:lineRule="auto"/>
        <w:ind w:firstLine="360"/>
      </w:pPr>
      <w:r>
        <w:rPr>
          <w:rFonts w:ascii="Noto Serif CJK SC" w:hAnsi="Noto Serif CJK SC" w:eastAsia="Noto Serif CJK SC"/>
        </w:rPr>
        <w:t>打坐头顶胀痛，那是清气上升之故，这是很好的自然现象，不要惊慌。打坐进功，气血流转，浊气下降，清气上升，血脉才能打开，否则一点没有感觉，何能打通脉管，融化色身，亲证本有真性？！身体不适，是你不明所以，心慌、烦躁之故。只要安下心来，一心持咒打坐，不要管气血怎么流转，任它自然去动，等你妄心空寂，呼吸气断，色身化空，世界销殒，你就亲证本真了。你若惊慌、烦躁不安，非但不能入定，反要导致气血阻窒，注意！注意！欲念强烈，是般若火内薰，八识种子翻动之故，可多念咒将其化去。结印手痛是你宿障重，须痛才能消障。你忍得一分痛，消得一分障，望你勉力为之。</w:t>
      </w:r>
    </w:p>
    <w:p>
      <w:pPr>
        <w:spacing w:before="0" w:after="80" w:line="259" w:lineRule="auto"/>
        <w:ind w:firstLine="360"/>
      </w:pPr>
      <w:r>
        <w:rPr>
          <w:rFonts w:ascii="Noto Serif CJK SC" w:hAnsi="Noto Serif CJK SC" w:eastAsia="Noto Serif CJK SC"/>
        </w:rPr>
        <w:t>西安市近来修心中心法者众多，但不知皆能如法</w:t>
      </w:r>
    </w:p>
    <w:p>
      <w:pPr>
        <w:spacing w:before="0" w:after="80" w:line="259" w:lineRule="auto"/>
        <w:ind w:firstLine="360"/>
      </w:pPr>
      <w:r>
        <w:rPr>
          <w:rFonts w:ascii="Noto Serif CJK SC" w:hAnsi="Noto Serif CJK SC" w:eastAsia="Noto Serif CJK SC"/>
        </w:rPr>
        <w:t>修持，精进不懈否？大家于暇时，还能聚会研讨，互相帮助策进否？仁者近来进度如何？能化空身心，一切无住否？做功夫有三难：识取真心咬定不疑难；识取后保任不</w:t>
      </w:r>
    </w:p>
    <w:p>
      <w:pPr>
        <w:spacing w:before="0" w:after="80" w:line="259" w:lineRule="auto"/>
        <w:ind w:firstLine="360"/>
      </w:pPr>
      <w:r>
        <w:rPr>
          <w:rFonts w:ascii="Noto Serif CJK SC" w:hAnsi="Noto Serif CJK SC" w:eastAsia="Noto Serif CJK SC"/>
        </w:rPr>
        <w:t>忘难；保任不死难。望仁者勉之！</w:t>
      </w:r>
    </w:p>
    <w:p>
      <w:pPr>
        <w:spacing w:before="0" w:after="80" w:line="259" w:lineRule="auto"/>
        <w:ind w:firstLine="360"/>
      </w:pPr>
      <w:r>
        <w:rPr>
          <w:rFonts w:ascii="Noto Serif CJK SC" w:hAnsi="Noto Serif CJK SC" w:eastAsia="Noto Serif CJK SC"/>
        </w:rPr>
        <w:t>兹就来函所问条答于后：（一）禅净密三宗最后所证的境界应无二样。古德云：“方便有多门，归元无二路。”即说修法虽有不同，而所证到的佛性确无二样也。真如妙体非但一切众生没有二样，即与诸佛亦无不同，千佛万佛共一体也。但未修至最后，功夫不无深浅之分。非但三宗略有不同，即同一宗派亦有差异。此非法有差异，而因行人根有利钝故也。（二）密宗是否是禅宗的向上？这一问题在密宗行人自夸其功法高深圆满，说系禅宗的向上，其实系不明禅宗究竟的误说。就拿密宗本为最高深最圆满的“大圆满”法说来，所证最后境界与禅宗如出一辙，毫无二致，怎么可说是禅宗的向上呢？不过密法多了一些方便法，而禅宗全靠自己放舍身心而自证。方便法虽有利，而亦易于执着，反而不及禅宗干净利落。所以因行人根性之不同，修密修禅各随所宜，不可一概而论也。（三）体认了本来面目，是否还要修心中心法？体认到自己的本性，只要时时保护他，不随念走，不</w:t>
      </w:r>
    </w:p>
    <w:p>
      <w:pPr>
        <w:spacing w:before="0" w:after="80" w:line="259" w:lineRule="auto"/>
        <w:ind w:firstLine="360"/>
      </w:pPr>
      <w:r>
        <w:rPr>
          <w:rFonts w:ascii="Noto Serif CJK SC" w:hAnsi="Noto Serif CJK SC" w:eastAsia="Noto Serif CJK SC"/>
        </w:rPr>
        <w:t>跟境迁，日久功深，自能打成一片。所谓悟后无修而修，斯真修也。但如念起不觉或起了一会儿后方觉，更或对境遇缘不能作主，随境流转，则定力太差，不能绵密保任，所悟只是解悟，不得真实受用。则须脚踏实地，奋力精修心中心法，以期增长定力，亲证实相，方可了手也。（四）佛教与道教修到最高时有差异，不一致。以道有所着，不能尽空；佛无所住，空亦销殒。道有神用可得，故用不全；佛无智亦无得，故妙用无边，此纯阳祖师之所以归依黄龙玄祖也。</w:t>
      </w:r>
    </w:p>
    <w:p>
      <w:pPr>
        <w:spacing w:before="0" w:after="80" w:line="259" w:lineRule="auto"/>
        <w:ind w:firstLine="360"/>
      </w:pPr>
      <w:r>
        <w:rPr>
          <w:rFonts w:ascii="Noto Serif CJK SC" w:hAnsi="Noto Serif CJK SC" w:eastAsia="Noto Serif CJK SC"/>
        </w:rPr>
        <w:t>一年容易，又属无常，年龄的帽子又加了一重，我们的幻化生命就又短了一截了。这在变者看来，是不容欢乐的，但在我们修行的人看来，是无忧无虑的。因为我们根本没有生死，在此世界、他世界头出头没，不过是幻化游戏而已。</w:t>
      </w:r>
    </w:p>
    <w:p>
      <w:pPr>
        <w:spacing w:before="0" w:after="80" w:line="259" w:lineRule="auto"/>
        <w:ind w:firstLine="360"/>
      </w:pPr>
      <w:r>
        <w:rPr>
          <w:rFonts w:ascii="Noto Serif CJK SC" w:hAnsi="Noto Serif CJK SC" w:eastAsia="Noto Serif CJK SC"/>
        </w:rPr>
        <w:t>来函所言甚当，说唯心唯物者，俱是半边窍。心</w:t>
      </w:r>
    </w:p>
    <w:p>
      <w:pPr>
        <w:spacing w:before="0" w:after="80" w:line="259" w:lineRule="auto"/>
        <w:ind w:firstLine="360"/>
      </w:pPr>
      <w:r>
        <w:rPr>
          <w:rFonts w:ascii="Noto Serif CJK SC" w:hAnsi="Noto Serif CJK SC" w:eastAsia="Noto Serif CJK SC"/>
        </w:rPr>
        <w:t>者即物，物者即心。心物既非一，也非二。以非二故，说即心即物；以非一故，说非物非心（以有二即非也）。</w:t>
      </w:r>
    </w:p>
    <w:p>
      <w:pPr>
        <w:spacing w:before="0" w:after="80" w:line="259" w:lineRule="auto"/>
        <w:ind w:firstLine="360"/>
      </w:pPr>
      <w:r>
        <w:rPr>
          <w:rFonts w:ascii="Noto Serif CJK SC" w:hAnsi="Noto Serif CJK SC" w:eastAsia="Noto Serif CJK SC"/>
        </w:rPr>
        <w:t>又心乃最大之能量，一切万物离此能量无从产生，而万物无不返化为能量。故经云：“无不从此法界流，无不还归此法界”也。明乎此，时时绵密保护此妙明真心，不使尘劳遮掩，不为物境粘污，即正修行也。所有念佛、持咒、参禅等等法门，俱不过达到此“保护真心”——不让妄念流浪之手段而已。故在诸种法门中，以禅宗最为快捷了当，以其直指人心，见性成佛故也。其它法门都须多跨几道门槛，较为迂缓。仁者如信得及，即此来问法的、发大誓愿的、拟成佛度生的，即是仁者的真心；整日在面门放</w:t>
      </w:r>
    </w:p>
    <w:p>
      <w:pPr>
        <w:spacing w:before="0" w:after="80" w:line="259" w:lineRule="auto"/>
        <w:ind w:firstLine="360"/>
      </w:pPr>
      <w:r>
        <w:rPr>
          <w:rFonts w:ascii="Noto Serif CJK SC" w:hAnsi="Noto Serif CJK SC" w:eastAsia="Noto Serif CJK SC"/>
        </w:rPr>
        <w:t>光的、举手投足的，即是阁下的本来面目。则其它法</w:t>
      </w:r>
    </w:p>
    <w:p>
      <w:pPr>
        <w:spacing w:before="0" w:after="80" w:line="259" w:lineRule="auto"/>
        <w:ind w:firstLine="360"/>
      </w:pPr>
      <w:r>
        <w:rPr>
          <w:rFonts w:ascii="Noto Serif CJK SC" w:hAnsi="Noto Serif CJK SC" w:eastAsia="Noto Serif CJK SC"/>
        </w:rPr>
        <w:t>门不修则可得矣！尚拟何时来沪学心中心法哉？如信不及，现在天已渐风凉，可先修“六字大明咒”，每天早晚各坐一小时（如能坐两小时更佳）。修完一个半月来沪学心中心法。不多说了，祝你成就。</w:t>
      </w:r>
    </w:p>
    <w:p>
      <w:pPr>
        <w:spacing w:before="0" w:after="80" w:line="259" w:lineRule="auto"/>
        <w:ind w:firstLine="360"/>
      </w:pPr>
      <w:r>
        <w:rPr>
          <w:rFonts w:ascii="Noto Serif CJK SC" w:hAnsi="Noto Serif CJK SC" w:eastAsia="Noto Serif CJK SC"/>
        </w:rPr>
        <w:t>仁者能依普贤菩萨十大愿王发愿成佛度生，足证宿植善根，誓愿深厚，曷胜欣慰！心中心法属无上心密，虽是密法，实是禅法，因其无相，直证心地，与禅毫无差异。虽入手略不同，</w:t>
      </w:r>
    </w:p>
    <w:p>
      <w:pPr>
        <w:spacing w:before="0" w:after="80" w:line="259" w:lineRule="auto"/>
        <w:ind w:firstLine="360"/>
      </w:pPr>
      <w:r>
        <w:rPr>
          <w:rFonts w:ascii="Noto Serif CJK SC" w:hAnsi="Noto Serif CJK SC" w:eastAsia="Noto Serif CJK SC"/>
        </w:rPr>
        <w:t>但以佛力加持，较参禅容易证入。但也需精勤修习，非轻易可致也。仁者如能于受法后，不论在座上座下，时时处处勤养修习，证入悉地，自可操左券。于证入后，可随愿往生十方净土，是又与净土宗相吻合矣。俟冬日到来，当函约仁者来沪受法。</w:t>
      </w:r>
    </w:p>
    <w:p>
      <w:pPr>
        <w:spacing w:before="0" w:after="80" w:line="259" w:lineRule="auto"/>
        <w:ind w:firstLine="360"/>
      </w:pPr>
      <w:r>
        <w:rPr>
          <w:rFonts w:ascii="Noto Serif CJK SC" w:hAnsi="Noto Serif CJK SC" w:eastAsia="Noto Serif CJK SC"/>
        </w:rPr>
        <w:t>你于静中涌出的一些文字，似是而非。以后不可遐想，更不可涉入任何境界，方能与妙体相应，打开无漏智慧也。净土法门乃教非宗。密虽也通宗，但须看是何密法。以密法庞杂，统称密教，不称宗下。唯独禅称宗门，以宗乃中心、目的地、真旨，非方便、次第法可比也。至于四加行，乃法相宗所立五位之第二位。第一资粮位即三贤位，第二即此加行位。所谓暖者，即历过三贤，“圣火”未发之初位；顶者此时或上或下，如在山顶可上可下。功夫至此，如上，则至忍位；如下，也可能落入地狱。忍者，功夫坚定，只上不下，世间第一，乃世间有漏法之最高最上之法也。此为三贤位过渡于初地之小善根，故定为加行位。忍法虽也有上、中、下三品，然毕竟不似暖、顶二位，可能会</w:t>
      </w:r>
    </w:p>
    <w:p>
      <w:pPr>
        <w:spacing w:before="0" w:after="80" w:line="259" w:lineRule="auto"/>
        <w:ind w:firstLine="360"/>
      </w:pPr>
      <w:r>
        <w:rPr>
          <w:rFonts w:ascii="Noto Serif CJK SC" w:hAnsi="Noto Serif CJK SC" w:eastAsia="Noto Serif CJK SC"/>
        </w:rPr>
        <w:t>下堕至三恶道也。其后之三位，即见道位（明心见性是），修道位（悟后真修是），究竟位（证成佛果也）。故见性始登初地，尚须努力修习，方能圆证果佛。望仁者勉之！打坐切忌有心等待入定、现圣境等等。以有心即是妄念，非但不能开悟，定亦不能入矣。定时不能“觉”，一觉即又出定；更不能著圣境，著境便成魔，慎之，慎之！</w:t>
      </w:r>
    </w:p>
    <w:p>
      <w:pPr>
        <w:spacing w:before="0" w:after="80" w:line="259" w:lineRule="auto"/>
        <w:ind w:firstLine="360"/>
      </w:pPr>
      <w:r>
        <w:rPr>
          <w:rFonts w:ascii="Noto Serif CJK SC" w:hAnsi="Noto Serif CJK SC" w:eastAsia="Noto Serif CJK SC"/>
        </w:rPr>
        <w:t>来函所说甚当。但“身轻心融”之快感，仅为半脱光景，乃过路客人，尚非全脱真心豁露之主人公。故时隐时现，不能成片也。仁者有此善根，再加勤养精修，不难打成一片。关于“先修后悟”和“先悟后修”，大有差别。先修后悟者，悟前之修属盲修；先悟后修者，悟后之修乃真修。先修后悟乃人在暗室，不知何处有污秽，不见什物如何零乱，无从着手打扫、整理，故为盲修；先悟后修，乃室内电灯打开，明见零乱、污秽所在，易于整理扫除矣。又先修后悟，看来多费了些时间，但多走路，脚力健，不易绊倒；先悟后修之悟，多轻浮，遇事不得</w:t>
      </w:r>
    </w:p>
    <w:p>
      <w:pPr>
        <w:spacing w:before="0" w:after="80" w:line="259" w:lineRule="auto"/>
        <w:ind w:firstLine="360"/>
      </w:pPr>
      <w:r>
        <w:rPr>
          <w:rFonts w:ascii="Noto Serif CJK SC" w:hAnsi="Noto Serif CJK SC" w:eastAsia="Noto Serif CJK SC"/>
        </w:rPr>
        <w:t>力，易于摔倒，故须悟后真修。精勤扫荡旧习，方能圆证菩提，与果佛同行也。</w:t>
      </w:r>
    </w:p>
    <w:p>
      <w:pPr>
        <w:spacing w:before="0" w:after="80" w:line="259" w:lineRule="auto"/>
        <w:ind w:firstLine="360"/>
      </w:pPr>
      <w:r>
        <w:rPr>
          <w:rFonts w:ascii="Noto Serif CJK SC" w:hAnsi="Noto Serif CJK SC" w:eastAsia="Noto Serif CJK SC"/>
        </w:rPr>
        <w:t>学佛贵心专、诚、恒、稳，不可偏急，也不可徐缓。仁者品质纯真，善根宿植，专一修行，日后自有成就。三昧耶戒者，平等、誓愿、警觉、不违越、除垢障之义也。仁者既已发大誓愿，且于灌顶时已代除垢障，则于平时多多警觉观照，修成正果，平等度生，不违此愿，则得三昧耶戒体，是真持三昧耶戒者矣。岂徒具虚名可比哉？修法一上来毋须过急，看时间订课程。如空闲时多，可修二座，否则，每日修一座即可。修时脚麻、痛，可稍调整，惟手印不可倒、散。至于持咒，原则是不停。但如入空，持至不能持时，则顺其自然而停念。初坐空相，若昏若昧，有如入睡，但有知觉，非如昏睡无知，此时不可提起精神。起心时重新念咒，只随其下沉之势一放，则安然入定，身心化空矣。如一惊觉，起心重念，则又出定矣。但如昏睡无知，则须振奋精神，出声持咒，驱散睡魔，二者之间区分细微，望仁者善体行之！至于打坐的次数，不必固定，有时坐一座，有时</w:t>
      </w:r>
    </w:p>
    <w:p>
      <w:pPr>
        <w:spacing w:before="0" w:after="80" w:line="259" w:lineRule="auto"/>
        <w:ind w:firstLine="360"/>
      </w:pPr>
      <w:r>
        <w:rPr>
          <w:rFonts w:ascii="Noto Serif CJK SC" w:hAnsi="Noto Serif CJK SC" w:eastAsia="Noto Serif CJK SC"/>
        </w:rPr>
        <w:t>坐二座均可。但每日必须保证坐一座，不可一天不坐，第二天就坐二次。一天坐两座时（指六印坐满后），第一座坐第四印，第二座即坐第二印。如再加多，则只加四印，不加二印。</w:t>
      </w:r>
    </w:p>
    <w:p>
      <w:pPr>
        <w:spacing w:before="0" w:after="80" w:line="259" w:lineRule="auto"/>
        <w:ind w:firstLine="360"/>
      </w:pPr>
      <w:r>
        <w:rPr>
          <w:rFonts w:ascii="Noto Serif CJK SC" w:hAnsi="Noto Serif CJK SC" w:eastAsia="Noto Serif CJK SC"/>
        </w:rPr>
        <w:t>你能偶尔体会到真如妙性，顿觉身轻心融，快意无比，虽时间不长，于不知不觉间即逐渐消失，此亦不易矣，非宿世深植善根，曷克臻此！古人悟道，也如击石火，闪电光，非能长时间保持悟道光景，也须于悟道后，长期绵密保任，才能打成一片。赵州和尚云：“老僧除二时粥饭外，四十年不杂用心，才打成一片。”龙牙禅师云：“修道须先有悟由，竞渡还如赛龙舟。（即悟后真修，绵密保任，除执著、情念、习气。）虽然旧园闲田地，一度赢来方始休！（虽然一切众生本皆是佛，但须习气除尽，圆证究竟地，方可息手也。）尤有进者，真体会到真如妙性，则一切妄念，皆是真心，以无真心不起妄念也。如波本是水，无水何以成波？明此理者，见波即见水，不为波所转；同样，悟道者，见一切境、相、妄念即见性，不为境相、妄</w:t>
      </w:r>
    </w:p>
    <w:p>
      <w:pPr>
        <w:spacing w:before="0" w:after="80" w:line="259" w:lineRule="auto"/>
        <w:ind w:firstLine="360"/>
      </w:pPr>
      <w:r>
        <w:rPr>
          <w:rFonts w:ascii="Noto Serif CJK SC" w:hAnsi="Noto Serif CJK SC" w:eastAsia="Noto Serif CJK SC"/>
        </w:rPr>
        <w:t>念所牵。按心密说来，妄念起处，犹如水上绘图，一笔起处，绝无痕迹。行者应于妄念起处，熟识本来。五祖云：“真见性人，抡刀上阵，亦是见性。”即此意也。最后，再为你介绍一则公案，助君明悟释疑。昔真净禅师与徒共阅《楞严经》次，至释迦佛云：“我若按指，海印放光！”徒问师曰：“释迦佛意旨如何？”师曰：“释迦佛好吃三十棒！”徒曰：“佛有何过错？”</w:t>
      </w:r>
    </w:p>
    <w:p>
      <w:pPr>
        <w:spacing w:before="0" w:after="80" w:line="259" w:lineRule="auto"/>
        <w:ind w:firstLine="360"/>
      </w:pPr>
      <w:r>
        <w:rPr>
          <w:rFonts w:ascii="Noto Serif CJK SC" w:hAnsi="Noto Serif CJK SC" w:eastAsia="Noto Serif CJK SC"/>
        </w:rPr>
        <w:t>师曰：“要按指作么！？”（意即海印——真如佛性</w:t>
      </w:r>
    </w:p>
    <w:p>
      <w:pPr>
        <w:spacing w:before="0" w:after="80" w:line="259" w:lineRule="auto"/>
        <w:ind w:firstLine="360"/>
      </w:pPr>
      <w:r>
        <w:rPr>
          <w:rFonts w:ascii="Noto Serif CJK SC" w:hAnsi="Noto Serif CJK SC" w:eastAsia="Noto Serif CJK SC"/>
        </w:rPr>
        <w:t>——无时不放光，不管按指不按指也。）徒曰：“虽然如是，争奈偶一举心，妄念纷飞！”师厉声喝曰：“亦是海印放光！”徒于喝下大悟。曰：“啊！我几十年在这里错过！”你看，古人悟道如何痛快便捷，还会为妄念牵绕，境相转夺否？因一切境相，妄念皆真心也。在一切境相妄念中，只见真心，即不见境相妄念矣。不见境相妄念而非无境相妄念，则一切境相妄念皆化妙用矣。仁者能于此妙悟否？</w:t>
      </w:r>
    </w:p>
    <w:p>
      <w:pPr>
        <w:spacing w:before="0" w:after="80" w:line="259" w:lineRule="auto"/>
        <w:ind w:firstLine="360"/>
      </w:pPr>
      <w:r>
        <w:rPr>
          <w:rFonts w:ascii="Noto Serif CJK SC" w:hAnsi="Noto Serif CJK SC" w:eastAsia="Noto Serif CJK SC"/>
        </w:rPr>
        <w:t>你能从练气功归向佛门，足见你善根深厚，可喜可嘉。你的修练方法完全正确，不必害怕。照样坐下</w:t>
      </w:r>
    </w:p>
    <w:p>
      <w:pPr>
        <w:spacing w:before="0" w:after="80" w:line="259" w:lineRule="auto"/>
        <w:ind w:firstLine="360"/>
      </w:pPr>
      <w:r>
        <w:rPr>
          <w:rFonts w:ascii="Noto Serif CJK SC" w:hAnsi="Noto Serif CJK SC" w:eastAsia="Noto Serif CJK SC"/>
        </w:rPr>
        <w:t>去好了。至于你念佛时有惊惧感，那是你心理作怪，不是佛、菩萨责罚你。佛、菩萨是最慈悲的，只救度一切众生，赐福一切众生，任你怎样疏远他，责骂他、污辱他，他还是照样慈祥的照拂你、爱护你，绝不责怪你。你安心地修练下去，千万不要疑虑重重，致使功力不能迅速增长。你做功中的感受，俱无错误，只要任其自然，好亦不喜，坏亦不忧，这样就不会出偏差。况且你还有一个好丈夫，为你从旁指正，你就更勿害怕，勇猛前进好了。修六字大明咒很好，也可早晚加念阿弥陀佛，这没有冲突。因为他们都是西方的佛、菩萨。念了发愿，可以往生西方极乐世界。等你能坐两小时后，再为你灌顶修心中心法。</w:t>
      </w:r>
    </w:p>
    <w:p>
      <w:pPr>
        <w:spacing w:before="0" w:after="80" w:line="259" w:lineRule="auto"/>
        <w:ind w:firstLine="360"/>
      </w:pPr>
      <w:r>
        <w:rPr>
          <w:rFonts w:ascii="Noto Serif CJK SC" w:hAnsi="Noto Serif CJK SC" w:eastAsia="Noto Serif CJK SC"/>
        </w:rPr>
        <w:t>你能在百忙中，抽出时间打坐修法，确是难能可贵。你已进行第二轮修法，昏沉、掉举均已减少，即将走上康庄大道，可喜可贺。希望你坚持到底、切勿畏难而退。至于“儿女情重”，是你的多生积习。只要看破世上所有的一切，不论夫妇、母子，均是一场春梦。</w:t>
      </w:r>
    </w:p>
    <w:p>
      <w:pPr>
        <w:spacing w:before="0" w:after="80" w:line="259" w:lineRule="auto"/>
        <w:ind w:firstLine="360"/>
      </w:pPr>
      <w:r>
        <w:rPr>
          <w:rFonts w:ascii="Noto Serif CJK SC" w:hAnsi="Noto Serif CJK SC" w:eastAsia="Noto Serif CJK SC"/>
        </w:rPr>
        <w:t>心不恋着，就化为乌有了。</w:t>
      </w:r>
    </w:p>
    <w:p>
      <w:pPr>
        <w:spacing w:before="0" w:after="80" w:line="259" w:lineRule="auto"/>
        <w:ind w:firstLine="360"/>
      </w:pPr>
      <w:r>
        <w:rPr>
          <w:rFonts w:ascii="Noto Serif CJK SC" w:hAnsi="Noto Serif CJK SC" w:eastAsia="Noto Serif CJK SC"/>
        </w:rPr>
        <w:t>来信收悉。所言甚是，开悟见性，即在前念已断，后念未起的刹那上会取。但这只是认识，还要在境上着力打磨，将著相取境的旧习气一扫而光。不问顺境、</w:t>
      </w:r>
    </w:p>
    <w:p>
      <w:pPr>
        <w:spacing w:before="0" w:after="80" w:line="259" w:lineRule="auto"/>
        <w:ind w:firstLine="360"/>
      </w:pPr>
      <w:r>
        <w:rPr>
          <w:rFonts w:ascii="Noto Serif CJK SC" w:hAnsi="Noto Serif CJK SC" w:eastAsia="Noto Serif CJK SC"/>
        </w:rPr>
        <w:t>逆境均无动于衷，处处时时只见性不见相，更进而性</w:t>
      </w:r>
    </w:p>
    <w:p>
      <w:pPr>
        <w:spacing w:before="0" w:after="80" w:line="259" w:lineRule="auto"/>
        <w:ind w:firstLine="360"/>
      </w:pPr>
      <w:r>
        <w:rPr>
          <w:rFonts w:ascii="Noto Serif CJK SC" w:hAnsi="Noto Serif CJK SC" w:eastAsia="Noto Serif CJK SC"/>
        </w:rPr>
        <w:t>亦不可得，整日如痴如呆，方能究竟。</w:t>
      </w:r>
    </w:p>
    <w:p>
      <w:pPr>
        <w:spacing w:before="0" w:after="80" w:line="259" w:lineRule="auto"/>
        <w:ind w:firstLine="360"/>
      </w:pPr>
      <w:r>
        <w:rPr>
          <w:rFonts w:ascii="Noto Serif CJK SC" w:hAnsi="Noto Serif CJK SC" w:eastAsia="Noto Serif CJK SC"/>
        </w:rPr>
        <w:t>来信所说，甚合道妙，读之不胜欣悦！唯“平常心是道”，慎勿错会。以“平常心”不是我人平常执相之心，乃平而不曲，常而不暂之意。凡夫见色闻声，常为境转，心生波动，故曲而不平。初入道人，功夫未落堂，有时空，有时不空，故暂而不常。真用功人，时时观照，常常省察，直至纯熟，浑化相忘。既无能</w:t>
      </w:r>
    </w:p>
    <w:p>
      <w:pPr>
        <w:spacing w:before="0" w:after="80" w:line="259" w:lineRule="auto"/>
        <w:ind w:firstLine="360"/>
      </w:pPr>
      <w:r>
        <w:rPr>
          <w:rFonts w:ascii="Noto Serif CJK SC" w:hAnsi="Noto Serif CJK SC" w:eastAsia="Noto Serif CJK SC"/>
        </w:rPr>
        <w:t>观、亦无所观；既无平曲，亦无暂常，斯为真平常心</w:t>
      </w:r>
    </w:p>
    <w:p>
      <w:pPr>
        <w:spacing w:before="0" w:after="80" w:line="259" w:lineRule="auto"/>
        <w:ind w:firstLine="360"/>
      </w:pPr>
      <w:r>
        <w:rPr>
          <w:rFonts w:ascii="Noto Serif CJK SC" w:hAnsi="Noto Serif CJK SC" w:eastAsia="Noto Serif CJK SC"/>
        </w:rPr>
        <w:t>矣。由此平常心，日用随缘，一切照旧，既不现神异之迹，亦不著奇特妙用，所谓“依然还是旧时人，不是旧时行履处。”则真到家矣。</w:t>
      </w:r>
    </w:p>
    <w:p>
      <w:pPr>
        <w:spacing w:before="0" w:after="80" w:line="259" w:lineRule="auto"/>
        <w:ind w:firstLine="360"/>
      </w:pPr>
      <w:r>
        <w:rPr>
          <w:rFonts w:ascii="Noto Serif CJK SC" w:hAnsi="Noto Serif CJK SC" w:eastAsia="Noto Serif CJK SC"/>
        </w:rPr>
        <w:t>六道众生，一切运转施为，举心动念，无非真心</w:t>
      </w:r>
    </w:p>
    <w:p>
      <w:pPr>
        <w:spacing w:before="0" w:after="80" w:line="259" w:lineRule="auto"/>
        <w:ind w:firstLine="360"/>
      </w:pPr>
      <w:r>
        <w:rPr>
          <w:rFonts w:ascii="Noto Serif CJK SC" w:hAnsi="Noto Serif CJK SC" w:eastAsia="Noto Serif CJK SC"/>
        </w:rPr>
        <w:t>妙用。惜以妄想执相故，迷罔不识，徒自造业受报，</w:t>
      </w:r>
    </w:p>
    <w:p>
      <w:pPr>
        <w:spacing w:before="0" w:after="80" w:line="259" w:lineRule="auto"/>
        <w:ind w:firstLine="360"/>
      </w:pPr>
      <w:r>
        <w:rPr>
          <w:rFonts w:ascii="Noto Serif CJK SC" w:hAnsi="Noto Serif CJK SC" w:eastAsia="Noto Serif CJK SC"/>
        </w:rPr>
        <w:t>沉沦生死。佛为悲悯众生，现身说法，教令就路还家，</w:t>
      </w:r>
    </w:p>
    <w:p>
      <w:pPr>
        <w:spacing w:before="0" w:after="80" w:line="259" w:lineRule="auto"/>
        <w:ind w:firstLine="360"/>
      </w:pPr>
      <w:r>
        <w:rPr>
          <w:rFonts w:ascii="Noto Serif CJK SC" w:hAnsi="Noto Serif CJK SC" w:eastAsia="Noto Serif CJK SC"/>
        </w:rPr>
        <w:t>识得这平常起一切作用的就是当人佛性：故说平常心</w:t>
      </w:r>
    </w:p>
    <w:p>
      <w:pPr>
        <w:spacing w:before="0" w:after="80" w:line="259" w:lineRule="auto"/>
        <w:ind w:firstLine="360"/>
      </w:pPr>
      <w:r>
        <w:rPr>
          <w:rFonts w:ascii="Noto Serif CJK SC" w:hAnsi="Noto Serif CJK SC" w:eastAsia="Noto Serif CJK SC"/>
        </w:rPr>
        <w:t>是道。非说平常心是道，就可不用功而马虎浪荡也！理论上透过，只是解悟，于事上不得力，生死不能了。须于理悟后勤于观照，好比宗下所谓的“照顾话头”，在事上磨炼，将妄习一扫而光，方可放手。</w:t>
      </w:r>
    </w:p>
    <w:p>
      <w:pPr>
        <w:spacing w:before="0" w:after="80" w:line="259" w:lineRule="auto"/>
        <w:ind w:firstLine="360"/>
      </w:pPr>
      <w:r>
        <w:rPr>
          <w:rFonts w:ascii="Noto Serif CJK SC" w:hAnsi="Noto Serif CJK SC" w:eastAsia="Noto Serif CJK SC"/>
        </w:rPr>
        <w:t>先师说：“要在定上打开，不可理解即草草了事。”定</w:t>
      </w:r>
    </w:p>
    <w:p>
      <w:pPr>
        <w:spacing w:before="0" w:after="80" w:line="259" w:lineRule="auto"/>
        <w:ind w:firstLine="360"/>
      </w:pPr>
      <w:r>
        <w:rPr>
          <w:rFonts w:ascii="Noto Serif CJK SC" w:hAnsi="Noto Serif CJK SC" w:eastAsia="Noto Serif CJK SC"/>
        </w:rPr>
        <w:t>上打开，非只说在座上习定打开，乃在一切时，不问</w:t>
      </w:r>
    </w:p>
    <w:p>
      <w:pPr>
        <w:spacing w:before="0" w:after="80" w:line="259" w:lineRule="auto"/>
        <w:ind w:firstLine="360"/>
      </w:pPr>
      <w:r>
        <w:rPr>
          <w:rFonts w:ascii="Noto Serif CJK SC" w:hAnsi="Noto Serif CJK SC" w:eastAsia="Noto Serif CJK SC"/>
        </w:rPr>
        <w:t>动静、闲忙，都常摄在定，不为境转，不为风动，方能打成一片，识得这“平常心”也。</w:t>
      </w:r>
    </w:p>
    <w:p>
      <w:pPr>
        <w:spacing w:before="0" w:after="80" w:line="259" w:lineRule="auto"/>
        <w:ind w:firstLine="360"/>
      </w:pPr>
      <w:r>
        <w:rPr>
          <w:rFonts w:ascii="Noto Serif CJK SC" w:hAnsi="Noto Serif CJK SC" w:eastAsia="Noto Serif CJK SC"/>
        </w:rPr>
        <w:t>“定中打开”是指修法得定，从而打开智慧。既开，亲自证知一切皆幻，无可执取。故在日常生活中随缘放旷，任运逍遥、安乐自在也。古来大德证知此真心不在别处，即在日常应用中，故随众起倒，和光同俗而不立异，亦不求玄奇而夸赞自己。此所以有“平常心是道”之名言也。“打坐不求定”，此言甚当，以一有所求，即遮盖本性光明，欲定反乱矣。求消息，求有所得等等，皆是妄心，愈求愈远。非但不得消息，反而凌乱不定。做功夫人往往求见光、见佛、爆炸、神通等等，殊不</w:t>
      </w:r>
    </w:p>
    <w:p>
      <w:pPr>
        <w:spacing w:before="0" w:after="80" w:line="259" w:lineRule="auto"/>
        <w:ind w:firstLine="360"/>
      </w:pPr>
      <w:r>
        <w:rPr>
          <w:rFonts w:ascii="Noto Serif CJK SC" w:hAnsi="Noto Serif CJK SC" w:eastAsia="Noto Serif CJK SC"/>
        </w:rPr>
        <w:t>知这不是真消息。只不过是过路的客人，不是主人。真消息既无所见，亦无所得。以我且没有，何有所见、</w:t>
      </w:r>
    </w:p>
    <w:p>
      <w:pPr>
        <w:spacing w:before="0" w:after="80" w:line="259" w:lineRule="auto"/>
        <w:ind w:firstLine="360"/>
      </w:pPr>
      <w:r>
        <w:rPr>
          <w:rFonts w:ascii="Noto Serif CJK SC" w:hAnsi="Noto Serif CJK SC" w:eastAsia="Noto Serif CJK SC"/>
        </w:rPr>
        <w:t>所得？《楞严经》云：“见见之时，见非所见。”可见</w:t>
      </w:r>
    </w:p>
    <w:p>
      <w:pPr>
        <w:spacing w:before="0" w:after="80" w:line="259" w:lineRule="auto"/>
        <w:ind w:firstLine="360"/>
      </w:pPr>
      <w:r>
        <w:rPr>
          <w:rFonts w:ascii="Noto Serif CJK SC" w:hAnsi="Noto Serif CJK SC" w:eastAsia="Noto Serif CJK SC"/>
        </w:rPr>
        <w:t>真见无所见，真得无所得也。那么，究竟什么是真消息呢？处顺逆境而不染；用心时而无心可用；既无秽，亦无净；能入佛，又能入魔——逆行，方是到家的真消息。你时时要用这把尺子衡量自己，要一一真能做到，不可马虎，轻易放过。故曰：“有道无道，自己知道”也。千万不可见别人放光、爆炸或发一些神通而动摇</w:t>
      </w:r>
    </w:p>
    <w:p>
      <w:pPr>
        <w:spacing w:before="0" w:after="80" w:line="259" w:lineRule="auto"/>
        <w:ind w:firstLine="360"/>
      </w:pPr>
      <w:r>
        <w:rPr>
          <w:rFonts w:ascii="Noto Serif CJK SC" w:hAnsi="Noto Serif CJK SC" w:eastAsia="Noto Serif CJK SC"/>
        </w:rPr>
        <w:t>自己的脚跟，去求玄奇，在自己清净无染的光明佛性</w:t>
      </w:r>
    </w:p>
    <w:p>
      <w:pPr>
        <w:spacing w:before="0" w:after="80" w:line="259" w:lineRule="auto"/>
        <w:ind w:firstLine="360"/>
      </w:pPr>
      <w:r>
        <w:rPr>
          <w:rFonts w:ascii="Noto Serif CJK SC" w:hAnsi="Noto Serif CJK SC" w:eastAsia="Noto Serif CJK SC"/>
        </w:rPr>
        <w:t>上，著一些粪秽，那样，最终非但不能成佛，反有成魔的危险。切记！切记！由于我执的减轻，对事境的看法起了很大的变化，那是很自然的。你现在对最亲爱的人也减轻了恋着之心，那是很大的进步。但减轻了恋着之心，并不是不关心他，而是不恋着，不恋着而关心，方是正行，望你努力为之。</w:t>
      </w:r>
    </w:p>
    <w:p>
      <w:pPr>
        <w:spacing w:before="0" w:after="80" w:line="259" w:lineRule="auto"/>
        <w:ind w:firstLine="360"/>
      </w:pPr>
      <w:r>
        <w:rPr>
          <w:rFonts w:ascii="Noto Serif CJK SC" w:hAnsi="Noto Serif CJK SC" w:eastAsia="Noto Serif CJK SC"/>
        </w:rPr>
        <w:t>看了你的来信，内心颇为欣慰！你在短暂的修学过程中能把这人间至深的，为害至烈的祸根——儿女</w:t>
      </w:r>
    </w:p>
    <w:p>
      <w:pPr>
        <w:spacing w:before="0" w:after="80" w:line="259" w:lineRule="auto"/>
        <w:ind w:firstLine="360"/>
      </w:pPr>
      <w:r>
        <w:rPr>
          <w:rFonts w:ascii="Noto Serif CJK SC" w:hAnsi="Noto Serif CJK SC" w:eastAsia="Noto Serif CJK SC"/>
        </w:rPr>
        <w:t>情怀，像驱散乌云一般地渐渐由浓而淡地吹散了。尽管现在尚未彻底除尽，但正当青春时期的你，能这样毅然断然地割断这凡夫的生死命根，这是多么不易，多么难能可贵！本来一切众生都是佛，只因迷失，执相向外追求，睹物生情。尤其在男女情怀方面，迷恋更深，以致造业受报，沉沦六道。今你能猛醒，识破假相，举起慧剑，斩断情丝，一无所恋，非夙世深植善根，曷克臻此！我们要修道有成就，本应在各种复杂的环境中锻炼自己，不为任何境界所左右，二六时中，常令心空净如洗，才有念起，即便凛觉。更不能触景伤情，凄怆烦恼，如斯学习，虽暂时不无凡情萦怀，但总有一日，境空情亡，玄机妙用彻现当前。</w:t>
      </w:r>
    </w:p>
    <w:p>
      <w:pPr>
        <w:spacing w:before="0" w:after="80" w:line="259" w:lineRule="auto"/>
        <w:ind w:firstLine="360"/>
      </w:pPr>
      <w:r>
        <w:rPr>
          <w:rFonts w:ascii="Noto Serif CJK SC" w:hAnsi="Noto Serif CJK SC" w:eastAsia="Noto Serif CJK SC"/>
        </w:rPr>
        <w:t>阁下不畏艰难决心向道，自是宿植善根所致。望持之以恒，勇猛精进，慎勿半途而废，有负此生。打坐时，要一切放下，既不可胡思乱想，也不可要求入空，更不可急望开悟或求神通。要如大死人似的，百不思，百不理，只一心持咒，观听咒音，摄牢意、耳二根，秉直念去。念至若昏若昧时，似睡非睡，而手</w:t>
      </w:r>
    </w:p>
    <w:p>
      <w:pPr>
        <w:spacing w:before="0" w:after="80" w:line="259" w:lineRule="auto"/>
        <w:ind w:firstLine="360"/>
      </w:pPr>
      <w:r>
        <w:rPr>
          <w:rFonts w:ascii="Noto Serif CJK SC" w:hAnsi="Noto Serif CJK SC" w:eastAsia="Noto Serif CJK SC"/>
        </w:rPr>
        <w:t>印不倒不散，口持咒不停；心中了了分明，即得初步</w:t>
      </w:r>
    </w:p>
    <w:p>
      <w:pPr>
        <w:spacing w:before="0" w:after="80" w:line="259" w:lineRule="auto"/>
        <w:ind w:firstLine="360"/>
      </w:pPr>
      <w:r>
        <w:rPr>
          <w:rFonts w:ascii="Noto Serif CJK SC" w:hAnsi="Noto Serif CJK SC" w:eastAsia="Noto Serif CJK SC"/>
        </w:rPr>
        <w:t>昏定。再坚持下去，念至无能念时随势一放，则身心</w:t>
      </w:r>
    </w:p>
    <w:p>
      <w:pPr>
        <w:spacing w:before="0" w:after="80" w:line="259" w:lineRule="auto"/>
        <w:ind w:firstLine="360"/>
      </w:pPr>
      <w:r>
        <w:rPr>
          <w:rFonts w:ascii="Noto Serif CJK SC" w:hAnsi="Noto Serif CJK SC" w:eastAsia="Noto Serif CJK SC"/>
        </w:rPr>
        <w:t>顿时化空，本来面目现前矣。相反，咒虽不能念，而心中昏昧无知，手印散开或倒下，身体前俯后仰，此为昏睡，不是定。阁下持咒，用默念方法，（一）易耗血、（二）易昏睡。如用金刚持法调剂则较善矣（即唇微动与不动互相调剂，不一味著在动与不动上。）。又修法持咒，须持至不能持时（即妄心不行，不能着力而不能持时。）不可中途停止。以自己停止，意识尚在，身心不能化脱。来信说稍觉轻安，忘了持咒，又不似前清静。此</w:t>
      </w:r>
    </w:p>
    <w:p>
      <w:pPr>
        <w:spacing w:before="0" w:after="80" w:line="259" w:lineRule="auto"/>
        <w:ind w:firstLine="360"/>
      </w:pPr>
      <w:r>
        <w:rPr>
          <w:rFonts w:ascii="Noto Serif CJK SC" w:hAnsi="Noto Serif CJK SC" w:eastAsia="Noto Serif CJK SC"/>
        </w:rPr>
        <w:t>你习惯问题，因为你以前习过静坐，而不熟悉持咒法</w:t>
      </w:r>
    </w:p>
    <w:p>
      <w:pPr>
        <w:spacing w:before="0" w:after="80" w:line="259" w:lineRule="auto"/>
        <w:ind w:firstLine="360"/>
      </w:pPr>
      <w:r>
        <w:rPr>
          <w:rFonts w:ascii="Noto Serif CJK SC" w:hAnsi="Noto Serif CJK SC" w:eastAsia="Noto Serif CJK SC"/>
        </w:rPr>
        <w:t>门。稍加些日子，自能入静，望勉力为之！温州原本佛地，故信佛者众。当此末法时代，净土法门最为当机。以该法简单易行，稳妥方便，又得佛力加持、接引生西，实成佛、了生死之最捷径法门。望诸同仁一门深入，一心念佛，发愿生西，则当收事半功倍之效矣！</w:t>
      </w:r>
    </w:p>
    <w:p>
      <w:pPr>
        <w:spacing w:before="0" w:after="80" w:line="259" w:lineRule="auto"/>
        <w:ind w:firstLine="360"/>
      </w:pPr>
      <w:r>
        <w:rPr>
          <w:rFonts w:ascii="Noto Serif CJK SC" w:hAnsi="Noto Serif CJK SC" w:eastAsia="Noto Serif CJK SC"/>
        </w:rPr>
        <w:t>你来信说，“你们修法现在到了十字路口，不知</w:t>
      </w:r>
    </w:p>
    <w:p>
      <w:pPr>
        <w:spacing w:before="0" w:after="80" w:line="259" w:lineRule="auto"/>
        <w:ind w:firstLine="360"/>
      </w:pPr>
      <w:r>
        <w:rPr>
          <w:rFonts w:ascii="Noto Serif CJK SC" w:hAnsi="Noto Serif CJK SC" w:eastAsia="Noto Serif CJK SC"/>
        </w:rPr>
        <w:t>前进方向。”我真不明白，这话是什么意思？你们打开本来者，要保养除习，在一切境界中考验，锻炼自己，将一切著空著有的旧习气除尽，自然神通大发，亲证佛果。未打开本来发明心地者，要精勤打坐，奋力前进，并发大愿，不开悟誓不罢休，如此生不能，</w:t>
      </w:r>
    </w:p>
    <w:p>
      <w:pPr>
        <w:spacing w:before="0" w:after="80" w:line="259" w:lineRule="auto"/>
        <w:ind w:firstLine="360"/>
      </w:pPr>
      <w:r>
        <w:rPr>
          <w:rFonts w:ascii="Noto Serif CJK SC" w:hAnsi="Noto Serif CJK SC" w:eastAsia="Noto Serif CJK SC"/>
        </w:rPr>
        <w:t>来生再来修。以有大愿故，可保持人身不失，持续修</w:t>
      </w:r>
    </w:p>
    <w:p>
      <w:pPr>
        <w:spacing w:before="0" w:after="80" w:line="259" w:lineRule="auto"/>
        <w:ind w:firstLine="360"/>
      </w:pPr>
      <w:r>
        <w:rPr>
          <w:rFonts w:ascii="Noto Serif CJK SC" w:hAnsi="Noto Serif CJK SC" w:eastAsia="Noto Serif CJK SC"/>
        </w:rPr>
        <w:t>持。胆怯者可发愿往生西方或兜率净土，继续修持，必得成就。此等说法，我已数数言之矣，如何还在十字路口，不明前进方向呢？至于接引他人，这只能随缘，不能勉强。他有缘，信而能修，修而能证者，固属上上；信而修，不能证，此属根基问题，无可厚非。需知修法，不问什么法门，都不能人人一修即成。就禅宗说来，“捞得一个、半个就是上上大吉了”，哪里能百修百证，千修千得？就是最方便的净土宗，也不是百人修百人去的。因为各人根基不同，用功著力有异，绝不能一刀切，获得同样的效果。你们还怕什么呢？弘法能兴与否？这更是枝节问题。我为救众生，报佛恩故，尽力弘法，不为名闻利养。能兴，众生有缘，我心不喜；不能兴，众生无缘，我心不忧。这又有何忧虑呢？我来不来都无关紧要，假如你们找好地方，而我</w:t>
      </w:r>
    </w:p>
    <w:p>
      <w:pPr>
        <w:spacing w:before="0" w:after="80" w:line="259" w:lineRule="auto"/>
        <w:ind w:firstLine="360"/>
      </w:pPr>
      <w:r>
        <w:rPr>
          <w:rFonts w:ascii="Noto Serif CJK SC" w:hAnsi="Noto Serif CJK SC" w:eastAsia="Noto Serif CJK SC"/>
        </w:rPr>
        <w:t>又精神很好，来和大家会会，当然很好。假如不能来，你们已是离母乳的大孩子了，不再需要大人照料了，望好自为之吧。</w:t>
      </w:r>
    </w:p>
    <w:p>
      <w:pPr>
        <w:spacing w:before="0" w:after="80" w:line="259" w:lineRule="auto"/>
        <w:ind w:firstLine="360"/>
      </w:pPr>
      <w:r>
        <w:rPr>
          <w:rFonts w:ascii="Noto Serif CJK SC" w:hAnsi="Noto Serif CJK SC" w:eastAsia="Noto Serif CJK SC"/>
        </w:rPr>
        <w:t>来信收悉，修法偶有挫折，毋庸挂怀，只需奋力前进，遇难而不退，终必有成。仁者聪颖过人，资质不凡，但聪明人往往流于游离，不肯老实修行，以是常喜舞文弄墨，谈玄说妙而致入海算沙，徒劳自闲之失。仁者所作《禅宗纲要》我虽未过目，但就所列大纲看来，内容想必丰富精彩，对现代禅宗学者或拟探讨禅学玄奥者，当有很大帮助。故在不影响修持的情况下，大可勉力编纂成书，以飨后之学者。复次，对于著作，讲经，非不可为，只要于讲时不作讲会，著作时不作著作会，无论讲经著作皆无动于衷。反是，讲时为经讲去，著作时为书著去，即不可讲经，著作矣。心中心法是我等修持之验方。以仁者之资历，如确能坚持不间断地修持下去，彻悟本来定操胜券。但如一曝十寒，或上下座打成二段（即下座时失照不用功）则将辜负仁者之才智矣。你夫人很好，宿根甚厚。祝贺你有这样一位贤内</w:t>
      </w:r>
    </w:p>
    <w:p>
      <w:pPr>
        <w:spacing w:before="0" w:after="80" w:line="259" w:lineRule="auto"/>
        <w:ind w:firstLine="360"/>
      </w:pPr>
      <w:r>
        <w:rPr>
          <w:rFonts w:ascii="Noto Serif CJK SC" w:hAnsi="Noto Serif CJK SC" w:eastAsia="Noto Serif CJK SC"/>
        </w:rPr>
        <w:t>助！愿她能坚持到底，从而督促你不断上进，共证菩提，则“神仙夫妇”之美谈将永垂觉林矣！承你盛情邀请我赴贵市一行，很可能乘返沪之便，来府拜望诸同仁，藉以畅叙无生。敬祝贤伉丽慈爱日增。</w:t>
      </w:r>
    </w:p>
    <w:p>
      <w:pPr>
        <w:spacing w:before="0" w:after="80" w:line="259" w:lineRule="auto"/>
        <w:ind w:firstLine="360"/>
      </w:pPr>
      <w:r>
        <w:rPr>
          <w:rFonts w:ascii="Noto Serif CJK SC" w:hAnsi="Noto Serif CJK SC" w:eastAsia="Noto Serif CJK SC"/>
        </w:rPr>
        <w:t>来信所说不住二边之意甚好。于动境中，略有走着，此是初明心地人难免的现象，只要绵密觉照，不断地在境中锻炼，即能如古德所云：“夜半钟声随扣击而无著，寒潭月影触波澜而不散”了。于赵州上堂语，“明白、护惜”处，豁然有悟，心境空寂，明了无滞，还落在“明白”处么？如有“明白”在，却又非也。修心中心法一小时后，你心总不安，心尚未平故。一开始不妨稍紧，随后即顺势放松而消亡，则无不安之弊矣。又心安境空了，即不须时时修心中心法而改用保养功，间或修一座心中心法，看看心境是否有二样。如修不修均一致，无有异样，则证明功夫无二橛之弊。不然者，则要多修心中心，俾偷心死尽，方能成道也。</w:t>
      </w:r>
    </w:p>
    <w:p>
      <w:pPr>
        <w:spacing w:before="0" w:after="80" w:line="259" w:lineRule="auto"/>
        <w:ind w:firstLine="360"/>
      </w:pPr>
      <w:r>
        <w:rPr>
          <w:rFonts w:ascii="Noto Serif CJK SC" w:hAnsi="Noto Serif CJK SC" w:eastAsia="Noto Serif CJK SC"/>
        </w:rPr>
        <w:t>脚跟立不稳，听人左右，实未开悟。假如真开悟，活佛当前，亦不动摇。某先生写的《楞伽大意》，我看了一点，说得不错，他所说的和我们所讲并无差异。人有利钝，法无高下。究竟与否，全看修的人能否通身放下，丝毫无著。假如时时在计算得失，念念不忘名利，任你最高妙的无法之法，也不究竟。你要真究竟，是无修、无得、无证。假如某先生还有法在，也不究竟。我们一不为名闻利养，二不为分宗立派。有缘度人，无缘自度，不和人家纷争较量。望仁者深体之！</w:t>
      </w:r>
    </w:p>
    <w:p>
      <w:pPr>
        <w:spacing w:before="0" w:after="80" w:line="259" w:lineRule="auto"/>
        <w:ind w:firstLine="360"/>
      </w:pPr>
      <w:r>
        <w:rPr>
          <w:rFonts w:ascii="Noto Serif CJK SC" w:hAnsi="Noto Serif CJK SC" w:eastAsia="Noto Serif CJK SC"/>
        </w:rPr>
        <w:t>学佛贵心悟，时时处处彻见自性，不为事、物、境所牵流。此是诞生王子，将来必定贵为天子成佛。其假法修者，皆落二落三，属外围功勋位。任你神通再大，也不过是王、侯之位，焉能升为天子！因一切事、物、境皆我灵妙真心的妙用显现，故眼见一切事物时，只见本性，不为影象所扰。时时如是观照，此真用功者也。功夫纯熟时，脱落观照，则归家稳坐矣。不明此理，在功勋位上着眼，任你修什么法，任</w:t>
      </w:r>
    </w:p>
    <w:p>
      <w:pPr>
        <w:spacing w:before="0" w:after="80" w:line="259" w:lineRule="auto"/>
        <w:ind w:firstLine="360"/>
      </w:pPr>
      <w:r>
        <w:rPr>
          <w:rFonts w:ascii="Noto Serif CJK SC" w:hAnsi="Noto Serif CJK SC" w:eastAsia="Noto Serif CJK SC"/>
        </w:rPr>
        <w:t>你怎样勤苦用功，因有法在，将来也不免俯首称臣，真是冤枉也。悲矣！</w:t>
      </w:r>
    </w:p>
    <w:p>
      <w:pPr>
        <w:spacing w:before="0" w:after="80" w:line="259" w:lineRule="auto"/>
        <w:ind w:firstLine="360"/>
      </w:pPr>
      <w:r>
        <w:rPr>
          <w:rFonts w:ascii="Noto Serif CJK SC" w:hAnsi="Noto Serif CJK SC" w:eastAsia="Noto Serif CJK SC"/>
        </w:rPr>
        <w:t>功夫用到进不能进，退不能退，正是好消息到来的时节。这个知进而不能退的是谁？当下回首一鉴，则百媚生矣！古德到此，比喻为“狗子舔油铛”，盖欲舔不得，欲舍不能，是进退不能时节也。此时只需将此不知如何是好的急切烦躁之心，息下一观，则狗、铛皆空，进退乌有，当下偃旗息鼓，庆快清平矣！望好自努力用功，时时保护本来，不让其粘染物境，即能打成一片。苟不如斯，打七亦成徒劳矣。</w:t>
      </w:r>
    </w:p>
    <w:p>
      <w:pPr>
        <w:spacing w:before="0" w:after="80" w:line="259" w:lineRule="auto"/>
        <w:ind w:firstLine="360"/>
      </w:pPr>
      <w:r>
        <w:rPr>
          <w:rFonts w:ascii="Noto Serif CJK SC" w:hAnsi="Noto Serif CJK SC" w:eastAsia="Noto Serif CJK SC"/>
        </w:rPr>
        <w:t>关于平常心是道。本来，即此知冷知暖、知饥知渴之灵知之心，即是我人的本来面目，既不用向外追取，更不可著半点神奇。寻常日用随缘起倒，无取无舍、无嗔无爱。古人所以说：“穿衣吃饭即是！”但稍一着境，有所留住，便又成“举心动念便非”矣！来函说“目前可否暂居此境，待力量充足再去之”，这岂不成了“有所留住”。心有所住，便成妄想，</w:t>
      </w:r>
    </w:p>
    <w:p>
      <w:pPr>
        <w:spacing w:before="0" w:after="80" w:line="259" w:lineRule="auto"/>
        <w:ind w:firstLine="360"/>
      </w:pPr>
      <w:r>
        <w:rPr>
          <w:rFonts w:ascii="Noto Serif CJK SC" w:hAnsi="Noto Serif CJK SC" w:eastAsia="Noto Serif CJK SC"/>
        </w:rPr>
        <w:t>养妄想而成道，犹如煮沙而望成饭，何可得哉！目前力量不足，可勤于观照，不令有所住着，整日寂寂惺惺，惺惺寂寂。切不可放逸，住于安适之境而沉于隐妄幽境，直至最终的失败！能悟为悟道之端，果能随解悟而力矫粘着物境之妄情，时时处处着力观照，才有念起，即便觉察，不只在口头、文字上用功，久久便能达到来函所说“分别心歇，大道现前”之境。佛说一切法，为度一切心。法法皆幻，故说法本无法。又说法法平等，无有高下。而今人妄生分别，说此好彼坏，喜此厌彼，皆心不平等故。你处当然也不例外。弘法须视时节因缘，不可勉强。</w:t>
      </w:r>
    </w:p>
    <w:p>
      <w:pPr>
        <w:spacing w:before="0" w:after="80" w:line="259" w:lineRule="auto"/>
        <w:ind w:firstLine="360"/>
      </w:pPr>
      <w:r>
        <w:rPr>
          <w:rFonts w:ascii="Noto Serif CJK SC" w:hAnsi="Noto Serif CJK SC" w:eastAsia="Noto Serif CJK SC"/>
        </w:rPr>
        <w:t>关于能力问题，最要紧的是知见正，修法有心得。不亲证本来，就不能为人点开金刚道眼，甚至将人引</w:t>
      </w:r>
    </w:p>
    <w:p>
      <w:pPr>
        <w:spacing w:before="0" w:after="80" w:line="259" w:lineRule="auto"/>
        <w:ind w:firstLine="360"/>
      </w:pPr>
      <w:r>
        <w:rPr>
          <w:rFonts w:ascii="Noto Serif CJK SC" w:hAnsi="Noto Serif CJK SC" w:eastAsia="Noto Serif CJK SC"/>
        </w:rPr>
        <w:t>入死胡同，导入旁门左道而耽误别人。你现在能在修</w:t>
      </w:r>
    </w:p>
    <w:p>
      <w:pPr>
        <w:spacing w:before="0" w:after="80" w:line="259" w:lineRule="auto"/>
        <w:ind w:firstLine="360"/>
      </w:pPr>
      <w:r>
        <w:rPr>
          <w:rFonts w:ascii="Noto Serif CJK SC" w:hAnsi="Noto Serif CJK SC" w:eastAsia="Noto Serif CJK SC"/>
        </w:rPr>
        <w:t>法与理论上指导人，这就够了，其他还要什么？初接引人，不免有些胆怯、生疏，但经历久了，这些现象就会消失。</w:t>
      </w:r>
    </w:p>
    <w:p>
      <w:pPr>
        <w:spacing w:before="0" w:after="80" w:line="259" w:lineRule="auto"/>
        <w:ind w:firstLine="360"/>
      </w:pPr>
      <w:r>
        <w:rPr>
          <w:rFonts w:ascii="Noto Serif CJK SC" w:hAnsi="Noto Serif CJK SC" w:eastAsia="Noto Serif CJK SC"/>
        </w:rPr>
        <w:t>其实这红教的大圆满法，前半部分的“彻却”就是心中心法的见性。因“彻却”有很多修法，根性差者，需用有相过度。反之，直下三空相应，无修无证无散乱，一切法不立，就是禅。修心中心法见性后，还要用什么“彻却”法？至于“妥嘎”，乃宗下的向上法。果能于见性后绵密保任，不多久方能大放光明，</w:t>
      </w:r>
    </w:p>
    <w:p>
      <w:pPr>
        <w:spacing w:before="0" w:after="80" w:line="259" w:lineRule="auto"/>
        <w:ind w:firstLine="360"/>
      </w:pPr>
      <w:r>
        <w:rPr>
          <w:rFonts w:ascii="Noto Serif CJK SC" w:hAnsi="Noto Serif CJK SC" w:eastAsia="Noto Serif CJK SC"/>
        </w:rPr>
        <w:t>朗照十方。但“妥嘎”多个方便迅速圆成罢了。要修</w:t>
      </w:r>
    </w:p>
    <w:p>
      <w:pPr>
        <w:spacing w:before="0" w:after="80" w:line="259" w:lineRule="auto"/>
        <w:ind w:firstLine="360"/>
      </w:pPr>
      <w:r>
        <w:rPr>
          <w:rFonts w:ascii="Noto Serif CJK SC" w:hAnsi="Noto Serif CJK SC" w:eastAsia="Noto Serif CJK SC"/>
        </w:rPr>
        <w:t>“妥嘎”，必须于见性后方能进行。因心不动，方能用光导引。导出光后，方能不着相。否则会住在光上，成为光妄。你年纪还轻，不必忙于闭关。现在需要你去教导初机学生，还是一面修法，一面教导学生再说。现将来信问题答复如下：（一）你现在闭关的机缘不成熟。（二）要闭关修妥嘎，需朝南，以便看太阳、月亮。旁边还要有大水，以便坐在水边看水光。还要有电灯、看灯光。更要环境清净，无吵杂声。（三）道粮准备充足。更要紧的是身心清净，毫无挂碍，否则闭关要着魔的。（四）关于居士指导出家人的事，世俗多有偏见。认为居士身份不及僧众尊贵，应该排在僧后，不能和比丘相齐并论，更何能教导僧众？殊不知僧宝乃依佛</w:t>
      </w:r>
    </w:p>
    <w:p>
      <w:pPr>
        <w:spacing w:before="0" w:after="80" w:line="259" w:lineRule="auto"/>
        <w:ind w:firstLine="360"/>
      </w:pPr>
      <w:r>
        <w:rPr>
          <w:rFonts w:ascii="Noto Serif CJK SC" w:hAnsi="Noto Serif CJK SC" w:eastAsia="Noto Serif CJK SC"/>
        </w:rPr>
        <w:t>法修持有得，戒律精严，堪为人师者也，非关出家与不出家也。再说僧有二种：一者出家剃发，染衣，为小乘罗汉僧；二者依佛三学修持有得，不剃发，着俗人衣，为大乘菩萨僧。（参自《佛学大辞典》僧条--二种僧）所以你不必胆怯，尽管理直气壮地教导。假如你要出家，要取得家人同意。你们夫妇同修佛法，不作世俗夫妇想，是最上的菩提眷属了。（五）心中心法最好再多修些时间，这样脚跟稳健，不为境转；不然者，力量较差。虽有悟处，于顺逆境不得自在，终将沦为悟后迷也。（六）光照一现不再现，看来静功尚差。应多多修法，修至身在光中，不觉有光，浑化相忘才可矣。（七）有厌烦即有喜悦，都是相对的妄相。我们应该既无喜悦也无厌烦。赵州云：“‘佛’之一字，吾不喜闻。”尚为诸禅德呵斥，何况厌烦文字耶？（八）某某与爱人感情有裂痕，不是修双身法能补救的。双身法不是夫妻行淫，而是有功夫的人作了脱生死的考验。双方都要能有悬崖勒马的功夫，精不走漏才行。否则，便是行淫下地狱了。</w:t>
      </w:r>
    </w:p>
    <w:p>
      <w:pPr>
        <w:spacing w:before="0" w:after="80" w:line="259" w:lineRule="auto"/>
        <w:ind w:firstLine="360"/>
      </w:pPr>
      <w:r>
        <w:rPr>
          <w:rFonts w:ascii="Noto Serif CJK SC" w:hAnsi="Noto Serif CJK SC" w:eastAsia="Noto Serif CJK SC"/>
        </w:rPr>
        <w:t>来信已阅。知你对修法的过程有些模糊不清，兹</w:t>
      </w:r>
    </w:p>
    <w:p>
      <w:pPr>
        <w:spacing w:before="0" w:after="80" w:line="259" w:lineRule="auto"/>
        <w:ind w:firstLine="360"/>
      </w:pPr>
      <w:r>
        <w:rPr>
          <w:rFonts w:ascii="Noto Serif CJK SC" w:hAnsi="Noto Serif CJK SC" w:eastAsia="Noto Serif CJK SC"/>
        </w:rPr>
        <w:t>就来问，逐条回答如下：（一）未能透过“清闲”这一关。关于此点，只要知道着清闲亦是病，不去著它。眼下虽不能一时除尽，但努力做去，久久自然能消尽，不必急在一时。如不知是病，以为清妙，则内守幽闲、坠入迷惘矣。昔药山坐石次，其师石头问：“你做什么？”药山曰：“什么也不为。”头曰：“什么也不为，莫非闲坐么？”山曰：“闲坐即为也。”头曰：“如是，如是。”你看他师徒对语，可见落在清闲处，即非是矣。（二）记忆力忽好忽差，此用功人未翻身之通病。等你死后复苏，即无此病矣。（三）讲课紧张心跳：（1）未习惯；（2）爱面子。恐怕讲得不好；（3）背包袱上阵。有此数端，岂有不心跳之理？此皆着相，心未空尽之病。你但一切放下，如入无人之境，无讲与听讲者，则心平气和，妙义油然而生矣。（四）打坐昏沉。如睡着即无用。如似睡非睡，内里仍了了分明，乃昏定。此时不用提持，如投石水中，任其一沉到底，则豁然开朗。一提反而坏事。日间事务多，打坐不得力，乃定功不够也。所以做事时不作做事想，方可心空无住也。（五）“外境来时，感觉灵敏，念起即觉，但想</w:t>
      </w:r>
    </w:p>
    <w:p>
      <w:pPr>
        <w:spacing w:before="0" w:after="80" w:line="259" w:lineRule="auto"/>
        <w:ind w:firstLine="360"/>
      </w:pPr>
      <w:r>
        <w:rPr>
          <w:rFonts w:ascii="Noto Serif CJK SC" w:hAnsi="Noto Serif CJK SC" w:eastAsia="Noto Serif CJK SC"/>
        </w:rPr>
        <w:t>要去掉却难。”此语矛盾，果能念起即觉，还要去个什么？《圆觉经》云：“知幻即离，离幻即觉。”既然妄念起时已经觉了，妄念即化于无形，根本没有东西了，还要除个什么？如果说，妄念起时虽已知道，但还在头脑里盘旋不去，那你根本未觉，还是着在相上。那就要禅锤打死这着境的妄心。你如用“忘”字得法，大可用之。（六）授课应该备课，但不要执著。穿衣吃饭，无取无舍，一种本怀自尽，即是大道。遇不平常处，凛觉而化之。此等工夫，原不是一蹴而就的，须经千锤百炼才行。你还年轻，只要努力向这个目标奋斗，自有水到渠成之日，望你好自努力。</w:t>
      </w:r>
    </w:p>
    <w:p>
      <w:pPr>
        <w:spacing w:before="0" w:after="80" w:line="259" w:lineRule="auto"/>
        <w:ind w:firstLine="360"/>
      </w:pPr>
      <w:r>
        <w:rPr>
          <w:rFonts w:ascii="Noto Serif CJK SC" w:hAnsi="Noto Serif CJK SC" w:eastAsia="Noto Serif CJK SC"/>
        </w:rPr>
        <w:t>功夫做到空沉死寂；讲课、写文章时脑子也不好使了。这些是你将有一个飞跃进步的前奏。不要害怕，尽力同它磨拶过去，自然获得“柳暗花明又一村”的美妙风光。</w:t>
      </w:r>
    </w:p>
    <w:p>
      <w:pPr>
        <w:spacing w:before="0" w:after="80" w:line="259" w:lineRule="auto"/>
        <w:ind w:firstLine="360"/>
      </w:pPr>
      <w:r>
        <w:rPr>
          <w:rFonts w:ascii="Noto Serif CJK SC" w:hAnsi="Noto Serif CJK SC" w:eastAsia="Noto Serif CJK SC"/>
        </w:rPr>
        <w:t>来信说，“此次经历大有进步，超越了许多心理上的障碍，于诸事缘上自在多了。”本来一切障碍，</w:t>
      </w:r>
    </w:p>
    <w:p>
      <w:pPr>
        <w:spacing w:before="0" w:after="80" w:line="259" w:lineRule="auto"/>
        <w:ind w:firstLine="360"/>
      </w:pPr>
      <w:r>
        <w:rPr>
          <w:rFonts w:ascii="Noto Serif CJK SC" w:hAnsi="Noto Serif CJK SC" w:eastAsia="Noto Serif CJK SC"/>
        </w:rPr>
        <w:t>俱为“有心”；心如空净，即无挂碍。修法悟道，即为空却此“心”，不在于得神通玄妙也。今之学道者，都在求神通玄妙，而不知空心，以致走入歧途，实可悲也。心不空净，即或发神通；非但不得自在，而且多一层障碍。于学佛有损无益，是又不可不知也。初一你去河北，对诸禅者，随宜谈话，当说禅者说禅，当谈密者谈密，不必拘于一格。因法无定法，因人而异。我为法王，于法自在，而不为境与人所障也。心地法门是诞生王子的。先识自本心，见自本性，然后立定脚跟，勤除旧习，不为任何邪说动摇，将来一定成佛。若用法修什么神通，那是外围功勋位，任你怎么功勋高大，也只不过是封王封候，不能为帝（成佛）。暂时神通未发，心里不要自屈，以为不如人家，而畏畏缩缩。要堂堂正正地称性而谈，因人而异，随宜施教。</w:t>
      </w:r>
    </w:p>
    <w:p>
      <w:pPr>
        <w:spacing w:before="0" w:after="80" w:line="259" w:lineRule="auto"/>
        <w:ind w:firstLine="360"/>
      </w:pPr>
      <w:r>
        <w:rPr>
          <w:rFonts w:ascii="Noto Serif CJK SC" w:hAnsi="Noto Serif CJK SC" w:eastAsia="Noto Serif CJK SC"/>
        </w:rPr>
        <w:t>为人师表确实不易，既要任劳任怨，又需受各方面的排挤、妒嫉。但这是好事，不这样怎么能把自己的习气磨炼光？所以在度众生的过程中才能了尘沙</w:t>
      </w:r>
    </w:p>
    <w:p>
      <w:pPr>
        <w:spacing w:before="0" w:after="80" w:line="259" w:lineRule="auto"/>
        <w:ind w:firstLine="360"/>
      </w:pPr>
      <w:r>
        <w:rPr>
          <w:rFonts w:ascii="Noto Serif CJK SC" w:hAnsi="Noto Serif CJK SC" w:eastAsia="Noto Serif CJK SC"/>
        </w:rPr>
        <w:t>惑，不是静坐不动能够办到的。经云：“依于众生方能成佛”，良有以也。你不要灰心，古人闻过则喜，可改进也。对各方来言，仔细分析，有则改之，无则加勉，则德日进，道日增矣。</w:t>
      </w:r>
    </w:p>
    <w:p>
      <w:pPr>
        <w:spacing w:before="0" w:after="80" w:line="259" w:lineRule="auto"/>
        <w:ind w:firstLine="360"/>
      </w:pPr>
      <w:r>
        <w:rPr>
          <w:rFonts w:ascii="Noto Serif CJK SC" w:hAnsi="Noto Serif CJK SC" w:eastAsia="Noto Serif CJK SC"/>
        </w:rPr>
        <w:t>梅雨季节，上海气温还算风凉，一周后出梅，即将热浪侵袭而气温高涨矣。惟做功夫人须于冷、热、寒、暑，顺逆境界中锻炼，不为所扰，方于生死岸头得大自在。</w:t>
      </w:r>
    </w:p>
    <w:p>
      <w:pPr>
        <w:pStyle w:val="Heading3"/>
      </w:pPr>
      <w:r>
        <w:rPr>
          <w:rFonts w:ascii="Noto Serif CJK SC" w:hAnsi="Noto Serif CJK SC" w:eastAsia="Noto Serif CJK SC"/>
        </w:rPr>
        <w:t>五、禅偈撮略</w:t>
      </w:r>
    </w:p>
    <w:p>
      <w:pPr>
        <w:spacing w:before="0" w:after="80" w:line="259" w:lineRule="auto"/>
        <w:ind w:firstLine="360"/>
      </w:pPr>
      <w:r>
        <w:rPr>
          <w:rFonts w:ascii="Noto Serif CJK SC" w:hAnsi="Noto Serif CJK SC" w:eastAsia="Noto Serif CJK SC"/>
        </w:rPr>
        <w:t>寂灭天真体从来无得人须依二空理当证法王身</w:t>
      </w:r>
    </w:p>
    <w:p>
      <w:pPr>
        <w:spacing w:before="0" w:after="80" w:line="259" w:lineRule="auto"/>
        <w:ind w:firstLine="360"/>
      </w:pPr>
      <w:r>
        <w:rPr>
          <w:rFonts w:ascii="Noto Serif CJK SC" w:hAnsi="Noto Serif CJK SC" w:eastAsia="Noto Serif CJK SC"/>
        </w:rPr>
        <w:t>有心俱是妄无执乃名真若悟非非法逍遥出六尘</w:t>
      </w:r>
    </w:p>
    <w:p>
      <w:pPr>
        <w:spacing w:before="0" w:after="80" w:line="259" w:lineRule="auto"/>
        <w:ind w:firstLine="360"/>
      </w:pPr>
      <w:r>
        <w:rPr>
          <w:rFonts w:ascii="Noto Serif CJK SC" w:hAnsi="Noto Serif CJK SC" w:eastAsia="Noto Serif CJK SC"/>
        </w:rPr>
        <w:t>心随万物转转处实能幽随缘识得性无喜亦无忧</w:t>
      </w:r>
    </w:p>
    <w:p>
      <w:pPr>
        <w:spacing w:before="0" w:after="80" w:line="259" w:lineRule="auto"/>
        <w:ind w:firstLine="360"/>
      </w:pPr>
      <w:r>
        <w:rPr>
          <w:rFonts w:ascii="Noto Serif CJK SC" w:hAnsi="Noto Serif CJK SC" w:eastAsia="Noto Serif CJK SC"/>
        </w:rPr>
        <w:t>海底金乌天上日眼中瞳子面前人若人信得家中宝啼鸟山花一样春</w:t>
      </w:r>
    </w:p>
    <w:p>
      <w:pPr>
        <w:spacing w:before="0" w:after="80" w:line="259" w:lineRule="auto"/>
        <w:ind w:firstLine="360"/>
      </w:pPr>
      <w:r>
        <w:rPr>
          <w:rFonts w:ascii="Noto Serif CJK SC" w:hAnsi="Noto Serif CJK SC" w:eastAsia="Noto Serif CJK SC"/>
        </w:rPr>
        <w:t>见色非干色闻声不是声色声不到处亲到法王城</w:t>
      </w:r>
    </w:p>
    <w:p>
      <w:pPr>
        <w:spacing w:before="0" w:after="80" w:line="259" w:lineRule="auto"/>
        <w:ind w:firstLine="360"/>
      </w:pPr>
      <w:r>
        <w:rPr>
          <w:rFonts w:ascii="Noto Serif CJK SC" w:hAnsi="Noto Serif CJK SC" w:eastAsia="Noto Serif CJK SC"/>
        </w:rPr>
        <w:t>佛性天真事谁云别有师謦欬掉臂处穿衣吃饭时不费纤毫力何曾动所思众生皆平等日用自多疑（注：謦欬：咳嗽、欬为咳的异体字，引申为言笑；</w:t>
      </w:r>
    </w:p>
    <w:p>
      <w:pPr>
        <w:spacing w:before="0" w:after="80" w:line="259" w:lineRule="auto"/>
        <w:ind w:firstLine="360"/>
      </w:pPr>
      <w:r>
        <w:rPr>
          <w:rFonts w:ascii="Noto Serif CJK SC" w:hAnsi="Noto Serif CJK SC" w:eastAsia="Noto Serif CJK SC"/>
        </w:rPr>
        <w:t>掉臂，游行的样子。）</w:t>
      </w:r>
    </w:p>
    <w:p>
      <w:pPr>
        <w:spacing w:before="0" w:after="80" w:line="259" w:lineRule="auto"/>
        <w:ind w:firstLine="360"/>
      </w:pPr>
      <w:r>
        <w:rPr>
          <w:rFonts w:ascii="Noto Serif CJK SC" w:hAnsi="Noto Serif CJK SC" w:eastAsia="Noto Serif CJK SC"/>
        </w:rPr>
        <w:t>身在海中休觅水日行山岭莫寻山莺啼燕语皆相似莫问前三与后三</w:t>
      </w:r>
    </w:p>
    <w:p>
      <w:pPr>
        <w:spacing w:before="0" w:after="80" w:line="259" w:lineRule="auto"/>
        <w:ind w:firstLine="360"/>
      </w:pPr>
      <w:r>
        <w:rPr>
          <w:rFonts w:ascii="Noto Serif CJK SC" w:hAnsi="Noto Serif CJK SC" w:eastAsia="Noto Serif CJK SC"/>
        </w:rPr>
        <w:t>禅河随浪静定水逐波清澄清生觉性亡虑灭迷情</w:t>
      </w:r>
    </w:p>
    <w:p>
      <w:pPr>
        <w:spacing w:before="0" w:after="80" w:line="259" w:lineRule="auto"/>
        <w:ind w:firstLine="360"/>
      </w:pPr>
      <w:r>
        <w:rPr>
          <w:rFonts w:ascii="Noto Serif CJK SC" w:hAnsi="Noto Serif CJK SC" w:eastAsia="Noto Serif CJK SC"/>
        </w:rPr>
        <w:t>初悟始到法身边勤除旧习把功添证到无为的的处顺逆无拘神通现</w:t>
      </w:r>
    </w:p>
    <w:p>
      <w:pPr>
        <w:spacing w:before="0" w:after="80" w:line="259" w:lineRule="auto"/>
        <w:ind w:firstLine="360"/>
      </w:pPr>
      <w:r>
        <w:rPr>
          <w:rFonts w:ascii="Noto Serif CJK SC" w:hAnsi="Noto Serif CJK SC" w:eastAsia="Noto Serif CJK SC"/>
        </w:rPr>
        <w:t>有相有求俱是妄无形无见堕偏枯堂堂密密何曾间一道寒光烁太虚</w:t>
      </w:r>
    </w:p>
    <w:p>
      <w:pPr>
        <w:spacing w:before="0" w:after="80" w:line="259" w:lineRule="auto"/>
        <w:ind w:firstLine="360"/>
      </w:pPr>
      <w:r>
        <w:rPr>
          <w:rFonts w:ascii="Noto Serif CJK SC" w:hAnsi="Noto Serif CJK SC" w:eastAsia="Noto Serif CJK SC"/>
        </w:rPr>
        <w:t>不是众生不是相春暖黄莺啼柳上说尽山云海月情依前不会空惆怅空惆怅万里无云天一样</w:t>
      </w:r>
    </w:p>
    <w:p>
      <w:pPr>
        <w:spacing w:before="0" w:after="80" w:line="259" w:lineRule="auto"/>
        <w:ind w:firstLine="360"/>
      </w:pPr>
      <w:r>
        <w:rPr>
          <w:rFonts w:ascii="Noto Serif CJK SC" w:hAnsi="Noto Serif CJK SC" w:eastAsia="Noto Serif CJK SC"/>
        </w:rPr>
        <w:t>心境顿消融方明色与空欲识本来面青山白云中</w:t>
      </w:r>
    </w:p>
    <w:p>
      <w:pPr>
        <w:spacing w:before="0" w:after="80" w:line="259" w:lineRule="auto"/>
        <w:ind w:firstLine="360"/>
      </w:pPr>
      <w:r>
        <w:rPr>
          <w:rFonts w:ascii="Noto Serif CJK SC" w:hAnsi="Noto Serif CJK SC" w:eastAsia="Noto Serif CJK SC"/>
        </w:rPr>
        <w:t>师尊元音老人，享年九十六岁，终其一生，弃绝名利，精研经藏，融通禅、净、密法，彻悟佛法心要，得大成就。</w:t>
      </w:r>
    </w:p>
    <w:p>
      <w:pPr>
        <w:spacing w:before="0" w:after="80" w:line="259" w:lineRule="auto"/>
        <w:ind w:firstLine="360"/>
      </w:pPr>
      <w:r>
        <w:rPr>
          <w:rFonts w:ascii="Noto Serif CJK SC" w:hAnsi="Noto Serif CJK SC" w:eastAsia="Noto Serif CJK SC"/>
        </w:rPr>
        <w:t>上师鉴于现在众生的机感与时节因缘，怀有菩萨慈悲普济的大乘弘愿，奋起宏扬直指大法，广传无相密乘心中心法。仗佛、菩萨的密咒与手印的慈悲佑护加持之力，方便接引，指示学人当下见性，绵密保任除习、历练躬行，继而证体起用，以资圆成佛果。</w:t>
      </w:r>
    </w:p>
    <w:p>
      <w:pPr>
        <w:spacing w:before="0" w:after="80" w:line="259" w:lineRule="auto"/>
        <w:ind w:firstLine="360"/>
      </w:pPr>
      <w:r>
        <w:rPr>
          <w:rFonts w:ascii="Noto Serif CJK SC" w:hAnsi="Noto Serif CJK SC" w:eastAsia="Noto Serif CJK SC"/>
        </w:rPr>
        <w:t>上师在开堂敷示和函笺批注及随机杂谈中，凡有所答，无不从自性三昧中流出，都是应病与药、对机施教、启发学人、开佛知见、洞彻源头、言言见谛。</w:t>
      </w:r>
    </w:p>
    <w:p>
      <w:pPr>
        <w:spacing w:before="0" w:after="80" w:line="259" w:lineRule="auto"/>
        <w:ind w:firstLine="360"/>
      </w:pPr>
      <w:r>
        <w:rPr>
          <w:rFonts w:ascii="Noto Serif CJK SC" w:hAnsi="Noto Serif CJK SC" w:eastAsia="Noto Serif CJK SC"/>
        </w:rPr>
        <w:t>上师曾函示：“对佛法修证之信函与杂谈等，进行收集工作，编印成册，可助后进释疑而利精进。”是一桩“利益群众收效甚宏”的事。一九九八年八月间，在师尊的同意与关心下，我们开始了收集整理工作。一年多的时间里，我们得到各地师兄们的大力支持，集缀整理并编汇成《佛法修证心要问答集》一书，</w:t>
      </w:r>
    </w:p>
    <w:p>
      <w:pPr>
        <w:spacing w:before="0" w:after="80" w:line="259" w:lineRule="auto"/>
        <w:ind w:firstLine="360"/>
      </w:pPr>
      <w:r>
        <w:rPr>
          <w:rFonts w:ascii="Noto Serif CJK SC" w:hAnsi="Noto Serif CJK SC" w:eastAsia="Noto Serif CJK SC"/>
        </w:rPr>
        <w:t>锓梓以传。</w:t>
      </w:r>
    </w:p>
    <w:p>
      <w:pPr>
        <w:spacing w:before="0" w:after="80" w:line="259" w:lineRule="auto"/>
        <w:ind w:firstLine="360"/>
      </w:pPr>
      <w:r>
        <w:rPr>
          <w:rFonts w:ascii="Noto Serif CJK SC" w:hAnsi="Noto Serif CJK SC" w:eastAsia="Noto Serif CJK SC"/>
        </w:rPr>
        <w:t>上师在住世的最后日子里，还关注问答集的编纂工作，不辞案牍劳神，对已经完成编集整理而送到的清样材料，亲自审阅，逐条校正勘定了问答集的前一百零六条问答。而这部分由师父亲自修订的文字，则终于成了师父最后的遗笔，弥足珍贵！一百零六条以后部的最终校勘工作，是悉数经师叔徐恒志老人续笔，修正勘定完成的。</w:t>
      </w:r>
    </w:p>
    <w:p>
      <w:pPr>
        <w:spacing w:before="0" w:after="80" w:line="259" w:lineRule="auto"/>
        <w:ind w:firstLine="360"/>
      </w:pPr>
      <w:r>
        <w:rPr>
          <w:rFonts w:ascii="Noto Serif CJK SC" w:hAnsi="Noto Serif CJK SC" w:eastAsia="Noto Serif CJK SC"/>
        </w:rPr>
        <w:t>一瓣心香拜恩师！值此问答集付梓之际、我们谨当从上师自然流露出来的大智慧，大慈悲，大光明中闻法悟心，断惑证理，除粘去缚，就路归家。让我们谨记上师对我们的良苦用心与谆谆嘱咐。</w:t>
      </w:r>
    </w:p>
    <w:p>
      <w:pPr>
        <w:spacing w:before="0" w:after="80" w:line="259" w:lineRule="auto"/>
        <w:ind w:firstLine="360"/>
      </w:pPr>
      <w:r>
        <w:rPr>
          <w:rFonts w:ascii="Noto Serif CJK SC" w:hAnsi="Noto Serif CJK SC" w:eastAsia="Noto Serif CJK SC"/>
        </w:rPr>
        <w:t>诸位！用功吧！努力前进吧！努力用功！努力前进！</w:t>
      </w:r>
    </w:p>
    <w:p>
      <w:pPr>
        <w:spacing w:before="0" w:after="80" w:line="259" w:lineRule="auto"/>
        <w:ind w:firstLine="360"/>
      </w:pPr>
      <w:r>
        <w:rPr>
          <w:rFonts w:ascii="Noto Serif CJK SC" w:hAnsi="Noto Serif CJK SC" w:eastAsia="Noto Serif CJK SC"/>
        </w:rPr>
        <w:t>编写者：悟德法师等</w:t>
      </w:r>
    </w:p>
    <w:p>
      <w:pPr>
        <w:pStyle w:val="Heading2"/>
      </w:pPr>
      <w:r>
        <w:rPr>
          <w:rFonts w:ascii="Noto Serif CJK SC" w:hAnsi="Noto Serif CJK SC" w:eastAsia="Noto Serif CJK SC"/>
        </w:rPr>
        <w:t>10. 大手印浅释 / 恒河大手印（序 + 第一讲至第十七讲全文）</w:t>
      </w:r>
    </w:p>
    <w:p>
      <w:pPr>
        <w:spacing w:before="0" w:after="80" w:line="259" w:lineRule="auto"/>
      </w:pPr>
      <w:r>
        <w:rPr>
          <w:rFonts w:ascii="Noto Serif CJK SC" w:hAnsi="Noto Serif CJK SC" w:eastAsia="Noto Serif CJK SC"/>
        </w:rPr>
        <w:t>Status: full Chinese source body included and split into 17 lecture bodies. Source body taken from the full 大手印浅释 extraction in the prior rebuilt artifact; lecture boundaries were verified against the 2014 revised 恒河大手印 source table of contents and lecture-start text.</w:t>
      </w:r>
    </w:p>
    <w:p>
      <w:pPr>
        <w:pStyle w:val="Heading3"/>
      </w:pPr>
      <w:r>
        <w:rPr>
          <w:rFonts w:ascii="Noto Serif CJK SC" w:hAnsi="Noto Serif CJK SC" w:eastAsia="Noto Serif CJK SC"/>
        </w:rPr>
        <w:t>10.0 序 / Prefatory material</w:t>
      </w:r>
    </w:p>
    <w:p>
      <w:pPr>
        <w:spacing w:before="0" w:after="80" w:line="259" w:lineRule="auto"/>
        <w:ind w:firstLine="360"/>
      </w:pPr>
      <w:r>
        <w:rPr>
          <w:rFonts w:ascii="Noto Serif CJK SC" w:hAnsi="Noto Serif CJK SC" w:eastAsia="Noto Serif CJK SC"/>
        </w:rPr>
        <w:t>元音老人著恒河大手印是佛教密宗中的一种高层次修法，不修而修，修即无修，言语道断，心行处灭，于一念不生而了了分明，虽了了分明而一念不生处，讨个消息，然后悟烦恼即是菩提，妄念即是妙用，空有不二，体用一如，一切法皆是佛法。元音老人（李钟鼎老先生）以九十四岁的高龄，</w:t>
      </w:r>
    </w:p>
    <w:p>
      <w:pPr>
        <w:spacing w:before="0" w:after="80" w:line="259" w:lineRule="auto"/>
        <w:ind w:firstLine="360"/>
      </w:pPr>
      <w:r>
        <w:rPr>
          <w:rFonts w:ascii="Noto Serif CJK SC" w:hAnsi="Noto Serif CJK SC" w:eastAsia="Noto Serif CJK SC"/>
        </w:rPr>
        <w:t>讲经说法，著书立说，不遗余力。此书是继《佛法修</w:t>
      </w:r>
    </w:p>
    <w:p>
      <w:pPr>
        <w:spacing w:before="0" w:after="80" w:line="259" w:lineRule="auto"/>
        <w:ind w:firstLine="360"/>
      </w:pPr>
      <w:r>
        <w:rPr>
          <w:rFonts w:ascii="Noto Serif CJK SC" w:hAnsi="Noto Serif CJK SC" w:eastAsia="Noto Serif CJK SC"/>
        </w:rPr>
        <w:t>证心要》的又一部巨著，反复叮咛，和盘托出，生动活泼，触类旁通，确是度生的宝筏，成佛的要诀。希望读此书的志士仁人，开智慧眼，入无相门，大机大用，悲愿无尽，庶不辜负老人的一番苦心！</w:t>
      </w:r>
    </w:p>
    <w:p>
      <w:pPr>
        <w:spacing w:before="0" w:after="80" w:line="259" w:lineRule="auto"/>
        <w:ind w:firstLine="360"/>
      </w:pPr>
      <w:r>
        <w:rPr>
          <w:rFonts w:ascii="Noto Serif CJK SC" w:hAnsi="Noto Serif CJK SC" w:eastAsia="Noto Serif CJK SC"/>
        </w:rPr>
        <w:t>一九九九年一月后学徐恒志拜序</w:t>
      </w:r>
    </w:p>
    <w:p>
      <w:pPr>
        <w:spacing w:before="0" w:after="80" w:line="259" w:lineRule="auto"/>
        <w:ind w:firstLine="360"/>
      </w:pPr>
      <w:r>
        <w:rPr>
          <w:rFonts w:ascii="Noto Serif CJK SC" w:hAnsi="Noto Serif CJK SC" w:eastAsia="Noto Serif CJK SC"/>
        </w:rPr>
        <w:t>序言</w:t>
      </w:r>
    </w:p>
    <w:p>
      <w:pPr>
        <w:spacing w:before="0" w:after="80" w:line="259" w:lineRule="auto"/>
        <w:ind w:firstLine="360"/>
      </w:pPr>
      <w:r>
        <w:rPr>
          <w:rFonts w:ascii="Noto Serif CJK SC" w:hAnsi="Noto Serif CJK SC" w:eastAsia="Noto Serif CJK SC"/>
        </w:rPr>
        <w:t>这里给大家讲一讲大手印，大手印是密宗最高层的法。密宗分九乘次第，这属于最高一乘，藏语为阿</w:t>
      </w:r>
    </w:p>
    <w:p>
      <w:pPr>
        <w:spacing w:before="0" w:after="80" w:line="259" w:lineRule="auto"/>
        <w:ind w:firstLine="360"/>
      </w:pPr>
      <w:r>
        <w:rPr>
          <w:rFonts w:ascii="Noto Serif CJK SC" w:hAnsi="Noto Serif CJK SC" w:eastAsia="Noto Serif CJK SC"/>
        </w:rPr>
        <w:t>底约嘎，就是心中心圆满相应法。我们大家修心中心</w:t>
      </w:r>
    </w:p>
    <w:p>
      <w:pPr>
        <w:spacing w:before="0" w:after="80" w:line="259" w:lineRule="auto"/>
        <w:ind w:firstLine="360"/>
      </w:pPr>
      <w:r>
        <w:rPr>
          <w:rFonts w:ascii="Noto Serif CJK SC" w:hAnsi="Noto Serif CJK SC" w:eastAsia="Noto Serif CJK SC"/>
        </w:rPr>
        <w:t>法已经很长时间了，都应该有些成绩。有的人已经打开本来，见到本性；有的人呢，可能在座上本性现前时，没有觉察而滑过去了。所以今天和大家讲一讲佛性是怎么回事，怎么样才能见到它。见到之后又怎么样来进一步提高向上，启发妙用而圆成佛果。以提醒、敦促大家共同进步。注：密宗判定佛法共分九乘次第---外三乘、内三乘、密三乘。现把这九乘的内容稍微讲讲：外三乘是声闻乘、缘觉乘、菩萨乘，是指阿罗汉、辟支佛、菩萨所行之四谛、十二因缘、六度万行等法，泛指显教。内三乘是指作部、行部、瑜伽部三部修法。作部又称事业部，有增、息、怀、诛等等法门。这都是随顺众生的愿望而起用的法，也是“先以欲钩牵，后令入佛智”的方便接引法，并不究竟。行部的修法，目的是了生死、出苦海，才算进入了实修。从观想入手，修气、脉、明点，如颇哇法等等。瑜伽意即“相应”瑜伽部的修法，事与理相应，言与行相应，上与诸佛相应，下与众生相应。从这里开出三个层次，就是密</w:t>
      </w:r>
    </w:p>
    <w:p>
      <w:pPr>
        <w:spacing w:before="0" w:after="80" w:line="259" w:lineRule="auto"/>
        <w:ind w:firstLine="360"/>
      </w:pPr>
      <w:r>
        <w:rPr>
          <w:rFonts w:ascii="Noto Serif CJK SC" w:hAnsi="Noto Serif CJK SC" w:eastAsia="Noto Serif CJK SC"/>
        </w:rPr>
        <w:t>三乘。密三乘是嘛哈（摩诃）瑜伽、阿努瑜伽、阿底瑜伽。嘛哈瑜伽，意即大圆满相应，将观成的气脉等有相的东西化空，以与无相的法身相应。阿努瑜伽，意即无上圆满相应，以界智为趣入门，进一步把种种显现都化为一实相。阿底瑜伽，意即无比圆满相应，进而合三乘为一大密咒乘。</w:t>
      </w:r>
    </w:p>
    <w:p>
      <w:pPr>
        <w:spacing w:before="0" w:after="80" w:line="259" w:lineRule="auto"/>
        <w:ind w:firstLine="360"/>
      </w:pPr>
      <w:r>
        <w:rPr>
          <w:rFonts w:ascii="Noto Serif CJK SC" w:hAnsi="Noto Serif CJK SC" w:eastAsia="Noto Serif CJK SC"/>
        </w:rPr>
        <w:t>恒河大手印和禅宗一模一样，它也不讲用什么法</w:t>
      </w:r>
    </w:p>
    <w:p>
      <w:pPr>
        <w:spacing w:before="0" w:after="80" w:line="259" w:lineRule="auto"/>
        <w:ind w:firstLine="360"/>
      </w:pPr>
      <w:r>
        <w:rPr>
          <w:rFonts w:ascii="Noto Serif CJK SC" w:hAnsi="Noto Serif CJK SC" w:eastAsia="Noto Serif CJK SC"/>
        </w:rPr>
        <w:t>修，而是讲无修无得无证，直指人心成佛。但无修无得无证这是真如本性的自然智，我们要证到这种境地，才谈得上无修无得无证，而不是空口说白话的。如果仅懂得一些义理，而没有做到心境一如，顺逆无拘，纵横自在，就说无修无得无证，那就完全失去意义了！所以，我们要把恒河大手印和大家讲一讲。所谓大手印者，并不是有个手印用来修持，不象我们修心中心法时，有六个手印一个咒，须结印持咒修。这个法是直指法门，直接告诉我们，真心是怎么一回事，怎样来开发智慧，怎样来启发妙用。所以这个法是直截了当的直指法门，修心中心法的人听了很有用，因心中心法也是不用通过有相而直证心地的。</w:t>
      </w:r>
    </w:p>
    <w:p>
      <w:pPr>
        <w:spacing w:before="0" w:after="80" w:line="259" w:lineRule="auto"/>
        <w:ind w:firstLine="360"/>
      </w:pPr>
      <w:r>
        <w:rPr>
          <w:rFonts w:ascii="Noto Serif CJK SC" w:hAnsi="Noto Serif CJK SC" w:eastAsia="Noto Serif CJK SC"/>
        </w:rPr>
        <w:t>大手印有很多种，恒河大手印是其中最上之大手印法</w:t>
      </w:r>
    </w:p>
    <w:p>
      <w:pPr>
        <w:spacing w:before="0" w:after="80" w:line="259" w:lineRule="auto"/>
        <w:ind w:firstLine="360"/>
      </w:pPr>
      <w:r>
        <w:rPr>
          <w:rFonts w:ascii="Noto Serif CJK SC" w:hAnsi="Noto Serif CJK SC" w:eastAsia="Noto Serif CJK SC"/>
        </w:rPr>
        <w:t>门，它不要什么观想、气脉、明点、本尊等等的法，</w:t>
      </w:r>
    </w:p>
    <w:p>
      <w:pPr>
        <w:spacing w:before="0" w:after="80" w:line="259" w:lineRule="auto"/>
        <w:ind w:firstLine="360"/>
      </w:pPr>
      <w:r>
        <w:rPr>
          <w:rFonts w:ascii="Noto Serif CJK SC" w:hAnsi="Noto Serif CJK SC" w:eastAsia="Noto Serif CJK SC"/>
        </w:rPr>
        <w:t>也毋须持什么咒，它直下指示我们见性成佛，所以是最高一层的法。所谓大手印者，就是一真法界。什么是一真法界呢？一真法界就是我们的本性真如妙体，也就是成佛的根本。为什么叫大手印呢？因为我们的佛性是大而无外，小而无内的，所谓“大象无形，大音希声”最大的相是无相之相，无相可见的是最大的象。我们的本性是非空非有，非青非黄，非大非小，一切皆非。所以把它说似一物皆不中，没有什么东西可以比仿，因为它是无形无相无可比拟的，它是大的不得了，尽</w:t>
      </w:r>
    </w:p>
    <w:p>
      <w:pPr>
        <w:spacing w:before="0" w:after="80" w:line="259" w:lineRule="auto"/>
        <w:ind w:firstLine="360"/>
      </w:pPr>
      <w:r>
        <w:rPr>
          <w:rFonts w:ascii="Noto Serif CJK SC" w:hAnsi="Noto Serif CJK SC" w:eastAsia="Noto Serif CJK SC"/>
        </w:rPr>
        <w:t>虚空，遍法界，无物不包，无法不具。手就是心，心</w:t>
      </w:r>
    </w:p>
    <w:p>
      <w:pPr>
        <w:spacing w:before="0" w:after="80" w:line="259" w:lineRule="auto"/>
        <w:ind w:firstLine="360"/>
      </w:pPr>
      <w:r>
        <w:rPr>
          <w:rFonts w:ascii="Noto Serif CJK SC" w:hAnsi="Noto Serif CJK SC" w:eastAsia="Noto Serif CJK SC"/>
        </w:rPr>
        <w:t>就是手，俗语说得心应手，就是这个道理。假如不是心，手也不会动。印就是我们和佛心心相印，佛心就是我心，我心就是佛心；故经云：心、佛、众生三无差别；又云：千佛万佛共一体，即此意也。故大手印，就是我们的大心，就是我们的本性。一切东西由它生起，由它显现，由它变化，这叫大手印。恒河大手印就是这么好，这么高，因而下面我们要把这宝法和大家公开地讲一讲。</w:t>
      </w:r>
    </w:p>
    <w:p>
      <w:pPr>
        <w:pStyle w:val="Heading3"/>
      </w:pPr>
      <w:r>
        <w:rPr>
          <w:rFonts w:ascii="Noto Serif CJK SC" w:hAnsi="Noto Serif CJK SC" w:eastAsia="Noto Serif CJK SC"/>
        </w:rPr>
        <w:t>10.1 恒河大手印（第一讲）</w:t>
      </w:r>
    </w:p>
    <w:p>
      <w:pPr>
        <w:spacing w:before="0" w:after="80" w:line="259" w:lineRule="auto"/>
        <w:ind w:firstLine="360"/>
      </w:pPr>
      <w:r>
        <w:rPr>
          <w:rFonts w:ascii="Noto Serif CJK SC" w:hAnsi="Noto Serif CJK SC" w:eastAsia="Noto Serif CJK SC"/>
        </w:rPr>
        <w:t>第一讲大手印三要释义</w:t>
      </w:r>
    </w:p>
    <w:p>
      <w:pPr>
        <w:spacing w:before="0" w:after="80" w:line="259" w:lineRule="auto"/>
        <w:ind w:firstLine="360"/>
      </w:pPr>
      <w:r>
        <w:rPr>
          <w:rFonts w:ascii="Noto Serif CJK SC" w:hAnsi="Noto Serif CJK SC" w:eastAsia="Noto Serif CJK SC"/>
        </w:rPr>
        <w:t>统摄于心的见、定、行</w:t>
      </w:r>
    </w:p>
    <w:p>
      <w:pPr>
        <w:spacing w:before="0" w:after="80" w:line="259" w:lineRule="auto"/>
        <w:ind w:firstLine="360"/>
      </w:pPr>
      <w:r>
        <w:rPr>
          <w:rFonts w:ascii="Noto Serif CJK SC" w:hAnsi="Noto Serif CJK SC" w:eastAsia="Noto Serif CJK SC"/>
        </w:rPr>
        <w:t>一、心、佛、众生三无差别</w:t>
      </w:r>
    </w:p>
    <w:p>
      <w:pPr>
        <w:spacing w:before="0" w:after="80" w:line="259" w:lineRule="auto"/>
        <w:ind w:firstLine="360"/>
      </w:pPr>
      <w:r>
        <w:rPr>
          <w:rFonts w:ascii="Noto Serif CJK SC" w:hAnsi="Noto Serif CJK SC" w:eastAsia="Noto Serif CJK SC"/>
        </w:rPr>
        <w:t>“应知传承诸上师与我心无别。我们佛子应该知道，我们的心——佛性和历代的祖师都是无二无别的。这里拿历代祖师来代替诸佛，因为佛已经涅槃了，佛法现在都是由祖师传授，以祖</w:t>
      </w:r>
    </w:p>
    <w:p>
      <w:pPr>
        <w:spacing w:before="0" w:after="80" w:line="259" w:lineRule="auto"/>
        <w:ind w:firstLine="360"/>
      </w:pPr>
      <w:r>
        <w:rPr>
          <w:rFonts w:ascii="Noto Serif CJK SC" w:hAnsi="Noto Serif CJK SC" w:eastAsia="Noto Serif CJK SC"/>
        </w:rPr>
        <w:t>师代表佛，佛和祖师就合为一体了。我们的心既与传</w:t>
      </w:r>
    </w:p>
    <w:p>
      <w:pPr>
        <w:spacing w:before="0" w:after="80" w:line="259" w:lineRule="auto"/>
        <w:ind w:firstLine="360"/>
      </w:pPr>
      <w:r>
        <w:rPr>
          <w:rFonts w:ascii="Noto Serif CJK SC" w:hAnsi="Noto Serif CJK SC" w:eastAsia="Noto Serif CJK SC"/>
        </w:rPr>
        <w:t>承诸上师无别，就等于与佛无别。讲到这里有人不免要起疑惑，我们是凡夫，佛是神圣，凡圣不一，怎么会是无别呢？他就不知道，性体是不垢不净，不增不减的，无论凡圣都一祥。佛之所以神通广大，妙用无边，而我们不能者，是佛的性体上的污秽积垢都洗清爽了的缘故。我们因为粘着事物假象颠倒妄想，玷污了本性，就象太阳被乌云遮盖了一样，阳光显不出来，所以不能显发神用；但不管乌云多么厚，怎么遮盖，太阳还是在，阳光未曾少一分，乌云散开后，太阳就光芒万丈地现出来了。就是说我们的心尽管污秽（着相的缘故），但是我们只要把污秽、积垢洗清爽了，就和佛一样光明。所谓在圣不增，在凡不减，并不因</w:t>
      </w:r>
    </w:p>
    <w:p>
      <w:pPr>
        <w:spacing w:before="0" w:after="80" w:line="259" w:lineRule="auto"/>
        <w:ind w:firstLine="360"/>
      </w:pPr>
      <w:r>
        <w:rPr>
          <w:rFonts w:ascii="Noto Serif CJK SC" w:hAnsi="Noto Serif CJK SC" w:eastAsia="Noto Serif CJK SC"/>
        </w:rPr>
        <w:t>我们是凡夫就失却了光明的性体；不过因为我们执着颠倒妄想的缘故，习染深重，遮盖住本性，光明不能显现罢了，本体还是一样。为什么说这句话呢？这句话非常重要，因为我们现在要成佛，要了生死出轮回，救度众生。就先要知道怎么修法，而修法时，第一要见地正。所谓见地就是因地，就是下手时，先要知道用什么来修，如何修？方能迅速圆成，否则就多走弯路，所以先要知道我们的本性原和诸佛一样，没有区别，用它来修证，就和烧饭需用米一样，绝无有不成。明白了这一点，对我们能修成佛就不疑惑了，这样修持才收功迅速。不然佛是最高至上，无可企攀的，我们都是凡夫，怎么能成佛呢？怎么能修成就呢？一有怀疑就趑趄不前，不能成就了。因为信心是成功之母，要成就任何事情，第一要信心充足，没有信心，做任何事都不能成就。比如修净土宗的人，第一要深信不疑，西方确有净土，我只发愿念佛，临命终时，必得阿弥陀佛接引生西。然后精勤念佛，临终方能成就。如信的不深，将信将疑的，哎呀，我障重呀，能生西方吗？恐怕不能生吧？！那就不行了，因为他怀疑不定，做起来就无力，</w:t>
      </w:r>
    </w:p>
    <w:p>
      <w:pPr>
        <w:spacing w:before="0" w:after="80" w:line="259" w:lineRule="auto"/>
        <w:ind w:firstLine="360"/>
      </w:pPr>
      <w:r>
        <w:rPr>
          <w:rFonts w:ascii="Noto Serif CJK SC" w:hAnsi="Noto Serif CJK SC" w:eastAsia="Noto Serif CJK SC"/>
        </w:rPr>
        <w:t>不能一往直前地努力奋进，就不能成功了。所以信心</w:t>
      </w:r>
    </w:p>
    <w:p>
      <w:pPr>
        <w:spacing w:before="0" w:after="80" w:line="259" w:lineRule="auto"/>
        <w:ind w:firstLine="360"/>
      </w:pPr>
      <w:r>
        <w:rPr>
          <w:rFonts w:ascii="Noto Serif CJK SC" w:hAnsi="Noto Serif CJK SC" w:eastAsia="Noto Serif CJK SC"/>
        </w:rPr>
        <w:t>是第一，任何事情都是这祥，世间事情也是这样，我</w:t>
      </w:r>
    </w:p>
    <w:p>
      <w:pPr>
        <w:spacing w:before="0" w:after="80" w:line="259" w:lineRule="auto"/>
        <w:ind w:firstLine="360"/>
      </w:pPr>
      <w:r>
        <w:rPr>
          <w:rFonts w:ascii="Noto Serif CJK SC" w:hAnsi="Noto Serif CJK SC" w:eastAsia="Noto Serif CJK SC"/>
        </w:rPr>
        <w:t>相信这事能成功，就肯努力去做，虽然遭到失败，也不怕，再接再励地去干，结果一定能成就。否则，一遇挫折，就心灰意懒，势必一事无成。开头一句话就是叫我们信得及，我们的性和佛没有区别。因为传承诸上师是代表佛的，和佛一样，我们的性就是和上师的性一样，那就和佛性没有两样了。修道见地第一要紧，见地错了，结果必定是迂回曲折，走弯路。我们果能信得及我们的性和佛都是一样，没有区别，只要我们去修，知道在本体上熏修，把颠倒妄想转化，恢复本来面目；而不在色体上修，不向外求，那么我们就一定能成佛。信得及，这时候就不向外求；不然向外驰求，今天到这里求佛，明天到那里求佛，或在色体上着力，求来求去，结果求了一场空；因为你不知道本性是佛，不向内求，转向外取，故白费精力。修行要成就，应向自己本心去求。把我们自己的主人翁喊醒，别迷了，别做梦了，世间的色相都是假的，都是空华水月不可得，不要迷在你的妻子儿女财宝地位上，那都是昙花一现不可得的。所以《法华经》说“惟此一事实，余二即非真。”唯一真实的就是我们的一真法界——真正的本性。什么是法界？法界就是法性，亦曰实相。法是诸法，界是分界，总赅万有，大分为十，就是四圣六凡。四圣就</w:t>
      </w:r>
    </w:p>
    <w:p>
      <w:pPr>
        <w:spacing w:before="0" w:after="80" w:line="259" w:lineRule="auto"/>
        <w:ind w:firstLine="360"/>
      </w:pPr>
      <w:r>
        <w:rPr>
          <w:rFonts w:ascii="Noto Serif CJK SC" w:hAnsi="Noto Serif CJK SC" w:eastAsia="Noto Serif CJK SC"/>
        </w:rPr>
        <w:t>是佛、菩萨、缘觉、罗汉，六凡就是六道众生——人、天、修罗、地狱、饿鬼、畜生，都是这个性所显化。所以，非但我们人和诸佛的性一样，就是六道众生也和诸佛的真心没有区别，可惜迷于声色，业障深重而不自知。因此，佛怜愍我们，出世唤醒我们，不要再执着做梦了，你们都和我佛一样，赶快醒悟，出生死轮回之苦吧。佛在腊月初八夜睹明星悟道的时候说：“奇哉！一切众生皆具如来智慧德相。只因妄想颠倒执着，不能证得。”可见我等众生并不因生死轮回而丧失了佛性，只要我们醒悟，不迷于声色，即能回复本来面目。恒河大手印高深得很，一开始就提醒我们：一切传承上师的心和我们的心都是一样的，没有分别，不要以为他们高不可攀。我们和诸佛心是一模一样，无有二致。把这肯定了，不怀疑我们就是佛，只因为我们迷而不觉，着相颠倒，才落轮回。现在我们醒了，不为相所迷，不再取着，那么我们就恢复本来了，这是成佛第一要，所以，开头就讲这句要紧的话，下面就解释这句话，怎么样和诸佛心无别，怎样恢复我们本来，怎么样启发妙用，这句话是个总纲，非常重要。“见、定、行一切行持皆摄于心。</w:t>
      </w:r>
    </w:p>
    <w:p>
      <w:pPr>
        <w:spacing w:before="0" w:after="80" w:line="259" w:lineRule="auto"/>
        <w:ind w:firstLine="360"/>
      </w:pPr>
      <w:r>
        <w:rPr>
          <w:rFonts w:ascii="Noto Serif CJK SC" w:hAnsi="Noto Serif CJK SC" w:eastAsia="Noto Serif CJK SC"/>
        </w:rPr>
        <w:t>见、定、行三要素是大手印的三个秘诀，也是一</w:t>
      </w:r>
    </w:p>
    <w:p>
      <w:pPr>
        <w:spacing w:before="0" w:after="80" w:line="259" w:lineRule="auto"/>
        <w:ind w:firstLine="360"/>
      </w:pPr>
      <w:r>
        <w:rPr>
          <w:rFonts w:ascii="Noto Serif CJK SC" w:hAnsi="Noto Serif CJK SC" w:eastAsia="Noto Serif CJK SC"/>
        </w:rPr>
        <w:t>切法门修持法要。为什么这样说呢？因为修行第一要</w:t>
      </w:r>
    </w:p>
    <w:p>
      <w:pPr>
        <w:spacing w:before="0" w:after="80" w:line="259" w:lineRule="auto"/>
        <w:ind w:firstLine="360"/>
      </w:pPr>
      <w:r>
        <w:rPr>
          <w:rFonts w:ascii="Noto Serif CJK SC" w:hAnsi="Noto Serif CJK SC" w:eastAsia="Noto Serif CJK SC"/>
        </w:rPr>
        <w:t>知见正。以上告诉我们，我们的心和诸佛心没有分别，就叫知见正或见地正。见地正就因地正，因地正果地方能正。否则必走歧路，误认迷途，不能证正果。故云：“因地不正，果遭迂曲。</w:t>
      </w:r>
    </w:p>
    <w:p>
      <w:pPr>
        <w:spacing w:before="0" w:after="80" w:line="259" w:lineRule="auto"/>
        <w:ind w:firstLine="360"/>
      </w:pPr>
      <w:r>
        <w:rPr>
          <w:rFonts w:ascii="Noto Serif CJK SC" w:hAnsi="Noto Serif CJK SC" w:eastAsia="Noto Serif CJK SC"/>
        </w:rPr>
        <w:t>”修行人因地不正，必定</w:t>
      </w:r>
    </w:p>
    <w:p>
      <w:pPr>
        <w:spacing w:before="0" w:after="80" w:line="259" w:lineRule="auto"/>
        <w:ind w:firstLine="360"/>
      </w:pPr>
      <w:r>
        <w:rPr>
          <w:rFonts w:ascii="Noto Serif CJK SC" w:hAnsi="Noto Serif CJK SC" w:eastAsia="Noto Serif CJK SC"/>
        </w:rPr>
        <w:t>要走弯路而终归失败的，所以，这个见非常重要。我们凡夫都有身见，执着这个色身是我，执着得要死，身体要保养得好，吃得好，穿得好，样样好，都是为了这个躯壳。你看芸芸众生哪个不是为了这个躯壳忙？一天到晚都是为了躯壳的享受忙，这个世界的大小事都是为了躯壳忙，他们总想养尊处优地保养这个躯壳。因为要享受，不怕做尽伤天害理的事。自己没有，就抢人家的。这个世界上战争就是为了抢东西，你不给我，我就打你，把你国家亡了，你的全归我了。这种强盗行为，全为了躯壳的享受。这个社会上犯罪的行为无一不是为了躯壳，他想吃得好，玩得好，没有钞票怎么办？于是就杀人放火抢劫。其实，你造了坏因必定受恶果！因果定律，种瓜得瓜，种豆得豆，丝毫不爽！你因地做坏事，果上必定受恶报。但是，可怜这些凡夫痴迷不悟呀，只为了眼前的快乐，不顾</w:t>
      </w:r>
    </w:p>
    <w:p>
      <w:pPr>
        <w:spacing w:before="0" w:after="80" w:line="259" w:lineRule="auto"/>
        <w:ind w:firstLine="360"/>
      </w:pPr>
      <w:r>
        <w:rPr>
          <w:rFonts w:ascii="Noto Serif CJK SC" w:hAnsi="Noto Serif CJK SC" w:eastAsia="Noto Serif CJK SC"/>
        </w:rPr>
        <w:t>将来的恶果。你想杀人呀，要受法律制裁，杀你的头；你抢人家的东西，就要吃官司，坐监牢。你不想想看，做了坏事能逃得了吗？！唉，都是迷惑呀！眼前受报还不算，将来还要受地狱的惨报，不得了哇。有些人就不明白这个道理，你说要受惨报，我们怎么看到一些坏人现在很享福？反过来有些好人反而受苦，这个因果不相应嘛。他不知道这个因果要看三世的。佛经上有两句话：“欲知前世因，今生受者是；要知来世果，今生作者是”。他今生受的福报是过去作善事而得到的，他现在作坏事，将来受恶报，非但将来受恶报，现在的福也就减少了，寿命也缩短了。你现在看到好人受苦，那是他过去做了坏事，现在才受苦果，</w:t>
      </w:r>
    </w:p>
    <w:p>
      <w:pPr>
        <w:spacing w:before="0" w:after="80" w:line="259" w:lineRule="auto"/>
        <w:ind w:firstLine="360"/>
      </w:pPr>
      <w:r>
        <w:rPr>
          <w:rFonts w:ascii="Noto Serif CJK SC" w:hAnsi="Noto Serif CJK SC" w:eastAsia="Noto Serif CJK SC"/>
        </w:rPr>
        <w:t>他现在做好事，无形中就把他的恶报减少了，本来要</w:t>
      </w:r>
    </w:p>
    <w:p>
      <w:pPr>
        <w:spacing w:before="0" w:after="80" w:line="259" w:lineRule="auto"/>
        <w:ind w:firstLine="360"/>
      </w:pPr>
      <w:r>
        <w:rPr>
          <w:rFonts w:ascii="Noto Serif CJK SC" w:hAnsi="Noto Serif CJK SC" w:eastAsia="Noto Serif CJK SC"/>
        </w:rPr>
        <w:t>受很多很多苦，现在已是减轻了。这些果报在冥冥中转换了，而大家都不知道。佛眼看得清爽，所以说：“欲知前世因，今生受者是。”佛眼看东西不象我们凡夫的眼睛，我们看不见的，他都看得见。几千年前，佛在世时，既没有望远镜，也没有显微镜，他就告诉我们：“人视一杯水，佛视千万虫。”他看一杯水里有成千上万的虫，看得很清爽，而人就看不见。现在我们用肉眼看这世界上只有一个太阳，用天文望远镜才能看见有几亿光年外的星宿，虚空中既有别的行星、</w:t>
      </w:r>
    </w:p>
    <w:p>
      <w:pPr>
        <w:spacing w:before="0" w:after="80" w:line="259" w:lineRule="auto"/>
        <w:ind w:firstLine="360"/>
      </w:pPr>
      <w:r>
        <w:rPr>
          <w:rFonts w:ascii="Noto Serif CJK SC" w:hAnsi="Noto Serif CJK SC" w:eastAsia="Noto Serif CJK SC"/>
        </w:rPr>
        <w:t>太阳和恒星，其他星球上也有生物。但佛老早就知道了，看得很清楚。他告诉我们：虚空中世界很多，有仰世界、覆世界、斜世界等等，同时太阳也很多，和现在科学家说的一样，没有区别。所以说佛是先知者，看得很清楚，而人却很糊涂。我们要遵照佛的教导去做才对。见地要正，见不正就要“莽莽荡荡遭殃祸”。佛经里讲见惑和思惑，就是说我们有知见不正和思想着境的迷惑。刚才讲了身见，这是我们见惑的第一个迷惑。下来就是边见。因为有身见故而身体不能常住于世，它要死的，死以后到哪里去了？有人说，死了就没有了，这是断见；另有人说，还是有的，这是常见。不是执常见，就是着断见，都倒在两边，不离断常两边叫边见。还有邪见，就是拨无因果，说世上没有因果，这可害人不浅啊，将来他下地狱受苦就知道了。不要说将来，就是眼前果报也不爽，你做了坏事就会被枪毙或坐牢，你能逃得了吗？所以邪见是最坏事、最害人的。下面还有外道的见取见，戒禁取见。见取见者，迷执妄见——即执前三见为正见。戒禁取见者，妄执苦身——受种种邪戒与苦行，为此身死后生往人天乐处之因。比如现在有某种邪教妄称世界末日到了，大</w:t>
      </w:r>
    </w:p>
    <w:p>
      <w:pPr>
        <w:spacing w:before="0" w:after="80" w:line="259" w:lineRule="auto"/>
        <w:ind w:firstLine="360"/>
      </w:pPr>
      <w:r>
        <w:rPr>
          <w:rFonts w:ascii="Noto Serif CJK SC" w:hAnsi="Noto Serif CJK SC" w:eastAsia="Noto Serif CJK SC"/>
        </w:rPr>
        <w:t>家快点自杀升天，害得大家集体自杀。以上五种见，身见、边见、邪见、见取见与戒禁取见都是不正见，知见不正，果一定迂曲。我们晓得心就是佛，佛就是心，修行不向外求，不着身见就是知见正；我们念佛就是念心，念心就是念佛，我们用功使这个心能够平直无曲，无有粘着，除去它的住着性，去除它的贪得性，从而恢复本来，就是知见正。这样用功，才能有所成就，所以见地正非常重要。圭峰宗密禅师说：“修道人因知见的差别，修证的果有</w:t>
      </w:r>
    </w:p>
    <w:p>
      <w:pPr>
        <w:spacing w:before="0" w:after="80" w:line="259" w:lineRule="auto"/>
        <w:ind w:firstLine="360"/>
      </w:pPr>
      <w:r>
        <w:rPr>
          <w:rFonts w:ascii="Noto Serif CJK SC" w:hAnsi="Noto Serif CJK SC" w:eastAsia="Noto Serif CJK SC"/>
        </w:rPr>
        <w:t>五种不同。第一，带异计（心外取法）欣上厌下而修</w:t>
      </w:r>
    </w:p>
    <w:p>
      <w:pPr>
        <w:spacing w:before="0" w:after="80" w:line="259" w:lineRule="auto"/>
        <w:ind w:firstLine="360"/>
      </w:pPr>
      <w:r>
        <w:rPr>
          <w:rFonts w:ascii="Noto Serif CJK SC" w:hAnsi="Noto Serif CJK SC" w:eastAsia="Noto Serif CJK SC"/>
        </w:rPr>
        <w:t>者，是外道禅。第二，正信因果，亦以欣厌而修者，是凡夫禅。第三，悟我空偏真之理而修者，是小乘禅。第四，悟我法二空所显真理而修者，是大乘禅。第五，悟此心本来清净，原无烦恼、无漏智性，本来具足，此心即佛，是最上乘禅。达摩门下所传之禅即是此禅。”由此可见，见地也即因心，在修行的过程上是何等重要。什么是定呢？修行人都知道，要成佛得道，须打座入定才能开发智慧、圆证菩提。但定有多种，如来禅讲四禅八定，修行人由初禅定渐渐上升二禅、三禅直至四禅天顶为四禅定。再上，由空无边处而识无边处，无所有处，而入非想非非想处，为四空天定。加</w:t>
      </w:r>
    </w:p>
    <w:p>
      <w:pPr>
        <w:spacing w:before="0" w:after="80" w:line="259" w:lineRule="auto"/>
        <w:ind w:firstLine="360"/>
      </w:pPr>
      <w:r>
        <w:rPr>
          <w:rFonts w:ascii="Noto Serif CJK SC" w:hAnsi="Noto Serif CJK SC" w:eastAsia="Noto Serif CJK SC"/>
        </w:rPr>
        <w:t>上前四禅定，就是八种定，这是渐次法门修证的定。祖师禅则不然，祖师禅是顿修、顿悟，顿证的。他们</w:t>
      </w:r>
    </w:p>
    <w:p>
      <w:pPr>
        <w:spacing w:before="0" w:after="80" w:line="259" w:lineRule="auto"/>
        <w:ind w:firstLine="360"/>
      </w:pPr>
      <w:r>
        <w:rPr>
          <w:rFonts w:ascii="Noto Serif CJK SC" w:hAnsi="Noto Serif CJK SC" w:eastAsia="Noto Serif CJK SC"/>
        </w:rPr>
        <w:t>不修这种定，而是以极高的智慧打开本来，亲证佛性</w:t>
      </w:r>
    </w:p>
    <w:p>
      <w:pPr>
        <w:spacing w:before="0" w:after="80" w:line="259" w:lineRule="auto"/>
        <w:ind w:firstLine="360"/>
      </w:pPr>
      <w:r>
        <w:rPr>
          <w:rFonts w:ascii="Noto Serif CJK SC" w:hAnsi="Noto Serif CJK SC" w:eastAsia="Noto Serif CJK SC"/>
        </w:rPr>
        <w:t>而心贴贴地与定相应的。他们说：有出有入的定不是大定，对境不迷惑才为真定，对任何境界，心都不动摇，不为之迷倒、惑乱，才叫大定。不是看到美色就动心，看到金银就贪婪，而于打坐时能入定为定的。更有人认为能坐几天几夜，或多少年不动是大定，其实错了，那不是大定，只是灭受想定。他们的第七识法执现行不灭，但以不取外六尘境，妄计识灭耳。一旦出定，遇境反动胜过未入定前，这种不究竟的，不为大定，所以禅宗不主张修这种定。兹举一例，以证明之。昔日六祖遇卧轮禅师，卧轮禅师说：“卧轮有伎俩，能断百思想；对境心不起，菩提日日长。”卧轮禅师夸耀他的禅定功夫高深，说他能一天到晚思想不动，任何境界来，都不动摇，菩提智慧一天天在增长。看起来这定功真了不起，其实不对。为什么？你住在定上不动，死在那里了。我们成佛，是成活佛，不是成死佛。是有活泼泼的妙用的，不是死坐在那里不动的，所以这不是正定。正定是没有出入而能起妙用的，你在那里有个“定功”的住执，坐着不动，不能起用，这个定有什么用？所以六祖救他说：“慧能</w:t>
      </w:r>
    </w:p>
    <w:p>
      <w:pPr>
        <w:spacing w:before="0" w:after="80" w:line="259" w:lineRule="auto"/>
        <w:ind w:firstLine="360"/>
      </w:pPr>
      <w:r>
        <w:rPr>
          <w:rFonts w:ascii="Noto Serif CJK SC" w:hAnsi="Noto Serif CJK SC" w:eastAsia="Noto Serif CJK SC"/>
        </w:rPr>
        <w:t>没伎俩”，你有本事，我没本事。讲到本事，现在很多的修道人都执着“本事”，我有神通，“本事”很大，你无神通，就一点“本事”没有。他就不知道执在神通上，早就堕在窠臼里，死在那里了。修道人凡有所住，就被所住执的事物遮障了本性光明，不能见性成佛，所以尽管你有神通，非但不能成佛，将来成魔倒有份。要成佛必须心空净，毫无执着才行。所以六祖说：“慧能没伎俩”，我慧能没有伎俩，就是说你有本事，我没本事。为什么这样说呢？因为说有伎俩，早已有落处了，本性是净裸裸、赤洒洒，一法不立，一尘不染的，才说个有，早不是了，“慧能没伎俩”，正是拈卧轮的落处。“不断百思想”，我不把思想都断灭掉，为什么呢？我要起妙用度众生呀，佛是活泼泼、妙用无边的，不是死在那里不动的。佛出世说法，也要用思想的，他给我们说法，思想不动能说得出来吗？所以说：“不断百思想”。什么思想都不须断灭，因为我们还要它派用场呀！《圆觉经》曰：“居一切时，不起妄念”，下接着就说：“于诸妄心，亦不息灭。你要把妄心息灭掉，正念就没有了，就死掉了，因为妄心是从真心来的，就像波浪是从水起来的一样，波浪灭掉，水也就没有了。假如我们把妄心息灭掉，就变成土木金石了，你还能成道吗？那就成了大石头、</w:t>
      </w:r>
    </w:p>
    <w:p>
      <w:pPr>
        <w:spacing w:before="0" w:after="80" w:line="259" w:lineRule="auto"/>
        <w:ind w:firstLine="360"/>
      </w:pPr>
      <w:r>
        <w:rPr>
          <w:rFonts w:ascii="Noto Serif CJK SC" w:hAnsi="Noto Serif CJK SC" w:eastAsia="Noto Serif CJK SC"/>
        </w:rPr>
        <w:t>大木头、大泥块了。所以，不要看某人入定一个礼拜，几个月。几年乃至上百年、千年，那没有用，欲证大道，必须开圆顿解，如实修行，在境界上不懈地锻炼，远离自心所现妄想虚幻境，方能相应。呆坐的功夫不行，那是死定，不能成道。兹再举一个公案以证此说不虚。从前释迦佛在世时，有个女子坐在释迦佛边上入定了。文殊菩萨走来一看，这个女子怎么这样不懂规矩，在释迦佛身边入定？应该远远退到佛后面去才是。故在女子面前弹指，唤这个女子出定，但女子仍然纹丝不动，没有出定；文殊菩萨见女子没有出定，就显神通，把她举到三十三天，那女子还是不出定；文殊菩萨一看不行，又把她打入十八层地狱，仍不能使她出定。释迦佛说：“你不能叫她出定，下方有个罔明菩萨能叫她出定。话才说完，下方的罔明菩萨来了，佛说：“你来得正好，你就叫这个女子出定吧。”罔明菩萨就在这个女子面前一弹指，这女子就出定了。这个公案很迷惑人，因为文殊菩萨是七佛之师，是七尊佛的师父，智慧大得不得了，怎么不能叫这个女子出定呢？而罔明菩萨不过是下方的一个菩萨，他怎么一弹指就能叫这个女子出定呢？这个公案应从实质上来看，这个女子取相入定，已经是大错误。我们刚才讲了，你住在定相上，</w:t>
      </w:r>
    </w:p>
    <w:p>
      <w:pPr>
        <w:spacing w:before="0" w:after="80" w:line="259" w:lineRule="auto"/>
        <w:ind w:firstLine="360"/>
      </w:pPr>
      <w:r>
        <w:rPr>
          <w:rFonts w:ascii="Noto Serif CJK SC" w:hAnsi="Noto Serif CJK SC" w:eastAsia="Noto Serif CJK SC"/>
        </w:rPr>
        <w:t>有所住，就不对，要成佛，要丝毫无粘住，活泼泼地起妙用，不可死住在定上。这女子住定先错，继而文殊菩萨呢？是代表大智慧的，大智慧不是很好吗？但我们的所谓智慧，是世智辨聪，不是般若大智。要成佛，是要将这妄智去除干净才行。你有聪明智慧呀，就是所知障，所知愚，障住你悟道之门，不得开悟。昔日孔老夫子去见老子时，老子和他讲：“掊击尔智”就是叫他把聪明智慧取消打倒，心中空荡荡地一无所有，毫无所住，才能悟道。所以我们不要夸自己聪明，弄小聪明是一个大障碍，要大智若愚，心不动摇，无所住执，才能成大道。心定不动，无所住执，不是象木石般的不知道，不晓得，而是了了分明、清清楚楚的无舍无取无爱无憎的不动心，所以我们要明白，正定是对境不惑，无出无入的，不是死坐不动的。那么罔明菩萨为什么能叫她出定呢？罔明就是要把你的世智辨聪取消掉，罔而无知无著，则般若大智现前。所以这个公案是表法的，不是文殊菩萨真不能让她出定，更不是罔明高于文殊菩萨。</w:t>
      </w:r>
    </w:p>
    <w:p>
      <w:pPr>
        <w:spacing w:before="0" w:after="80" w:line="259" w:lineRule="auto"/>
        <w:ind w:firstLine="360"/>
      </w:pPr>
      <w:r>
        <w:rPr>
          <w:rFonts w:ascii="Noto Serif CJK SC" w:hAnsi="Noto Serif CJK SC" w:eastAsia="Noto Serif CJK SC"/>
        </w:rPr>
        <w:t>所以我们要成道，就须去除这世智辨聪，时时心</w:t>
      </w:r>
    </w:p>
    <w:p>
      <w:pPr>
        <w:spacing w:before="0" w:after="80" w:line="259" w:lineRule="auto"/>
        <w:ind w:firstLine="360"/>
      </w:pPr>
      <w:r>
        <w:rPr>
          <w:rFonts w:ascii="Noto Serif CJK SC" w:hAnsi="Noto Serif CJK SC" w:eastAsia="Noto Serif CJK SC"/>
        </w:rPr>
        <w:t>空如洗，内不随念转，外不为境牵，精勤锻炼，损之又损，方能成就。六祖说：“何期自性本自清净！何期自性本不生灭！何期自性本无动摇！何期自性本自</w:t>
      </w:r>
    </w:p>
    <w:p>
      <w:pPr>
        <w:spacing w:before="0" w:after="80" w:line="259" w:lineRule="auto"/>
        <w:ind w:firstLine="360"/>
      </w:pPr>
      <w:r>
        <w:rPr>
          <w:rFonts w:ascii="Noto Serif CJK SC" w:hAnsi="Noto Serif CJK SC" w:eastAsia="Noto Serif CJK SC"/>
        </w:rPr>
        <w:t>具足！何期自性能生万法！”既然自性具足一切，无所不有；本来清净，与佛无二，我们果能心空无染，还有什么不成就的呢？后来大慧宗杲作了个偈子颂这个出定公案，他说：“出得出不得，是定非正定。你在这里搞出定入定，你这个不是正定，是死定，真正的定是没有出入的，动也如此，静也如此，不是死坐在那里不动，而是妙用无边的，不是说话做事就不在定里，而是心无所住，动时不见动的。你假如住在静相上就不是正定。罔明与文殊二位大菩萨尚且在出定入定上做文章，就不免离开本位了。宗下说：“片时不在，便同死人。”离开本位就丧失了性命。所以大慧宗杲禅师的偈子最后结束说：“罔明与文殊，丧却穷性命。”这两位大菩萨、佛和女子演个戏给我们看，就是让我们知道用功怎么用法，这点非常重要，我们用功千万不要取死定，要活泼泼的一切无碍。懒融禅师说：“恰恰用心时，恰恰无心用，无心恰恰用，常用恰恰无。”就是说正做事时，正说话时，我们的心还是无所粘染安住不动，不是坐在那里不动能定，事情一来就乱了，要动静一如才是真定。行是什么呢？就是一切行持，就是我们的修行，也就是我们的行为和造作。见定行三者对我们修行人来讲是至关重要的，所以是恒河大手印的三要素。上</w:t>
      </w:r>
    </w:p>
    <w:p>
      <w:pPr>
        <w:spacing w:before="0" w:after="80" w:line="259" w:lineRule="auto"/>
        <w:ind w:firstLine="360"/>
      </w:pPr>
      <w:r>
        <w:rPr>
          <w:rFonts w:ascii="Noto Serif CJK SC" w:hAnsi="Noto Serif CJK SC" w:eastAsia="Noto Serif CJK SC"/>
        </w:rPr>
        <w:t>面讲的见，就是我们初用功时，应当先把知见摆正，方不至走弯路，知道怎样做，怎样用功，用什么东西</w:t>
      </w:r>
    </w:p>
    <w:p>
      <w:pPr>
        <w:spacing w:before="0" w:after="80" w:line="259" w:lineRule="auto"/>
        <w:ind w:firstLine="360"/>
      </w:pPr>
      <w:r>
        <w:rPr>
          <w:rFonts w:ascii="Noto Serif CJK SC" w:hAnsi="Noto Serif CJK SC" w:eastAsia="Noto Serif CJK SC"/>
        </w:rPr>
        <w:t>来修行，所以见是因地法行。我们所说成佛者，是心</w:t>
      </w:r>
    </w:p>
    <w:p>
      <w:pPr>
        <w:spacing w:before="0" w:after="80" w:line="259" w:lineRule="auto"/>
        <w:ind w:firstLine="360"/>
      </w:pPr>
      <w:r>
        <w:rPr>
          <w:rFonts w:ascii="Noto Serif CJK SC" w:hAnsi="Noto Serif CJK SC" w:eastAsia="Noto Serif CJK SC"/>
        </w:rPr>
        <w:t>成佛，而不是身成佛，因地搞错，果就要遭迂曲。我们知道修任何法门都是修心，要心空净，无所粘染，方能成道，故须知见正，选择一个适合自己的根机的</w:t>
      </w:r>
    </w:p>
    <w:p>
      <w:pPr>
        <w:spacing w:before="0" w:after="80" w:line="259" w:lineRule="auto"/>
        <w:ind w:firstLine="360"/>
      </w:pPr>
      <w:r>
        <w:rPr>
          <w:rFonts w:ascii="Noto Serif CJK SC" w:hAnsi="Noto Serif CJK SC" w:eastAsia="Noto Serif CJK SC"/>
        </w:rPr>
        <w:t>法门来修，这个修练就是行。由修法当机而深入禅定</w:t>
      </w:r>
    </w:p>
    <w:p>
      <w:pPr>
        <w:spacing w:before="0" w:after="80" w:line="259" w:lineRule="auto"/>
        <w:ind w:firstLine="360"/>
      </w:pPr>
      <w:r>
        <w:rPr>
          <w:rFonts w:ascii="Noto Serif CJK SC" w:hAnsi="Noto Serif CJK SC" w:eastAsia="Noto Serif CJK SC"/>
        </w:rPr>
        <w:t>开大智慧，才能证成佛果，这个大手印讲的是无修、无得、无证、无整、无散乱的大法，指示我们能言、</w:t>
      </w:r>
    </w:p>
    <w:p>
      <w:pPr>
        <w:spacing w:before="0" w:after="80" w:line="259" w:lineRule="auto"/>
        <w:ind w:firstLine="360"/>
      </w:pPr>
      <w:r>
        <w:rPr>
          <w:rFonts w:ascii="Noto Serif CJK SC" w:hAnsi="Noto Serif CJK SC" w:eastAsia="Noto Serif CJK SC"/>
        </w:rPr>
        <w:t>能行、能知、能觉的性能就是佛，叫我们直下开悟见</w:t>
      </w:r>
    </w:p>
    <w:p>
      <w:pPr>
        <w:spacing w:before="0" w:after="80" w:line="259" w:lineRule="auto"/>
        <w:ind w:firstLine="360"/>
      </w:pPr>
      <w:r>
        <w:rPr>
          <w:rFonts w:ascii="Noto Serif CJK SC" w:hAnsi="Noto Serif CJK SC" w:eastAsia="Noto Serif CJK SC"/>
        </w:rPr>
        <w:t>性，不用渐次修行的无上妙法。我们修行的法门很多，有偏、有圆、有顿、有渐。恒河大手印的行法是圆顿中的直指法，叫我们当下见性，不要修什么法的。但是，不管你有无修法，都由我们的真心所摄持，所以说一切行持皆摄于心，都由我们的心包藏含摄，所以经云：“无不从此法界流，无不归还此法界”也。恒河大手印虽然直接指示我们当下见性，不用修什么法，但是见性后，多生妄习不能顿除，所以它也讲行，就是于见性后，还须绵密保任，除尽旧习，入无为本位，再浑化其迹，方能打成一片，圆融无碍。</w:t>
      </w:r>
    </w:p>
    <w:p>
      <w:pPr>
        <w:spacing w:before="0" w:after="80" w:line="259" w:lineRule="auto"/>
        <w:ind w:firstLine="360"/>
      </w:pPr>
      <w:r>
        <w:rPr>
          <w:rFonts w:ascii="Noto Serif CJK SC" w:hAnsi="Noto Serif CJK SC" w:eastAsia="Noto Serif CJK SC"/>
        </w:rPr>
        <w:t>二、法尔正见</w:t>
      </w:r>
    </w:p>
    <w:p>
      <w:pPr>
        <w:spacing w:before="0" w:after="80" w:line="259" w:lineRule="auto"/>
        <w:ind w:firstLine="360"/>
      </w:pPr>
      <w:r>
        <w:rPr>
          <w:rFonts w:ascii="Noto Serif CJK SC" w:hAnsi="Noto Serif CJK SC" w:eastAsia="Noto Serif CJK SC"/>
        </w:rPr>
        <w:t>“见者，了知一真法界，法尔如来藏心，无量显现染净诸法，具足法尔平等性义。见者，见什么呢？明心见性也。就是要我们知道成佛先须见地明白，识得这一真法界，法尔如来藏心，就在我们六根门头放光，然后勤加保护，始能圆证佛果。一真法界就是我们的真心本性。所谓一真者就是唯有这一本性是真实的，其他俱是虚幻的；法界就是上面讲的十法界，就是四圣六凡，这里讲的一真法界，就是四圣六凡的本体，它没有圣，没有凡，所以称一真法界。我们的本性是非凡非圣、一丝不挂、一法不立的。法尔如来藏心就是本来如此，而没有任何造作，所谓佛性天真事，不是后天造作成功的。法尔，就是本来如此。如来藏心意思有二层：一在凡夫地位是如来藏（cang，收藏之藏），就是如来的本性藏在里面，二是你悟道之后是如来藏（zang）、是宝藏，里面具足一切妙用，如摩尼宝珠，能雨众宝，一切妙用都包含在里面。具足一切妙用是如来藏，宝藏打开了就取之不竭，用之无穷，这样一个大宝贝本在我们身边我们却不知道，你看可怜不可怜！冤枉不冤枉！《法华</w:t>
      </w:r>
    </w:p>
    <w:p>
      <w:pPr>
        <w:spacing w:before="0" w:after="80" w:line="259" w:lineRule="auto"/>
        <w:ind w:firstLine="360"/>
      </w:pPr>
      <w:r>
        <w:rPr>
          <w:rFonts w:ascii="Noto Serif CJK SC" w:hAnsi="Noto Serif CJK SC" w:eastAsia="Noto Serif CJK SC"/>
        </w:rPr>
        <w:t>经》说：“有摩尼宝珠在当人自己贴身衣袋里，可惜人都不知道，反向外去讨饭。”真是愚痴极了。唉，这就是六道众生呀！六道轮回就是讨饭，本来是至尊至贵的大富翁具足一切的，现在却沦落街头讨饭，这不是太冤屈了吗？现在要让你知道，见到自己本来的真性，不要做屈死鬼，所以大手印直截了当地告诉我们：不但是人，一切众生都具足如来佛性，只是被无明、执着、妄想、颠倒、烦恼等遮蔽了看不见。我们果能不执着外相，把一切妄想颠倒消尽，就能恢复本来面目的光明，那忘失的大宝贝就回到手中了。这个宝贝不在外面，大家不要到外面去求去找，它就在你自己六根门头放光，你只回光返照，当前念已断，后念未起时，冷眼瞥着就明白自己本来是佛了。所以大手印是直指法门，直接指示我们见性的，不是叫你去参话头、起疑情而后才能开悟的。所谓见者，不是用眼睛看见什么，而是体会。但怎么见到这一真法界呢？就是当你不思善、不思恶，一切妄念不起时，回光一鉴，这个一念不生，了了分明而又非同木石的是谁？现在大家可以当下试验，一念不起时，看这时是不是了了分明？它是不是象木石一样无知觉？显然不是，它还是了了分明（听得明明白白，看得清清楚楚）象镜子照东西一样的朗照，只是不起分别（没有</w:t>
      </w:r>
    </w:p>
    <w:p>
      <w:pPr>
        <w:spacing w:before="0" w:after="80" w:line="259" w:lineRule="auto"/>
        <w:ind w:firstLine="360"/>
      </w:pPr>
      <w:r>
        <w:rPr>
          <w:rFonts w:ascii="Noto Serif CJK SC" w:hAnsi="Noto Serif CJK SC" w:eastAsia="Noto Serif CJK SC"/>
        </w:rPr>
        <w:t>纤毫的爱憎之心和取舍之念）。这个不起分别的了了灵知，就是我们的本性——一真法界！所以见者，就是了知一真法界，法尔如来藏心，是大家本具的宝贝，它不在别处，就在当人六根门头放光。可是一切众生就是不知道，只知执取外相而把自己的光明掩蔽了，沦为六道众生，岂不可悲叹？我们现在只要回光一照，识得这个了了分明，一念不起的灵知原来就是我们的本性，就是成佛的根源，也是成就一切事物、世界的根本，所以说：“无量显现染净诸法，具足法尔平等性义。现在先来讲“无量显现染净诸法”。就是所有一</w:t>
      </w:r>
    </w:p>
    <w:p>
      <w:pPr>
        <w:spacing w:before="0" w:after="80" w:line="259" w:lineRule="auto"/>
        <w:ind w:firstLine="360"/>
      </w:pPr>
      <w:r>
        <w:rPr>
          <w:rFonts w:ascii="Noto Serif CJK SC" w:hAnsi="Noto Serif CJK SC" w:eastAsia="Noto Serif CJK SC"/>
        </w:rPr>
        <w:t>切男女老少、山河大地，草木丛林等等都是我这个心</w:t>
      </w:r>
    </w:p>
    <w:p>
      <w:pPr>
        <w:spacing w:before="0" w:after="80" w:line="259" w:lineRule="auto"/>
        <w:ind w:firstLine="360"/>
      </w:pPr>
      <w:r>
        <w:rPr>
          <w:rFonts w:ascii="Noto Serif CJK SC" w:hAnsi="Noto Serif CJK SC" w:eastAsia="Noto Serif CJK SC"/>
        </w:rPr>
        <w:t>（真心）所显现的。染者，污染，不好的东西；净者，清净美好的东西。譬如，我们这个娑婆世界就是一个秽土，污秽的；西方极乐世界就是净土，是清净的。净土也好，秽土也好，它是什么所成，是什么显现的呢？都是我们的一真法界所成、所显现的。所以佛经说：“无不从此法界流，无不归还此法界”。由此可见，现在这个山河大地、男女老少也是这一真法界所显现的，没有这个一真法界，哪里会有山河大地男女老少呢？有人要起疑惑了，山河大地男女老少怎么会是一真法界所显现的呢？</w:t>
      </w:r>
    </w:p>
    <w:p>
      <w:pPr>
        <w:spacing w:before="0" w:after="80" w:line="259" w:lineRule="auto"/>
        <w:ind w:firstLine="360"/>
      </w:pPr>
      <w:r>
        <w:rPr>
          <w:rFonts w:ascii="Noto Serif CJK SC" w:hAnsi="Noto Serif CJK SC" w:eastAsia="Noto Serif CJK SC"/>
        </w:rPr>
        <w:t>这话说来很长，在山河大地未形成时，我国古语叫做宇宙洪荒，又叫混沌未开，佛经上叫觉明空昧。觉就是我们的本觉，任何人、任何一个众生都有这个知觉，都有这个知觉性。性就是能量，就是知觉的本能，就是能起知觉的功能。觉本无过，但坏在认这个觉，敲定自己确是有知觉，这叫觉上生明，明就是明明有知觉，明白自己有知觉，这就是知上加知，头上安头，这个明便成无明了。觉本就是明，明本就是觉，经觉上生明，便分而对立，认为自己有能觉，就应当有所觉，应该有事物为我所觉。在那洪荒空昧时代，地球未曾形成没有东西，于是大家乱动，寻觅能为所觉的东西。但是空劫时代，没有东西，这叫空；因为寻不着东西，大家昏乱一团，这叫昧；越昏昧、越乱动；动极生风，于是大风轮起，和我们这个一真法界本所具有的地水火风空根识七大种性的地大相磨擦，地风相磨就成火大，火大上燃，浊者下沉，清者上浮，所以就生起了地、水、火、风、空合成的世界。我们现居的地球就是这样生起来的。所以这个世界，不论是地球、树木、太阳、月亮都是地水火风四大所形成的，而地水火风就是我们本性所具有的成份，就等于化学家所说的元素一样。你看这个地球，地球有地壳是地大；地下地上有水，是</w:t>
      </w:r>
    </w:p>
    <w:p>
      <w:pPr>
        <w:spacing w:before="0" w:after="80" w:line="259" w:lineRule="auto"/>
        <w:ind w:firstLine="360"/>
      </w:pPr>
      <w:r>
        <w:rPr>
          <w:rFonts w:ascii="Noto Serif CJK SC" w:hAnsi="Noto Serif CJK SC" w:eastAsia="Noto Serif CJK SC"/>
        </w:rPr>
        <w:t>水大；地心有火所以有火山爆发，就是火大；地球转动不停，有自转公转，是风大；所以地球完全是地水火风四大合成的。就是一棵大树，也不离地水火风，因大树的树干是硬的，那是地大；树里有水份，是水大；树身是木质，有火性能生火，是火大；大树吸收养分的运行和风动摇摆，是风大；所以大树也是四大组成。人也如此，身体的皮肤肌肉、骨骼是地大；血液、津液，是水大；火大就是心脏，每个人都有37℃的体温；风大就是我们的呼吸、血液循环和消化循环等等，转动不停就属于风大。所以一切一切都是我们的真心所显现的，叫无量显现染净诸法。所有世界，净土秽土都是我们心所显现的。下面说：“具足法尔平等性义”。什么是具足法尔平等性义呢？就是不管净土秽土它都是真心所显现，都是平等平等又平等的。不以为我们的秽土是由众生造业所感的，而净土是诸佛菩萨清净心所感的，因净秽不同而生不平等之感。同时须知一切色相皆是幻影，不管好、恶、美、丑都不可得；故是平等的。现在我们虽沦落为众生，但一真法界是平等的；不过因为无明之故，一时遮盖了本性光明，但本体还是不垢不净，不动摇，不变异的，不因为光明被遮蔽了，本体就污染了。比如一颗珍珠一时被污泥埋上了，光明</w:t>
      </w:r>
    </w:p>
    <w:p>
      <w:pPr>
        <w:spacing w:before="0" w:after="80" w:line="259" w:lineRule="auto"/>
        <w:ind w:firstLine="360"/>
      </w:pPr>
      <w:r>
        <w:rPr>
          <w:rFonts w:ascii="Noto Serif CJK SC" w:hAnsi="Noto Serif CJK SC" w:eastAsia="Noto Serif CJK SC"/>
        </w:rPr>
        <w:t>被遮，不见了，是不是光明就失掉了呢？没有！你把它挖出来，把烂泥擦掉，这颗珍珠还是一样光明，它本体的光明不会因污物包裹而失掉的，所以说本性在圣不增，在凡不减，它是平等平等又平等的。我们就因不知道这个平等性义，而有取有舍，有爱有嗔。这个好，清净，那个污秽不好，其实都是我们真心所显现的，所以真正见道的人是无取无舍的，无爱无憎的。我们用功把无明去掉，把所有污染执着烦恼颠倒都消灭掉后，就能恢复本性的光明，显现本来清净的法体，那时净土就在当下了。净土有理西方、事西方，</w:t>
      </w:r>
    </w:p>
    <w:p>
      <w:pPr>
        <w:spacing w:before="0" w:after="80" w:line="259" w:lineRule="auto"/>
        <w:ind w:firstLine="360"/>
      </w:pPr>
      <w:r>
        <w:rPr>
          <w:rFonts w:ascii="Noto Serif CJK SC" w:hAnsi="Noto Serif CJK SC" w:eastAsia="Noto Serif CJK SC"/>
        </w:rPr>
        <w:t>理西方，就是我们的清净心，叫唯心净土。从事上讲</w:t>
      </w:r>
    </w:p>
    <w:p>
      <w:pPr>
        <w:spacing w:before="0" w:after="80" w:line="259" w:lineRule="auto"/>
        <w:ind w:firstLine="360"/>
      </w:pPr>
      <w:r>
        <w:rPr>
          <w:rFonts w:ascii="Noto Serif CJK SC" w:hAnsi="Noto Serif CJK SC" w:eastAsia="Noto Serif CJK SC"/>
        </w:rPr>
        <w:t>呢，就是我们这个世界十万亿佛土之外，有一个西方极乐世界，但是这个西方世界虽然遥远，并没有与我们隔阂，因为我们的真心是遍满虚空，周遍法界的，</w:t>
      </w:r>
    </w:p>
    <w:p>
      <w:pPr>
        <w:spacing w:before="0" w:after="80" w:line="259" w:lineRule="auto"/>
        <w:ind w:firstLine="360"/>
      </w:pPr>
      <w:r>
        <w:rPr>
          <w:rFonts w:ascii="Noto Serif CJK SC" w:hAnsi="Noto Serif CJK SC" w:eastAsia="Noto Serif CJK SC"/>
        </w:rPr>
        <w:t>任它十方净土，都不出我们的真心之外，就看你的心</w:t>
      </w:r>
    </w:p>
    <w:p>
      <w:pPr>
        <w:spacing w:before="0" w:after="80" w:line="259" w:lineRule="auto"/>
        <w:ind w:firstLine="360"/>
      </w:pPr>
      <w:r>
        <w:rPr>
          <w:rFonts w:ascii="Noto Serif CJK SC" w:hAnsi="Noto Serif CJK SC" w:eastAsia="Noto Serif CJK SC"/>
        </w:rPr>
        <w:t>清净不清净。心清净，净土就和你没有隔阂，就在你面前；心不清净，它不免就隔阂，离开你十万亿佛土之外了。我们的心具足一切的，一切行持皆摄于心。经云：“三界唯心，万法唯识”，离开心，什么都没有了，所以，我们上面讲妄心不好息灭，为什么妄心不好息灭？妄心就是真心所显现的，没有真心哪里有妄心呢？比如没有水哪有波浪呢？波浪表示妄心，水是</w:t>
      </w:r>
    </w:p>
    <w:p>
      <w:pPr>
        <w:spacing w:before="0" w:after="80" w:line="259" w:lineRule="auto"/>
        <w:ind w:firstLine="360"/>
      </w:pPr>
      <w:r>
        <w:rPr>
          <w:rFonts w:ascii="Noto Serif CJK SC" w:hAnsi="Noto Serif CJK SC" w:eastAsia="Noto Serif CJK SC"/>
        </w:rPr>
        <w:t>表示真心，你要是把波浪取消了，水也就没有了，所以妄心不好消灭掉，只好歇下来。所以说歇下狂心就是真如，一切法门只是叫我们把妄心歇下来。不要取</w:t>
      </w:r>
    </w:p>
    <w:p>
      <w:pPr>
        <w:spacing w:before="0" w:after="80" w:line="259" w:lineRule="auto"/>
        <w:ind w:firstLine="360"/>
      </w:pPr>
      <w:r>
        <w:rPr>
          <w:rFonts w:ascii="Noto Serif CJK SC" w:hAnsi="Noto Serif CJK SC" w:eastAsia="Noto Serif CJK SC"/>
        </w:rPr>
        <w:t>圣，只要歇心，妄心歇下来就是了。大手印是直示法</w:t>
      </w:r>
    </w:p>
    <w:p>
      <w:pPr>
        <w:spacing w:before="0" w:after="80" w:line="259" w:lineRule="auto"/>
        <w:ind w:firstLine="360"/>
      </w:pPr>
      <w:r>
        <w:rPr>
          <w:rFonts w:ascii="Noto Serif CJK SC" w:hAnsi="Noto Serif CJK SC" w:eastAsia="Noto Serif CJK SC"/>
        </w:rPr>
        <w:t>门，告诉我们要见一真法界，就要把妄心歇下来，在一念不生时，回光一照，看到本性光明，这就是自己的本来面目，再不要去求其他什么神奇玄妙的东西。一有所求，一有所得，那就是着相了，非但永远不能成道，成魔倒有份在。为什么呢？因为我们的本性本来具足一切，不缺少什么，所以是如来藏，是个宝藏，只要你把它打开，就能用之无穷，不需向外面求取。一有求取，心不空净，住在相上，便成蕴魔，所以我们在见道后要绵密保任，勤除执着的旧习，这叫修道。为什么要这样做呢，因为见道以后，只不过认识了自己的本来面目，还有无始执着的习气没消光，这习气是从无始旷劫以来，着相着惯了，积聚起来，一下子叫你一点不粘着，清净无为不大可能。比如一间黑房间封闭了好多年，一旦窗门打开了或者电灯开亮了，黑暗取消了，房间里虽有了光明，但封闭年久，霉臭之气一下子不能够消除，还必须经过长久的通风、打扫、洗刷，才能把多年积下的霉臭之气渐渐消光。又比如一个臭粪桶，装了好多年大粪，一下子把</w:t>
      </w:r>
    </w:p>
    <w:p>
      <w:pPr>
        <w:spacing w:before="0" w:after="80" w:line="259" w:lineRule="auto"/>
        <w:ind w:firstLine="360"/>
      </w:pPr>
      <w:r>
        <w:rPr>
          <w:rFonts w:ascii="Noto Serif CJK SC" w:hAnsi="Noto Serif CJK SC" w:eastAsia="Noto Serif CJK SC"/>
        </w:rPr>
        <w:t>粪倒光之后，臭气还是不能消灭，因为臭气深入木里，不能马上消除。还要经过长远地浸、泡、洗、刷，慢慢地才可以把臭气消尽。同样的道理，我们纵然一下子见到本来面目，认得自家真心，也知道一切东西无量现象都是由我们的真心所显现的，但是要一下子把习气消光，在境界里面丝毫无粘，全不动摇，还很难做到。所以开悟之后，只是见道位，还要经过修道位，在境上辛勤地锻炼用功，把自己着相粘境的习气完全消光，才可以证成佛果。到那时，才入证道位。见道的时候只等于是小毛头刚刚降生，是个刚刚生下来的婴儿，还不能走路说话做事，须要慢慢成长为大人，才能渐渐讲话、行走、工作、乃至于成为英雄、豪杰与伟大的人物。所以我们于见道后还要经过修道，然</w:t>
      </w:r>
    </w:p>
    <w:p>
      <w:pPr>
        <w:spacing w:before="0" w:after="80" w:line="259" w:lineRule="auto"/>
        <w:ind w:firstLine="360"/>
      </w:pPr>
      <w:r>
        <w:rPr>
          <w:rFonts w:ascii="Noto Serif CJK SC" w:hAnsi="Noto Serif CJK SC" w:eastAsia="Noto Serif CJK SC"/>
        </w:rPr>
        <w:t>后才能证道。但是，第一最重要的是见道。假如不见</w:t>
      </w:r>
    </w:p>
    <w:p>
      <w:pPr>
        <w:spacing w:before="0" w:after="80" w:line="259" w:lineRule="auto"/>
        <w:ind w:firstLine="360"/>
      </w:pPr>
      <w:r>
        <w:rPr>
          <w:rFonts w:ascii="Noto Serif CJK SC" w:hAnsi="Noto Serif CJK SC" w:eastAsia="Noto Serif CJK SC"/>
        </w:rPr>
        <w:t>道，就不知道什么是本来面目，什么是真心，心里总有疑惑，总是向外驰求，心中无主，不免颠倒着相，故终究不能成道。所以修道人先要见到本性，明白了什么是本真，然后才能着手扫除虚幻的妄习，等于房间的电灯开亮了，看清了污秽所在，什么地方脏，什么地方有垃圾，然后才能着手扫除。假如电灯没开亮，房里漆黑一团，非但无从下手，即勉强打扫，也不免东碰西撞，撞得鼻青脸肿，还是不能打扫干净。所以</w:t>
      </w:r>
    </w:p>
    <w:p>
      <w:pPr>
        <w:spacing w:before="0" w:after="80" w:line="259" w:lineRule="auto"/>
        <w:ind w:firstLine="360"/>
      </w:pPr>
      <w:r>
        <w:rPr>
          <w:rFonts w:ascii="Noto Serif CJK SC" w:hAnsi="Noto Serif CJK SC" w:eastAsia="Noto Serif CJK SC"/>
        </w:rPr>
        <w:t>要成道，先要开佛知见，了知这一真法界，是一切众生本具的，不是修成功的！宗下说：“道属悟，不属修”</w:t>
      </w:r>
    </w:p>
    <w:p>
      <w:pPr>
        <w:spacing w:before="0" w:after="80" w:line="259" w:lineRule="auto"/>
        <w:ind w:firstLine="360"/>
      </w:pPr>
      <w:r>
        <w:rPr>
          <w:rFonts w:ascii="Noto Serif CJK SC" w:hAnsi="Noto Serif CJK SC" w:eastAsia="Noto Serif CJK SC"/>
        </w:rPr>
        <w:t>，就是这个道理。我们真明白了这个道理，修法</w:t>
      </w:r>
    </w:p>
    <w:p>
      <w:pPr>
        <w:spacing w:before="0" w:after="80" w:line="259" w:lineRule="auto"/>
        <w:ind w:firstLine="360"/>
      </w:pPr>
      <w:r>
        <w:rPr>
          <w:rFonts w:ascii="Noto Serif CJK SC" w:hAnsi="Noto Serif CJK SC" w:eastAsia="Noto Serif CJK SC"/>
        </w:rPr>
        <w:t>就上路了。上面说过，真理虽然顿悟，但多生执相的旧习不能立刻消除，还须时时刻刻保护，妄念一起即觉，觉即化空，空亦不住，方能圆融无碍。功夫由浅而深，由生而熟，到熟极时才能忘，忘了之后就能化，那时就可以变化无碍了。所以我们先要觉照，慢慢地进而至于寂照。觉就是知觉，念起要知道，不跟它跑，</w:t>
      </w:r>
    </w:p>
    <w:p>
      <w:pPr>
        <w:spacing w:before="0" w:after="80" w:line="259" w:lineRule="auto"/>
        <w:ind w:firstLine="360"/>
      </w:pPr>
      <w:r>
        <w:rPr>
          <w:rFonts w:ascii="Noto Serif CJK SC" w:hAnsi="Noto Serif CJK SC" w:eastAsia="Noto Serif CJK SC"/>
        </w:rPr>
        <w:t>这是有功之用。假如看见心念动了，放不下，自己定</w:t>
      </w:r>
    </w:p>
    <w:p>
      <w:pPr>
        <w:spacing w:before="0" w:after="80" w:line="259" w:lineRule="auto"/>
        <w:ind w:firstLine="360"/>
      </w:pPr>
      <w:r>
        <w:rPr>
          <w:rFonts w:ascii="Noto Serif CJK SC" w:hAnsi="Noto Serif CJK SC" w:eastAsia="Noto Serif CJK SC"/>
        </w:rPr>
        <w:t>力不够，不能止断其连续，这不行，须赶紧假佛力加持，以斩断之。念佛的人迅速提起阿弥陀佛圣号，将妄心住到佛号上去，妄念就不能持续了；持咒的人则将咒一提，妄念就被转换了；参禅的人时刻照顾话头，妄念自然不起。假如妄念起来也不知道，跟着念头跑，</w:t>
      </w:r>
    </w:p>
    <w:p>
      <w:pPr>
        <w:spacing w:before="0" w:after="80" w:line="259" w:lineRule="auto"/>
        <w:ind w:firstLine="360"/>
      </w:pPr>
      <w:r>
        <w:rPr>
          <w:rFonts w:ascii="Noto Serif CJK SC" w:hAnsi="Noto Serif CJK SC" w:eastAsia="Noto Serif CJK SC"/>
        </w:rPr>
        <w:t>那就完了。所以见道后，须绵密保护。保熟了就不要</w:t>
      </w:r>
    </w:p>
    <w:p>
      <w:pPr>
        <w:spacing w:before="0" w:after="80" w:line="259" w:lineRule="auto"/>
        <w:ind w:firstLine="360"/>
      </w:pPr>
      <w:r>
        <w:rPr>
          <w:rFonts w:ascii="Noto Serif CJK SC" w:hAnsi="Noto Serif CJK SC" w:eastAsia="Noto Serif CJK SC"/>
        </w:rPr>
        <w:t>保了，可由觉照进而为寂照了。寂就是不动，不再用觉了，同时照也忘了，自然照而不着照，有个照在还是有住，还是有功之用，无照无不照，这才进入无为。无功之用，其功甚大。到这里，才能入不退转地。“具足法尔平等性义”就是一切好坏、染净、长短，都是平等平等又平等，没有差别的，因为一切众</w:t>
      </w:r>
    </w:p>
    <w:p>
      <w:pPr>
        <w:spacing w:before="0" w:after="80" w:line="259" w:lineRule="auto"/>
        <w:ind w:firstLine="360"/>
      </w:pPr>
      <w:r>
        <w:rPr>
          <w:rFonts w:ascii="Noto Serif CJK SC" w:hAnsi="Noto Serif CJK SC" w:eastAsia="Noto Serif CJK SC"/>
        </w:rPr>
        <w:t>生都是佛呀，你不要看不起牛马等畜类，它也是佛，只不过因为作恶多端业障重，才落到下三道去。我们要起大悲心，发愿救度一切众生，同登觉岸，才符合佛出世救度众生的本怀。地藏王菩萨在地狱里庄严地狱，救度地狱众生，广施法力唤醒他们的迷梦，使他们知道，在这里受苦的人，佛性并不减少一分，只因不觉，着相、造业，才落到地狱里来受罪。如迅速醒悟、忏悔，恢复自己的本性光明，就立刻飞升超脱了。由此看来，修道人第一要明心见性，见性之后，才不致造业受报。不见本性，不免盲修，见到本性之后，才是正修。真正见到本性之后，你也就明白，西方净土和我们所在的秽土都是一样平等。经云：随其心净，即佛土净。你心清净无染，当下就是净土，因为心清净了，没有取舍，哪里还有什么好坏美丑等分别呢？心生分别那就坏了，好环美丑就随之产生了，人便随之爱嗔取舍，就不免造业受报了。修道为了出轮回、超三界，所以先要端正知见，识得这个人人本具的平等心，明白事物的平等义，而后才能着手除习，转识成智。修行人要圆证佛果，必须转识成智，识是知识、分别心，这是凡夫着境造业的妄心，经过辛勤用功改造，圆觉大智，才得如愿以偿。在转换的过程中，先转第六识为妙观察智，转第七识为平等性智，而后才</w:t>
      </w:r>
    </w:p>
    <w:p>
      <w:pPr>
        <w:spacing w:before="0" w:after="80" w:line="259" w:lineRule="auto"/>
        <w:ind w:firstLine="360"/>
      </w:pPr>
      <w:r>
        <w:rPr>
          <w:rFonts w:ascii="Noto Serif CJK SC" w:hAnsi="Noto Serif CJK SC" w:eastAsia="Noto Serif CJK SC"/>
        </w:rPr>
        <w:t>能转前五识为成所作智，转第八识为大圆镜智。不是一下子就能把妄识转为圆觉大智的，所以六祖说：“六、七因中转，八、五果上圆”即是此意。“应知传承诸上师与我心无别”，见道人既深知我心就是佛心，佛心就是我心，那么我心非但与传承诸上师无别，即和所有的事物境界也没有分别了。在这种心情下，还有什么爱憎取舍呢？假如还有分别，这是美好，我要取；那是丑陋，我要舍，那你的心还是不平等，你还没真见道。所以我们要了知一真法界本来不生不灭，不垢不净，不增不减，具足一切。换句话说，本来是佛，只要我们不迷痴，不跟妄念跑，不着境逐物，即能就路</w:t>
      </w:r>
    </w:p>
    <w:p>
      <w:pPr>
        <w:spacing w:before="0" w:after="80" w:line="259" w:lineRule="auto"/>
        <w:ind w:firstLine="360"/>
      </w:pPr>
      <w:r>
        <w:rPr>
          <w:rFonts w:ascii="Noto Serif CJK SC" w:hAnsi="Noto Serif CJK SC" w:eastAsia="Noto Serif CJK SC"/>
        </w:rPr>
        <w:t>还家，恢复本性。所以恒河大手印告诉我们：你不要</w:t>
      </w:r>
    </w:p>
    <w:p>
      <w:pPr>
        <w:spacing w:before="0" w:after="80" w:line="259" w:lineRule="auto"/>
        <w:ind w:firstLine="360"/>
      </w:pPr>
      <w:r>
        <w:rPr>
          <w:rFonts w:ascii="Noto Serif CJK SC" w:hAnsi="Noto Serif CJK SC" w:eastAsia="Noto Serif CJK SC"/>
        </w:rPr>
        <w:t>修，你本来具足真如佛性，只要回光返照，一切不着，念起即觉，不跟念走，就是正修正行。但先要知见正，这是因地法行，知见不正，果遭迂曲，所以大手印一开始讲就说要知见正。见到本性之后，才能时时在定。为什么呢？因为开悟后，才深切知道一切相都不可得，都是空华水月，无可取着，只有本性是真，尽管应机随缘而心不动。《金刚经》云：“应无所住而生其心。</w:t>
      </w:r>
    </w:p>
    <w:p>
      <w:pPr>
        <w:spacing w:before="0" w:after="80" w:line="259" w:lineRule="auto"/>
        <w:ind w:firstLine="360"/>
      </w:pPr>
      <w:r>
        <w:rPr>
          <w:rFonts w:ascii="Noto Serif CJK SC" w:hAnsi="Noto Serif CJK SC" w:eastAsia="Noto Serif CJK SC"/>
        </w:rPr>
        <w:t>”能这样才是活泼泼妙用无边的大定，这样修行</w:t>
      </w:r>
    </w:p>
    <w:p>
      <w:pPr>
        <w:spacing w:before="0" w:after="80" w:line="259" w:lineRule="auto"/>
        <w:ind w:firstLine="360"/>
      </w:pPr>
      <w:r>
        <w:rPr>
          <w:rFonts w:ascii="Noto Serif CJK SC" w:hAnsi="Noto Serif CJK SC" w:eastAsia="Noto Serif CJK SC"/>
        </w:rPr>
        <w:t>方是修道人的真实行持。所以修道人的心一定是平等</w:t>
      </w:r>
    </w:p>
    <w:p>
      <w:pPr>
        <w:spacing w:before="0" w:after="80" w:line="259" w:lineRule="auto"/>
        <w:ind w:firstLine="360"/>
      </w:pPr>
      <w:r>
        <w:rPr>
          <w:rFonts w:ascii="Noto Serif CJK SC" w:hAnsi="Noto Serif CJK SC" w:eastAsia="Noto Serif CJK SC"/>
        </w:rPr>
        <w:t>无偏倚的，待人接物毫无亲疏的差别，假如还有差别之见，那你还未达真平等之境。见定行一切都为心所摄，都具足于心，所以我们学佛应学心地法门，它是诞生王子，犹如皇帝亲生的太子，将来一定会做皇帝一样，将来一定成佛。修其他法门，都是外围功勋位，功夫再好，也只能封王称侯，而不能做皇帝——成佛。尤其现代做气功的人都执着在肉身上，搞什么小周天，大周天，更或弄些巫术、障眼法，炫耀自己，愚弄无知之人，他们自以为得计，其实只是弄精魂。任你神通怎么大，身体怎么好，到后来终归败坏，不能长久。故宗门云：“外道练身终必坏”也。所以我们用功，要知见正，知道成佛的根本是什</w:t>
      </w:r>
    </w:p>
    <w:p>
      <w:pPr>
        <w:spacing w:before="0" w:after="80" w:line="259" w:lineRule="auto"/>
        <w:ind w:firstLine="360"/>
      </w:pPr>
      <w:r>
        <w:rPr>
          <w:rFonts w:ascii="Noto Serif CJK SC" w:hAnsi="Noto Serif CJK SC" w:eastAsia="Noto Serif CJK SC"/>
        </w:rPr>
        <w:t>么，然后以之精修，才能修成正果。憨山大师在《心</w:t>
      </w:r>
    </w:p>
    <w:p>
      <w:pPr>
        <w:spacing w:before="0" w:after="80" w:line="259" w:lineRule="auto"/>
        <w:ind w:firstLine="360"/>
      </w:pPr>
      <w:r>
        <w:rPr>
          <w:rFonts w:ascii="Noto Serif CJK SC" w:hAnsi="Noto Serif CJK SC" w:eastAsia="Noto Serif CJK SC"/>
        </w:rPr>
        <w:t>经直指》中云：“修般若之所以成功迅速者，以人人皆具此真如妙性也。诸佛证之，以为神通妙用，众生迷之，以作妄想尘劳，所以日用而不知，昧此本真，枉受辛苦，可不哀哉！苟能顿悟本有，当下回光返照，一念熏修，则生死情关忽然隳破，犹如千年暗室，一灯能破，更不别求方便耳！”由此可见，我们只要醒悟，不迷色相，时时回光返照，在心地法门上熏修，不用其他法门，将来一定成佛。</w:t>
      </w:r>
    </w:p>
    <w:p>
      <w:pPr>
        <w:spacing w:before="0" w:after="80" w:line="259" w:lineRule="auto"/>
        <w:ind w:firstLine="360"/>
      </w:pPr>
      <w:r>
        <w:rPr>
          <w:rFonts w:ascii="Noto Serif CJK SC" w:hAnsi="Noto Serif CJK SC" w:eastAsia="Noto Serif CJK SC"/>
        </w:rPr>
        <w:t>三、心地法门</w:t>
      </w:r>
    </w:p>
    <w:p>
      <w:pPr>
        <w:pStyle w:val="Heading3"/>
      </w:pPr>
      <w:r>
        <w:rPr>
          <w:rFonts w:ascii="Noto Serif CJK SC" w:hAnsi="Noto Serif CJK SC" w:eastAsia="Noto Serif CJK SC"/>
        </w:rPr>
        <w:t>10.2 恒河大手印（第二讲）</w:t>
      </w:r>
    </w:p>
    <w:p>
      <w:pPr>
        <w:spacing w:before="0" w:after="80" w:line="259" w:lineRule="auto"/>
        <w:ind w:firstLine="360"/>
      </w:pPr>
      <w:r>
        <w:rPr>
          <w:rFonts w:ascii="Noto Serif CJK SC" w:hAnsi="Noto Serif CJK SC" w:eastAsia="Noto Serif CJK SC"/>
        </w:rPr>
        <w:t>说到心地法门，我想起黄龙与吕纯阳的公案来。吕纯阳是修道教的，道教讲究练精气神，采大药炼成大丹，即所谓金丹，化成婴儿，为金刚不坏的阳神。他参黄龙祖师时，已是炼丹成就阳神出窍了。在道教金丹炼成就后，即可以云游四方，参访各大名山的善知识。一天他经过黄龙山，见山上有紫云结盖，知有异人，便去拜访。恰好遇上黄龙禅师升堂说法，他便混在人群中听听黄龙禅师说些什么。黄龙知是吕公，想诱他入道，就厉声说：</w:t>
      </w:r>
    </w:p>
    <w:p>
      <w:pPr>
        <w:spacing w:before="0" w:after="80" w:line="259" w:lineRule="auto"/>
        <w:ind w:firstLine="360"/>
      </w:pPr>
      <w:r>
        <w:rPr>
          <w:rFonts w:ascii="Noto Serif CJK SC" w:hAnsi="Noto Serif CJK SC" w:eastAsia="Noto Serif CJK SC"/>
        </w:rPr>
        <w:t>“今天不说法，座旁有盗法</w:t>
      </w:r>
    </w:p>
    <w:p>
      <w:pPr>
        <w:spacing w:before="0" w:after="80" w:line="259" w:lineRule="auto"/>
        <w:ind w:firstLine="360"/>
      </w:pPr>
      <w:r>
        <w:rPr>
          <w:rFonts w:ascii="Noto Serif CJK SC" w:hAnsi="Noto Serif CJK SC" w:eastAsia="Noto Serif CJK SC"/>
        </w:rPr>
        <w:t>者！”于是，吕纯阳毅然出来，问黄龙禅师道：“一粒粟中藏世界，半升铛内煮山川。且道此意如何？”黄龙指着他说：“这守尸鬼！”吕纯阳说：“争耐囊中有长生不死之药。黄龙说：“饶经八万劫，终是落空亡。吕纯阳听了大惊，于是，飞剑取黄龙，黄龙以拂尘一掸，飞剑落地，剑者见也，剑落地即见负也，吕纯阳当下跪拜，请求指示。黄龙说：“半升铛内煮山川即不问，如何是一粒粟中藏世界？”吕纯阳于言下大悟。悟个什么？悟出了无相之心。这无相之心，才是成佛的根本、证成大道的根本。这能现阳神的、无形无相的大能量，才是永远不坏的天真佛。学佛修道，绝不</w:t>
      </w:r>
    </w:p>
    <w:p>
      <w:pPr>
        <w:spacing w:before="0" w:after="80" w:line="259" w:lineRule="auto"/>
        <w:ind w:firstLine="360"/>
      </w:pPr>
      <w:r>
        <w:rPr>
          <w:rFonts w:ascii="Noto Serif CJK SC" w:hAnsi="Noto Serif CJK SC" w:eastAsia="Noto Serif CJK SC"/>
        </w:rPr>
        <w:t>能执取色相，色相是真心的影子，终归要败坏的。所以吕纯阳恍然大悟之后，就说：“弃却瓢囊摵碎琴，从此不炼水中金，自从一见黄龙后，始觉从前错用心。”水就是水银，是炼丹的药物。道教炼丹讲究取坎填离，水是阴名坎，取其金是阳名离，取坎填离，即阴阳和合以炼成阳神之金丹大道。“从此不炼水中金”，即现在不炼这东西了，因为纯阳祖师认识了本性这个无相之心的天真佛。它是本来如此，法尔如此，非造作修炼而成，只是众生迷了外境，不识得而已。今天识得了、晓得了，就不再执取外境了。我们用功，首先要明白成佛的根本是什么？不然，方向一错，就相去千里，成道无望了。比如煮饭，要用米来烧，才能成饭；用泥沙来烧，你尽管烧上几天或几万年也不能成饭，所以见地非常重要。根本是什么？就是我们的一真法界（本性），而不是别的什么东西，与练气、炼丹都不相干。认识本性之后，就是具正见。见性之后，本来应是无修无得无证的，但是你习气未了，见境还要动心，那就生死不了，还是要修。为何如此说？因为你成佛之后，佛也不可得，哪还有什么东西可得？所以是无得；既然无得，你证个什么东西呢？所以是无证；无得无证，你本来是佛，</w:t>
      </w:r>
    </w:p>
    <w:p>
      <w:pPr>
        <w:spacing w:before="0" w:after="80" w:line="259" w:lineRule="auto"/>
        <w:ind w:firstLine="360"/>
      </w:pPr>
      <w:r>
        <w:rPr>
          <w:rFonts w:ascii="Noto Serif CJK SC" w:hAnsi="Noto Serif CJK SC" w:eastAsia="Noto Serif CJK SC"/>
        </w:rPr>
        <w:t>不是修成，所以是无修。然而你的习气不了，还是要</w:t>
      </w:r>
    </w:p>
    <w:p>
      <w:pPr>
        <w:spacing w:before="0" w:after="80" w:line="259" w:lineRule="auto"/>
        <w:ind w:firstLine="360"/>
      </w:pPr>
      <w:r>
        <w:rPr>
          <w:rFonts w:ascii="Noto Serif CJK SC" w:hAnsi="Noto Serif CJK SC" w:eastAsia="Noto Serif CJK SC"/>
        </w:rPr>
        <w:t>修。如何修呢？无修之修，即是时时观照，不要用什</w:t>
      </w:r>
    </w:p>
    <w:p>
      <w:pPr>
        <w:spacing w:before="0" w:after="80" w:line="259" w:lineRule="auto"/>
        <w:ind w:firstLine="360"/>
      </w:pPr>
      <w:r>
        <w:rPr>
          <w:rFonts w:ascii="Noto Serif CJK SC" w:hAnsi="Noto Serif CJK SC" w:eastAsia="Noto Serif CJK SC"/>
        </w:rPr>
        <w:t>么方法来修。所以，无修之修还是需要的。识得本性</w:t>
      </w:r>
    </w:p>
    <w:p>
      <w:pPr>
        <w:spacing w:before="0" w:after="80" w:line="259" w:lineRule="auto"/>
        <w:ind w:firstLine="360"/>
      </w:pPr>
      <w:r>
        <w:rPr>
          <w:rFonts w:ascii="Noto Serif CJK SC" w:hAnsi="Noto Serif CJK SC" w:eastAsia="Noto Serif CJK SC"/>
        </w:rPr>
        <w:t>之后，就明白世界上一切色相，都是我这一真法界（本性）之所显现。所以，性就是相，相就是性，性相不二，因此，我们佛教说不二法门。《心经》说：“色即是空，空即是色。”这色相就是我们一真法界、妙有真空之体所显现，而不是一说“色即是空”，就以为色是空无所有，那就错了。空无所有，那就变成顽空断灭，就不对了。所以，我们说一切色相无自体、无自性、本空，也就是所有皆不可得的空。所谓空有好几种，一般讲来，有对峙之空、断灭之空、析法真空等。凡夫是对峙之空，所谓东西在的时候是有，东西不在就是空；外道是断灭空，认为人死后，就统统完结没有了，是断灭空；二乘所见的道是析法真空，就是把色心两种法分开了，色是色法，心是心法。比如五蕴：色受想行识。二乘说色是色法，受想行识是心法，把它分开来。他们认为我们修道，身体是没用的，要舍去这身体。其实不是这样，色就是空，空就是色，所有色相包括我们身体在内就是真心。比如镜子能现影子，镜子不能现影子就不成为镜子了；因其能显现影子，故称为镜子。我们的本体是妙有真空，妙有者具足万法，它不是空无所有，所以</w:t>
      </w:r>
    </w:p>
    <w:p>
      <w:pPr>
        <w:spacing w:before="0" w:after="80" w:line="259" w:lineRule="auto"/>
        <w:ind w:firstLine="360"/>
      </w:pPr>
      <w:r>
        <w:rPr>
          <w:rFonts w:ascii="Noto Serif CJK SC" w:hAnsi="Noto Serif CJK SC" w:eastAsia="Noto Serif CJK SC"/>
        </w:rPr>
        <w:t>它能显现一切事物的影相，能起妙用。假如不能显现一切事物起妙用，那就不能称为真空之性了。所以这色就是空、空就是色者，即云一切色相就是真心（真空之性）所显现，真心之所成就。真空之性（真心）无形相，看不见、摸不着，要由事相（色）来反映、显现，如此讲就比较彻底了，因此有“事以理成，理以事显”之说。事以理成即一切事物是由理体而成就的。这理体——即我们无形无象的一真法界，在什么地方可见呢？在事相上见，由事上显现，故云理以事显。比如，我们要造一架飞机，先要设计好图案，然后，由工程师引导工人按照他这个图案去制造。造成功后，飞机上了天。飞机是事物，有相之事成就了，就显示设计的方案、图样是正确无误，所以飞机就飞上了蓝天。假如设计的图样、方案、数据等等不正确，那么飞机就上不了天，或是从天上掉下来了。这个方案、图样、数据就是理体，而飞机就是事相。飞机是由方案、图样、数据等成就的事相，是事以理成；飞机造成功证明它的设计方案、图纸、数据是正确的，是理以事显，这是个比仿。我们的真心是无相的，无相之相是在事物上显现，今天有山河大地、男女老少、日月星辰、草木丛林等等千变万化的东西，都是我们的一真法界所显现的，所以，见相就是见性，性相不</w:t>
      </w:r>
    </w:p>
    <w:p>
      <w:pPr>
        <w:spacing w:before="0" w:after="80" w:line="259" w:lineRule="auto"/>
        <w:ind w:firstLine="360"/>
      </w:pPr>
      <w:r>
        <w:rPr>
          <w:rFonts w:ascii="Noto Serif CJK SC" w:hAnsi="Noto Serif CJK SC" w:eastAsia="Noto Serif CJK SC"/>
        </w:rPr>
        <w:t>二。从前祖师讲“青青翠竹尽是法身，郁郁黄花无非般若”。竹子是雅致之物，苏东坡就竹子作了首很巧妙的诗，“无竹令人俗”，这人家没有种竹子，很俗气；“无肉令人瘦”，假如不吃肉，人就要消瘦了；</w:t>
      </w:r>
    </w:p>
    <w:p>
      <w:pPr>
        <w:spacing w:before="0" w:after="80" w:line="259" w:lineRule="auto"/>
        <w:ind w:firstLine="360"/>
      </w:pPr>
      <w:r>
        <w:rPr>
          <w:rFonts w:ascii="Noto Serif CJK SC" w:hAnsi="Noto Serif CJK SC" w:eastAsia="Noto Serif CJK SC"/>
        </w:rPr>
        <w:t>“若要</w:t>
      </w:r>
    </w:p>
    <w:p>
      <w:pPr>
        <w:spacing w:before="0" w:after="80" w:line="259" w:lineRule="auto"/>
        <w:ind w:firstLine="360"/>
      </w:pPr>
      <w:r>
        <w:rPr>
          <w:rFonts w:ascii="Noto Serif CJK SC" w:hAnsi="Noto Serif CJK SC" w:eastAsia="Noto Serif CJK SC"/>
        </w:rPr>
        <w:t>不俗又不瘦，顿顿还它笋炒肉。”这笋炒肉，味道很好，既不俗气又不瘦，说明这个竹子是很雅致的东西。看见青翠的竹子，那就是我们的法性身；看见郁郁的黄花，那就是我们的般若智慧。为什么这样说呢？理以事显嘛！但是不是说这些东西就完全是我们，我们就完全是这些东西呢？不能这样说！为什么呢？从前大珠和尚讲过假如翠竹是法性身，那么我们吃笋子时，不是把这个法身吃掉了么？比如碗是你的法身，你把碗敲碎了，那你就把法身也敲碎了。那也不对啊！那么究竟这句话对不对呢？如何理解呢？应该说是“非一非二”，既不完全是一体，也不是两者完全不同。说非一者，即不是一样，就是说我们的法性身是</w:t>
      </w:r>
    </w:p>
    <w:p>
      <w:pPr>
        <w:spacing w:before="0" w:after="80" w:line="259" w:lineRule="auto"/>
        <w:ind w:firstLine="360"/>
      </w:pPr>
      <w:r>
        <w:rPr>
          <w:rFonts w:ascii="Noto Serif CJK SC" w:hAnsi="Noto Serif CJK SC" w:eastAsia="Noto Serif CJK SC"/>
        </w:rPr>
        <w:t>无形无相，而事物是有相，在相上说，不是一体；性</w:t>
      </w:r>
    </w:p>
    <w:p>
      <w:pPr>
        <w:spacing w:before="0" w:after="80" w:line="259" w:lineRule="auto"/>
        <w:ind w:firstLine="360"/>
      </w:pPr>
      <w:r>
        <w:rPr>
          <w:rFonts w:ascii="Noto Serif CJK SC" w:hAnsi="Noto Serif CJK SC" w:eastAsia="Noto Serif CJK SC"/>
        </w:rPr>
        <w:t>不离相，相不离性，从不离的角度说是非二，是一体的。镜子里有影子，影子总离不开镜子，你能把镜子里的影子拿掉吗？拿不掉。你用布把镜子包起来，布纹也映在里面，影子还是在里面。你把镜子向地，地</w:t>
      </w:r>
    </w:p>
    <w:p>
      <w:pPr>
        <w:spacing w:before="0" w:after="80" w:line="259" w:lineRule="auto"/>
        <w:ind w:firstLine="360"/>
      </w:pPr>
      <w:r>
        <w:rPr>
          <w:rFonts w:ascii="Noto Serif CJK SC" w:hAnsi="Noto Serif CJK SC" w:eastAsia="Noto Serif CJK SC"/>
        </w:rPr>
        <w:t>下的物体还是映在里面；向天，天上的云、星、日、月也映在镜里面，镜子里终归有影子，因此，从不离的角度讲，镜就是影，影就是镜；但是，影子还是影子，镜子还是镜子，所以，从相上讲，一个是有相，一个是无相，不是一体，所以是“非一非二”。这个道理要弄通。过去洞山祖师过河时，低下头来卷裤脚，正当这个时候，看见水里面显现他的影子，恍然大悟。他作了个偈子，里头有“渠今正是我，我今不是渠”的妙句，证明他确实悟道。这“渠”不是渠道的渠，而是作“他”讲。“渠今正是我”，就是指这水中的影子正是我；“我今不是渠”，我现在不是他。为什么说他现在是我，而我不是他呢？世界上千差万别的影相，都是我们真心所显现的，所以这一切影相都是我的自性，但是，我不是这些影相，这叫不即不离。不离者，就是不离这个影相而显现法性身；不即者，就是这一切影相不就是我。佛教道理讲的很清爽，又很玄妙，当我们把这些事物、佛性都弄清爽了，就晓得证体起用，不然你就迷惑了。从前大慧宗杲禅师看到洞山祖师这个偈子，他就想：洞山祖师悟道了，怎么还有他有我呢？既然悟道了，就无他无我，怎么还有他有我，他就怀疑了。后来真正彻悟之后，才知道我而他者，</w:t>
      </w:r>
    </w:p>
    <w:p>
      <w:pPr>
        <w:spacing w:before="0" w:after="80" w:line="259" w:lineRule="auto"/>
        <w:ind w:firstLine="360"/>
      </w:pPr>
      <w:r>
        <w:rPr>
          <w:rFonts w:ascii="Noto Serif CJK SC" w:hAnsi="Noto Serif CJK SC" w:eastAsia="Noto Serif CJK SC"/>
        </w:rPr>
        <w:t>他而我者都不可得，不可得中不是说一个假相都没有，一切相还是不坏，还都是我们真心的妙用。所以，我们一定要把这些问题弄清爽。《楞严经》讲：“性色真空，性空真色。</w:t>
      </w:r>
    </w:p>
    <w:p>
      <w:pPr>
        <w:spacing w:before="0" w:after="80" w:line="259" w:lineRule="auto"/>
        <w:ind w:firstLine="360"/>
      </w:pPr>
      <w:r>
        <w:rPr>
          <w:rFonts w:ascii="Noto Serif CJK SC" w:hAnsi="Noto Serif CJK SC" w:eastAsia="Noto Serif CJK SC"/>
        </w:rPr>
        <w:t>”这个性</w:t>
      </w:r>
    </w:p>
    <w:p>
      <w:pPr>
        <w:spacing w:before="0" w:after="80" w:line="259" w:lineRule="auto"/>
        <w:ind w:firstLine="360"/>
      </w:pPr>
      <w:r>
        <w:rPr>
          <w:rFonts w:ascii="Noto Serif CJK SC" w:hAnsi="Noto Serif CJK SC" w:eastAsia="Noto Serif CJK SC"/>
        </w:rPr>
        <w:t>是妙有的真空体，它一丝不挂、一尘不染，无有丝毫形相，说似一物即不中。这个真空万能体，是构造、变现一切的主体。就是说，这个空不是空无所有的空，而是妙有真空的空。因为一切色相无不都是真空妙有的体性所显现的，都是我们的自性所起的作用，离开</w:t>
      </w:r>
    </w:p>
    <w:p>
      <w:pPr>
        <w:spacing w:before="0" w:after="80" w:line="259" w:lineRule="auto"/>
        <w:ind w:firstLine="360"/>
      </w:pPr>
      <w:r>
        <w:rPr>
          <w:rFonts w:ascii="Noto Serif CJK SC" w:hAnsi="Noto Serif CJK SC" w:eastAsia="Noto Serif CJK SC"/>
        </w:rPr>
        <w:t>自性是没有色相的。所以，一切色相就是自性，自性</w:t>
      </w:r>
    </w:p>
    <w:p>
      <w:pPr>
        <w:spacing w:before="0" w:after="80" w:line="259" w:lineRule="auto"/>
        <w:ind w:firstLine="360"/>
      </w:pPr>
      <w:r>
        <w:rPr>
          <w:rFonts w:ascii="Noto Serif CJK SC" w:hAnsi="Noto Serif CJK SC" w:eastAsia="Noto Serif CJK SC"/>
        </w:rPr>
        <w:t>就是一切色相。自性无相，是有而不有，不空而空的真空，而色相则是不有而有，空而不空的妙有。一切色相与真空妙有本来没有两样。但是，世上的人往往都执着了有形象的色为实有，且迷入心窍、牢不可破。佛悲悯众生，教我们认清真理，强调指出：“色不异空，空不异色”，所谓不异者，就是没有差异的意思。何以是“性色真空，性空真色”呢？因为性空之故，才能显现色相，倘若性不空，已经成为一种有色有相的实体，就不能显现诸相，为什么？举个很浅显的例子，假如我们这间房子空了，才能搬进来桌子、大立柜等等。相反，这个房间堆满了东西，已没有空的地方了，那就什么也搬不进来了。所以，性体是真空无</w:t>
      </w:r>
    </w:p>
    <w:p>
      <w:pPr>
        <w:spacing w:before="0" w:after="80" w:line="259" w:lineRule="auto"/>
        <w:ind w:firstLine="360"/>
      </w:pPr>
      <w:r>
        <w:rPr>
          <w:rFonts w:ascii="Noto Serif CJK SC" w:hAnsi="Noto Serif CJK SC" w:eastAsia="Noto Serif CJK SC"/>
        </w:rPr>
        <w:t>相，才能显现一切色相，才能变现千差万别的妙相。</w:t>
      </w:r>
    </w:p>
    <w:p>
      <w:pPr>
        <w:spacing w:before="0" w:after="80" w:line="259" w:lineRule="auto"/>
        <w:ind w:firstLine="360"/>
      </w:pPr>
      <w:r>
        <w:rPr>
          <w:rFonts w:ascii="Noto Serif CJK SC" w:hAnsi="Noto Serif CJK SC" w:eastAsia="Noto Serif CJK SC"/>
        </w:rPr>
        <w:t>正因为自性无相，是不可以眼见的，所以又称性</w:t>
      </w:r>
    </w:p>
    <w:p>
      <w:pPr>
        <w:spacing w:before="0" w:after="80" w:line="259" w:lineRule="auto"/>
        <w:ind w:firstLine="360"/>
      </w:pPr>
      <w:r>
        <w:rPr>
          <w:rFonts w:ascii="Noto Serif CJK SC" w:hAnsi="Noto Serif CJK SC" w:eastAsia="Noto Serif CJK SC"/>
        </w:rPr>
        <w:t>为妙体。无论在身体内外的哪一个部位都找不到它。把头脑打开找不到，把身体解剖了，把心脏剖开了，也找不到。它既不在脑，也不在心，了无踪影，了不可得。这就是说，性是了无迹相，不能用眼见的。眼</w:t>
      </w:r>
    </w:p>
    <w:p>
      <w:pPr>
        <w:spacing w:before="0" w:after="80" w:line="259" w:lineRule="auto"/>
        <w:ind w:firstLine="360"/>
      </w:pPr>
      <w:r>
        <w:rPr>
          <w:rFonts w:ascii="Noto Serif CJK SC" w:hAnsi="Noto Serif CJK SC" w:eastAsia="Noto Serif CJK SC"/>
        </w:rPr>
        <w:t>前一切的有相的境物，虽然可以借其“见性”来看见</w:t>
      </w:r>
    </w:p>
    <w:p>
      <w:pPr>
        <w:spacing w:before="0" w:after="80" w:line="259" w:lineRule="auto"/>
        <w:ind w:firstLine="360"/>
      </w:pPr>
      <w:r>
        <w:rPr>
          <w:rFonts w:ascii="Noto Serif CJK SC" w:hAnsi="Noto Serif CJK SC" w:eastAsia="Noto Serif CJK SC"/>
        </w:rPr>
        <w:t>到，但是谁能够看到自己的这个“见性”呢？因为眼睛只能看见有相的东西，这是其一；其二，眼睛只能看到与其相对的东西，不和眼睛相对则不能看见。譬如：我们的眼睛能看见自己的眼睛吗？因它不和眼睛相对，就看不见了。而自性是绝对的真心，不是相对的东西，所以不能眼见。假如有见，就非真见了。性是了无迹相，不能眼见。所以，性为真空。虽然是真空，但它能够应缘起用。就是说，对境之后，</w:t>
      </w:r>
    </w:p>
    <w:p>
      <w:pPr>
        <w:spacing w:before="0" w:after="80" w:line="259" w:lineRule="auto"/>
        <w:ind w:firstLine="360"/>
      </w:pPr>
      <w:r>
        <w:rPr>
          <w:rFonts w:ascii="Noto Serif CJK SC" w:hAnsi="Noto Serif CJK SC" w:eastAsia="Noto Serif CJK SC"/>
        </w:rPr>
        <w:t>它能够发识，能分别这是什么，那是什么。所以，性</w:t>
      </w:r>
    </w:p>
    <w:p>
      <w:pPr>
        <w:spacing w:before="0" w:after="80" w:line="259" w:lineRule="auto"/>
        <w:ind w:firstLine="360"/>
      </w:pPr>
      <w:r>
        <w:rPr>
          <w:rFonts w:ascii="Noto Serif CJK SC" w:hAnsi="Noto Serif CJK SC" w:eastAsia="Noto Serif CJK SC"/>
        </w:rPr>
        <w:t>又是妙有，而不是顽空。当“见性”通过眼睛对一切</w:t>
      </w:r>
    </w:p>
    <w:p>
      <w:pPr>
        <w:spacing w:before="0" w:after="80" w:line="259" w:lineRule="auto"/>
        <w:ind w:firstLine="360"/>
      </w:pPr>
      <w:r>
        <w:rPr>
          <w:rFonts w:ascii="Noto Serif CJK SC" w:hAnsi="Noto Serif CJK SC" w:eastAsia="Noto Serif CJK SC"/>
        </w:rPr>
        <w:t>色相分别的时候，一切色相才显现。譬如，我们看见</w:t>
      </w:r>
    </w:p>
    <w:p>
      <w:pPr>
        <w:spacing w:before="0" w:after="80" w:line="259" w:lineRule="auto"/>
        <w:ind w:firstLine="360"/>
      </w:pPr>
      <w:r>
        <w:rPr>
          <w:rFonts w:ascii="Noto Serif CJK SC" w:hAnsi="Noto Serif CJK SC" w:eastAsia="Noto Serif CJK SC"/>
        </w:rPr>
        <w:t>一个人，你怎么会知道是人？而不是其它东西呢？你又怎么会知道是男是女、是张三还是李四呢？这完全要靠意识的分别，才能把这个人的相显出来。既然色相是由见性所现，所以色相就是性。依此可知，见、</w:t>
      </w:r>
    </w:p>
    <w:p>
      <w:pPr>
        <w:spacing w:before="0" w:after="80" w:line="259" w:lineRule="auto"/>
        <w:ind w:firstLine="360"/>
      </w:pPr>
      <w:r>
        <w:rPr>
          <w:rFonts w:ascii="Noto Serif CJK SC" w:hAnsi="Noto Serif CJK SC" w:eastAsia="Noto Serif CJK SC"/>
        </w:rPr>
        <w:t>闻、嗅、尝、觉、知六种性，通过眼、耳、鼻、舌、身、意六根而发生作用，从而显现一切色，也就是六尘。所以，一切色相、一切现象都是性的显现。色不能离性，性也不能离色。离性就没有色，离色也没有性。有人问，如以“见性”为例，究竟是先有色相，还是先有见呢，我们不妨分析研究一下。假如说先有见，后有色相，那么见应在前，色相就在后了。但没有色相，你能见个什么呢？又怎么能谈得上那是“见”呢？所谓见者，只因有色相之故，才见到了这是什么呢、那是什么。若无色相，又从何而起“见”的作用呢？所以，“见性”只有从色相上才能显示它能见的作用。反过来说，假如先有色，而后有见，那么色应当在前，见应当在后。然而，没有见又何能显色呢？既然没看见，怎能会知道有什么色相呢？也就是说，没有“见性”，这个色相从何而显现出来呢？大家都没有见，那么，色相虽有也等于没有，也不能显现出来。因此，性与相是不能分离开的。“见性”如此，其它的诸如闻、嗅、尝、觉、知等性的作用，也是如此。因此说，色之于性，两者之间是不能分离开的。性的本体即空，那么色的本体又何异于空呢？因此，色和空是了无分别的，即色不异空，空不异色。</w:t>
      </w:r>
    </w:p>
    <w:p>
      <w:pPr>
        <w:spacing w:before="0" w:after="80" w:line="259" w:lineRule="auto"/>
        <w:ind w:firstLine="360"/>
      </w:pPr>
      <w:r>
        <w:rPr>
          <w:rFonts w:ascii="Noto Serif CJK SC" w:hAnsi="Noto Serif CJK SC" w:eastAsia="Noto Serif CJK SC"/>
        </w:rPr>
        <w:t>我们常常说佛教是不二法门，指的就是这个意思，一切都不二。因为它是一而二，二而一的。你说是一吧，它又是二；你说是二吧，它又是一。本是一体，不能分离出来。你一定要分别，那就误入歧途了。我们曾反复以水和波浪作例子。水和波浪也是一，因为水和波浪同是以湿为体。水是静止相，而波浪是以动为相，水因风起了波浪，相又则由静变为动了，相变了，看起来是两样，但都是一体。所以是一而二、二而一的。镜子和影子的道理也是如此。无论用什么材料，或作成什么样式，只要是镜子，则都能显影。倘若不能显影，就不成为镜子了。因镜不能离影、影不离镜故，镜即是影、影即是镜，故称之为不二法门。我们人呢，从生下来，一有知识，就把性所显现出来的山河大地、宇宙万有等一切影像都当成真有，而去捕风捉影。也就是说，只看到影子，晓得影子，而不晓得影子是镜光显现出来的，没有认识这个镜光。倘若我们能认识了这个镜光，也就识得佛性了。为什么呢？因为影子有来有去，有生有灭，而镜光总是常在。镜子是猫来猫现，狗来狗现，所显现的影子，有来有去、有生有灭，但镜光从不变异。山河大地等一切境相也是常寂光中的影子。我们常说“沧海桑田”现在是沧海，将来可变为桑田；过去是桑田，现在却变为</w:t>
      </w:r>
    </w:p>
    <w:p>
      <w:pPr>
        <w:spacing w:before="0" w:after="80" w:line="259" w:lineRule="auto"/>
        <w:ind w:firstLine="360"/>
      </w:pPr>
      <w:r>
        <w:rPr>
          <w:rFonts w:ascii="Noto Serif CJK SC" w:hAnsi="Noto Serif CJK SC" w:eastAsia="Noto Serif CJK SC"/>
        </w:rPr>
        <w:t>沧海了。譬如，我们中国的云南，从前是大海，现在变为山和田了。虽然这些色相和刚才所说的镜子里的影子是在不断变化，有来有去，有生有灭。但镜光和性体一样，是没有生灭、如如不动的。没有镜子，不能现影；没有影子，不能成为镜子。</w:t>
      </w:r>
    </w:p>
    <w:p>
      <w:pPr>
        <w:spacing w:before="0" w:after="80" w:line="259" w:lineRule="auto"/>
        <w:ind w:firstLine="360"/>
      </w:pPr>
      <w:r>
        <w:rPr>
          <w:rFonts w:ascii="Noto Serif CJK SC" w:hAnsi="Noto Serif CJK SC" w:eastAsia="Noto Serif CJK SC"/>
        </w:rPr>
        <w:t>也就是说，性离不开色相，色相离不开性。所以，性</w:t>
      </w:r>
    </w:p>
    <w:p>
      <w:pPr>
        <w:spacing w:before="0" w:after="80" w:line="259" w:lineRule="auto"/>
        <w:ind w:firstLine="360"/>
      </w:pPr>
      <w:r>
        <w:rPr>
          <w:rFonts w:ascii="Noto Serif CJK SC" w:hAnsi="Noto Serif CJK SC" w:eastAsia="Noto Serif CJK SC"/>
        </w:rPr>
        <w:t>就是色，色就是性。这个道理就是佛教的不二法门。这一点能透过，就是明心见性。不要以为明心见性是一桩难上加难只有圣人才能证到的事情。修道人往往被明心见性四个字吓住了，认为高不可攀，不是现代人所能做得到的。因此，一谈到明心见性，犹如谈虎色变，不敢靠拢。认为我们这些凡夫俗子是达不到这个境界的，而只能依靠净土宗，用念佛法门求生西方极乐世界，才是出路。等到了西方极乐世界，听佛说法后，再明心见性吧！这话对一般善男信女说来，是千真万确的。因为现当末法时代，众生根钝障重，在这娑婆世界上修行，确是难以成就。但末法时代也有正法，不是没有上根人，决不能一刀切，一律对待，而把明心见性高高地推到圣境上，自己不敢承当。其实，明心见性不在别处，就在眼前，就在你能见、能闻、能行、能做处，回光一瞥，识得这个灵知就是自己的佛性，则一生修学事毕。一切众生都能见能闻，</w:t>
      </w:r>
    </w:p>
    <w:p>
      <w:pPr>
        <w:spacing w:before="0" w:after="80" w:line="259" w:lineRule="auto"/>
        <w:ind w:firstLine="360"/>
      </w:pPr>
      <w:r>
        <w:rPr>
          <w:rFonts w:ascii="Noto Serif CJK SC" w:hAnsi="Noto Serif CJK SC" w:eastAsia="Noto Serif CJK SC"/>
        </w:rPr>
        <w:t>所以一切众生都是佛。这万能智性是在凡不减，在圣不增的。既然一切众生都能见能闻，都具如来智性，那么就不要再把明心见性高推圣境，而认为高不可攀了。只要在这能见、能闻等八大作用处，回光一照，认识这能见者是谁，能闻者是谁，在这上面一见而肯定，再不生疑，进而绵密保任，不要让它沾染色境，时时空灵。才有念起，便予觉破；刚将着境，随即牵转。做到内不随念转、外不为境迁，何愁不能圆证菩提！自性是无相的真空体，性空无住，色相也空不可得，故无须企求，无须患得患失。《金刚经》说：“若见诸相非相，即见如来。”明白了性色真空的真理，就不会落在色尘上而被其所左右、动摇了。自己做得主，不为仆人所愚弄、所把持，不住一切境相，不执一切事物，时时绵密观照，就可以进入明心见性的境界了。一切境相皆是自性显现，没有自性，就没有境相，也无从见任何境相。因为“见性”之故，才能见到色相。既然见相即是见性，相是能见的“见性”显现，那么，相就是性，性就是相。而性是真实不虚的，则色相也就真实不虚了。《法华经》说：“是法住法位，世间相常住。”说的是世间一切相皆性所显现，性真</w:t>
      </w:r>
    </w:p>
    <w:p>
      <w:pPr>
        <w:spacing w:before="0" w:after="80" w:line="259" w:lineRule="auto"/>
        <w:ind w:firstLine="360"/>
      </w:pPr>
      <w:r>
        <w:rPr>
          <w:rFonts w:ascii="Noto Serif CJK SC" w:hAnsi="Noto Serif CJK SC" w:eastAsia="Noto Serif CJK SC"/>
        </w:rPr>
        <w:t>实故，相也不虚而常住，“性空真色”是也。故云：一真一切真，一假一切假。有人问：西方极乐世界究竟是真还是假呢？西方极乐世界是非真非假，亦真亦假，即真即假。你在这里分真分假，还是妄心的分别。因为西方极乐世界也是佛性所显现的，在相上讲，从性所显现的东西都属于性，性是真，相也是真，西方极乐世界是真的。从性体上讲，性是真实，相是影子。《金刚经》说：“凡所有相，皆是虚妄。”所有的相都是虚妄的影子，所以西方极乐世界是假的。我们不去妄想分别了！真正明白性相一如、色空不二的道理了，见相就是见性，就可以透过一切色相，而见自性。见性即是见相，就可以由性而起妙用，任运腾腾，腾腾任运，光明自在，圆证菩提。佛性是妙用无边的，所以大手印说，“无量显现染净诸法，具足法尔平等性义。”佛性具足一切，它能够无量显现清净、污染等境和相。这些境和相，一切一切都是平等的，因为我们的本真之心是平等的。我们的心和诸佛的心平等无二，不因我们在凡就减少了，不因诸佛成圣就增多了，而是平等平等再</w:t>
      </w:r>
    </w:p>
    <w:p>
      <w:pPr>
        <w:spacing w:before="0" w:after="80" w:line="259" w:lineRule="auto"/>
        <w:ind w:firstLine="360"/>
      </w:pPr>
      <w:r>
        <w:rPr>
          <w:rFonts w:ascii="Noto Serif CJK SC" w:hAnsi="Noto Serif CJK SC" w:eastAsia="Noto Serif CJK SC"/>
        </w:rPr>
        <w:t>平等，所以明白这个道理之后，心有主宰了，我们修</w:t>
      </w:r>
    </w:p>
    <w:p>
      <w:pPr>
        <w:spacing w:before="0" w:after="80" w:line="259" w:lineRule="auto"/>
        <w:ind w:firstLine="360"/>
      </w:pPr>
      <w:r>
        <w:rPr>
          <w:rFonts w:ascii="Noto Serif CJK SC" w:hAnsi="Noto Serif CJK SC" w:eastAsia="Noto Serif CJK SC"/>
        </w:rPr>
        <w:t>起法来，就不会迷惑混乱了。如果你不明白这个真心</w:t>
      </w:r>
    </w:p>
    <w:p>
      <w:pPr>
        <w:spacing w:before="0" w:after="80" w:line="259" w:lineRule="auto"/>
        <w:ind w:firstLine="360"/>
      </w:pPr>
      <w:r>
        <w:rPr>
          <w:rFonts w:ascii="Noto Serif CJK SC" w:hAnsi="Noto Serif CJK SC" w:eastAsia="Noto Serif CJK SC"/>
        </w:rPr>
        <w:t>道理，就要向外驰求，总是疑，心里不安稳，就不得</w:t>
      </w:r>
    </w:p>
    <w:p>
      <w:pPr>
        <w:spacing w:before="0" w:after="80" w:line="259" w:lineRule="auto"/>
        <w:ind w:firstLine="360"/>
      </w:pPr>
      <w:r>
        <w:rPr>
          <w:rFonts w:ascii="Noto Serif CJK SC" w:hAnsi="Noto Serif CJK SC" w:eastAsia="Noto Serif CJK SC"/>
        </w:rPr>
        <w:t>真实受用。</w:t>
      </w:r>
    </w:p>
    <w:p>
      <w:pPr>
        <w:spacing w:before="0" w:after="80" w:line="259" w:lineRule="auto"/>
        <w:ind w:firstLine="360"/>
      </w:pPr>
      <w:r>
        <w:rPr>
          <w:rFonts w:ascii="Noto Serif CJK SC" w:hAnsi="Noto Serif CJK SC" w:eastAsia="Noto Serif CJK SC"/>
        </w:rPr>
        <w:t>我们学佛法是要得真实受用的，所以佛法是安心</w:t>
      </w:r>
    </w:p>
    <w:p>
      <w:pPr>
        <w:spacing w:before="0" w:after="80" w:line="259" w:lineRule="auto"/>
        <w:ind w:firstLine="360"/>
      </w:pPr>
      <w:r>
        <w:rPr>
          <w:rFonts w:ascii="Noto Serif CJK SC" w:hAnsi="Noto Serif CJK SC" w:eastAsia="Noto Serif CJK SC"/>
        </w:rPr>
        <w:t>法，是得真实受用的，不是象其他外道要求有所得。现在好多学佛的人都想要发神通，在众人面前炫耀一</w:t>
      </w:r>
    </w:p>
    <w:p>
      <w:pPr>
        <w:spacing w:before="0" w:after="80" w:line="259" w:lineRule="auto"/>
        <w:ind w:firstLine="360"/>
      </w:pPr>
      <w:r>
        <w:rPr>
          <w:rFonts w:ascii="Noto Serif CJK SC" w:hAnsi="Noto Serif CJK SC" w:eastAsia="Noto Serif CJK SC"/>
        </w:rPr>
        <w:t>番，以表现自己。唉！错误了。用有所得的心，来修</w:t>
      </w:r>
    </w:p>
    <w:p>
      <w:pPr>
        <w:spacing w:before="0" w:after="80" w:line="259" w:lineRule="auto"/>
        <w:ind w:firstLine="360"/>
      </w:pPr>
      <w:r>
        <w:rPr>
          <w:rFonts w:ascii="Noto Serif CJK SC" w:hAnsi="Noto Serif CJK SC" w:eastAsia="Noto Serif CJK SC"/>
        </w:rPr>
        <w:t>无所得的法，岂不背道而驰。修道一下手就要晓得一切都不可得，唯有我们的真心——佛性是真的，其他一切法如梦幻泡影，都不可得，不可求。你恢复了自己的佛性光明之后，那神通妙用就完全显现了，你不求而自得。但是，显现的时候也不能有所执着，才有所著便成窠臼，就落在里头不能自拔。你若心里有所住，魔王就趁机而入，将来佛果不能成，成魔倒有份在，千万要注意啊！我们学佛本是无修无得无证的，但是，在这无修无得无证的过程中，总有一点迹象。我们在前面讲过初初开悟，等于是小孩子，要等其长成大人，方才能起用。在这成长的过程中，总不免有步骤。这过程长短，因各人的根基、修法不同和勤惰而异。刚刚开悟只到法身边，还没有到中心，因此，须在事境上精勤锻炼，除尽习气，向上升进，才能成佛。</w:t>
      </w:r>
    </w:p>
    <w:p>
      <w:pPr>
        <w:spacing w:before="0" w:after="80" w:line="259" w:lineRule="auto"/>
        <w:ind w:firstLine="360"/>
      </w:pPr>
      <w:r>
        <w:rPr>
          <w:rFonts w:ascii="Noto Serif CJK SC" w:hAnsi="Noto Serif CJK SC" w:eastAsia="Noto Serif CJK SC"/>
        </w:rPr>
        <w:t>四、临济三玄三要</w:t>
      </w:r>
    </w:p>
    <w:p>
      <w:pPr>
        <w:spacing w:before="0" w:after="80" w:line="259" w:lineRule="auto"/>
        <w:ind w:firstLine="360"/>
      </w:pPr>
      <w:r>
        <w:rPr>
          <w:rFonts w:ascii="Noto Serif CJK SC" w:hAnsi="Noto Serif CJK SC" w:eastAsia="Noto Serif CJK SC"/>
        </w:rPr>
        <w:t>我们由凡夫成佛，在教下讲来要经三大阿僧祇劫，宗下就不这样讲了，禅宗的祖师禅是圆顿法门，是讲无修无得无证的，不讲禅定解脱。虽然如此，但它也并非是毫无步骤的。临济宗就讲三玄三要。临济禅师说：一句中有三玄，一玄中有三要。“三玄三要”是临济禅师心诣的的旨，因他用心细密，亲历过来，故把功夫由浅到深，由初步到最后，说得清爽透彻。他说：大凡演唱宗乘，一句中须具三玄门，一玄门须具三要。临济祖师讲了三句，那么照理讲来三三得九，共九玄，一玄中又有三要，那就共二十七要了。其实不是这样，三句是分三层讲的，我们要细细参透，方知由初悟，渐臻圆满的玄奥。但是古来诸方对这三玄三要究竟是哪三玄三要呢？各执一词，争论不休，相持不下。临济公说：一句中具三玄。在弄清三玄之前，首先要明白这一句是哪一句，不明白这一句又如何参透三玄呢？原来临济公说的：“赤肉团上有一位无位真人，即今说法、听法者是。”这一句最关紧要，是三玄三要的总纲，明白这一句，识得本</w:t>
      </w:r>
    </w:p>
    <w:p>
      <w:pPr>
        <w:spacing w:before="0" w:after="80" w:line="259" w:lineRule="auto"/>
        <w:ind w:firstLine="360"/>
      </w:pPr>
      <w:r>
        <w:rPr>
          <w:rFonts w:ascii="Noto Serif CJK SC" w:hAnsi="Noto Serif CJK SC" w:eastAsia="Noto Serif CJK SC"/>
        </w:rPr>
        <w:t>来面目，也就是识得了一真法界，才可往下谈玄说要</w:t>
      </w:r>
    </w:p>
    <w:p>
      <w:pPr>
        <w:spacing w:before="0" w:after="80" w:line="259" w:lineRule="auto"/>
        <w:ind w:firstLine="360"/>
      </w:pPr>
      <w:r>
        <w:rPr>
          <w:rFonts w:ascii="Noto Serif CJK SC" w:hAnsi="Noto Serif CJK SC" w:eastAsia="Noto Serif CJK SC"/>
        </w:rPr>
        <w:t>——用功的过程。否则，如纸上谈兵，空说无益。我</w:t>
      </w:r>
    </w:p>
    <w:p>
      <w:pPr>
        <w:spacing w:before="0" w:after="80" w:line="259" w:lineRule="auto"/>
        <w:ind w:firstLine="360"/>
      </w:pPr>
      <w:r>
        <w:rPr>
          <w:rFonts w:ascii="Noto Serif CJK SC" w:hAnsi="Noto Serif CJK SC" w:eastAsia="Noto Serif CJK SC"/>
        </w:rPr>
        <w:t>们的本来面目，即一真法界是无修无证无得的，我们会得这本来面目，只是初悟，习气未除自救不了，还需要历境练心，上上升进，才能与佛祖把手共行。所</w:t>
      </w:r>
    </w:p>
    <w:p>
      <w:pPr>
        <w:spacing w:before="0" w:after="80" w:line="259" w:lineRule="auto"/>
        <w:ind w:firstLine="360"/>
      </w:pPr>
      <w:r>
        <w:rPr>
          <w:rFonts w:ascii="Noto Serif CJK SC" w:hAnsi="Noto Serif CJK SC" w:eastAsia="Noto Serif CJK SC"/>
        </w:rPr>
        <w:t>以，临济公把这历进的过程分为三玄三要。三玄三要</w:t>
      </w:r>
    </w:p>
    <w:p>
      <w:pPr>
        <w:spacing w:before="0" w:after="80" w:line="259" w:lineRule="auto"/>
        <w:ind w:firstLine="360"/>
      </w:pPr>
      <w:r>
        <w:rPr>
          <w:rFonts w:ascii="Noto Serif CJK SC" w:hAnsi="Noto Serif CJK SC" w:eastAsia="Noto Serif CJK SC"/>
        </w:rPr>
        <w:t>即是讲由初悟立见宗，而后保任，历境练心除习气，起大机用，到圆证本性的三个步骤。第一句，句中玄：“但看棚头弄傀儡，抽牵全藉里头人。就是我们初初见性，识得本性了。我们的身体能动、手能做事、脚能走路、眼睛能看、耳朵能听、嘴会说话，这些事情是什么东西在起作用啊？假如我们一口气不来，这个身体还会做吗？还会动吗？那就不可能。那是什么在动呢？“抽牵全藉里头人”，我们看木偶戏，木偶戏是下面有人抽线，没有人抽线，木偶人不会动，抽线人是谁呢？抽线的就是我们的一真法界，就是我们的本性。识得抽线的人就是我们初初悟道，识得本性了。认识本性就成道了吗？没有！临济公说识这句的</w:t>
      </w:r>
    </w:p>
    <w:p>
      <w:pPr>
        <w:spacing w:before="0" w:after="80" w:line="259" w:lineRule="auto"/>
        <w:ind w:firstLine="360"/>
      </w:pPr>
      <w:r>
        <w:rPr>
          <w:rFonts w:ascii="Noto Serif CJK SC" w:hAnsi="Noto Serif CJK SC" w:eastAsia="Noto Serif CJK SC"/>
        </w:rPr>
        <w:t>人自救不了，六道轮回还不能出。因为初初见性是法</w:t>
      </w:r>
    </w:p>
    <w:p>
      <w:pPr>
        <w:spacing w:before="0" w:after="80" w:line="259" w:lineRule="auto"/>
        <w:ind w:firstLine="360"/>
      </w:pPr>
      <w:r>
        <w:rPr>
          <w:rFonts w:ascii="Noto Serif CJK SC" w:hAnsi="Noto Serif CJK SC" w:eastAsia="Noto Serif CJK SC"/>
        </w:rPr>
        <w:t>身边，还是小孩子，所以，净土宗人诽谤禅宗就在这方面，他说禅宗不好啊，生死轮回断不了呀！还是净土宗好，到西方稳妥。禅宗人还有思惑在，六道轮回、</w:t>
      </w:r>
    </w:p>
    <w:p>
      <w:pPr>
        <w:spacing w:before="0" w:after="80" w:line="259" w:lineRule="auto"/>
        <w:ind w:firstLine="360"/>
      </w:pPr>
      <w:r>
        <w:rPr>
          <w:rFonts w:ascii="Noto Serif CJK SC" w:hAnsi="Noto Serif CJK SC" w:eastAsia="Noto Serif CJK SC"/>
        </w:rPr>
        <w:t>分段生死是不能了的，的确是这样。但是，我们修禅宗或其它宗，并不是说悟到本来、见到本性就算数了，还要用功，绵密保任，做除习气的功夫啊！故禅宗讲牧牛，这牛性很野，我们要把牛鼻绳子抓得紧紧的，鞭子高高举起，它野性一发，就抽它、打它。就是要时时觉照，照顾话头，看住它，不让它陷入妄念，不让它为境界所转，时时刻刻用功，做保任功夫，才能除尽习气而了生死。悟后怎样用功呢？这一句里面就分三要，这是第一句的三要：初要、中要、上要。初要是什么呢？初要就是见性，见到本来之后，你明白无误了，自肯承当了，不是听人家说说就起怀疑，那不算数的，要真正自肯承当了，不怀疑了，肯定了这是我们的本性，这是初要。假如你将信将疑的，那不算数。脚跟站稳了，纵然是佛祖现世你也不动摇，这也不是容易的。讲到这我想起于岫大夫参紫玉禅师的公案。于岫大夫问紫玉禅师：“如何是佛？”禅师召于岫大夫：“大夫！”于岫答应了：“哎！”紫玉禅师道：“即此是，无别物。”这就是佛，你答应的就是佛，没有别的东西了。“噢——”大夫明白悟道了。但是，药山禅师听了之后说：“唉呀，坏了，于岫大夫被紫玉山埋掉了。”这句话传到于岫大夫那里，他想：“唉</w:t>
      </w:r>
    </w:p>
    <w:p>
      <w:pPr>
        <w:spacing w:before="0" w:after="80" w:line="259" w:lineRule="auto"/>
        <w:ind w:firstLine="360"/>
      </w:pPr>
      <w:r>
        <w:rPr>
          <w:rFonts w:ascii="Noto Serif CJK SC" w:hAnsi="Noto Serif CJK SC" w:eastAsia="Noto Serif CJK SC"/>
        </w:rPr>
        <w:t>呀，大概我悟的不是吧？他怎么说紫玉山把我埋掉了，我难道不是悟道？是错了吗？”他怀疑了，脚跟站不稳，被药山禅师一钓就钓了去。他连忙跑去问药山禅师道：“大和尚啊，闻你说我被紫玉山埋掉了，说我悟得不是，请大和尚您开示。”药山见于岫大夫这么说，哈哈一笑，心想：你这个人果然脚跟站不稳，叫我一钓就钓来了。就说：“好吧，你来问，我答复你。”于岫大夫就前面的问题再问：“如何是佛？”药山禅师不象紫玉禅师那样，召于岫大夫答应之后，直接指示。药山也跟紫玉一样召唤他：“大夫！</w:t>
      </w:r>
    </w:p>
    <w:p>
      <w:pPr>
        <w:spacing w:before="0" w:after="80" w:line="259" w:lineRule="auto"/>
        <w:ind w:firstLine="360"/>
      </w:pPr>
      <w:r>
        <w:rPr>
          <w:rFonts w:ascii="Noto Serif CJK SC" w:hAnsi="Noto Serif CJK SC" w:eastAsia="Noto Serif CJK SC"/>
        </w:rPr>
        <w:t>”于岫答</w:t>
      </w:r>
    </w:p>
    <w:p>
      <w:pPr>
        <w:spacing w:before="0" w:after="80" w:line="259" w:lineRule="auto"/>
        <w:ind w:firstLine="360"/>
      </w:pPr>
      <w:r>
        <w:rPr>
          <w:rFonts w:ascii="Noto Serif CJK SC" w:hAnsi="Noto Serif CJK SC" w:eastAsia="Noto Serif CJK SC"/>
        </w:rPr>
        <w:t>应了：“哎！”药山马上反问他：“是什么？”他回光返照看是什么？“噢！”他这下子悟道了。其实同样是直指的方法，不过是手法不同而已，一个直接告诉你，一个反问你一句。因为你问如何是</w:t>
      </w:r>
    </w:p>
    <w:p>
      <w:pPr>
        <w:spacing w:before="0" w:after="80" w:line="259" w:lineRule="auto"/>
        <w:ind w:firstLine="360"/>
      </w:pPr>
      <w:r>
        <w:rPr>
          <w:rFonts w:ascii="Noto Serif CJK SC" w:hAnsi="Noto Serif CJK SC" w:eastAsia="Noto Serif CJK SC"/>
        </w:rPr>
        <w:t>佛，我总要对你这个问题答复，不能答非所问的。答</w:t>
      </w:r>
    </w:p>
    <w:p>
      <w:pPr>
        <w:spacing w:before="0" w:after="80" w:line="259" w:lineRule="auto"/>
        <w:ind w:firstLine="360"/>
      </w:pPr>
      <w:r>
        <w:rPr>
          <w:rFonts w:ascii="Noto Serif CJK SC" w:hAnsi="Noto Serif CJK SC" w:eastAsia="Noto Serif CJK SC"/>
        </w:rPr>
        <w:t>问时不是直接说佛性如何如何，而是先召唤你一声，然后有两种答法，一是直指你答应的是什么。如紫玉禅师的“即此是，别无物。”一是药山禅师的问：“是什么？”即反问答应我的是谁？噢！这就是佛嘛！所以他就悟道了。看起来很简单，就看你脚跟站得稳不稳，你真正站得稳，就直接告诉你也行。象大梅参马祖，也问马祖如何是佛？马祖说：“即心是佛。”就是</w:t>
      </w:r>
    </w:p>
    <w:p>
      <w:pPr>
        <w:spacing w:before="0" w:after="80" w:line="259" w:lineRule="auto"/>
        <w:ind w:firstLine="360"/>
      </w:pPr>
      <w:r>
        <w:rPr>
          <w:rFonts w:ascii="Noto Serif CJK SC" w:hAnsi="Noto Serif CJK SC" w:eastAsia="Noto Serif CJK SC"/>
        </w:rPr>
        <w:t>你的心就是佛，大梅他悟道了，马上就回去了。马祖还要试试他是不是真悟道，过了一段时间，就叫侍者去考考大梅：你和大梅讲，马祖现在佛法变了，不是即心即佛，而是非心非佛了，你看他怎么样。侍者领命去看大梅了。大梅一看马祖侍者来了，就问他：马祖现在好吗？侍者说：啊，马祖很好！大梅问：马祖的佛法怎么样？侍者说：马祖佛法现在是非心非佛。大梅说：嗨！这个老汉惑乱人心，任他非心非佛，我只管即心即佛。你们看他脚跟站得多稳，毫不怀疑。所以我们要是真正见道，就脚跟站得稳不怀疑了。此为初发明心，是第一句的初要。中要呢？既然是悟道之后，应该保任了，不是一悟就了，因为习气还在，要时时刻刻照顾话头保任。我们上面说的念佛人，这个心念一动，马上佛号一提；持咒人，就是把咒一提；参禅人就是一觉，根本不可得。在大手印讲来，就是你心一动，“呸”！迎头一喝，把妄念喝掉，就是大手印的做保任功夫的最上口诀。所以一切修道人都要做保任功夫，知道保任，这是中要。上要呢？我们时时刻刻照顾，时时刻刻地保，保、保、保，保熟了，总不能执在保上。保住它不放，这是有功之用，我们还要上上升进，要把这个“保”去</w:t>
      </w:r>
    </w:p>
    <w:p>
      <w:pPr>
        <w:spacing w:before="0" w:after="80" w:line="259" w:lineRule="auto"/>
        <w:ind w:firstLine="360"/>
      </w:pPr>
      <w:r>
        <w:rPr>
          <w:rFonts w:ascii="Noto Serif CJK SC" w:hAnsi="Noto Serif CJK SC" w:eastAsia="Noto Serif CJK SC"/>
        </w:rPr>
        <w:t>掉，进入无功之用。但这保的功夫做了不少时候，要</w:t>
      </w:r>
    </w:p>
    <w:p>
      <w:pPr>
        <w:spacing w:before="0" w:after="80" w:line="259" w:lineRule="auto"/>
        <w:ind w:firstLine="360"/>
      </w:pPr>
      <w:r>
        <w:rPr>
          <w:rFonts w:ascii="Noto Serif CJK SC" w:hAnsi="Noto Serif CJK SC" w:eastAsia="Noto Serif CJK SC"/>
        </w:rPr>
        <w:t>去掉也是不容易的，所以想去而不能去，这就是第一句的上要。这是讲功夫的过程，所以我们做功夫要明白，不是一悟就罢休的，当然也有顿悟顿修顿证，一悟之后就彻底了了，那是大菩萨再来，不是一般凡夫能做到的。大菩萨再来时能顿悟、顿修、顿证，但是他从前也是这么渐渐做来的，也不是一下子就成功的。我们要晓得其中甘苦，好好地做功夫。所以，我每每对人讲要好好做功夫，不是悟一下子就完了，须由法身边进入法身正位，再上上升进始得。第二句，意中玄：“妙解岂容无著问，沤和争负截流机！佛性是无相的，是万法的根源，只有以智慧光明来照它、体认它，而不能目睹。明白世间千差万别的一切事相，都是我们的妙性所显现、所成就的影子，性就是相，相就是性，性相不二，妙用无边。真正理解这些道理的确是妙，但还是有相可见，有言可说，还非真妙；须证到一切光明、神通摄归自心，丝毫无住，一法不立，一丝不挂，无言可说，才真是妙。所以，经云：“凡有言说，都无实义。”须解到不可言解，妙到无可言妙，才是真妙。所以，临济公说“妙解岂容无著问”，证到这里即使是最会提问题的无著菩萨，</w:t>
      </w:r>
    </w:p>
    <w:p>
      <w:pPr>
        <w:spacing w:before="0" w:after="80" w:line="259" w:lineRule="auto"/>
        <w:ind w:firstLine="360"/>
      </w:pPr>
      <w:r>
        <w:rPr>
          <w:rFonts w:ascii="Noto Serif CJK SC" w:hAnsi="Noto Serif CJK SC" w:eastAsia="Noto Serif CJK SC"/>
        </w:rPr>
        <w:t>也无法开口提问题了。“沤和争负截流机”，沤和就是水泡泡此起彼和，就是指有问有答。任你百问千答，任你说玄道妙，终归有解，不过是水泡泡。因为这都不是真，都不是正题，所以，将之比为水泡泡。任你百千万亿有言有说的问答，如水泡泡聚成一大块，如何负得起截断众流之大机大用？所以，“向上一着，千圣不传”，不是语言可以说到、思想可以理解到的，须要一切放下，自己实地做功夫，真实证到这种境界，才能以智慧光明来朗照、体认它，所以说“妙解岂容无著问，沤和争负截流机”这里也分三要：初要、中要、上要。这就是表示功夫增进，我们上面说的第一句的上要，就是做保任的功夫，保熟了，不要再保，再保就多事了，要忘掉它，但是，功力不够，一下子也不容易忘掉。所以上面这一句是“句中玄”。我们说三玄是句中玄、意中玄和体中玄。句是言句，意就是我们从体而发之的的大意，就是西来大意，由意而发生为言句，由言句，即说话，写文章，那么可以教育大家。所以这第一句“但看棚头弄傀儡，抽牵全藉里头人”，就是句中玄，句中玄它有三要。接下第二句“妙解岂容无著问，沤和争负截流机！”是意中玄，就是指由我们这个光明本体，就是一真法界所发出之的的大意。因为有意才</w:t>
      </w:r>
    </w:p>
    <w:p>
      <w:pPr>
        <w:spacing w:before="0" w:after="80" w:line="259" w:lineRule="auto"/>
        <w:ind w:firstLine="360"/>
      </w:pPr>
      <w:r>
        <w:rPr>
          <w:rFonts w:ascii="Noto Serif CJK SC" w:hAnsi="Noto Serif CJK SC" w:eastAsia="Noto Serif CJK SC"/>
        </w:rPr>
        <w:t>能变为言句，言句千变万化，没有意怎么发表言？所以开会时，人家问你有什么意见？什么意思啊？由意而发表言句，这是意中玄。初要怎么样？上面句中玄的上要，要忘保任尚不能。到这里功夫做久了，能忘了，忘记保了，不再保它了，所以功夫做到这里不保了，它就比保的时候轻松愉快。因为你还有保在时，要挑担子，虽然一百斤去了九十九斤，但还有一斤在啊！所以到了保也没有了，真正要入于无为了，当然是轻松愉快。但是，忘是忘了，有的时候还翻起来，还不彻底。到了中要呢？就真正进入无为了，一法不可得了。这个时候是无内无外、无长无短、无青无黄什么都没有，入于无为正位了。功夫做到这里，很好很不错，就象一轮中秋明月朗照头上，推也推不去，拉也拉不来，这就是功夫进到这个层次的象征。每个人都</w:t>
      </w:r>
    </w:p>
    <w:p>
      <w:pPr>
        <w:spacing w:before="0" w:after="80" w:line="259" w:lineRule="auto"/>
        <w:ind w:firstLine="360"/>
      </w:pPr>
      <w:r>
        <w:rPr>
          <w:rFonts w:ascii="Noto Serif CJK SC" w:hAnsi="Noto Serif CJK SC" w:eastAsia="Noto Serif CJK SC"/>
        </w:rPr>
        <w:t>有一个光明体，就是因为颠倒妄想执着之故而不见</w:t>
      </w:r>
    </w:p>
    <w:p>
      <w:pPr>
        <w:spacing w:before="0" w:after="80" w:line="259" w:lineRule="auto"/>
        <w:ind w:firstLine="360"/>
      </w:pPr>
      <w:r>
        <w:rPr>
          <w:rFonts w:ascii="Noto Serif CJK SC" w:hAnsi="Noto Serif CJK SC" w:eastAsia="Noto Serif CJK SC"/>
        </w:rPr>
        <w:t>啊！现在把这些虚妄的东西都清除了，都没有了，所以，妄净自显通明，光明就发现了。所以到了这个中要，他自然就安乐得不得了，光明朗照了。</w:t>
      </w:r>
    </w:p>
    <w:p>
      <w:pPr>
        <w:spacing w:before="0" w:after="80" w:line="259" w:lineRule="auto"/>
        <w:ind w:firstLine="360"/>
      </w:pPr>
      <w:r>
        <w:rPr>
          <w:rFonts w:ascii="Noto Serif CJK SC" w:hAnsi="Noto Serif CJK SC" w:eastAsia="Noto Serif CJK SC"/>
        </w:rPr>
        <w:t>到了意中玄的上要呢，连无为也不可得了。中要</w:t>
      </w:r>
    </w:p>
    <w:p>
      <w:pPr>
        <w:spacing w:before="0" w:after="80" w:line="259" w:lineRule="auto"/>
        <w:ind w:firstLine="360"/>
      </w:pPr>
      <w:r>
        <w:rPr>
          <w:rFonts w:ascii="Noto Serif CJK SC" w:hAnsi="Noto Serif CJK SC" w:eastAsia="Noto Serif CJK SC"/>
        </w:rPr>
        <w:t>时，还有无为在，所以，我们功夫做到第七地菩萨的时候，要入无为还有个无为在，无为还不能忘。到八</w:t>
      </w:r>
    </w:p>
    <w:p>
      <w:pPr>
        <w:spacing w:before="0" w:after="80" w:line="259" w:lineRule="auto"/>
        <w:ind w:firstLine="360"/>
      </w:pPr>
      <w:r>
        <w:rPr>
          <w:rFonts w:ascii="Noto Serif CJK SC" w:hAnsi="Noto Serif CJK SC" w:eastAsia="Noto Serif CJK SC"/>
        </w:rPr>
        <w:t>地菩萨的时候，无为也没有了，那就是功夫更好了，所以功夫都是一层一层地进步的。到这时候呢，就无所谓功夫了。什么叫功夫？唉！都没有了。这无功之功，其功甚大，把所有的做功夫、无为的痕迹，都浑化得没有了，一起都消除了，无所谓无为了。此时不求神通变化，而神通自来。功夫做到此地位，已明两玄六要，可以教化人天，故临济公云：此句荐得可以为人天师。这就是上要。所以做功夫是有层次的，非一步即能登天，而是要看当人怎样努力去做，时时刻刻不忘记，时时刻刻保，保得久熟，熟了忘，忘了化，入于化境。这时，是不是完全到家了？还没有，还有体中玄，就是“三要印开朱点窄，未容拟议主宾分”，这是最后一句。本来只有一句，就是我们的寂灭一心，就是一真法界。这一真法界化成为三层，细微的表示做功夫的进程，以免儱侗真如，颟顸佛性而未证为证，故一句化为三句。最后一句，体中玄：“三要印开朱点窄，未容拟议主宾分。朱点是什么？朱点就是我们的真心。窄，狭窄，不广阔。即说这时候你的朱点（真心）还不广阔，妙用还不大，还要在三个要紧的环节上锻炼。</w:t>
      </w:r>
    </w:p>
    <w:p>
      <w:pPr>
        <w:spacing w:before="0" w:after="80" w:line="259" w:lineRule="auto"/>
        <w:ind w:firstLine="360"/>
      </w:pPr>
      <w:r>
        <w:rPr>
          <w:rFonts w:ascii="Noto Serif CJK SC" w:hAnsi="Noto Serif CJK SC" w:eastAsia="Noto Serif CJK SC"/>
        </w:rPr>
        <w:t>这三要是什么呢？非上面所说的初要、中要、上要，而是身口意三要。就象我们修心中心密法，用以三密加持的身口意。所有一切一切法门或是世间法，都是要用身口意来做功夫，不论你修什么宗或是做些什么事情，都离不开身口意。身显威仪，你功夫做到相当程度，你的形貌、躯壳都起变化了，身心具威仪，以身作则，给大家做榜样。不是倒眉瞌眼、萎靡不振的，而是威仪堂堂、精神饱满的。修法的人要以身作则，尤其是在一切行持上，作一切人的榜样，不能够生活饮食起居与俗人一般，要严守戒律，具威仪相、大人相。所以说不要看某人言词好、调子高，要看他行持之高低。行持很低，说到做不到，那就不行了；</w:t>
      </w:r>
    </w:p>
    <w:p>
      <w:pPr>
        <w:spacing w:before="0" w:after="80" w:line="259" w:lineRule="auto"/>
        <w:ind w:firstLine="360"/>
      </w:pPr>
      <w:r>
        <w:rPr>
          <w:rFonts w:ascii="Noto Serif CJK SC" w:hAnsi="Noto Serif CJK SC" w:eastAsia="Noto Serif CJK SC"/>
        </w:rPr>
        <w:t>说得一丈，行得一尺，那就更差了。所以，不但修法</w:t>
      </w:r>
    </w:p>
    <w:p>
      <w:pPr>
        <w:spacing w:before="0" w:after="80" w:line="259" w:lineRule="auto"/>
        <w:ind w:firstLine="360"/>
      </w:pPr>
      <w:r>
        <w:rPr>
          <w:rFonts w:ascii="Noto Serif CJK SC" w:hAnsi="Noto Serif CJK SC" w:eastAsia="Noto Serif CJK SC"/>
        </w:rPr>
        <w:t>人要说到做到，就是世俗人也须言行如一。这就是我们的理事无碍法界，做到后面事事无碍法界，就是在在处处，时时刻刻，都是身现威仪。意就是我们由本体而发出的大意，对一些众生怎么来教化，这就是意。口就是说话、讲法时，随机对答，法无定法，对症下药，当然，一开始还不熟悉，慢慢地经历一段时间，观机熟了，就能清清楚楚地看出一切众生的来机，而当机说法了，这就是身口意三要。经过这样锻炼就把你的朱点，也就是真心印开了，从而起广大无边的妙</w:t>
      </w:r>
    </w:p>
    <w:p>
      <w:pPr>
        <w:spacing w:before="0" w:after="80" w:line="259" w:lineRule="auto"/>
        <w:ind w:firstLine="360"/>
      </w:pPr>
      <w:r>
        <w:rPr>
          <w:rFonts w:ascii="Noto Serif CJK SC" w:hAnsi="Noto Serif CJK SC" w:eastAsia="Noto Serif CJK SC"/>
        </w:rPr>
        <w:t>用。印就如做官的印，印到什么事情都能承办。这里说的印就是我们的心，我们的心就是印。我们的心到这个时候即发起大机大用，所有一切事情无有不知、无所不知，都能承办。这就是“三要印开朱点窄”“未容拟议主宾分”，就是任何事情来到面前，不要去思索考虑，我都是一清二楚。我们能做到这层功夫，就能为佛祖之师。但不是做阿弥陀佛、释迦牟尼佛的师父（因为阿弥陀佛、释迦文佛已经成佛了）而是做发愿将来要成佛做祖的人的师父，引导他上正路，证大道，成佛果，所以说是为佛祖之师。也就是说有大丈夫要发愿成佛，要救度众生，你就能为其师表了。因此这不要弄错了。这一句也要分初、中、上三要，那么初要是什么样呢？上面意中玄的上要，已经是泯化无为之机了，是无功大用，这还有什么功夫可讲呢？没有了。没有了就返本还原了，由妙而返淡了，本来都是玄妙得不得了，因为到了朗照当头，八地菩萨的位子，他是发一切神通妙用的。我们不住着神通妙用，才能够由妙而返淡；假如你住着神通妙用上了，那就不能返了，要入魔去了。所以，做功夫不能执着，一切不可得，要归于无所得。所以《心经》说：“以无所得故，得阿耨多罗三藐三菩提”，无所得才证成无上正等正觉，</w:t>
      </w:r>
    </w:p>
    <w:p>
      <w:pPr>
        <w:spacing w:before="0" w:after="80" w:line="259" w:lineRule="auto"/>
        <w:ind w:firstLine="360"/>
      </w:pPr>
      <w:r>
        <w:rPr>
          <w:rFonts w:ascii="Noto Serif CJK SC" w:hAnsi="Noto Serif CJK SC" w:eastAsia="Noto Serif CJK SC"/>
        </w:rPr>
        <w:t>有所得就坏了，这里由妙而返淡了，不可得、不可得，一切不可得。这个淡并不是什么东西都没有的淡，而是像水一样，淡、淡、淡，淡之中有至味在，有不可言说的、至高无上的味道在里面，这只是比方，没办法讲了。那么到了中要呢？他一天到晚浑浑噩噩、如痴如呆，只是穿衣吃饭而已。所以，庞居士的女儿说：“也不易，也不难，饥来吃饭困来眠。”他们一家人说的是三关语，庞居士说的是破初关：“难、难、难，十担麻油树上摊。”他老婆说的是破重关：“易、易、易、百草头上西来意。他的女儿说的是破牢关：“也不易，也不难，饥来吃饭困来眠。”所以到了中要这个时候，只是穿衣吃饭而已。这些道理很多人听了，就觉得不大受用，怎么一点神通没有，成痴子傻子了吧？所以，人一听到这里，他就不愿听了。他最爱听的是发什么神通，有什么变化，有多大多大的妙用。当他听到只是穿衣吃饭而已，就说：“唉，一点什么东西都没嘛！象痴子傻子一样，没意思。”他觉得孤寂乏味。所以，唯有大智慧的人才能明白，他能谙知而不疑，谙知而乐在其中。所以，做功夫须是的的大丈夫，不是一般</w:t>
      </w:r>
    </w:p>
    <w:p>
      <w:pPr>
        <w:spacing w:before="0" w:after="80" w:line="259" w:lineRule="auto"/>
        <w:ind w:firstLine="360"/>
      </w:pPr>
      <w:r>
        <w:rPr>
          <w:rFonts w:ascii="Noto Serif CJK SC" w:hAnsi="Noto Serif CJK SC" w:eastAsia="Noto Serif CJK SC"/>
        </w:rPr>
        <w:t>小智小慧人能做到的。我们做功夫做到体中玄的中要</w:t>
      </w:r>
    </w:p>
    <w:p>
      <w:pPr>
        <w:spacing w:before="0" w:after="80" w:line="259" w:lineRule="auto"/>
        <w:ind w:firstLine="360"/>
      </w:pPr>
      <w:r>
        <w:rPr>
          <w:rFonts w:ascii="Noto Serif CJK SC" w:hAnsi="Noto Serif CJK SC" w:eastAsia="Noto Serif CJK SC"/>
        </w:rPr>
        <w:t>这个时候，早已是淡、淡、淡，淡得无言可说了，那</w:t>
      </w:r>
    </w:p>
    <w:p>
      <w:pPr>
        <w:spacing w:before="0" w:after="80" w:line="259" w:lineRule="auto"/>
        <w:ind w:firstLine="360"/>
      </w:pPr>
      <w:r>
        <w:rPr>
          <w:rFonts w:ascii="Noto Serif CJK SC" w:hAnsi="Noto Serif CJK SC" w:eastAsia="Noto Serif CJK SC"/>
        </w:rPr>
        <w:t>么怎么讲呢？原来不是有为，不是无为，行走坐卧、动静酬酢往来之中都是历历孤明啊！历历孤明，如朗照当头，推也推不走，拉也拉不来，没有丝毫断续的痕迹。上面意中玄所说的光明朗照时，月亮是有了，只是还不怎么明亮，现在才是光明朗照的不得了，由月亮的光亮变为太阳的光芒了，所以说朗照当头。那么上要呢？唉！更是不能言讲了，至此难于开口措词，世尊见文殊、迦叶白椎竟便下座，古来诸禅大德至此便拂衣归方丈。因为这时候你那朗照的太阳光也没有了。从前有一个僧人问曹山大师，他说：“朗月当头时如何？”就是有个月亮照头上时是怎么样呢？这功夫已经做到了意中玄了，但还不是体中玄。那么做到体中玄，就是月亮变为太阳，更亮了。但是，在宗下的语句上，只是用月亮来表示，而没有说太阳。这个朗月当头怎么样呢？曹山说：“犹是阶下汉。”你还是在接引室的台阶下面，非但没有升堂入室，还在接引室下面，就是说你功夫还差得远，但这僧人也是个汉子，不放过曹山，就说：“师父，请接引上阶”。就是说请你助一臂之力，把我拉上来，接引我登堂入室！曹山说：“月落时相见。”等你头上月亮落掉了、没有了，再和你见面。这功夫做到最后的时候，浑化相忘，</w:t>
      </w:r>
    </w:p>
    <w:p>
      <w:pPr>
        <w:spacing w:before="0" w:after="80" w:line="259" w:lineRule="auto"/>
        <w:ind w:firstLine="360"/>
      </w:pPr>
      <w:r>
        <w:rPr>
          <w:rFonts w:ascii="Noto Serif CJK SC" w:hAnsi="Noto Serif CJK SC" w:eastAsia="Noto Serif CJK SC"/>
        </w:rPr>
        <w:t>什么都没有。什么都没有是不是断灭空？我们上面说无味当中有至味在！他并不是光明没有了，而是不知不觉了，不见了，不执着它了，浑化相忘，毫无痕迹了。</w:t>
      </w:r>
    </w:p>
    <w:p>
      <w:pPr>
        <w:spacing w:before="0" w:after="80" w:line="259" w:lineRule="auto"/>
        <w:ind w:firstLine="360"/>
      </w:pPr>
      <w:r>
        <w:rPr>
          <w:rFonts w:ascii="Noto Serif CJK SC" w:hAnsi="Noto Serif CJK SC" w:eastAsia="Noto Serif CJK SC"/>
        </w:rPr>
        <w:t>五、大手印三要</w:t>
      </w:r>
    </w:p>
    <w:p>
      <w:pPr>
        <w:spacing w:before="0" w:after="80" w:line="259" w:lineRule="auto"/>
        <w:ind w:firstLine="360"/>
      </w:pPr>
      <w:r>
        <w:rPr>
          <w:rFonts w:ascii="Noto Serif CJK SC" w:hAnsi="Noto Serif CJK SC" w:eastAsia="Noto Serif CJK SC"/>
        </w:rPr>
        <w:t>我们初初看到光，觉得很明亮，但是你熟悉了，也不觉得在光明中了。比如我们现在生活在空气当中，你觉得有空气吗？你并不觉得。但是把你关到一个隔绝空气的房间里去，你马上就会觉得闷气，好象要死了，这时你就想要透透空气，于是，才觉得空气的存在。生活在空气当中久了、习惯了，也就不觉得了。所谓“月落时相见”者，就是说你不要执着光明，你还有这个在就是窠臼。有一点点的执着，都不能成就佛果。所以我们说任何神通变化都不能执着，要象什么也没有一样，要如痴如呆。其实并不是光明就没有了，也不是神通没有了，是有而不觉了。比如我们每个人都会穿衣裳、都会吃饭，你还觉得是稀奇的事情吗？穿衣、吃饭这太平常了，不值得一谈，所以，一般人也不执着它。那么，现在做功夫做到这里，熟悉到了极点，无丝毫痕迹，就浑化相忘了。我们学密宗也是这样，修到最后就如腊月三十的月亮。腊月三十晚上还有月亮现出来吗？就是说那时节你就忘记了，什么光也不住着了，真正到家了。这时候只是圆圆的圆觉大智朗然独存，别的东西都没有了，什么都没有了。</w:t>
      </w:r>
    </w:p>
    <w:p>
      <w:pPr>
        <w:spacing w:before="0" w:after="80" w:line="259" w:lineRule="auto"/>
        <w:ind w:firstLine="360"/>
      </w:pPr>
      <w:r>
        <w:rPr>
          <w:rFonts w:ascii="Noto Serif CJK SC" w:hAnsi="Noto Serif CJK SC" w:eastAsia="Noto Serif CJK SC"/>
        </w:rPr>
        <w:t>圆觉大智就是无所觉，无有相对，有能觉所觉就糟了。修法修到这个地步，才是真正到家啊！这时就能够把宇宙间所有一切万物都会归自己了，这些东西都是我。所以僧肇大师说：“会万物归自己者，其惟圣人乎？”是不是只有圣人能做到呢？是的。凡夫谁能做到？凡夫谁能知道这些万物都是自己啊？所以只有圣人才能做到。讲到这里，想起一个公案。有个僧人问大随禅师：“大千坏时，法身坏不坏？”我们知道大千世界有成、住、坏、空四个阶段，它毕竟是要坏的。大千世界坏</w:t>
      </w:r>
    </w:p>
    <w:p>
      <w:pPr>
        <w:spacing w:before="0" w:after="80" w:line="259" w:lineRule="auto"/>
        <w:ind w:firstLine="360"/>
      </w:pPr>
      <w:r>
        <w:rPr>
          <w:rFonts w:ascii="Noto Serif CJK SC" w:hAnsi="Noto Serif CJK SC" w:eastAsia="Noto Serif CJK SC"/>
        </w:rPr>
        <w:t>的时候，这个法身坏不坏呢？我们大家知道，佛说法</w:t>
      </w:r>
    </w:p>
    <w:p>
      <w:pPr>
        <w:spacing w:before="0" w:after="80" w:line="259" w:lineRule="auto"/>
        <w:ind w:firstLine="360"/>
      </w:pPr>
      <w:r>
        <w:rPr>
          <w:rFonts w:ascii="Noto Serif CJK SC" w:hAnsi="Noto Serif CJK SC" w:eastAsia="Noto Serif CJK SC"/>
        </w:rPr>
        <w:t>身是不生不灭、不来不去、不动不摇、不变不易、亘古常青的妙体。来者提出大千世界坏时法身坏不坏这问题？要是我们就会马上答：“法身不坏。</w:t>
      </w:r>
    </w:p>
    <w:p>
      <w:pPr>
        <w:spacing w:before="0" w:after="80" w:line="259" w:lineRule="auto"/>
        <w:ind w:firstLine="360"/>
      </w:pPr>
      <w:r>
        <w:rPr>
          <w:rFonts w:ascii="Noto Serif CJK SC" w:hAnsi="Noto Serif CJK SC" w:eastAsia="Noto Serif CJK SC"/>
        </w:rPr>
        <w:t>”这样不问</w:t>
      </w:r>
    </w:p>
    <w:p>
      <w:pPr>
        <w:spacing w:before="0" w:after="80" w:line="259" w:lineRule="auto"/>
        <w:ind w:firstLine="360"/>
      </w:pPr>
      <w:r>
        <w:rPr>
          <w:rFonts w:ascii="Noto Serif CJK SC" w:hAnsi="Noto Serif CJK SC" w:eastAsia="Noto Serif CJK SC"/>
        </w:rPr>
        <w:t>来机的对答那就不对了，为什么？因为对答时要顺着来者的语脉，把他的问意打进去，叫来者知痛知痒，于心念不行处，蓦然回首，见到本性。不把他打进去，他就不能够开悟。不要和他讲道理，这时讲道理是没用的。所以，禅宗的话不是说道理，它是两面刃，一面是杀你，一面是活你，让你从死中得活。所以大随答复他说：“法身也坏。”哎呀！这话不是与佛所说大相径庭？莫不是错下名言，迷惑世人，这是要堕金刚</w:t>
      </w:r>
    </w:p>
    <w:p>
      <w:pPr>
        <w:spacing w:before="0" w:after="80" w:line="259" w:lineRule="auto"/>
        <w:ind w:firstLine="360"/>
      </w:pPr>
      <w:r>
        <w:rPr>
          <w:rFonts w:ascii="Noto Serif CJK SC" w:hAnsi="Noto Serif CJK SC" w:eastAsia="Noto Serif CJK SC"/>
        </w:rPr>
        <w:t>地狱啊？但是，如果这个话真答错了，投子青和尚是大禅德为什么要装香作礼，称赞他是古佛再世呢？原来所谓世间者，不论什么事物，都是我们广大众生的佛性（就是法身）所变化显现的，离开法身什么也没有。所以，《法华经》说：“是法住法位，世间相常住。就是说世间的一切事物无一不是依法身而建立的。“是法”就是指不论什么事物，而“法位”就是一真法界（也就是我们的法身）“是法住法位”就是说世间的一切事事物物都是法身的显现，依法身而建立，所以，说世间相就是法身，法身就是世间相。我们知道，事以理成，理以事显，理事不可分，所以经云：“性相不二，心境一体，”世间相正是显现我们的法身，古德云：“万象丛中独露身”。心法身既然是常住不坏，那么，世间相就自然常住了。从世间相表面上看，似乎是沧海桑田，瞬息万变不长久的，怎么说常住呢？其实事物的本体实无坏灭，不过这边坏了，到那边又生了，搬了一个场所而已。这个道理苏东坡在《赤壁赋》中说得很好：“客亦知夫水与月乎？逝者如斯，而未尝往也；盈虚者如彼，而卒莫消长也。盖将自其变者而观之，则天地曾不能以一瞬；自其不变者而观之，则物与我皆无尽也。”水不停的流啊流过去，水尽管流但并不是流过</w:t>
      </w:r>
    </w:p>
    <w:p>
      <w:pPr>
        <w:spacing w:before="0" w:after="80" w:line="259" w:lineRule="auto"/>
        <w:ind w:firstLine="360"/>
      </w:pPr>
      <w:r>
        <w:rPr>
          <w:rFonts w:ascii="Noto Serif CJK SC" w:hAnsi="Noto Serif CJK SC" w:eastAsia="Noto Serif CJK SC"/>
        </w:rPr>
        <w:t>去就没有了，水还是滔滔不绝地流。月有阴晴圆缺，阴缺时候没有少掉什么，月亮晴圆的时候也没有多出什么来，尽管圆与缺，月亮的月体还是如此。东坡居士借水和月说明万物的假相在变化而实体未变易。同时又进一步说明心胸不豁达，执着假相的人看世间是沧海桑田，瞬息万变的，而开朗明智之士识得事物与众生一致的真体，就知道天地的一切一切皆是常住不变的了。真正悟道者，就是如此潇洒自在，横拈竖指，皆成妙谛，倒说竖说，无非奇葩。此妙趣岂笔墨之所能形容！是故我等做功夫，必须精勤努力，不可懈怠因循，于有生之年，证成大道，广度众生，才无愧于此生也！</w:t>
      </w:r>
    </w:p>
    <w:p>
      <w:pPr>
        <w:pStyle w:val="Heading3"/>
      </w:pPr>
      <w:r>
        <w:rPr>
          <w:rFonts w:ascii="Noto Serif CJK SC" w:hAnsi="Noto Serif CJK SC" w:eastAsia="Noto Serif CJK SC"/>
        </w:rPr>
        <w:t>10.3 恒河大手印（第三讲）</w:t>
      </w:r>
    </w:p>
    <w:p>
      <w:pPr>
        <w:spacing w:before="0" w:after="80" w:line="259" w:lineRule="auto"/>
        <w:ind w:firstLine="360"/>
      </w:pPr>
      <w:r>
        <w:rPr>
          <w:rFonts w:ascii="Noto Serif CJK SC" w:hAnsi="Noto Serif CJK SC" w:eastAsia="Noto Serif CJK SC"/>
        </w:rPr>
        <w:t>“见宗唯有般若光，可以智慧观照抉择。【见】修法首重见地正。前面说了，因正果始正，因不正，果必遭迂曲。见地是修法开始的因地，所以必须端正。尤其在末法时代的现阶段，鱼龙混杂、邪法盛行，五花八门的歪门邪道横行无忌，我们修法更须具择法眼，识辨真师，才免误入歧途，走冤枉路。讲到知见，前面讲过因学人的根基不同与知识差</w:t>
      </w:r>
    </w:p>
    <w:p>
      <w:pPr>
        <w:spacing w:before="0" w:after="80" w:line="259" w:lineRule="auto"/>
        <w:ind w:firstLine="360"/>
      </w:pPr>
      <w:r>
        <w:rPr>
          <w:rFonts w:ascii="Noto Serif CJK SC" w:hAnsi="Noto Serif CJK SC" w:eastAsia="Noto Serif CJK SC"/>
        </w:rPr>
        <w:t>异，而有多种多样的知见。有一部分人慷慨豪放，意气风发，能牺牲自己，利益他人，就是不愿学佛，以为为人正直，乐善好施，就是世间最高尚的人了。这是人天乘知见。</w:t>
      </w:r>
    </w:p>
    <w:p>
      <w:pPr>
        <w:spacing w:before="0" w:after="80" w:line="259" w:lineRule="auto"/>
        <w:ind w:firstLine="360"/>
      </w:pPr>
      <w:r>
        <w:rPr>
          <w:rFonts w:ascii="Noto Serif CJK SC" w:hAnsi="Noto Serif CJK SC" w:eastAsia="Noto Serif CJK SC"/>
        </w:rPr>
        <w:t>有人自以为是，不管他人生死，所谓各人自扫门</w:t>
      </w:r>
    </w:p>
    <w:p>
      <w:pPr>
        <w:spacing w:before="0" w:after="80" w:line="259" w:lineRule="auto"/>
        <w:ind w:firstLine="360"/>
      </w:pPr>
      <w:r>
        <w:rPr>
          <w:rFonts w:ascii="Noto Serif CJK SC" w:hAnsi="Noto Serif CJK SC" w:eastAsia="Noto Serif CJK SC"/>
        </w:rPr>
        <w:t>前雪，休管他人瓦上霜。这是小乘偏空知见。有人见他人苦即自己苦，为救他人发奋修道。这是大乘菩萨知见。更有人受佛学熏陶，因知一切众生皆具如佛一样的无漏智性，因迷了外境而不觉知，只要回光返照，即能恢复本性光明，起诸妙用。这是最上乘佛知见。另有人心外取法，住着神通，这是外道知见......总的说来，不问什么知见，总以从大悲心出发，舍己为人，方是正知见，否则是邪知见。因不从大悲心出发，不问你修什么道，不是偏空，即是住执神通，决不能证得空悲双融的正定，因而不能圆成佛果。由此看来，要能选择一个正确的因地知见来学佛，必须以般若大智来细细甄别方能无误。可惜现代的学佛人，不知道何者为正，都趋向神通，认为有神通即是大法，去学什么功、什么道，而不知那些挂着佛门招牌的功、法，都是离心性而修的邪法，所谓的</w:t>
      </w:r>
    </w:p>
    <w:p>
      <w:pPr>
        <w:spacing w:before="0" w:after="80" w:line="259" w:lineRule="auto"/>
        <w:ind w:firstLine="360"/>
      </w:pPr>
      <w:r>
        <w:rPr>
          <w:rFonts w:ascii="Noto Serif CJK SC" w:hAnsi="Noto Serif CJK SC" w:eastAsia="Noto Serif CJK SC"/>
        </w:rPr>
        <w:t>神通也都是鬼、神、妖、怪的附体，不是从自性心中发出来的真神通，学了非但无益，还有入魔的危险；另有一些学佛多年同仁，本应知道从心地——根本上修学，方是正道，但他们因贪心未泯，执着神通，也鬼使神差地背弃了正法，跟着那些弄虚作假的牛鬼蛇神为虎作伥去了。这都是无有般若智慧，知见不正而遭受的冤苦。“彼空性不离大悲，般若菩提等持双运，故空悲双融方为正定。【定】在修证路上有一条岔路还须知道，不然就会误入偏空的“灭尽定”。有种人在修法时，以压念不起坐在那里不动为究竟。坐在死水潭里，变为土、木、金、石，又落入一重枯寂的生死，这也是无大悲心，不思起用度生的过错。如《六祖坛经》所示之卧轮禅师偈：“卧轮有伎俩，能断百思想，对境心不起，菩提日日长。”就是说这种人修法走错路不能成道。须知我们的法身虽空而无相，但它是妙用无边的，不是死寂不能起用的。如死压本性一念不起，非但落入灭尽定，也无从彻见法界全体。因为本性之所以为空，是因为空能融万有，不是无相的死空、顽空，</w:t>
      </w:r>
    </w:p>
    <w:p>
      <w:pPr>
        <w:spacing w:before="0" w:after="80" w:line="259" w:lineRule="auto"/>
        <w:ind w:firstLine="360"/>
      </w:pPr>
      <w:r>
        <w:rPr>
          <w:rFonts w:ascii="Noto Serif CJK SC" w:hAnsi="Noto Serif CJK SC" w:eastAsia="Noto Serif CJK SC"/>
        </w:rPr>
        <w:t>所以它不离大悲心起种种度生妙用。体、相、用俱全，方是法界全体，否则，死而不动，何能福慧双圆而证成佛果！因是，修道必须空慧双融，不可或缺。所谓空者即是慧，识得一切皆是自心影像，不可得，无可取，彻底放舍，心空如洗；悲者即是福德，从大悲心发起广度众生的大愿，不厌辛勤地做种种利益众生的善事而无住，积累福德，才能证到智慧、福德俱圆皆满的果地佛。否则，修慧不修福，就落入“罗汉供应薄”修福不修慧，又落入“大象挂璎珞”的不圆满果报中去了。我们修道果能立正知见，认识本性乃成道之本，从空悲双运道上下手，努力用功，不消多时即能打开本来，亲见佛性，即知物物头头皆我本性显现，时时处处无非般若妙用，一切即一，一即一切，又何有人、我、物与众生之分别哉！若有丝毫粘着、分厘隔阂，就难免为事相或老和尚舌头所瞒，于言行上纳败阙而不得自由了。有一位居士去参虚云老和尚，虚老问：你做什么功夫啊？居士答：我观心。虚老问：啊，你心观到了没有？居士答不出来了。虚云和尚说：你还要好好用功啊！其实很好答。问你观到了没有？答，观到了。</w:t>
      </w:r>
    </w:p>
    <w:p>
      <w:pPr>
        <w:spacing w:before="0" w:after="80" w:line="259" w:lineRule="auto"/>
        <w:ind w:firstLine="360"/>
      </w:pPr>
      <w:r>
        <w:rPr>
          <w:rFonts w:ascii="Noto Serif CJK SC" w:hAnsi="Noto Serif CJK SC" w:eastAsia="Noto Serif CJK SC"/>
        </w:rPr>
        <w:t>本来不应该这么答，因真心无相不可以眼见，而且心</w:t>
      </w:r>
    </w:p>
    <w:p>
      <w:pPr>
        <w:spacing w:before="0" w:after="80" w:line="259" w:lineRule="auto"/>
        <w:ind w:firstLine="360"/>
      </w:pPr>
      <w:r>
        <w:rPr>
          <w:rFonts w:ascii="Noto Serif CJK SC" w:hAnsi="Noto Serif CJK SC" w:eastAsia="Noto Serif CJK SC"/>
        </w:rPr>
        <w:t>是迥脱根尘，孤明独耀，无相对的能观与所观的，但与大和尚对话，不妨虎口里横身，看他怎么下口来咬！虚云和尚必定不放你过去，追问云：观到了，心在什么处？即伸出手掌云：和盘托出。这就把你的真心和盘显示出来了。真心不在别处，时时在你面前放光，有什么难答的。古德云：“道也者，不可须臾离也，可离非道也。”真心无断续相，故不可离；不可离，故时时在定而无出入。如果这定是有出有入的，就不是正定了。偏空的定，是没有大悲心的定，当然不是正定；同样有出有入的定也不是正定，正定是既不偏空又无出入的。什么是大定呢？对境不迷惑，任何境界在面前，就象儒教所讲的“泰山崩于前而色不变，麋鹿兴于左而目不瞬”一样，一点不动。所以，我们修法须时时刻刻这样子，在动乱当中去磨练，在行住坐卧、人事往来当中去锻炼。不要学那偏空与有出有入的定，须学空悲双融的正定。习正定，才是修道的要着。</w:t>
      </w:r>
    </w:p>
    <w:p>
      <w:pPr>
        <w:spacing w:before="0" w:after="80" w:line="259" w:lineRule="auto"/>
        <w:ind w:firstLine="360"/>
      </w:pPr>
      <w:r>
        <w:rPr>
          <w:rFonts w:ascii="Noto Serif CJK SC" w:hAnsi="Noto Serif CJK SC" w:eastAsia="Noto Serif CJK SC"/>
        </w:rPr>
        <w:t>“具正见正定者，契合诸佛生之苗芽，即菩萨行</w:t>
      </w:r>
    </w:p>
    <w:p>
      <w:pPr>
        <w:spacing w:before="0" w:after="80" w:line="259" w:lineRule="auto"/>
        <w:ind w:firstLine="360"/>
      </w:pPr>
      <w:r>
        <w:rPr>
          <w:rFonts w:ascii="Noto Serif CJK SC" w:hAnsi="Noto Serif CJK SC" w:eastAsia="Noto Serif CJK SC"/>
        </w:rPr>
        <w:t>趣。一切利他六度万行，方为善机行者。【行】</w:t>
      </w:r>
    </w:p>
    <w:p>
      <w:pPr>
        <w:spacing w:before="0" w:after="80" w:line="259" w:lineRule="auto"/>
        <w:ind w:firstLine="360"/>
      </w:pPr>
      <w:r>
        <w:rPr>
          <w:rFonts w:ascii="Noto Serif CJK SC" w:hAnsi="Noto Serif CJK SC" w:eastAsia="Noto Serif CJK SC"/>
        </w:rPr>
        <w:t>我们具备了修道的正见、正定，用起功来，就不至走入歧途，而易于成就了。所以修道一定要有正见、正定，没有正见、正定，都是煮沙求成饭无有是处，不能成道。契合诸佛生之苗芽者，就是我们具有了正见、正定，即是菩提之芽发出了，将来一定能茁壮成长，成果地佛。因正果正，因地不正，果遭迂曲。这是“菩萨行趣”，是菩萨修行的正确道路（趣者，道路也）。我们要这样做，才是行菩萨道，将来才能成佛。我们大乘人修行的出发点是为了利他，而不是为了自利，就象游泳场里的救生员。为了救落水者，救生员自己先要学会游泳、掌握救生术。不先学会救人的本领，跳下水去，非但不能救人，自己先被淹死了。所以，我们学佛须学大乘，为了救度众生而学佛，不要只为了自己。只为自己出生死、生西方享福，不是</w:t>
      </w:r>
    </w:p>
    <w:p>
      <w:pPr>
        <w:spacing w:before="0" w:after="80" w:line="259" w:lineRule="auto"/>
        <w:ind w:firstLine="360"/>
      </w:pPr>
      <w:r>
        <w:rPr>
          <w:rFonts w:ascii="Noto Serif CJK SC" w:hAnsi="Noto Serif CJK SC" w:eastAsia="Noto Serif CJK SC"/>
        </w:rPr>
        <w:t>我们的目的。求生西方净土的人，亦须到西方净土修</w:t>
      </w:r>
    </w:p>
    <w:p>
      <w:pPr>
        <w:spacing w:before="0" w:after="80" w:line="259" w:lineRule="auto"/>
        <w:ind w:firstLine="360"/>
      </w:pPr>
      <w:r>
        <w:rPr>
          <w:rFonts w:ascii="Noto Serif CJK SC" w:hAnsi="Noto Serif CJK SC" w:eastAsia="Noto Serif CJK SC"/>
        </w:rPr>
        <w:t>成大道，而后回来救度众生，才符合佛、菩萨的胸怀。所以，学佛须时时刻刻不能离开众生啊！再回过头来说，我们如果离开众生，就不能成佛。为什么？因为离开众生，你的智慧、福德也不能圆满。我们不是说要破见、思、尘沙和无明等四种惑吗？尘沙惑，是见、思二惑后的微细惑，就是说我们的微细</w:t>
      </w:r>
    </w:p>
    <w:p>
      <w:pPr>
        <w:spacing w:before="0" w:after="80" w:line="259" w:lineRule="auto"/>
        <w:ind w:firstLine="360"/>
      </w:pPr>
      <w:r>
        <w:rPr>
          <w:rFonts w:ascii="Noto Serif CJK SC" w:hAnsi="Noto Serif CJK SC" w:eastAsia="Noto Serif CJK SC"/>
        </w:rPr>
        <w:t>烦恼习气种子，多得象泥沙一样，细微如灰尘一般，要破它，将它扫净，就要在度众生份上磨练。为什么？因为众生的习惯、习气各各不同，你要度他就须舍己从人，随顺他、接近他，才能引他入门。要做到这一点，你自己先要把习气扫光。否则，你自己的习气还在，贡高我慢，怎么能随顺他人？所以菩萨四摄中之一为同事摄——随顺他人。你和众生一起干事，才能把他拉过来。每个众生的性格、脾气都不同，你都能</w:t>
      </w:r>
    </w:p>
    <w:p>
      <w:pPr>
        <w:spacing w:before="0" w:after="80" w:line="259" w:lineRule="auto"/>
        <w:ind w:firstLine="360"/>
      </w:pPr>
      <w:r>
        <w:rPr>
          <w:rFonts w:ascii="Noto Serif CJK SC" w:hAnsi="Noto Serif CJK SC" w:eastAsia="Noto Serif CJK SC"/>
        </w:rPr>
        <w:t>适应，都能对机，你的主观微细习气才消尽，你的心</w:t>
      </w:r>
    </w:p>
    <w:p>
      <w:pPr>
        <w:spacing w:before="0" w:after="80" w:line="259" w:lineRule="auto"/>
        <w:ind w:firstLine="360"/>
      </w:pPr>
      <w:r>
        <w:rPr>
          <w:rFonts w:ascii="Noto Serif CJK SC" w:hAnsi="Noto Serif CJK SC" w:eastAsia="Noto Serif CJK SC"/>
        </w:rPr>
        <w:t>量才广阔，尘沙惑才能断，智慧才能圆满。所以，尘沙惑一定要在度众生中才能了，智慧不放在度众生上去不能圆满。福德呢？你不为大众做事，福德从哪里积累呢？要为大众服务，要为大众牺牲啊！象释迦佛就曾不止一次地为大众牺牲。当众生因共业重，闹荒灾无粮食充饥时，释迦佛就变了一个大得不得了的动物，从天上降下来，给大家吃，吃饱之后，再给大家说法。使大家既得粮施，又有法施，而脱饥馑生死苦海，这是何等伟大学佛度生之典范！我们既然学佛，就要为众生牺牲，为众生服务，才能积累福德。佛为两足尊，要成佛就要智慧、福德都具足了才行。所以，依于众生才能成佛，没有众生你根本不能成佛，没有众生你顶多成个罗汉，法见俱未除也。因为尘沙习气</w:t>
      </w:r>
    </w:p>
    <w:p>
      <w:pPr>
        <w:spacing w:before="0" w:after="80" w:line="259" w:lineRule="auto"/>
        <w:ind w:firstLine="360"/>
      </w:pPr>
      <w:r>
        <w:rPr>
          <w:rFonts w:ascii="Noto Serif CJK SC" w:hAnsi="Noto Serif CJK SC" w:eastAsia="Noto Serif CJK SC"/>
        </w:rPr>
        <w:t>改不了，智慧不圆满，福德更不具足。因此你能成佛，还要感谢众生，是众生帮助你成道的，没有众生，你的习气改不了，福德无由积累，你决不能成佛的。所以说“一切利他六度万行，方为善机行者。六度万行者，乃施戒忍精禅智。第一、布施。施予大众，有财布施、法布施、无畏施等。第二、持戒。就是守佛制的戒律，最基本的是五戒：不杀、不盗、不淫、不妄、不饮酒，持戒目的是使心清净。第三、忍辱。对忍辱大家都错会了，以为是人家骂我、打我，忍住，不要动，这样子不行。长久如此，要生病的。忍辱是什么？无辱可忍。忍辱者非忍耐，而是忍可、认可也，就是心里真正服贴了。《金刚经》云：“无我相、无人相。”无我相，谁骂谁？无人相，谁骂我？谁骂谁，谁骂我，二者都不可得，都是空。他假若污辱我如何如何，我认可。无我，他骂如风吹树，过去算了。无人相、无我相，空不可得，这就是无生法忍！无生法忍是真正认可了宇宙人生的真理，明白了所谓大千世界都是假相，根本没有生没有灭啊！一切东西都是我们自性妙用的显现，一切都是因缘生，“因缘所生法，我说即是空”。空的，了无一法可得，哪里有生？没有生，哪里有灭？一切都没有，你忍个什么？再说一遍，忍辱者，不是忍耐。忍者，认可了，</w:t>
      </w:r>
    </w:p>
    <w:p>
      <w:pPr>
        <w:spacing w:before="0" w:after="80" w:line="259" w:lineRule="auto"/>
        <w:ind w:firstLine="360"/>
      </w:pPr>
      <w:r>
        <w:rPr>
          <w:rFonts w:ascii="Noto Serif CJK SC" w:hAnsi="Noto Serif CJK SC" w:eastAsia="Noto Serif CJK SC"/>
        </w:rPr>
        <w:t>心真空了，真服贴了，无诤，就是忍辱行！第四、精进。为救度众生就要成道，不成道怎么度众生？要成道就要精进。精进不懈为度众生，不是为了自己。第</w:t>
      </w:r>
    </w:p>
    <w:p>
      <w:pPr>
        <w:spacing w:before="0" w:after="80" w:line="259" w:lineRule="auto"/>
        <w:ind w:firstLine="360"/>
      </w:pPr>
      <w:r>
        <w:rPr>
          <w:rFonts w:ascii="Noto Serif CJK SC" w:hAnsi="Noto Serif CJK SC" w:eastAsia="Noto Serif CJK SC"/>
        </w:rPr>
        <w:t>五、禅定。时时刻刻修禅定，对境心不动摇，不跟妄</w:t>
      </w:r>
    </w:p>
    <w:p>
      <w:pPr>
        <w:spacing w:before="0" w:after="80" w:line="259" w:lineRule="auto"/>
        <w:ind w:firstLine="360"/>
      </w:pPr>
      <w:r>
        <w:rPr>
          <w:rFonts w:ascii="Noto Serif CJK SC" w:hAnsi="Noto Serif CJK SC" w:eastAsia="Noto Serif CJK SC"/>
        </w:rPr>
        <w:t>念流转。第六、大智慧。有大智慧，才能依据不同的机缘，善巧方便度众生。所有这些利他的善行，才是菩萨行，不然就不是菩萨了。恒河大手印是密宗的大法，不讲那些小法，因此一下就讲到正点上。</w:t>
      </w:r>
    </w:p>
    <w:p>
      <w:pPr>
        <w:spacing w:before="0" w:after="80" w:line="259" w:lineRule="auto"/>
        <w:ind w:firstLine="360"/>
      </w:pPr>
      <w:r>
        <w:rPr>
          <w:rFonts w:ascii="Noto Serif CJK SC" w:hAnsi="Noto Serif CJK SC" w:eastAsia="Noto Serif CJK SC"/>
        </w:rPr>
        <w:t>六、重在实修</w:t>
      </w:r>
    </w:p>
    <w:p>
      <w:pPr>
        <w:spacing w:before="0" w:after="80" w:line="259" w:lineRule="auto"/>
        <w:ind w:firstLine="360"/>
      </w:pPr>
      <w:r>
        <w:rPr>
          <w:rFonts w:ascii="Noto Serif CJK SC" w:hAnsi="Noto Serif CJK SC" w:eastAsia="Noto Serif CJK SC"/>
        </w:rPr>
        <w:t>“能再于寂静处，放下一切事缘，一心精进，即生于本净心体，必得正解脱而登妙觉。用功的人识得自性，在喧闹的环境当中又能适应，具足受用，不用修什么法，只是在尘境当中转，磨练自己的习气就是了。但是，有的人不适应，根基比较差，怎么办哪？有办法，即能“再于寂静处，放下一切事缘”，找个清净的地方，比如清净的山林，或者是比较清净的家庭环境，是很好的。但是有了好地方，就要放下一切事缘。假若你有了清净的地方，</w:t>
      </w:r>
    </w:p>
    <w:p>
      <w:pPr>
        <w:spacing w:before="0" w:after="80" w:line="259" w:lineRule="auto"/>
        <w:ind w:firstLine="360"/>
      </w:pPr>
      <w:r>
        <w:rPr>
          <w:rFonts w:ascii="Noto Serif CJK SC" w:hAnsi="Noto Serif CJK SC" w:eastAsia="Noto Serif CJK SC"/>
        </w:rPr>
        <w:t>而身在净处心不净，也是徒然！修行成道在心，你心</w:t>
      </w:r>
    </w:p>
    <w:p>
      <w:pPr>
        <w:spacing w:before="0" w:after="80" w:line="259" w:lineRule="auto"/>
        <w:ind w:firstLine="360"/>
      </w:pPr>
      <w:r>
        <w:rPr>
          <w:rFonts w:ascii="Noto Serif CJK SC" w:hAnsi="Noto Serif CJK SC" w:eastAsia="Noto Serif CJK SC"/>
        </w:rPr>
        <w:t>里乱七八糟、胡思乱想，等于在闹市，所以不行！要</w:t>
      </w:r>
    </w:p>
    <w:p>
      <w:pPr>
        <w:spacing w:before="0" w:after="80" w:line="259" w:lineRule="auto"/>
        <w:ind w:firstLine="360"/>
      </w:pPr>
      <w:r>
        <w:rPr>
          <w:rFonts w:ascii="Noto Serif CJK SC" w:hAnsi="Noto Serif CJK SC" w:eastAsia="Noto Serif CJK SC"/>
        </w:rPr>
        <w:t>成道，须放下一切事缘，所有的事情在上座用功时都要放下来，修行才能上路。所以，我常劝大家上座时就要象死掉了一样，一切不管，不能再瞎想。千万不要想这个事怎样做、那个事又如何安排，儿子、女儿怎么管教等等；要是上座时老想这些，那就糟糕了！我们要什么事也不管，最坏的是坐在座上还为子女操心：唉！阿毛、阿狗呀，时间到了，再不起来迟到了，快起来、起来。唉！这样一心二用、心力涣散，怎么</w:t>
      </w:r>
    </w:p>
    <w:p>
      <w:pPr>
        <w:spacing w:before="0" w:after="80" w:line="259" w:lineRule="auto"/>
        <w:ind w:firstLine="360"/>
      </w:pPr>
      <w:r>
        <w:rPr>
          <w:rFonts w:ascii="Noto Serif CJK SC" w:hAnsi="Noto Serif CJK SC" w:eastAsia="Noto Serif CJK SC"/>
        </w:rPr>
        <w:t>能坐得好呢？这样的事我见多了，不是凭空捏造，实在是耳闻目睹的啊！唉——！这样打坐还坐得好么？因此，我们上座时任何事也不能管，就当自己死掉了，管不了那么多了。我再强调：上座时放下一切事缘，当自己死了一样不动，这样做才能得受用，才能得正</w:t>
      </w:r>
    </w:p>
    <w:p>
      <w:pPr>
        <w:spacing w:before="0" w:after="80" w:line="259" w:lineRule="auto"/>
        <w:ind w:firstLine="360"/>
      </w:pPr>
      <w:r>
        <w:rPr>
          <w:rFonts w:ascii="Noto Serif CJK SC" w:hAnsi="Noto Serif CJK SC" w:eastAsia="Noto Serif CJK SC"/>
        </w:rPr>
        <w:t>定，不然你怎么得定，定不了的！所以，修法一定要</w:t>
      </w:r>
    </w:p>
    <w:p>
      <w:pPr>
        <w:spacing w:before="0" w:after="80" w:line="259" w:lineRule="auto"/>
        <w:ind w:firstLine="360"/>
      </w:pPr>
      <w:r>
        <w:rPr>
          <w:rFonts w:ascii="Noto Serif CJK SC" w:hAnsi="Noto Serif CJK SC" w:eastAsia="Noto Serif CJK SC"/>
        </w:rPr>
        <w:t>放下一切事缘。放不下，即使有清静地方可去，你也不要去，去也白搭，你心里乱糟糟的，呆在安静的地方，就如同在南京路上一样热闹非凡。因此，修法关键在真能放得下，只有放得下，才能够一心精进。真正放得下来，一心一意地修，不论你修什么法，都能立竿见影地和你自心相应。常听有人说：唉！某某人很快啊！他也没有怎么坐，就证到本来面目了！我怎么坐了这么多时，还没有这个境界呀？哈哈！他的心能放得下，清净了，所以能速证；你的心放不下，乱七八糟的，不能清净，怎么会有亲证的境界呢？当</w:t>
      </w:r>
    </w:p>
    <w:p>
      <w:pPr>
        <w:spacing w:before="0" w:after="80" w:line="259" w:lineRule="auto"/>
        <w:ind w:firstLine="360"/>
      </w:pPr>
      <w:r>
        <w:rPr>
          <w:rFonts w:ascii="Noto Serif CJK SC" w:hAnsi="Noto Serif CJK SC" w:eastAsia="Noto Serif CJK SC"/>
        </w:rPr>
        <w:t>然没有了。所以，修行的时间不在长短，而在你的心</w:t>
      </w:r>
    </w:p>
    <w:p>
      <w:pPr>
        <w:spacing w:before="0" w:after="80" w:line="259" w:lineRule="auto"/>
        <w:ind w:firstLine="360"/>
      </w:pPr>
      <w:r>
        <w:rPr>
          <w:rFonts w:ascii="Noto Serif CJK SC" w:hAnsi="Noto Serif CJK SC" w:eastAsia="Noto Serif CJK SC"/>
        </w:rPr>
        <w:t>清净不清净，心死不死。老实讲一句：你心果真死了，坐下来不多时，你就安然入定了，自然有轻安、宁喜的禅境，自然会光明大放。你心不净，你要证境从哪里来呢？当然是没有了。是故修法勿论时间长与短，而看你心净不净，心死不死，这是关键之所在。</w:t>
      </w:r>
    </w:p>
    <w:p>
      <w:pPr>
        <w:spacing w:before="0" w:after="80" w:line="259" w:lineRule="auto"/>
        <w:ind w:firstLine="360"/>
      </w:pPr>
      <w:r>
        <w:rPr>
          <w:rFonts w:ascii="Noto Serif CJK SC" w:hAnsi="Noto Serif CJK SC" w:eastAsia="Noto Serif CJK SC"/>
        </w:rPr>
        <w:t>果真能够放下万缘，一心精进了，“即生于本净心体，必得正解脱而登妙觉”，即生，指这一生。密宗是讲即生成佛的，就是这一生要成佛。也有的人把它变成身体的“身”，就是这身体要成佛，在密宗有</w:t>
      </w:r>
    </w:p>
    <w:p>
      <w:pPr>
        <w:spacing w:before="0" w:after="80" w:line="259" w:lineRule="auto"/>
        <w:ind w:firstLine="360"/>
      </w:pPr>
      <w:r>
        <w:rPr>
          <w:rFonts w:ascii="Noto Serif CJK SC" w:hAnsi="Noto Serif CJK SC" w:eastAsia="Noto Serif CJK SC"/>
        </w:rPr>
        <w:t>这种说法。我们上次讲了大圆满、大圆胜慧，这些法</w:t>
      </w:r>
    </w:p>
    <w:p>
      <w:pPr>
        <w:spacing w:before="0" w:after="80" w:line="259" w:lineRule="auto"/>
        <w:ind w:firstLine="360"/>
      </w:pPr>
      <w:r>
        <w:rPr>
          <w:rFonts w:ascii="Noto Serif CJK SC" w:hAnsi="Noto Serif CJK SC" w:eastAsia="Noto Serif CJK SC"/>
        </w:rPr>
        <w:t>就是讲身体能成就。这大手印就是大圆满的前趋，大圆满分两段，一段是彻却，一段是妥嘎；一个是立断，一个是顿超。立断，就是当机立断，当下就断掉一切烦恼、妄想、执着，本性朗然现前；顿超，一下子就超出三界，就成佛了。这大手印就是彻却法，直指你</w:t>
      </w:r>
    </w:p>
    <w:p>
      <w:pPr>
        <w:spacing w:before="0" w:after="80" w:line="259" w:lineRule="auto"/>
        <w:ind w:firstLine="360"/>
      </w:pPr>
      <w:r>
        <w:rPr>
          <w:rFonts w:ascii="Noto Serif CJK SC" w:hAnsi="Noto Serif CJK SC" w:eastAsia="Noto Serif CJK SC"/>
        </w:rPr>
        <w:t>不要用什么方法来修而当下断除妄想见性，后面还讲</w:t>
      </w:r>
    </w:p>
    <w:p>
      <w:pPr>
        <w:spacing w:before="0" w:after="80" w:line="259" w:lineRule="auto"/>
        <w:ind w:firstLine="360"/>
      </w:pPr>
      <w:r>
        <w:rPr>
          <w:rFonts w:ascii="Noto Serif CJK SC" w:hAnsi="Noto Serif CJK SC" w:eastAsia="Noto Serif CJK SC"/>
        </w:rPr>
        <w:t>到三空相应，我们到后面再讲，现在暂不讲。所以，大手印是很高深的密法，直接指示你成道。这一生我们能够放得下，必定能够在本净性体上得真正的大解脱。本净性体，就是说我们本有的妙性，是本来清净的、没有污染的。现在污染是什么缘故呢？是着相趣境的缘故，迷于外境而不知有本来。从前古人根厚，执着轻，经师父一点，就明白了，即能当下承当，不再迷惑，把境放下来，从而保任自性，除去妄习，很快就成道了。现在的人呢？根基钝了，障也重了，任你讲破喉咙，他也不能认识，还是着境，所以要多走冤枉路。</w:t>
      </w:r>
    </w:p>
    <w:p>
      <w:pPr>
        <w:spacing w:before="0" w:after="80" w:line="259" w:lineRule="auto"/>
        <w:ind w:firstLine="360"/>
      </w:pPr>
      <w:r>
        <w:rPr>
          <w:rFonts w:ascii="Noto Serif CJK SC" w:hAnsi="Noto Serif CJK SC" w:eastAsia="Noto Serif CJK SC"/>
        </w:rPr>
        <w:t>我师父王骧陆先生曾经讲：“修禅宗的人，三十年参这句‘念佛是谁？’不走着，才打开本来亲见佛性。我们修密法，三年就能打开来见性了。”就时间说来，已较禅宗少了十倍的时间，已是很迅速了。但就本性说来，参禅也不用。三年也好，三十年也好，都是走冤枉路啊！因为大家本来是佛，既用不着在这里参禅，也不用念什么：“ongbala……”在这里打坐用功，不是披枷戴锁、无事找事而徒困自己吗？你一切放下，恢复自性本真佛，想睡你就睡，想坐就坐，活泼天真多好！就如庞居士女儿灵照说的：“也不难，也不易，饥来吃饭困来眠。”本性就是这么自在安乐，何苦挖肉补疮，自寻烦恼呢！然而，我们须知灵照说的是透末后牢关，不先透庞公、庞婆说的前二关是做不到的，因我们虽具如来佛性，但多生习气深厚，不经一番艰苦锻炼，习气不除是得不到真实受用的。所以还须参禅、打坐，走一番冤枉路透前二关才行。庞公说：“难、难、难，十担麻油树上摊。”破初关是最难的，我们初初用功，妄念纷飞，定不下来，难见到本性，就如把麻油摊上树一样难。庞婆说：“易、易、易，百草头上西来意”。这是讲破重关，即我们通过用功识得本来面目，那就容易、容易，容易得很哪，百草头上尽是本来面目啊！百草头上就是指一切事事</w:t>
      </w:r>
    </w:p>
    <w:p>
      <w:pPr>
        <w:spacing w:before="0" w:after="80" w:line="259" w:lineRule="auto"/>
        <w:ind w:firstLine="360"/>
      </w:pPr>
      <w:r>
        <w:rPr>
          <w:rFonts w:ascii="Noto Serif CJK SC" w:hAnsi="Noto Serif CJK SC" w:eastAsia="Noto Serif CJK SC"/>
        </w:rPr>
        <w:t>物物的头上，头上还有什么东西吗？百草头上一切都无有啊！这不都空净了吗？这样的公案很多啊！古时候船子禅师与云岩、道吾一同在药山禅师那里参学，并印证所悟。他离开药山时，对吾、岩二师兄说：“你们将来应各据一方，建立药山宗旨。我率性疏野，只好山水，怡情自乐，担当不了教化众生的大任。以后你们要是知道我的住处，如遇到灵利的座主，指一个来，我将平生所得传授给他，以报师父之恩。”于是他到了秀州华亭岸边，泛一小舟，渡过往行人随缘度日，以待当机者的来访，故人称“船子和尚”。一次道吾去京口，遇夹山上堂说法，僧问：“如何是法身？”夹山说：“法身无相。”又问：“如何是法眼？”夹山说：“法眼无暇。”道吾听了不觉失笑。夹山便下座，顶礼请教。你们看古人多认真，要是现在呀，棒子伺候，非打出去不可。他虚心地问道吾：“大师啊，我刚才的答话必有不是之处，令您失笑。我哪里说错了，请您慈悲说破。”道吾说：“我不说，但你可以去华亭找船子和尚。夹山问：“此人如何？”道吾说：“此人上无片瓦，下无卓锥。你若去时，最好换身衣服。”夹山于是散众换装，往华亭参访船子，船子才见，便问：“座主住什么寺？”夹山答道：“寺即不住，住即不似！”船子问：“不似，似个什么？”</w:t>
      </w:r>
    </w:p>
    <w:p>
      <w:pPr>
        <w:spacing w:before="0" w:after="80" w:line="259" w:lineRule="auto"/>
        <w:ind w:firstLine="360"/>
      </w:pPr>
      <w:r>
        <w:rPr>
          <w:rFonts w:ascii="Noto Serif CJK SC" w:hAnsi="Noto Serif CJK SC" w:eastAsia="Noto Serif CJK SC"/>
        </w:rPr>
        <w:t>夹山道：“目前无相似。”船子问：“何处学得来？”夹山道：“非耳目之所到。”船子说：“一句合头语，万劫系驴橛。”接着又问：“垂丝千尺，意在深潭。离钩三寸，子何不道？”夹山刚要张口，啪！被船子一篙子打落水中。夹山刚爬上船，船子又说：“道！道！夹山刚要开口，啪！又被打下水去了。夹山在这个时候，豁然大悟，于是点头三下。船子说：“好、好、好，上来吧！”为什么？这时道悟心里没有东西了，一切都空净了。空净是空净了，但不是顽空，而是灵灵不昧，了了分明啊，所以只好头一点。所以，庞婆说：“百草头上西来意”，容易得很啊，你离相见嘛！不要着在相上就容易得很啊！所以我们说见性悟道不难，不难啊！不要着相，不要着大神通啊！但是，我常常听有人说：“假若这就是悟道，我为什么不发大神通啊？悟道应该有神通的，没神通的不是。”唉！我们修法要晓得先后次序，先要认识本性，肯定它，保护它，保护得绵密，皮肤脱落净，一点都不住着，任何境界来都不动摇，自然大放光明。那个光明不只似一个两个太阳那般，而如百千个太阳的光明一样，那时当然天眼、天耳、他心、宿命、神足都通了。其实大光明人人本具，就如《弥陀经》所说：“彼佛光明无量，照十方国，无所障碍。“彼佛”</w:t>
      </w:r>
    </w:p>
    <w:p>
      <w:pPr>
        <w:spacing w:before="0" w:after="80" w:line="259" w:lineRule="auto"/>
        <w:ind w:firstLine="360"/>
      </w:pPr>
      <w:r>
        <w:rPr>
          <w:rFonts w:ascii="Noto Serif CJK SC" w:hAnsi="Noto Serif CJK SC" w:eastAsia="Noto Serif CJK SC"/>
        </w:rPr>
        <w:t>两个字，范围很广，你们不要把它缩小了，以为彼佛者只是阿弥陀佛。阿弥陀佛的光明无量照十方国土，彼佛的范围不是这么小。“彼佛，”即一切大众。“彼佛”就是那个佛，不是我们的身体，身体不是佛，不要弄错啊！身体里面有个佛，就等于房子里面住了一个人。那个佛就是“彼佛”，就是大众。一切众生的本性光明都是无比无量的，朗照十方国土，无所障碍。不相信？你们自己用功试试嘛！你们现在听讲恒河大手印，须认识这一念断处的灵知是佛性，只有这才是真的，其他一切相都是假的，都是真性的影子。一切放下，死心塌地念佛、持咒、用功，心真空了，就放大光明，即生就能真正解脱而登等妙二觉。密宗是讲即生成佛而登等妙二觉位的。要到等妙觉位，就看我们怎样用功。如果我们功夫用的精深，用的绵密，即生就能做到；如果我们功夫用的不精深、不绵密，懒懒散散的，今朝推明朝，明朝推后朝，这样推下去，推到弥勒佛下生也不能成道。即使我们借阿弥陀佛、观世音菩萨、大势至菩萨的力量往生西方极乐世界，也要用功呀！你要往生西方极乐世界，而心里总是恋着娑婆世界的妻财子禄，古人谓之抱桩摇橹，行动尚且不能，又如何与弥陀感应道交，打成一片，往生西方净土呢？所以，首先要放下</w:t>
      </w:r>
    </w:p>
    <w:p>
      <w:pPr>
        <w:spacing w:before="0" w:after="80" w:line="259" w:lineRule="auto"/>
        <w:ind w:firstLine="360"/>
      </w:pPr>
      <w:r>
        <w:rPr>
          <w:rFonts w:ascii="Noto Serif CJK SC" w:hAnsi="Noto Serif CJK SC" w:eastAsia="Noto Serif CJK SC"/>
        </w:rPr>
        <w:t>一切，你不放下怎么行呢？玉琳国师曾说过：“想生西方极乐世界的人放不下，是生不上去的。”假若恋着娑婆世界放不下，你就不要念《阿弥陀经》，还是以念《药师经》，供药师佛为好！药师佛发大愿保佑人们一切顺利，满足人们的私心欲望。在这个世上希望有财宝的，给你财宝；希望有儿女的，给你儿女；希望有高官的，给你高官，满足人们的所有欲望。在满足了你的私愿的时候，让你油然生起菩提心来：噢，我这一切所得都是佛的加持，佛法真是不可思议。在深深感谢佛时，即要发心学佛，修法以成道了。所以，念药师佛供药师佛好处大啊！你真要生西方极乐世界，就要一切放下，恋着这娑婆世界来修，那是背道而驰，一无是处。然而，光口上说说放下，而心里放不下，又不肯努力修持，懒懒散散的，却想生西方极乐世界，如同要划船到对岸</w:t>
      </w:r>
    </w:p>
    <w:p>
      <w:pPr>
        <w:spacing w:before="0" w:after="80" w:line="259" w:lineRule="auto"/>
        <w:ind w:firstLine="360"/>
      </w:pPr>
      <w:r>
        <w:rPr>
          <w:rFonts w:ascii="Noto Serif CJK SC" w:hAnsi="Noto Serif CJK SC" w:eastAsia="Noto Serif CJK SC"/>
        </w:rPr>
        <w:t>却不肯用力摇橹一样，一无是处。所以，我们无论修</w:t>
      </w:r>
    </w:p>
    <w:p>
      <w:pPr>
        <w:spacing w:before="0" w:after="80" w:line="259" w:lineRule="auto"/>
        <w:ind w:firstLine="360"/>
      </w:pPr>
      <w:r>
        <w:rPr>
          <w:rFonts w:ascii="Noto Serif CJK SC" w:hAnsi="Noto Serif CJK SC" w:eastAsia="Noto Serif CJK SC"/>
        </w:rPr>
        <w:t>什么法，还是要用功的；不用功，单凭佛力接引是不行的。其实要往生西方，不单是念佛可以往生，参禅、持咒、诵经发愿往生也能去得。因为佛菩萨不象娑婆世界的俗人心量狭窄，你没念佛，他不接引，而是兴无缘大慈，无人不接，无生不救的。不问什么众生，于命终时，佛菩萨都一视同仁，放光普照，接他们生</w:t>
      </w:r>
    </w:p>
    <w:p>
      <w:pPr>
        <w:spacing w:before="0" w:after="80" w:line="259" w:lineRule="auto"/>
        <w:ind w:firstLine="360"/>
      </w:pPr>
      <w:r>
        <w:rPr>
          <w:rFonts w:ascii="Noto Serif CJK SC" w:hAnsi="Noto Serif CJK SC" w:eastAsia="Noto Serif CJK SC"/>
        </w:rPr>
        <w:t>西。只是众生障重，不能相接，甚至有人因佛光强烈，畏而逃避，窜入恶道，宁不可悲可叹！自己不用力，单凭佛力接引不能往生，因佛不能拉我们到西方去。假如能的话，佛老早就把我们拉光了，何至于现在还在这五浊世间轮回受苦呢！佛有三不能：不能代人转业，不能代人成佛，不能度无缘众生。你想生西、想成道，却不想用功，那真是无话可说了。所以古德有云：“把臂牵他行不得，直须自肯始相应。”自己要肯用功啊，各位！“但尤要者，令身安住如须弥山，令心寂静澄清，不为外境所牵，随处可修。这是强调见定行三者当中，最重要的是要使身体安住如须弥山不动摇。坐得住，心就定了；心不定，就坐不住。心不定，象猴子卜楞卜楞跳，你肯定是坐不住的。你心真定了，身体安住如须弥山一样不动摇，这是打坐中最重要的一着。所以我们常常问：打坐时候，你能不动吗？还不能！那你要注意了，要慢慢锻炼，不可心急，只要有恒心地坐下去，慢慢就不动了。所以，我们再三强调，手印不可散啊！脚实在麻得熬不住了，才稍动一下，但不可乱动，这是初坐。慢慢</w:t>
      </w:r>
    </w:p>
    <w:p>
      <w:pPr>
        <w:spacing w:before="0" w:after="80" w:line="259" w:lineRule="auto"/>
        <w:ind w:firstLine="360"/>
      </w:pPr>
      <w:r>
        <w:rPr>
          <w:rFonts w:ascii="Noto Serif CJK SC" w:hAnsi="Noto Serif CJK SC" w:eastAsia="Noto Serif CJK SC"/>
        </w:rPr>
        <w:t>地脚也不要动，一上座就一点不动，不动才容易入定，如果在座上动来动去的怎么能入定？所以那些手里拿着念珠在念佛的人，再怎么念也不得定。他口念阿弥陀佛，手在掐念珠，这样动来动去，任你再怎么念也定不进去。再加上一面念佛，一面论人是非，那就更不能得念佛三昧！这样子念佛也能生西方极乐世界？太便当了吧！所以，莲池大师叹曰：“念佛者多，生西者少，何也？念佛心不痛切故，口虽念佛，心中胡思乱想，以此不得往生。”憨山祖师亦云：“口念弥陀心散乱，喉咙喊破亦徒然。“令心寂静澄清，不为外境所牵，随处可修。身安住如须弥山一样不动摇，令心寂静澄清如一杯没</w:t>
      </w:r>
    </w:p>
    <w:p>
      <w:pPr>
        <w:spacing w:before="0" w:after="80" w:line="259" w:lineRule="auto"/>
        <w:ind w:firstLine="360"/>
      </w:pPr>
      <w:r>
        <w:rPr>
          <w:rFonts w:ascii="Noto Serif CJK SC" w:hAnsi="Noto Serif CJK SC" w:eastAsia="Noto Serif CJK SC"/>
        </w:rPr>
        <w:t>有一点泥沙的清水一样，如此方不为外境所牵扰。心</w:t>
      </w:r>
    </w:p>
    <w:p>
      <w:pPr>
        <w:spacing w:before="0" w:after="80" w:line="259" w:lineRule="auto"/>
        <w:ind w:firstLine="360"/>
      </w:pPr>
      <w:r>
        <w:rPr>
          <w:rFonts w:ascii="Noto Serif CJK SC" w:hAnsi="Noto Serif CJK SC" w:eastAsia="Noto Serif CJK SC"/>
        </w:rPr>
        <w:t>真的寂静澄清了，外面的一切境界都动摇不了你，随时随地都可用功修行。真正得大定者，心真寂静澄清了，可在南京路上修；尽管车水马龙，心里一点也不动摇。但是初用功的人是做不到的，那就要找个清净地方去用功。所以上面说找个比较清净的地方，放下万缘去用功，做到后面，就随时随处都可修了。这随处可修的功夫是要假以时日的，不是要求大家马上就做到。现在要求大家在寂静处，要能把心马上放下来。寂静处心放不下来，喧闹处怎么办？</w:t>
      </w:r>
    </w:p>
    <w:p>
      <w:pPr>
        <w:spacing w:before="0" w:after="80" w:line="259" w:lineRule="auto"/>
        <w:ind w:firstLine="360"/>
      </w:pPr>
      <w:r>
        <w:rPr>
          <w:rFonts w:ascii="Noto Serif CJK SC" w:hAnsi="Noto Serif CJK SC" w:eastAsia="Noto Serif CJK SC"/>
        </w:rPr>
        <w:t>不管你修什么法，禅宗、密宗或净土宗，心都要</w:t>
      </w:r>
    </w:p>
    <w:p>
      <w:pPr>
        <w:spacing w:before="0" w:after="80" w:line="259" w:lineRule="auto"/>
        <w:ind w:firstLine="360"/>
      </w:pPr>
      <w:r>
        <w:rPr>
          <w:rFonts w:ascii="Noto Serif CJK SC" w:hAnsi="Noto Serif CJK SC" w:eastAsia="Noto Serif CJK SC"/>
        </w:rPr>
        <w:t>放下来。不这样做怎么能成道呢？千万不要象现在有些修净土法门的人，他们说我不要这个，我横竖是借阿弥陀佛的他力接引，不要自力的，我们只要阿弥陀佛、阿弥陀佛，念它十口气，阿弥陀佛就把我拉上西方极乐世界了。唉！这是把十念法弄错了。十念法是用气摄心，吸一口气念“阿弥陀佛、阿弥陀佛……”再吸口气心别动，念“阿弥陀佛、阿弥陀佛……”这样念十次，用以锻炼，摄心不动，除情、爱而往生西方净土。他们不晓得十念法是专为世间事忙而没功夫打坐的人用气摄心而设的。摄心不动后，就要把这个境界保着、照住，在事上去锻炼，任何事情来都不动，不能一走出门就忘掉了。所以要用功，不用功净土难生啊！不是马马虎虎、懒懒散散就能生西的啊！“或未能如是，但一心向于此三门，即不当起贪嗔痴诸作业挂碍，于未来世，亦能由苦转乐。</w:t>
      </w:r>
    </w:p>
    <w:p>
      <w:pPr>
        <w:spacing w:before="0" w:after="80" w:line="259" w:lineRule="auto"/>
        <w:ind w:firstLine="360"/>
      </w:pPr>
      <w:r>
        <w:rPr>
          <w:rFonts w:ascii="Noto Serif CJK SC" w:hAnsi="Noto Serif CJK SC" w:eastAsia="Noto Serif CJK SC"/>
        </w:rPr>
        <w:t>修法的人假若根基差，不能做到只一心安于见定</w:t>
      </w:r>
    </w:p>
    <w:p>
      <w:pPr>
        <w:spacing w:before="0" w:after="80" w:line="259" w:lineRule="auto"/>
        <w:ind w:firstLine="360"/>
      </w:pPr>
      <w:r>
        <w:rPr>
          <w:rFonts w:ascii="Noto Serif CJK SC" w:hAnsi="Noto Serif CJK SC" w:eastAsia="Noto Serif CJK SC"/>
        </w:rPr>
        <w:t>行这三门去用功，也不应该起贪嗔痴，作种种恶业。贪嗔痴是三毒，我们所造的恶业都是从贪嗔痴来的。假如没有贪心，你知足常乐，就不去做坏事；假</w:t>
      </w:r>
    </w:p>
    <w:p>
      <w:pPr>
        <w:spacing w:before="0" w:after="80" w:line="259" w:lineRule="auto"/>
        <w:ind w:firstLine="360"/>
      </w:pPr>
      <w:r>
        <w:rPr>
          <w:rFonts w:ascii="Noto Serif CJK SC" w:hAnsi="Noto Serif CJK SC" w:eastAsia="Noto Serif CJK SC"/>
        </w:rPr>
        <w:t>如不知足贪得无厌，多了还要再多，好了还要再好，你的心永远不得清净，想不造恶业是不可能的。因为你总是贪得无厌，一心想把别人的东西都据为己有。为了达目的将不择手段，谋财害命去了。嗔就是嗔恨心，人或事不如己愿、不如己意，就嗔恨别人，烦恼就来了。而这贪、嗔都源于痴，因为没有智慧，不认识真性本体，只认假相影子，所以叫痴。由于痴而不晓得世间一切都是假的，不知道所有一切事事物物都是空的、不可得的，都是因缘所生，都无有自体，因此，他才有贪，才有嗔，是故痴是根本。没有智慧就无明，无明是没智慧没光明、黑暗暗地。贪嗔痴三毒是最坏的东西，为我们意中之毒素、恶业，身上的三恶业是杀盗淫，口中恶业就是两舌、恶口、绮语、妄语。十恶业中贪嗔痴最坏，是我们受苦的根子，把这贪嗔痴打倒就好了，那后面七个就不要紧了，就自然改转过来了。所以，假若不能照前面所说的做到一心于见定行三门，我们也不应当起贪嗔痴心。贪嗔痴是大毒素，是成佛的大障碍，我们想了生</w:t>
      </w:r>
    </w:p>
    <w:p>
      <w:pPr>
        <w:spacing w:before="0" w:after="80" w:line="259" w:lineRule="auto"/>
        <w:ind w:firstLine="360"/>
      </w:pPr>
      <w:r>
        <w:rPr>
          <w:rFonts w:ascii="Noto Serif CJK SC" w:hAnsi="Noto Serif CJK SC" w:eastAsia="Noto Serif CJK SC"/>
        </w:rPr>
        <w:t>死，成佛度众生，非将它去掉不可。这三个恶东西要</w:t>
      </w:r>
    </w:p>
    <w:p>
      <w:pPr>
        <w:spacing w:before="0" w:after="80" w:line="259" w:lineRule="auto"/>
        <w:ind w:firstLine="360"/>
      </w:pPr>
      <w:r>
        <w:rPr>
          <w:rFonts w:ascii="Noto Serif CJK SC" w:hAnsi="Noto Serif CJK SC" w:eastAsia="Noto Serif CJK SC"/>
        </w:rPr>
        <w:t>是去不掉，那你就完蛋了，就不能成佛了。假若我们</w:t>
      </w:r>
    </w:p>
    <w:p>
      <w:pPr>
        <w:spacing w:before="0" w:after="80" w:line="259" w:lineRule="auto"/>
        <w:ind w:firstLine="360"/>
      </w:pPr>
      <w:r>
        <w:rPr>
          <w:rFonts w:ascii="Noto Serif CJK SC" w:hAnsi="Noto Serif CJK SC" w:eastAsia="Noto Serif CJK SC"/>
        </w:rPr>
        <w:t>能够去掉三毒，不贪不嗔也不痴，纵然不能做到一心</w:t>
      </w:r>
    </w:p>
    <w:p>
      <w:pPr>
        <w:spacing w:before="0" w:after="80" w:line="259" w:lineRule="auto"/>
        <w:ind w:firstLine="360"/>
      </w:pPr>
      <w:r>
        <w:rPr>
          <w:rFonts w:ascii="Noto Serif CJK SC" w:hAnsi="Noto Serif CJK SC" w:eastAsia="Noto Serif CJK SC"/>
        </w:rPr>
        <w:t>于见定行而成大道，于未来世也能够由苦转乐，不会到坏的地方去。就是说将来我们能生三善道，而不会堕到三恶道去。修禅宗的人，要发大愿维护人身，一定要成佛度众生，一定要成就。这愿发得大，保护自身，永远不失人身，生生世世做人，而且根基深厚，一转世过来，就能接上去修行，一闻千悟，修禅宗有</w:t>
      </w:r>
    </w:p>
    <w:p>
      <w:pPr>
        <w:spacing w:before="0" w:after="80" w:line="259" w:lineRule="auto"/>
        <w:ind w:firstLine="360"/>
      </w:pPr>
      <w:r>
        <w:rPr>
          <w:rFonts w:ascii="Noto Serif CJK SC" w:hAnsi="Noto Serif CJK SC" w:eastAsia="Noto Serif CJK SC"/>
        </w:rPr>
        <w:t>这样好处。这大手印也和禅宗一样，就是假若我们心</w:t>
      </w:r>
    </w:p>
    <w:p>
      <w:pPr>
        <w:spacing w:before="0" w:after="80" w:line="259" w:lineRule="auto"/>
        <w:ind w:firstLine="360"/>
      </w:pPr>
      <w:r>
        <w:rPr>
          <w:rFonts w:ascii="Noto Serif CJK SC" w:hAnsi="Noto Serif CJK SC" w:eastAsia="Noto Serif CJK SC"/>
        </w:rPr>
        <w:t>向于三门，但是于见定行三门做得不好，那也不要起贪嗔痴，作种种恶业，那么，来世也能够转苦得乐的，不会到下三道去的。</w:t>
      </w:r>
    </w:p>
    <w:p>
      <w:pPr>
        <w:spacing w:before="0" w:after="80" w:line="259" w:lineRule="auto"/>
        <w:ind w:firstLine="360"/>
      </w:pPr>
      <w:r>
        <w:rPr>
          <w:rFonts w:ascii="Noto Serif CJK SC" w:hAnsi="Noto Serif CJK SC" w:eastAsia="Noto Serif CJK SC"/>
        </w:rPr>
        <w:t>七、直指自心实际</w:t>
      </w:r>
    </w:p>
    <w:p>
      <w:pPr>
        <w:spacing w:before="0" w:after="80" w:line="259" w:lineRule="auto"/>
        <w:ind w:firstLine="360"/>
      </w:pPr>
      <w:r>
        <w:rPr>
          <w:rFonts w:ascii="Noto Serif CJK SC" w:hAnsi="Noto Serif CJK SC" w:eastAsia="Noto Serif CJK SC"/>
        </w:rPr>
        <w:t>“此三要（见定行）为断惑妄之命根、为直指自心实际之法门。</w:t>
      </w:r>
    </w:p>
    <w:p>
      <w:pPr>
        <w:spacing w:before="0" w:after="80" w:line="259" w:lineRule="auto"/>
        <w:ind w:firstLine="360"/>
      </w:pPr>
      <w:r>
        <w:rPr>
          <w:rFonts w:ascii="Noto Serif CJK SC" w:hAnsi="Noto Serif CJK SC" w:eastAsia="Noto Serif CJK SC"/>
        </w:rPr>
        <w:t>见定行三要素为断惑妄之命根。我们凡夫有见</w:t>
      </w:r>
    </w:p>
    <w:p>
      <w:pPr>
        <w:spacing w:before="0" w:after="80" w:line="259" w:lineRule="auto"/>
        <w:ind w:firstLine="360"/>
      </w:pPr>
      <w:r>
        <w:rPr>
          <w:rFonts w:ascii="Noto Serif CJK SC" w:hAnsi="Noto Serif CJK SC" w:eastAsia="Noto Serif CJK SC"/>
        </w:rPr>
        <w:t>惑、思惑、尘沙惑等迷惑。见惑就是没有正知正见而迷惑于外相。现在很多学佛的人，知见很迷惑，不识佛性是怎么一回事，脚跟站不稳，比如已经发心学佛法的人，他听说一个修气功的外道人有神通本事大，他就想：唉，我还是练气功去吧！佛法他不修了，学外道去了。我告诉你们一个真实的例子，某某山有个小和尚，在山上设的佛学院当执事，他听说某气功师有神通，他就不修佛法，改学气功，以求获得特异功能，跟外道走了，这就是为神通所迷惑。所谓迷惑者，乃我们学佛心不痛切，见定行不正之所致也。知见乃修法学道的第一要紧之事，知见不正，修行起来必然迷惑而走弯路。知见迷惑是修行之大敌，所以学佛先要知见正，破见惑，然后再破思惑。思惑是什么？就是对境生心，</w:t>
      </w:r>
    </w:p>
    <w:p>
      <w:pPr>
        <w:spacing w:before="0" w:after="80" w:line="259" w:lineRule="auto"/>
        <w:ind w:firstLine="360"/>
      </w:pPr>
      <w:r>
        <w:rPr>
          <w:rFonts w:ascii="Noto Serif CJK SC" w:hAnsi="Noto Serif CJK SC" w:eastAsia="Noto Serif CJK SC"/>
        </w:rPr>
        <w:t>起种种粘着的思想。我们之所以有种种迷惑，乃知见</w:t>
      </w:r>
    </w:p>
    <w:p>
      <w:pPr>
        <w:spacing w:before="0" w:after="80" w:line="259" w:lineRule="auto"/>
        <w:ind w:firstLine="360"/>
      </w:pPr>
      <w:r>
        <w:rPr>
          <w:rFonts w:ascii="Noto Serif CJK SC" w:hAnsi="Noto Serif CJK SC" w:eastAsia="Noto Serif CJK SC"/>
        </w:rPr>
        <w:t>不正引起的。知见正，见惑断了，思惑才能断，才能</w:t>
      </w:r>
    </w:p>
    <w:p>
      <w:pPr>
        <w:spacing w:before="0" w:after="80" w:line="259" w:lineRule="auto"/>
        <w:ind w:firstLine="360"/>
      </w:pPr>
      <w:r>
        <w:rPr>
          <w:rFonts w:ascii="Noto Serif CJK SC" w:hAnsi="Noto Serif CJK SC" w:eastAsia="Noto Serif CJK SC"/>
        </w:rPr>
        <w:t>立稳脚跟，不跟外道走。任你外道神通再怎么大，但你不得漏尽通，不识佛性，决定不能了生死。我们是心地法门，识得什么叫佛性，能了生死。象吕纯阳祖师见黄龙祖师，当时吕纯阳已经阳神成就了，但黄龙说：“你这守尸鬼。”吕纯阳说：“哈哈，我囊中有不死之药。”这囊中药有两种解释，一种是外药，就是口袋里面有炼好的金丹药，是外丹；一种是臭皮囊，即身体，身体中炼成功金丹，金丹炼成功就是不死之药物，不要守这躯壳。黄龙祖师说：嗨！“饶经八万劫，终是落空亡。”纵饶你能够活八万个大劫，到最后还是要落空。因为你不认识佛性是什么，有神通又有何用处？你着相，以为这阳神是真的，其实这阳神也是假的，亦是梦幻泡影，只是我们真心的妙用所显示一个幻身罢了。比如西方极乐世界和阿弥陀佛显现的身体，都是阿弥陀佛的意生身。所谓意生身不仅是身体，一切境界事物都是意生身。所以，山河大地也是我们的意生身，只是我们不认识，就把它隔断了，只认这身体是我，山河大地不是我。山河大地是地水火风组成，我们的身体也是地水火风组成。而我们的佛性能大能小，“大而无外，小而无内”“放之则弥于六合，收之则退藏于密”，只是无明把它缩小了，局限在你身腔里，而不识山河大地也是我们的意生</w:t>
      </w:r>
    </w:p>
    <w:p>
      <w:pPr>
        <w:spacing w:before="0" w:after="80" w:line="259" w:lineRule="auto"/>
        <w:ind w:firstLine="360"/>
      </w:pPr>
      <w:r>
        <w:rPr>
          <w:rFonts w:ascii="Noto Serif CJK SC" w:hAnsi="Noto Serif CJK SC" w:eastAsia="Noto Serif CJK SC"/>
        </w:rPr>
        <w:t>身。但是这意生身也是假的，阿弥陀佛也要退位的，极乐世界要改变的。阿弥陀佛退位之时，观世音菩萨来即位，观世音菩萨的世界不叫极乐世界，是另外一个世界，比现在阿弥陀佛的世界还要美好、还要庄严。为什么呢？因为观世音菩萨倒驾慈航，他是古佛再来，再成佛。这是变戏法给你看看，你不要当真的，一当真都错。一真一切真，一假一切假。你说这娑婆世界是假，那么，西方极乐世界也是假；你说极乐世界是真，娑婆世界也是真。其实是非真非假，亦真亦假，即真即假。分真分假，是你的分别心、虚妄心，</w:t>
      </w:r>
    </w:p>
    <w:p>
      <w:pPr>
        <w:spacing w:before="0" w:after="80" w:line="259" w:lineRule="auto"/>
        <w:ind w:firstLine="360"/>
      </w:pPr>
      <w:r>
        <w:rPr>
          <w:rFonts w:ascii="Noto Serif CJK SC" w:hAnsi="Noto Serif CJK SC" w:eastAsia="Noto Serif CJK SC"/>
        </w:rPr>
        <w:t>其实是没有分别的。所以，明白这个道理之后，你心</w:t>
      </w:r>
    </w:p>
    <w:p>
      <w:pPr>
        <w:spacing w:before="0" w:after="80" w:line="259" w:lineRule="auto"/>
        <w:ind w:firstLine="360"/>
      </w:pPr>
      <w:r>
        <w:rPr>
          <w:rFonts w:ascii="Noto Serif CJK SC" w:hAnsi="Noto Serif CJK SC" w:eastAsia="Noto Serif CJK SC"/>
        </w:rPr>
        <w:t>就不住相了，你不明白这个道理，总是住相，总是在那里分别：西方世界美好，是真的；娑婆世界丑恶，是假的。其实这都是没有正见，而被境所迷惑的过错啊！我们凡夫都是被境所迷惑，所以，释迦佛腊月初八，夜睹明星悟道时说：一切众生都具如来智慧德相，他们为什么不自知？因为被妄想、颠倒、执着所遮盖了，不知道了、迷惑了。所以我们要成道，就要断迷惑的根子。要切断迷惑的命根子，首先要知见正，这第一重要。知见正之后用功夫修正定，时时锻炼，身</w:t>
      </w:r>
    </w:p>
    <w:p>
      <w:pPr>
        <w:spacing w:before="0" w:after="80" w:line="259" w:lineRule="auto"/>
        <w:ind w:firstLine="360"/>
      </w:pPr>
      <w:r>
        <w:rPr>
          <w:rFonts w:ascii="Noto Serif CJK SC" w:hAnsi="Noto Serif CJK SC" w:eastAsia="Noto Serif CJK SC"/>
        </w:rPr>
        <w:t>如须弥山不动，心寂静如沉水不鼓，深入禅定，打开智慧，证见本性。识得本性后，要勤于观照，绵密保任，外不被境牵，内不随念转，不着相不住境，历境练心，消尽习气，真心就放大光明，朗照十方，所有的妄心、妄想、妄念，皆化为佛性的妙用。一切处、一切时都是我们佛性的显现，都是我们佛性的作用，一切时、一切处所有作为都是为大众，不是为自己，这就是般若妙行。所以，说见定行三要素是大手印的三个秘诀，也</w:t>
      </w:r>
    </w:p>
    <w:p>
      <w:pPr>
        <w:spacing w:before="0" w:after="80" w:line="259" w:lineRule="auto"/>
        <w:ind w:firstLine="360"/>
      </w:pPr>
      <w:r>
        <w:rPr>
          <w:rFonts w:ascii="Noto Serif CJK SC" w:hAnsi="Noto Serif CJK SC" w:eastAsia="Noto Serif CJK SC"/>
        </w:rPr>
        <w:t>是一切法门修持之法要，是断惑妄之命根、直指自心</w:t>
      </w:r>
    </w:p>
    <w:p>
      <w:pPr>
        <w:spacing w:before="0" w:after="80" w:line="259" w:lineRule="auto"/>
        <w:ind w:firstLine="360"/>
      </w:pPr>
      <w:r>
        <w:rPr>
          <w:rFonts w:ascii="Noto Serif CJK SC" w:hAnsi="Noto Serif CJK SC" w:eastAsia="Noto Serif CJK SC"/>
        </w:rPr>
        <w:t>实际之法门。恒河大手印的行法是圆顿中的直指法，它是直接指示我们当下见到无修、无整、无散乱的妙明本体（妙明真心），而成就大道的根本实际的法门。我们修心中心法还要结印一心持咒，参禅还要起大疑情，念佛也要都摄六根，净念相继，才能成道。照此讲来，我们要成道俱要经过一番修证，不及大手印高妙了。须知大手印的根本说法虽是什么都不要修，指示你认识自己的妙明真心就是了。因为佛性是不生不灭、不来不去、不动不摇、不垢不净、不增不减的，你修什么？佛性没有散乱，你整理个什么？所以是无修、无整、无散乱。因此，做功夫都是走冤枉路啊！但是，不做功夫，能认识这离念的灵知即是当人的本</w:t>
      </w:r>
    </w:p>
    <w:p>
      <w:pPr>
        <w:spacing w:before="0" w:after="80" w:line="259" w:lineRule="auto"/>
        <w:ind w:firstLine="360"/>
      </w:pPr>
      <w:r>
        <w:rPr>
          <w:rFonts w:ascii="Noto Serif CJK SC" w:hAnsi="Noto Serif CJK SC" w:eastAsia="Noto Serif CJK SC"/>
        </w:rPr>
        <w:t>性而成道吗？须知大手印是白教最后了手法，起初也要经过一番艰苦的修练，才可以进入大手印的功境。所以我们若要打开本来，证见本性，成就大道，还须一心念佛，大起疑情，绵密持咒做功夫，不能稍懈！</w:t>
      </w:r>
    </w:p>
    <w:p>
      <w:pPr>
        <w:pStyle w:val="Heading3"/>
      </w:pPr>
      <w:r>
        <w:rPr>
          <w:rFonts w:ascii="Noto Serif CJK SC" w:hAnsi="Noto Serif CJK SC" w:eastAsia="Noto Serif CJK SC"/>
        </w:rPr>
        <w:t>10.4 恒河大手印（第四讲）</w:t>
      </w:r>
    </w:p>
    <w:p>
      <w:pPr>
        <w:spacing w:before="0" w:after="80" w:line="259" w:lineRule="auto"/>
        <w:ind w:firstLine="360"/>
      </w:pPr>
      <w:r>
        <w:rPr>
          <w:rFonts w:ascii="Noto Serif CJK SC" w:hAnsi="Noto Serif CJK SC" w:eastAsia="Noto Serif CJK SC"/>
        </w:rPr>
        <w:t>我们虽然在讲密宗大手印，但是我们不分宗派，禅、净、密合在一块讲。其实大手印和禅宗是一鼻孔出气，是直指心性，叫人当下成佛，不要大家走冤枉路的圆顿法门。但是讲了几次之后，大家对“色”和“空”还不十分理解。上次有人问我，这“空”是不是离开色之外的空？比如现在有房子，有这么多男女老少相聚一堂，是不是离开房子、离开男女老少，没有相了，才是“空”呢？不是的，他不理解色空之义啊！因此，我们有必要把色和空的义理弄懂，理解大手印宗旨，修行起来才比较顺利，否则不免要走冤枉路。那么究竟什么是色、什么是空呢？我曾举过秦跋陀禅师问生公法师的公案，今天不妨拈来再讲一讲。生公法师当时名震全国，享有“生公说法，顽石点头”的盛誉。秦跋陀来看生公，问他：“大师，你年纪这么大了还讲经，讲的什么经啊？”生公说：“我讲《般若经》。我们知道《大般若经》六百卷，是专门讲色与空的，它的缩本是《金刚经》《金刚经》的缩本是《心经》《心经》讲“色不异空，</w:t>
      </w:r>
    </w:p>
    <w:p>
      <w:pPr>
        <w:spacing w:before="0" w:after="80" w:line="259" w:lineRule="auto"/>
        <w:ind w:firstLine="360"/>
      </w:pPr>
      <w:r>
        <w:rPr>
          <w:rFonts w:ascii="Noto Serif CJK SC" w:hAnsi="Noto Serif CJK SC" w:eastAsia="Noto Serif CJK SC"/>
        </w:rPr>
        <w:t>空不异色，色即是空，空即是色”，就是讲色空之义。秦跋陀禅师问：“哦！那么请问什么叫色呢？”（色是什么东西？）生公答：“众微聚集叫色”。众微就是《金刚经》里佛问须菩提时所说的“三千大千世界所有微尘”，这个大世界都是微尘聚集而成的。现在我们看到的房子等也是微尘聚集的。为什么呢？砖瓦、木料、钢筋、水泥都是微尘。砖瓦不就是泥土吗？用泥做成坯子，放到窑里去烧制成。木头呢？是大树。大树是什么地方来的呢？大树是树种子从泥土里面吸取养份，日光照晒，慢慢长大，聚起来的。都是合起来的，众微相聚的。并不是“某某样的东西”本身就有的，本来都没有自体，都是“众微聚集”的。秦跋陀禅师又问：“那么，什么叫空呢？”生公答：“众微无自性叫空。”即微尘本身是没有的，是别的东西合成的。现在科学家说，一切物质都是由化学元素合成的（比如水就是由氧、氢两种元素合成的）化学元素是由原子组成的，原子是由原子核和电子组成的，原子核和电子是由更微小的基本粒子合成的。基本粒子也不“基本”，它是由更微细的东西合成的，一直分析到“波粒二象性”——既象波，又象粒子；既不是波，又不是粒子。其实佛经里早就说过“邻虚尘”——邻近虚空的微尘。说到这里大家可能这样理</w:t>
      </w:r>
    </w:p>
    <w:p>
      <w:pPr>
        <w:spacing w:before="0" w:after="80" w:line="259" w:lineRule="auto"/>
        <w:ind w:firstLine="360"/>
      </w:pPr>
      <w:r>
        <w:rPr>
          <w:rFonts w:ascii="Noto Serif CJK SC" w:hAnsi="Noto Serif CJK SC" w:eastAsia="Noto Serif CJK SC"/>
        </w:rPr>
        <w:t>解：没有合成东西之前，什么都没有就是空，即“众微聚集是色，众微未聚是空”。其实佛教里讲的“空”并不是这个意思。生公不说“众微聚集是色，众微未聚是空”，他说得很好：“众微无自性是空”。众微也没有本体——无自性。色就是空，空就是色，不是“空无所有”的空。“空无所有”的空就是“断灭空”啊。生公所说的“空”是自性空，就是我们的本性。一切色相都是我们的本性显现的。我们的本性就是佛性，就是一切色相的根本。为什么叫“佛性”，不叫“法性”，这里边有什么区别呢？法性是诸法的根本。所有的事事物物，包括我们的思想，都叫法。在佛经里，法所包括的范围很广、很广。所有的东西、事事物物乃至我们的思想都是我们的灵明真性所产生的，都是我们的灵明真性所显现</w:t>
      </w:r>
    </w:p>
    <w:p>
      <w:pPr>
        <w:spacing w:before="0" w:after="80" w:line="259" w:lineRule="auto"/>
        <w:ind w:firstLine="360"/>
      </w:pPr>
      <w:r>
        <w:rPr>
          <w:rFonts w:ascii="Noto Serif CJK SC" w:hAnsi="Noto Serif CJK SC" w:eastAsia="Noto Serif CJK SC"/>
        </w:rPr>
        <w:t>的妙用。我们的灵明真性是诸法的根本，所以叫“法</w:t>
      </w:r>
    </w:p>
    <w:p>
      <w:pPr>
        <w:spacing w:before="0" w:after="80" w:line="259" w:lineRule="auto"/>
        <w:ind w:firstLine="360"/>
      </w:pPr>
      <w:r>
        <w:rPr>
          <w:rFonts w:ascii="Noto Serif CJK SC" w:hAnsi="Noto Serif CJK SC" w:eastAsia="Noto Serif CJK SC"/>
        </w:rPr>
        <w:t>性”佛性是成佛的根本。我们把妄想除光、无明断尽，恢复本来面目，我们这个灵明真性的妙用就具足了。三身四智都具足了，那就是成佛了，不是另外有一个佛可成。我们的灵明真性是成佛的根本，所以叫“佛性”。佛性、法性都是指“一真法界”，就是我们的灵</w:t>
      </w:r>
    </w:p>
    <w:p>
      <w:pPr>
        <w:spacing w:before="0" w:after="80" w:line="259" w:lineRule="auto"/>
        <w:ind w:firstLine="360"/>
      </w:pPr>
      <w:r>
        <w:rPr>
          <w:rFonts w:ascii="Noto Serif CJK SC" w:hAnsi="Noto Serif CJK SC" w:eastAsia="Noto Serif CJK SC"/>
        </w:rPr>
        <w:t>明真性。所以这个灵明真性是诸佛之本、万法之源。“色”就是“空”</w:t>
      </w:r>
    </w:p>
    <w:p>
      <w:pPr>
        <w:spacing w:before="0" w:after="80" w:line="259" w:lineRule="auto"/>
        <w:ind w:firstLine="360"/>
      </w:pPr>
      <w:r>
        <w:rPr>
          <w:rFonts w:ascii="Noto Serif CJK SC" w:hAnsi="Noto Serif CJK SC" w:eastAsia="Noto Serif CJK SC"/>
        </w:rPr>
        <w:t>，一切色都是我们的灵明真心</w:t>
      </w:r>
    </w:p>
    <w:p>
      <w:pPr>
        <w:spacing w:before="0" w:after="80" w:line="259" w:lineRule="auto"/>
        <w:ind w:firstLine="360"/>
      </w:pPr>
      <w:r>
        <w:rPr>
          <w:rFonts w:ascii="Noto Serif CJK SC" w:hAnsi="Noto Serif CJK SC" w:eastAsia="Noto Serif CJK SC"/>
        </w:rPr>
        <w:t>所显现的，一切色相就是我们的灵明真心，灵明真心</w:t>
      </w:r>
    </w:p>
    <w:p>
      <w:pPr>
        <w:spacing w:before="0" w:after="80" w:line="259" w:lineRule="auto"/>
        <w:ind w:firstLine="360"/>
      </w:pPr>
      <w:r>
        <w:rPr>
          <w:rFonts w:ascii="Noto Serif CJK SC" w:hAnsi="Noto Serif CJK SC" w:eastAsia="Noto Serif CJK SC"/>
        </w:rPr>
        <w:t>就是一切色相。而不是离开一切色相来找空，那是空无所有的空，那就不对了。所以，生公说“众微聚集是色，众微无自性是空”而不说“众微未聚是空”这时，秦跋陀进一步问他：“众微未聚时如何呢？”因为生公说众微聚集是色，这是色吗？他没说</w:t>
      </w:r>
    </w:p>
    <w:p>
      <w:pPr>
        <w:spacing w:before="0" w:after="80" w:line="259" w:lineRule="auto"/>
        <w:ind w:firstLine="360"/>
      </w:pPr>
      <w:r>
        <w:rPr>
          <w:rFonts w:ascii="Noto Serif CJK SC" w:hAnsi="Noto Serif CJK SC" w:eastAsia="Noto Serif CJK SC"/>
        </w:rPr>
        <w:t>到根本去。其实这色就是我们的自性，因为没有自性</w:t>
      </w:r>
    </w:p>
    <w:p>
      <w:pPr>
        <w:spacing w:before="0" w:after="80" w:line="259" w:lineRule="auto"/>
        <w:ind w:firstLine="360"/>
      </w:pPr>
      <w:r>
        <w:rPr>
          <w:rFonts w:ascii="Noto Serif CJK SC" w:hAnsi="Noto Serif CJK SC" w:eastAsia="Noto Serif CJK SC"/>
        </w:rPr>
        <w:t>是无能显色的。生公说“众微聚集是色”。那么众微未聚呢？还未聚集的时候是什么东西呢？生公罔措——生公到这里就答不出来了。可见，生公对色空之义未能究竟。其实这句话要答他也便当得很，问众微未聚时如何？答他午夜日正红！午夜就是夜里的三更天。三更天的夜里太阳正通红地照着——午夜日正红。还有另一种答法，比如《楞严经》里就有现成的：“性色真空”。性色就是我们真心之色，是妙有真空，这个真空就不是顽空。“性色”，性有色吗？恐怕说错了吧？我们知道显教说：我们这“妙有真心”——佛性，是丝毫的相都没有的——无相。但是，密教讲有微细之相，有精微之色。就象我们说“四空天”（无色界）一点色相都没有也不对，精微之色还是有的。</w:t>
      </w:r>
    </w:p>
    <w:p>
      <w:pPr>
        <w:spacing w:before="0" w:after="80" w:line="259" w:lineRule="auto"/>
        <w:ind w:firstLine="360"/>
      </w:pPr>
      <w:r>
        <w:rPr>
          <w:rFonts w:ascii="Noto Serif CJK SC" w:hAnsi="Noto Serif CJK SC" w:eastAsia="Noto Serif CJK SC"/>
        </w:rPr>
        <w:t>所以，密教和显教讲的稍微有点差别。但这色不是粗的，而是精细、微细、极微细之色。“性色真空”，为什么真空呢？它尽虚空遍法界，到处都是。所以，虚空就是它，它就是虚空，不是两回事。生公没有真正理解色空义，但他说“众微聚集叫色，众微无自性叫空”，比我们所理解的“离开色相而空”更进一步了。他不说空无所有，他说众微没有自性，就象房子没有自体，本身并没有，是钢筋、水泥、砖瓦和合成功的；沙发椅，本身也没有，是由弹簧、木板、皮革等，配合成功的。任何事物本身都没有本体，所以，无自性叫空，不是无相叫空。有人说空就不应该有相，有相就不是空。那是会错意了，我们说的空，是“妙有真空”。就是说，一切色相都是我们自性所显现，若没有这个性（就是若没有我们这个灵明真心），就不会有山河大地、日月星辰、男女老少了；今天之所以有，就是这个灵明真心所显现的。为什么要讲这个道理啊？目的是让大家明白这个色相本来就是我们的真心。不要离开相去找真心，离相找真心，是找不到的。之所以说佛性妙用无边，是因为它所显的相是千差万别、妙用无边的。认识了这个真理之后，就不取相不着相，任它一切相现前而无碍，就易于见到真心，圆证佛果了。若不知道心在</w:t>
      </w:r>
    </w:p>
    <w:p>
      <w:pPr>
        <w:spacing w:before="0" w:after="80" w:line="259" w:lineRule="auto"/>
        <w:ind w:firstLine="360"/>
      </w:pPr>
      <w:r>
        <w:rPr>
          <w:rFonts w:ascii="Noto Serif CJK SC" w:hAnsi="Noto Serif CJK SC" w:eastAsia="Noto Serif CJK SC"/>
        </w:rPr>
        <w:t>何处，修行就没有着落处。比如你念佛，不知道佛号的落处，念“阿弥陀佛、阿弥陀佛……”，是求心外的佛，就是求离娑婆世界十万亿佛土之外的极乐净土的佛，而不晓得你的心就是佛，佛就是你的心。佛不在别处，就在你心头，不必到别处去求。所以，秦跋陀问生公色空义，生公的答法不对。秦跋陀禅师又进一步问生公：“除此《般若经》之外，您还讲什么经呢？”生公答：</w:t>
      </w:r>
    </w:p>
    <w:p>
      <w:pPr>
        <w:spacing w:before="0" w:after="80" w:line="259" w:lineRule="auto"/>
        <w:ind w:firstLine="360"/>
      </w:pPr>
      <w:r>
        <w:rPr>
          <w:rFonts w:ascii="Noto Serif CJK SC" w:hAnsi="Noto Serif CJK SC" w:eastAsia="Noto Serif CJK SC"/>
        </w:rPr>
        <w:t>“还讲</w:t>
      </w:r>
    </w:p>
    <w:p>
      <w:pPr>
        <w:spacing w:before="0" w:after="80" w:line="259" w:lineRule="auto"/>
        <w:ind w:firstLine="360"/>
      </w:pPr>
      <w:r>
        <w:rPr>
          <w:rFonts w:ascii="Noto Serif CJK SC" w:hAnsi="Noto Serif CJK SC" w:eastAsia="Noto Serif CJK SC"/>
        </w:rPr>
        <w:t>《涅槃经》秦问：“请问涅槃之义是什么呢？”公答：“涅者不生，槃者不灭。”秦问：“不生不灭是涅槃吗？”公答：“是的！”秦曰：“这是佛的果上涅槃。什么地方是因上的涅槃呢？”公答不出来，公问道：“涅槃还有二义吗？”涅槃都是一样的嘛，还有二义吗？秦跋陀见生公不领会意思，就拿起如意问生公道：“你见么？”公答：“见。”秦问：“你见什么？”公答：“我见禅师手上拿着如意”秦跋陀把如意“啪”地丢到地上，问：“你还见吗？”公答：“见。”秦问：“见什么？”公答：</w:t>
      </w:r>
    </w:p>
    <w:p>
      <w:pPr>
        <w:spacing w:before="0" w:after="80" w:line="259" w:lineRule="auto"/>
        <w:ind w:firstLine="360"/>
      </w:pPr>
      <w:r>
        <w:rPr>
          <w:rFonts w:ascii="Noto Serif CJK SC" w:hAnsi="Noto Serif CJK SC" w:eastAsia="Noto Serif CJK SC"/>
        </w:rPr>
        <w:t>“见</w:t>
      </w:r>
    </w:p>
    <w:p>
      <w:pPr>
        <w:spacing w:before="0" w:after="80" w:line="259" w:lineRule="auto"/>
        <w:ind w:firstLine="360"/>
      </w:pPr>
      <w:r>
        <w:rPr>
          <w:rFonts w:ascii="Noto Serif CJK SC" w:hAnsi="Noto Serif CJK SC" w:eastAsia="Noto Serif CJK SC"/>
        </w:rPr>
        <w:t>禅师手中如意堕地。”秦跋陀哈哈一笑：“观公见解，未出常流，何得名喧宇宙？”意即你的见解不出常流，如普通人一样着在相上，跟着我手中的东西转。（此时元音上师拿起一本书，问：这是什么东西？众答：书、佛经。师笑道：噢！着在上面了，哈哈！）嗯，</w:t>
      </w:r>
    </w:p>
    <w:p>
      <w:pPr>
        <w:spacing w:before="0" w:after="80" w:line="259" w:lineRule="auto"/>
        <w:ind w:firstLine="360"/>
      </w:pPr>
      <w:r>
        <w:rPr>
          <w:rFonts w:ascii="Noto Serif CJK SC" w:hAnsi="Noto Serif CJK SC" w:eastAsia="Noto Serif CJK SC"/>
        </w:rPr>
        <w:t>把这东西掼在地下，还跟着境界转。你不知道色就是空，空就是色。为什么名气还这么大啊？这真冤哉枉也！掉头就走。生公的弟子很多，他们迷惑了：哎呀，这是什么缘故啊？难道我师父讲错了？于是追上去问秦跋陀：</w:t>
      </w:r>
    </w:p>
    <w:p>
      <w:pPr>
        <w:spacing w:before="0" w:after="80" w:line="259" w:lineRule="auto"/>
        <w:ind w:firstLine="360"/>
      </w:pPr>
      <w:r>
        <w:rPr>
          <w:rFonts w:ascii="Noto Serif CJK SC" w:hAnsi="Noto Serif CJK SC" w:eastAsia="Noto Serif CJK SC"/>
        </w:rPr>
        <w:t>“法师，法师，你怎么解释这色和空啊？”秦跋陀答</w:t>
      </w:r>
    </w:p>
    <w:p>
      <w:pPr>
        <w:spacing w:before="0" w:after="80" w:line="259" w:lineRule="auto"/>
        <w:ind w:firstLine="360"/>
      </w:pPr>
      <w:r>
        <w:rPr>
          <w:rFonts w:ascii="Noto Serif CJK SC" w:hAnsi="Noto Serif CJK SC" w:eastAsia="Noto Serif CJK SC"/>
        </w:rPr>
        <w:t>曰：“你师父讲的也不能说是错的，只是他不会因中的色空义，只会果上的色空义。”弟子问：“如何是因中色空？”秦跋陀禅师说：“一微空故众微空，众微空故一微空；一微空中无众微，众微空中无一微。一微空，一个微尘根本是空，没有自体，就是无自性。一个微尘空，其它的微尘当然也是空的了。依次类推，众微都空。众微空故一微空——众微都是空的，就是一切微尘都空，那么一个微尘也是空的了。一微空故无众微——连一个微尘都是空的，还有什么众微呢？众微空故无一微——既然众微都空，还能找得到一个微尘吗？他所讲的“众微空，一微空；一微空，众微空”是说一切事物统统不可得。一切色相都是我们真心的妙用，所以要明白这个色空之义，我们能真正明白了，就在境界上见性，不须离开境界见性。如指树问：这是什么？说是树，着在上面了；说不是树，又违背、离境了。这到底是什</w:t>
      </w:r>
    </w:p>
    <w:p>
      <w:pPr>
        <w:spacing w:before="0" w:after="80" w:line="259" w:lineRule="auto"/>
        <w:ind w:firstLine="360"/>
      </w:pPr>
      <w:r>
        <w:rPr>
          <w:rFonts w:ascii="Noto Serif CJK SC" w:hAnsi="Noto Serif CJK SC" w:eastAsia="Noto Serif CJK SC"/>
        </w:rPr>
        <w:t>么呀？换句话讲：“难瞒和尚”，一句话二面不着而显示这不能瞒的灵知就脱卸掉了。禅宗用的是脱卸法，不被彼色境捆住。他问你，就是看你是著有还是着空。你两面都不着，一句话就脱卸了。但又不能说“我不是空，也不是有”，那还是说道理，还是不行。须说一句字面上不着空有，而暗含空有的妙语，方合道妙。要证到这种境界，须时时刻刻观照，明白一切相都是自性所显现，不着相，也不离相。这即是宗下所谓的“不即不离”，明乎此，方能妙用圆融。世间法也不离事理，所谓事因理成——依空理做成功事；理因事显——事成功了，才把理显出来。无理不能成事，无事不能显理，故谓理事圆融。理是什么东西呢？举一个例子：科学家设计一个东西，要把它造出来，就要先列出公式，算好数据，这公式、数据就是理。依照公式、数据去施工，就把这个东西做成了。比如我们造房子，造几层，要什么式样，先画出图纸，再算出需要多少钢筋、多少水泥、多少材料等。然后，工人照这个图纸去施工，房子就造成功了。造得好，就证明这个图纸是对的，就是这个理正确；造得不好，就是这个图纸错了，理不正确。所以，事因理成，理因事显。理事不可分，事就是理，理就是事。我们要明白</w:t>
      </w:r>
    </w:p>
    <w:p>
      <w:pPr>
        <w:spacing w:before="0" w:after="80" w:line="259" w:lineRule="auto"/>
        <w:ind w:firstLine="360"/>
      </w:pPr>
      <w:r>
        <w:rPr>
          <w:rFonts w:ascii="Noto Serif CJK SC" w:hAnsi="Noto Serif CJK SC" w:eastAsia="Noto Serif CJK SC"/>
        </w:rPr>
        <w:t>这个道理，时时在境界上锻炼自己，磨练我们的真心。所以要明白色空之义，千万不要把空解释为空无所有的空。这空是妙有真空，就是我们的妙心、真心。真心在什么地方？就在事相上，不离事相，但是着在事相上也不对，着在事相上就是执着事，那也错了。我们禅宗有两句话，“郁郁黄花无非般若，青青翠竹尽是法身。”大珠和尚讲：青青翠竹若是法身，那么人吃笋子就是吃法身了！竹子是笋子长成的，我们把笋子拿来炒着吃，岂不是把法身吃掉了么？所以说着在法身、着在事相上都不对。离开事相呢？离开事相落空了也错。所以，要不即不离，要透过事相见性，事事不住着。所以《金刚经》说：“应无所住，而生其心”，不要着在上面，妙用真心时时现前。生者，就是显现，即你的妙有真心就现前了。所以，我们要时时刻刻无住，要磨练这个无住真心。</w:t>
      </w:r>
    </w:p>
    <w:p>
      <w:pPr>
        <w:spacing w:before="0" w:after="80" w:line="259" w:lineRule="auto"/>
        <w:ind w:firstLine="360"/>
      </w:pPr>
      <w:r>
        <w:rPr>
          <w:rFonts w:ascii="Noto Serif CJK SC" w:hAnsi="Noto Serif CJK SC" w:eastAsia="Noto Serif CJK SC"/>
        </w:rPr>
        <w:t>八、法贵当机</w:t>
      </w:r>
    </w:p>
    <w:p>
      <w:pPr>
        <w:spacing w:before="0" w:after="80" w:line="259" w:lineRule="auto"/>
        <w:ind w:firstLine="360"/>
      </w:pPr>
      <w:r>
        <w:rPr>
          <w:rFonts w:ascii="Noto Serif CJK SC" w:hAnsi="Noto Serif CJK SC" w:eastAsia="Noto Serif CJK SC"/>
        </w:rPr>
        <w:t>我们修法，不管是修净土宗，还是禅宗、密宗都要这样做功夫。比如说我们念佛，要不要修观呢？观</w:t>
      </w:r>
    </w:p>
    <w:p>
      <w:pPr>
        <w:spacing w:before="0" w:after="80" w:line="259" w:lineRule="auto"/>
        <w:ind w:firstLine="360"/>
      </w:pPr>
      <w:r>
        <w:rPr>
          <w:rFonts w:ascii="Noto Serif CJK SC" w:hAnsi="Noto Serif CJK SC" w:eastAsia="Noto Serif CJK SC"/>
        </w:rPr>
        <w:t>是什么？观就是禅观，就是修定啊！你念佛名号，要</w:t>
      </w:r>
    </w:p>
    <w:p>
      <w:pPr>
        <w:spacing w:before="0" w:after="80" w:line="259" w:lineRule="auto"/>
        <w:ind w:firstLine="360"/>
      </w:pPr>
      <w:r>
        <w:rPr>
          <w:rFonts w:ascii="Noto Serif CJK SC" w:hAnsi="Noto Serif CJK SC" w:eastAsia="Noto Serif CJK SC"/>
        </w:rPr>
        <w:t>心念耳闻，静静地倾听念佛声，才能摄心入定，这叫念佛观。念佛不是唱山歌，更不可一边“阿弥陀佛、阿弥陀佛”，一边跟别人讲话，那不行！必须修“念佛观”，观就是修禅啊！禅有很多种，有凡夫禅、小乘禅、大乘禅、最上乘禅，还有外道禅。所谓凡夫禅、小乘禅者，就是心有异计。什么叫异计？就是心有差别。误认心和法不是一个路子，空和色不是一个东西，</w:t>
      </w:r>
    </w:p>
    <w:p>
      <w:pPr>
        <w:spacing w:before="0" w:after="80" w:line="259" w:lineRule="auto"/>
        <w:ind w:firstLine="360"/>
      </w:pPr>
      <w:r>
        <w:rPr>
          <w:rFonts w:ascii="Noto Serif CJK SC" w:hAnsi="Noto Serif CJK SC" w:eastAsia="Noto Serif CJK SC"/>
        </w:rPr>
        <w:t>着在相上求色身健康，或是以为心法不是色法，色法</w:t>
      </w:r>
    </w:p>
    <w:p>
      <w:pPr>
        <w:spacing w:before="0" w:after="80" w:line="259" w:lineRule="auto"/>
        <w:ind w:firstLine="360"/>
      </w:pPr>
      <w:r>
        <w:rPr>
          <w:rFonts w:ascii="Noto Serif CJK SC" w:hAnsi="Noto Serif CJK SC" w:eastAsia="Noto Serif CJK SC"/>
        </w:rPr>
        <w:t>不是心法，以偏空之理修禅等等，都是异计。外道禅呢？也是心带异计，它不是落空——偏于断灭，即是著有——着在“阳神、神我”上。以上都不是真正的禅道。我们修禅须先明正因，摆正知见，尔后择一与自己根性相契的正法来修习，才不致步入歧途。为了使大家更明了起见，再将外道禅、小乘禅、大乘禅等复讲一下。欣慕佛道，厌离娑婆，这叫“欣厌之心”。在净土宗讲来，这是很好的，要一句弥陀，欣厌具足，就是希望到西方极乐世界去，脱离这个娑</w:t>
      </w:r>
    </w:p>
    <w:p>
      <w:pPr>
        <w:spacing w:before="0" w:after="80" w:line="259" w:lineRule="auto"/>
        <w:ind w:firstLine="360"/>
      </w:pPr>
      <w:r>
        <w:rPr>
          <w:rFonts w:ascii="Noto Serif CJK SC" w:hAnsi="Noto Serif CJK SC" w:eastAsia="Noto Serif CJK SC"/>
        </w:rPr>
        <w:t>婆世界。这“欣厌具足”在修禅上说来，凡有欣上厌下之心就是凡夫禅，没有入圣，还是凡夫境界。外道也是欣上厌下，他要成仙，要离开这个凡夫世界。他不明白仙就是凡夫，凡夫就是仙；佛就是凡夫，凡夫就是佛，本自一体，所以欣上厌下，往心外去求，不知道自性是真的，是故名外道。悟我空偏真之理而修者，就是小乘禅。他已经晓得身心是四大五蕴合成的，身体就是地水火风。心就是思想，思想就是心，心就是受想行识，与这四大组成的色身合起来称为五蕴。四大五蕴合成的东西，小乘禅人晓得是假的，是不真实的。不象我们凡夫，执着这个身体，认身体是我，要保护它，要穿得好、吃得好、住得好，样样都要好，就造业受报。小乘圣人知道四大五蕴是假的，他晓得这个“人我”（就是身体）是空而不实的。但是他偏空了。他偏什么空呢？他说：我出了六道轮回之后，就住在界外净土（就是这欲界、色界、无色界之外的净土），安住这里不动了。执着这地水火风四大种性为我，“法执”未了，还不知道、不理解一切假相都是我们真心所显现的妙用。所以叫做虽悟“我空”，但是“偏真”，偏于这个真实不虚的真心，不晓得“假就是真，真就是假；全假即真，全真即假”</w:t>
      </w:r>
    </w:p>
    <w:p>
      <w:pPr>
        <w:spacing w:before="0" w:after="80" w:line="259" w:lineRule="auto"/>
        <w:ind w:firstLine="360"/>
      </w:pPr>
      <w:r>
        <w:rPr>
          <w:rFonts w:ascii="Noto Serif CJK SC" w:hAnsi="Noto Serif CJK SC" w:eastAsia="Noto Serif CJK SC"/>
        </w:rPr>
        <w:t>没有假，哪有真？没有真，哪有假？所以，假就是真，真就是假。你在这里分真分假，还是妄心，有分别啊！如西方极乐世界，大家认为西方极乐世界是真，娑婆世界是假，所以要厌离娑婆，欣往极乐。这是真假之分。其实西方极乐世界是真，我们娑婆世界也是真，为什么呢？因为西方极乐世界是阿弥陀佛和诸上善人佛性所显现，所以是净土，是清净心所显现；我们这个娑婆世界是众生业障心所显现，所以是五浊恶世。但是业障心——阿赖耶识是什么呢？是我们的佛性、是我们的真心。因为，这第八识——阿赖耶识就是真心，不是真心哪里来阿赖耶识呢？之所以称为阿赖耶识者，就是它由生灭、不生灭混合到一块的缘故，把这生灭部分去掉，那就是清净体了。是故阿赖耶识不离清净体，它虽然是污染体，可也是真心啊！真心是怎么样子的呢？它是不动的，清净时如此，污染时亦如此。好象我们睡著作梦一样，一下子受惊吓了，一下子欢喜了，一会儿做皇帝，一会做乞丐了，而我们的身体未离开床，还是躺着不动。我们的真心它是不动的，它是不生不灭，不来不去，不动不静、不垢不净的，它从未动过。一切都是它所显现，离开它什么都没有。所以，你说真，娑婆世界也真；</w:t>
      </w:r>
    </w:p>
    <w:p>
      <w:pPr>
        <w:spacing w:before="0" w:after="80" w:line="259" w:lineRule="auto"/>
        <w:ind w:firstLine="360"/>
      </w:pPr>
      <w:r>
        <w:rPr>
          <w:rFonts w:ascii="Noto Serif CJK SC" w:hAnsi="Noto Serif CJK SC" w:eastAsia="Noto Serif CJK SC"/>
        </w:rPr>
        <w:t>你说假，西方世界也假。为什么？凡所有相，皆是虚妄啊！不能着相。相是什么？相都是真心的影子，镜中显现的影子，莫将影子当镜子啊！我们只是不要真心中的影子、影象而</w:t>
      </w:r>
    </w:p>
    <w:p>
      <w:pPr>
        <w:spacing w:before="0" w:after="80" w:line="259" w:lineRule="auto"/>
        <w:ind w:firstLine="360"/>
      </w:pPr>
      <w:r>
        <w:rPr>
          <w:rFonts w:ascii="Noto Serif CJK SC" w:hAnsi="Noto Serif CJK SC" w:eastAsia="Noto Serif CJK SC"/>
        </w:rPr>
        <w:t>已，何必认取真呢？所以，说真说假都是我们的妄心</w:t>
      </w:r>
    </w:p>
    <w:p>
      <w:pPr>
        <w:spacing w:before="0" w:after="80" w:line="259" w:lineRule="auto"/>
        <w:ind w:firstLine="360"/>
      </w:pPr>
      <w:r>
        <w:rPr>
          <w:rFonts w:ascii="Noto Serif CJK SC" w:hAnsi="Noto Serif CJK SC" w:eastAsia="Noto Serif CJK SC"/>
        </w:rPr>
        <w:t>分别，它是“非真非假，亦真亦假，即真即假”，你把分别心拿掉就行了。二乘圣人不明白这个真理，认为有真的，他证圣了是真，六道轮回的凡夫都是假。所以，这还不是最上乘禅，这是二乘禅。</w:t>
      </w:r>
    </w:p>
    <w:p>
      <w:pPr>
        <w:spacing w:before="0" w:after="80" w:line="259" w:lineRule="auto"/>
        <w:ind w:firstLine="360"/>
      </w:pPr>
      <w:r>
        <w:rPr>
          <w:rFonts w:ascii="Noto Serif CJK SC" w:hAnsi="Noto Serif CJK SC" w:eastAsia="Noto Serif CJK SC"/>
        </w:rPr>
        <w:t>悟我法二空所显真理而修者，是大乘禅。我们讲</w:t>
      </w:r>
    </w:p>
    <w:p>
      <w:pPr>
        <w:spacing w:before="0" w:after="80" w:line="259" w:lineRule="auto"/>
        <w:ind w:firstLine="360"/>
      </w:pPr>
      <w:r>
        <w:rPr>
          <w:rFonts w:ascii="Noto Serif CJK SC" w:hAnsi="Noto Serif CJK SC" w:eastAsia="Noto Serif CJK SC"/>
        </w:rPr>
        <w:t>了凡夫禅、外道禅、小乘禅，到大乘禅就已经醒悟了，我也不可得，法也不可得。刚才讲了，小乘圣人罗汉、辟支佛，只悟人我空，法我不空。法我就是人我之外有四大种性为我，人我之外还有法身可修，有佛法可</w:t>
      </w:r>
    </w:p>
    <w:p>
      <w:pPr>
        <w:spacing w:before="0" w:after="80" w:line="259" w:lineRule="auto"/>
        <w:ind w:firstLine="360"/>
      </w:pPr>
      <w:r>
        <w:rPr>
          <w:rFonts w:ascii="Noto Serif CJK SC" w:hAnsi="Noto Serif CJK SC" w:eastAsia="Noto Serif CJK SC"/>
        </w:rPr>
        <w:t>得，有涅槃可证，有生死可了，法还是有。所以，法</w:t>
      </w:r>
    </w:p>
    <w:p>
      <w:pPr>
        <w:spacing w:before="0" w:after="80" w:line="259" w:lineRule="auto"/>
        <w:ind w:firstLine="360"/>
      </w:pPr>
      <w:r>
        <w:rPr>
          <w:rFonts w:ascii="Noto Serif CJK SC" w:hAnsi="Noto Serif CJK SC" w:eastAsia="Noto Serif CJK SC"/>
        </w:rPr>
        <w:t>我不空。那么，进一步到人我也没有，法我也没有，一切一切都是我的妙用真心所显现，而妙有真心就是性空，都不可得。但是，悟到了人我、法我都空的道理，还不究竟，还不是最好。最好是什么呢？最好就是我们现在所讲的：假如顿悟自性本来清净，别无烦恼，无漏智性，本来具足，此心是佛，谛信无疑，就更进一步了，这是最上乘禅。</w:t>
      </w:r>
    </w:p>
    <w:p>
      <w:pPr>
        <w:spacing w:before="0" w:after="80" w:line="259" w:lineRule="auto"/>
        <w:ind w:firstLine="360"/>
      </w:pPr>
      <w:r>
        <w:rPr>
          <w:rFonts w:ascii="Noto Serif CJK SC" w:hAnsi="Noto Serif CJK SC" w:eastAsia="Noto Serif CJK SC"/>
        </w:rPr>
        <w:t>就是说假如我们领会到：自己的心本来是清净无染的，本来是没有烦恼，无漏智性本来具足（有漏——有思想、有造作的有为法。无漏——就是一切造作都没有，法尔如是，一切烦恼都没有，大智慧本来具足）此心就是佛，和佛没有分别。这才是最好。既然我们就是佛，和佛无别，为什么我们却不知道呢？既然心本来清净，本来没烦恼，为什么我们现有这么多烦恼，一点也不清净呢？这是什么缘故呢？这就是无明做怪之故啊！由于无明之故，我们妄想分别，迷于外境而不自觉，跟着境界跑，随着妄念流。我们所以造业受报，六道轮回，无有了期，其原因就在于迷而不觉，所以，我不厌其详地来阐明真理使大家开悟。一切众生都具足这个妙有真心，释迦佛在腊月初八夜睹明星悟道时说：“奇哉，奇哉，大地一切众生，皆具如来智慧德相。”为什么不自觉呢？就因为妄念颠倒，执着烦恼而不自知。所以，我们讲经就是指示迷津，说明我们本来具足的妙明真心。佛性不在别处，就在我们面门上放光。怎么放光啊？看见东西的是谁？听见声音的是谁？鼻子闻到香臭的是谁？舌头说话的是谁？知道酸甜苦辣的是谁？接触外境的是</w:t>
      </w:r>
    </w:p>
    <w:p>
      <w:pPr>
        <w:spacing w:before="0" w:after="80" w:line="259" w:lineRule="auto"/>
        <w:ind w:firstLine="360"/>
      </w:pPr>
      <w:r>
        <w:rPr>
          <w:rFonts w:ascii="Noto Serif CJK SC" w:hAnsi="Noto Serif CJK SC" w:eastAsia="Noto Serif CJK SC"/>
        </w:rPr>
        <w:t>谁？走路的是谁？做工作是谁呀？这都是我们自性</w:t>
      </w:r>
    </w:p>
    <w:p>
      <w:pPr>
        <w:spacing w:before="0" w:after="80" w:line="259" w:lineRule="auto"/>
        <w:ind w:firstLine="360"/>
      </w:pPr>
      <w:r>
        <w:rPr>
          <w:rFonts w:ascii="Noto Serif CJK SC" w:hAnsi="Noto Serif CJK SC" w:eastAsia="Noto Serif CJK SC"/>
        </w:rPr>
        <w:t>放光的妙用，要认识它啊！假如我们当下悟道，就是顿悟。我们的心本来就是如此清净，本来一点烦恼也没有，本来具足如来智慧。这个心就是佛啊！不要到外面求佛了。明白了这个道理，依此而修者是最上乘禅。不明白这个道理，盲修瞎练，走弯路，兜圈子，兜来兜去，出不去。所以，因地要正，要明白这个道理，时时刻刻都要知道，我们自己就是佛，佛不在别处。你们或者要问：我现在就是佛？为什么我不显神通啊？佛有三明六通啊！古德说过：“识冰池而全水，藉阳气以消融”。这是个比喻。冬天寒冷，池塘里的水结成冰了，但这冰就是水啊！识就是认识。识冰池而全水，认识到这个冰冻的池塘全都是水（比喻众生本来是佛）。藉阳气以消融，要假借阳光，把这冰融化了。融化之后，方成灌溉之功。冰是固体，不会流动（比喻众生不具三明六通）。融化之后，能流动了，就可以灌溉田地了（比喻佛具三明六通）接下来：“悟凡夫而即佛，资法力以薰修”。悟凡夫而即佛，就是我们醒悟了，知道这凡夫心就是佛心。资法力以薰修，资者，资助也，就是假借。用什么东西资助啊？用佛法的力量，要假借佛法的力量来帮助我们修行。因为我们悟虽悟了，只是理悟，只是始觉——才开始觉悟。</w:t>
      </w:r>
    </w:p>
    <w:p>
      <w:pPr>
        <w:spacing w:before="0" w:after="80" w:line="259" w:lineRule="auto"/>
        <w:ind w:firstLine="360"/>
      </w:pPr>
      <w:r>
        <w:rPr>
          <w:rFonts w:ascii="Noto Serif CJK SC" w:hAnsi="Noto Serif CJK SC" w:eastAsia="Noto Serif CJK SC"/>
        </w:rPr>
        <w:t>习气还很重，一下子了不了。所以要借法力帮助我们，时时刻刻薰它，就是假念佛号、结印、持咒、照顾话头起疑情等方法来薰修，把我们这八识田中的妄种子、污秽种子薰成净种子，将习气转化为妙用。明理之后还须借佛法之力来修啊！不修是落不到实处的、是没用的。绝不是就这么一说一理解可以了。不行啊！或许你现在悟到：一切都是假的，一切都放下，一切不执着。但可能出了这里到街上一逛，马上就没有了。有好几个朋友告诉我：唉！我今天到了火葬场，心都灰了。人一口气不来，烧成灰什么都没有了。还粘什么东西？不粘了，不粘了！这心死了空了。但是没走多远，又什么东西都要了，习气重啊！所以我们只好说顿悟渐修。其实顿悟渐修，讲起来是不通的，还要渐修就是没有顿悟，</w:t>
      </w:r>
    </w:p>
    <w:p>
      <w:pPr>
        <w:spacing w:before="0" w:after="80" w:line="259" w:lineRule="auto"/>
        <w:ind w:firstLine="360"/>
      </w:pPr>
      <w:r>
        <w:rPr>
          <w:rFonts w:ascii="Noto Serif CJK SC" w:hAnsi="Noto Serif CJK SC" w:eastAsia="Noto Serif CJK SC"/>
        </w:rPr>
        <w:t>《般若经》就是这样讲</w:t>
      </w:r>
    </w:p>
    <w:p>
      <w:pPr>
        <w:spacing w:before="0" w:after="80" w:line="259" w:lineRule="auto"/>
        <w:ind w:firstLine="360"/>
      </w:pPr>
      <w:r>
        <w:rPr>
          <w:rFonts w:ascii="Noto Serif CJK SC" w:hAnsi="Noto Serif CJK SC" w:eastAsia="Noto Serif CJK SC"/>
        </w:rPr>
        <w:t>的。但是说得太高了不行，我们没有这个力量。所以《楞严经》就讲两种法：“理属顿悟，乘悟并消；事须渐除，因次第尽。”道理一讲，他马上就醒悟了，悟了之后一切习气都消散了，都不要了，立刻就空净了。这种人的确是有，但只是少数、极少数，是上上根、再来人。不是再来人，不可能做到一悟即彻。然而今朝之顿乃昔日之渐也。是从前、从前、再从前，慢慢、慢慢地修行积累起来的，所以今天“啪”一脱</w:t>
      </w:r>
    </w:p>
    <w:p>
      <w:pPr>
        <w:spacing w:before="0" w:after="80" w:line="259" w:lineRule="auto"/>
        <w:ind w:firstLine="360"/>
      </w:pPr>
      <w:r>
        <w:rPr>
          <w:rFonts w:ascii="Noto Serif CJK SC" w:hAnsi="Noto Serif CJK SC" w:eastAsia="Noto Serif CJK SC"/>
        </w:rPr>
        <w:t>就脱掉了。《楞严经》说“理属顿悟，乘悟并消；事须渐除，因次第尽。”这本是讲两种法门，一是圆顿法，一是渐次法。极少数的上上根、再来人，一闻道理，马上醒悟，一切习气，乘开悟刹那即已消灭，神通妙用即可发现了。大多数中下根人须于悟后，在事上磨练，渐除习气而后始能慢慢发挥作用。现在我们不妨将两种法门合二为一，就是所谓“理属顿悟，事须渐除”，顿渐二门合起来修。为什么这样讲呢，因为现在是末法时代，众生根钝障重，不能顿悟、顿修、顿证，因此只好将两种法门合为一门，在理悟后保任，勤除习气，而渐渐地发通证果。顿悟渐修合在一起，讲起来是不通的，但符合现在的实际情况，就可借用。这个道理不易讲清楚，我们不妨举释迦佛在世时的故事来说明。释迦佛座下的两个弟子讨论佛讲的一句话，公说公理，婆说婆理，相持不下，就去问佛：佛啊，你看我们两人哪个说的道理符合你老人家的意思？佛说，你们两人的都不符合我的意思，但是你们两人的意思都能用。为什么？符合实际情况嘛！所以，我们现在只好讲顿悟渐修了。那怎么修呢？净土宗人就念佛：“阿弥陀佛、阿</w:t>
      </w:r>
    </w:p>
    <w:p>
      <w:pPr>
        <w:spacing w:before="0" w:after="80" w:line="259" w:lineRule="auto"/>
        <w:ind w:firstLine="360"/>
      </w:pPr>
      <w:r>
        <w:rPr>
          <w:rFonts w:ascii="Noto Serif CJK SC" w:hAnsi="Noto Serif CJK SC" w:eastAsia="Noto Serif CJK SC"/>
        </w:rPr>
        <w:t>弥陀佛”拿这佛号扫尽我们心里的污秽，扫尽我们心</w:t>
      </w:r>
    </w:p>
    <w:p>
      <w:pPr>
        <w:spacing w:before="0" w:after="80" w:line="259" w:lineRule="auto"/>
        <w:ind w:firstLine="360"/>
      </w:pPr>
      <w:r>
        <w:rPr>
          <w:rFonts w:ascii="Noto Serif CJK SC" w:hAnsi="Noto Serif CJK SC" w:eastAsia="Noto Serif CJK SC"/>
        </w:rPr>
        <w:t>里的习气，扫尽我们的烦恼。烦恼刚冒出来，就高声</w:t>
      </w:r>
    </w:p>
    <w:p>
      <w:pPr>
        <w:spacing w:before="0" w:after="80" w:line="259" w:lineRule="auto"/>
        <w:ind w:firstLine="360"/>
      </w:pPr>
      <w:r>
        <w:rPr>
          <w:rFonts w:ascii="Noto Serif CJK SC" w:hAnsi="Noto Serif CJK SC" w:eastAsia="Noto Serif CJK SC"/>
        </w:rPr>
        <w:t>念“阿弥陀佛”，把你的心转空、化空。参禅人呢？时时照顾话头也。烦恼才动，问：“你是谁？”当头就一棒：“这烦恼是谁动的？动烦恼的是谁？”当头一棒打过去，这就是照顾话头。密宗行人烦恼一起，就马上持咒将其转化。虽然方法有不同，但道理是一样。不要说：我净土宗好，你禅宗不对；我禅宗好，你净土宗不对；我密宗好，你们禅宗、净土宗都不对。这是分门别户，说明你还没通达。若通达起妙用了，你就会说：禅也好、净也好、密也好都是手段，方便有多门，归元无二路。我们假佛法的力量，用功修行，扫尽我们的习气，化空我们的烦恼，就“冰消则水流润，方显溉涤之功；妄尽则心虚通，应现通光之用。心花通明了，就神通显发、妙用无边。这都是修行所证的，你说不修，行吗？不行啊！所以说一定要修。有人问：开悟之人，寿终之时灵性何去？这是个大问题啊！悟道之后，到什么地方去呢？很多人这样问。有个香港人写信问我，开悟的人临终时应该预知到啥地方，即预知处所。假若不预知处所，他就是没开悟。这话对吗？不对！为什么不对？真正开悟了，就没有生没有灭，没有来没有去，还有什么处所？我刚才讲了，这妙有真心是微细色，微细色就是虚空，虚空有什么处所？你要有处所，还是有来去，</w:t>
      </w:r>
    </w:p>
    <w:p>
      <w:pPr>
        <w:spacing w:before="0" w:after="80" w:line="259" w:lineRule="auto"/>
        <w:ind w:firstLine="360"/>
      </w:pPr>
      <w:r>
        <w:rPr>
          <w:rFonts w:ascii="Noto Serif CJK SC" w:hAnsi="Noto Serif CJK SC" w:eastAsia="Noto Serif CJK SC"/>
        </w:rPr>
        <w:t>还是有生灭，还是没开悟。写信的人不明白这个道理，所以，要问一期寿终，要死了，到什么地方去啊？这不但是他的问题，也是大家的问题。所以，今天借圭峰禅师的一段话把这个问题再谈一谈。圭峰宗密禅师说：一切众生，无不具有觉性，灵明空寂，与佛无殊。但以无始劫来，未曾了悟，妄执身为我相，故生爱恶等情。随情造业，随业受报。生老病死，长劫轮回。然身中觉性，来曾生死，如梦被驱役，而身本安闲；如水作冰，而湿性不易。若能悟此性，即是法身，本自无生，何有依托？灵灵不昧，了了常知，无所从来，亦无所去。然多生妄执，习以性成，喜怒哀乐，微细流注。真理虽然顿达，此情难以卒除。须常觉察，损之又损，如风顿止，波浪渐停。岂可一生所修，便同诸佛力用？但可以空寂为自体，勿认色身；以灵知为自心，勿认妄念。妄念若起，都不随之。即临命终时，自然业不能系。虽有中阴，所向自由，天上人间，随意寄托。若爱恶之念已泯，即不受分段之身，自能易短为长，易粗为妙。若微细流注，一切寂灭，唯圆觉大智朗然独存，即随机应现千百亿化身，度有缘众生，名之为佛。</w:t>
      </w:r>
    </w:p>
    <w:p>
      <w:pPr>
        <w:spacing w:before="0" w:after="80" w:line="259" w:lineRule="auto"/>
        <w:ind w:firstLine="360"/>
      </w:pPr>
      <w:r>
        <w:rPr>
          <w:rFonts w:ascii="Noto Serif CJK SC" w:hAnsi="Noto Serif CJK SC" w:eastAsia="Noto Serif CJK SC"/>
        </w:rPr>
        <w:t>下面把圭峰宗密禅师的这段话解释一下：“一切众生，无不具有觉性，灵明空寂，与佛无殊。”一切众生，非但我们人类，蚂蚁、蚁虫、苍蝇、狮子、猿猴等等无不具有觉性。你说哪一个众生没有觉性呢？你看这蚊子，你这里有血，它马上飞来叮你。苍蝇呢，你端一块蒸糕，它老远老远也能飞来叮上去。</w:t>
      </w:r>
    </w:p>
    <w:p>
      <w:pPr>
        <w:spacing w:before="0" w:after="80" w:line="259" w:lineRule="auto"/>
        <w:ind w:firstLine="360"/>
      </w:pPr>
      <w:r>
        <w:rPr>
          <w:rFonts w:ascii="Noto Serif CJK SC" w:hAnsi="Noto Serif CJK SC" w:eastAsia="Noto Serif CJK SC"/>
        </w:rPr>
        <w:t>它们是有觉性的。人就更不用讲了。觉性者，知觉性</w:t>
      </w:r>
    </w:p>
    <w:p>
      <w:pPr>
        <w:spacing w:before="0" w:after="80" w:line="259" w:lineRule="auto"/>
        <w:ind w:firstLine="360"/>
      </w:pPr>
      <w:r>
        <w:rPr>
          <w:rFonts w:ascii="Noto Serif CJK SC" w:hAnsi="Noto Serif CJK SC" w:eastAsia="Noto Serif CJK SC"/>
        </w:rPr>
        <w:t>也，你知道肚皮饿吗？你知道今天天气暖吗？这都是知觉性啊！所以，一切众生都具有觉性。“灵明空寂”即灵而明，光明剔透，了了分明。就是光明，而灵知了了，如如不动。这个“明”有两种解释：“空”，空无所有，一物不立；“寂”，不动不摇，不来不去。“与佛无殊”，与释迦牟尼佛、阿弥陀佛、弥勒佛等等一切佛了无差别，无有二致。“但以无始劫来，未曾了悟，妄执身为我相，故生爱恶等情。”无始，无有开始，将来也无终，周而复始，总是这样子。“未曾了悟”，从来没有悟过，从来不知道自个儿是个大宝藏。《法华经》比喻：人有一个摩尼宝珠缝在衣里，自己不知道。这个摩尼宝珠能雨众宝，所以你不穷。你一切都具足，要什么，它就有什么。而你却不知道，到外面讨饭去了。象我们现在轮回六道、流浪生死就是讨饭。自己有大宝藏不</w:t>
      </w:r>
    </w:p>
    <w:p>
      <w:pPr>
        <w:spacing w:before="0" w:after="80" w:line="259" w:lineRule="auto"/>
        <w:ind w:firstLine="360"/>
      </w:pPr>
      <w:r>
        <w:rPr>
          <w:rFonts w:ascii="Noto Serif CJK SC" w:hAnsi="Noto Serif CJK SC" w:eastAsia="Noto Serif CJK SC"/>
        </w:rPr>
        <w:t>知道，未曾了悟。“妄执身为我相”，由于妄执，不识真却认假。这个身体本不是我，却当做我了。身体等于是我们住的房子，里面有人。人是什么？人就是我们的灵明真心。不知道这个，就认“房子”为我：这身体是我啊，这身体是我！“故生爱恶等情。”所以就产生爱恶之情。我欢喜这个，讨厌那个，这个人对我友好，那个人对我不友好。分别心很多，都是妄念。喜欢的，就据为己有；讨厌的，就将其打倒，所以就造业受报。“随情造业，随业受报。生老病死，长久轮回。生死本来没有的，而是因为我们有爱恶等情之后，随心造业所致。我们想要某个东西，但得不到，是他人</w:t>
      </w:r>
    </w:p>
    <w:p>
      <w:pPr>
        <w:spacing w:before="0" w:after="80" w:line="259" w:lineRule="auto"/>
        <w:ind w:firstLine="360"/>
      </w:pPr>
      <w:r>
        <w:rPr>
          <w:rFonts w:ascii="Noto Serif CJK SC" w:hAnsi="Noto Serif CJK SC" w:eastAsia="Noto Serif CJK SC"/>
        </w:rPr>
        <w:t>的，就抢他或把人家杀掉，这就造杀业了。造业就要</w:t>
      </w:r>
    </w:p>
    <w:p>
      <w:pPr>
        <w:spacing w:before="0" w:after="80" w:line="259" w:lineRule="auto"/>
        <w:ind w:firstLine="360"/>
      </w:pPr>
      <w:r>
        <w:rPr>
          <w:rFonts w:ascii="Noto Serif CJK SC" w:hAnsi="Noto Serif CJK SC" w:eastAsia="Noto Serif CJK SC"/>
        </w:rPr>
        <w:t>受报，就要六道轮回。造善业升天，造恶业下地狱，生老病死长久轮回。唉！本来没有生死，落入生死了。在六道里出没，生生死死，不得解脱。“然身中觉性，未曾生死，如梦被驱役，而身本安闲；如水作冰，而湿性不易。”我们尽管在六道里生生死死地轮回，而我们的觉性未曾生死，它不因为你生而生，也不因为你肉体死亡而灭；你堕地狱它不痛苦，你升天堂它不快乐。它本不生不灭、空灵无住，未曾生死未曾动。就象我们在睡梦中，被恶人追杀，</w:t>
      </w:r>
    </w:p>
    <w:p>
      <w:pPr>
        <w:spacing w:before="0" w:after="80" w:line="259" w:lineRule="auto"/>
        <w:ind w:firstLine="360"/>
      </w:pPr>
      <w:r>
        <w:rPr>
          <w:rFonts w:ascii="Noto Serif CJK SC" w:hAnsi="Noto Serif CJK SC" w:eastAsia="Noto Serif CJK SC"/>
        </w:rPr>
        <w:t>惊恐万状，狂奔不已，可是实际上身体还在床上安然地躺着不动一样。也象水变成冰，而潮湿的性质不变一样。这是比喻我们尽管在六道轮回中但佛性不变。“若能悟此性，即是法身，本自无生，何有依托？”假如我们能悟到这觉性就是法身，明白我们的觉性就是一切事事物物的根本，它本来没有生过、没有灭过，</w:t>
      </w:r>
    </w:p>
    <w:p>
      <w:pPr>
        <w:spacing w:before="0" w:after="80" w:line="259" w:lineRule="auto"/>
        <w:ind w:firstLine="360"/>
      </w:pPr>
      <w:r>
        <w:rPr>
          <w:rFonts w:ascii="Noto Serif CJK SC" w:hAnsi="Noto Serif CJK SC" w:eastAsia="Noto Serif CJK SC"/>
        </w:rPr>
        <w:t>为什么还要有依托的地方呢？你真正开悟了，就不要</w:t>
      </w:r>
    </w:p>
    <w:p>
      <w:pPr>
        <w:spacing w:before="0" w:after="80" w:line="259" w:lineRule="auto"/>
        <w:ind w:firstLine="360"/>
      </w:pPr>
      <w:r>
        <w:rPr>
          <w:rFonts w:ascii="Noto Serif CJK SC" w:hAnsi="Noto Serif CJK SC" w:eastAsia="Noto Serif CJK SC"/>
        </w:rPr>
        <w:t>有依托，不要有去处。我记得有个温州人讲得很好笑，他自说开悟了，有个人问他：</w:t>
      </w:r>
    </w:p>
    <w:p>
      <w:pPr>
        <w:spacing w:before="0" w:after="80" w:line="259" w:lineRule="auto"/>
        <w:ind w:firstLine="360"/>
      </w:pPr>
      <w:r>
        <w:rPr>
          <w:rFonts w:ascii="Noto Serif CJK SC" w:hAnsi="Noto Serif CJK SC" w:eastAsia="Noto Serif CJK SC"/>
        </w:rPr>
        <w:t>“我们不是修净土法门</w:t>
      </w:r>
    </w:p>
    <w:p>
      <w:pPr>
        <w:spacing w:before="0" w:after="80" w:line="259" w:lineRule="auto"/>
        <w:ind w:firstLine="360"/>
      </w:pPr>
      <w:r>
        <w:rPr>
          <w:rFonts w:ascii="Noto Serif CJK SC" w:hAnsi="Noto Serif CJK SC" w:eastAsia="Noto Serif CJK SC"/>
        </w:rPr>
        <w:t>求生西方极乐净土的人，是修禅宗的，我们圆寂之后到什么地方去呢？”你们看他怎么答，他说：“可以依草附木，在石头上也可以，在大树上也可以，在枯草上也可以，都可以。”哎哟，不好了，成了依草附木的精灵了，这怎么行啊？依草附木是执著有身体的鬼魂。上海复兴公园有棵千年的菩提树，据说是灵得不得了，大家都去拜，其实是一个鬼，是灵鬼附在上面了。死后依草附木就变成鬼了，你们说这悟的是什么道啊？其实与道不相干，都是假的。</w:t>
      </w:r>
    </w:p>
    <w:p>
      <w:pPr>
        <w:spacing w:before="0" w:after="80" w:line="259" w:lineRule="auto"/>
        <w:ind w:firstLine="360"/>
      </w:pPr>
      <w:r>
        <w:rPr>
          <w:rFonts w:ascii="Noto Serif CJK SC" w:hAnsi="Noto Serif CJK SC" w:eastAsia="Noto Serif CJK SC"/>
        </w:rPr>
        <w:t>我们的觉性</w:t>
      </w:r>
    </w:p>
    <w:p>
      <w:pPr>
        <w:spacing w:before="0" w:after="80" w:line="259" w:lineRule="auto"/>
        <w:ind w:firstLine="360"/>
      </w:pPr>
      <w:r>
        <w:rPr>
          <w:rFonts w:ascii="Noto Serif CJK SC" w:hAnsi="Noto Serif CJK SC" w:eastAsia="Noto Serif CJK SC"/>
        </w:rPr>
        <w:t>“本自无生，何有依托？”不要有依托。依草附木者未曾瞥见觉性半丝在。从前有个废弃多年的破灶，有个神附在灶上，托个梦给人：你们到这灶上祭祭我，你们要什么我给什</w:t>
      </w:r>
    </w:p>
    <w:p>
      <w:pPr>
        <w:spacing w:before="0" w:after="80" w:line="259" w:lineRule="auto"/>
        <w:ind w:firstLine="360"/>
      </w:pPr>
      <w:r>
        <w:rPr>
          <w:rFonts w:ascii="Noto Serif CJK SC" w:hAnsi="Noto Serif CJK SC" w:eastAsia="Noto Serif CJK SC"/>
        </w:rPr>
        <w:t>么。人家都说，这个灶上有神呀，都去祭吧！很多人来祭他，这个神就满足他们的愿望。一传十，十传百，这个破灶就红得不得了了。那地方上有个禅师（慧安国师的弟子），见这个依附破灶的精灵使得大家杀生来供养他，造业了，就去给他说法。拿禅杖咚、咚、咚敲灶台说：我问你，你是砖瓦泥土合成，灵从何来？神从何来？砖瓦泥水没有灵、没有神，有灵识的是你自心，你附着这个砖泥灶上干什么？这个破灶神被禅师一指点就醒悟了：对啊，神不在砖瓦泥土上，神是在我的自心上啊！赶快舍去这个破灶吧！他夜里就来礼谢禅师，然后升天去了。后来大家都称这位禅师为“破灶堕和尚”，反而把他的真名遗忘了。禅还晓得</w:t>
      </w:r>
    </w:p>
    <w:p>
      <w:pPr>
        <w:spacing w:before="0" w:after="80" w:line="259" w:lineRule="auto"/>
        <w:ind w:firstLine="360"/>
      </w:pPr>
      <w:r>
        <w:rPr>
          <w:rFonts w:ascii="Noto Serif CJK SC" w:hAnsi="Noto Serif CJK SC" w:eastAsia="Noto Serif CJK SC"/>
        </w:rPr>
        <w:t>不要执着身体，我们执着在草木上能行吗？所以不要</w:t>
      </w:r>
    </w:p>
    <w:p>
      <w:pPr>
        <w:spacing w:before="0" w:after="80" w:line="259" w:lineRule="auto"/>
        <w:ind w:firstLine="360"/>
      </w:pPr>
      <w:r>
        <w:rPr>
          <w:rFonts w:ascii="Noto Serif CJK SC" w:hAnsi="Noto Serif CJK SC" w:eastAsia="Noto Serif CJK SC"/>
        </w:rPr>
        <w:t>有依托啊！我们本来无生，本来无有依托！“灵明不昧，了了常知，无所从来，亦无所去。你真正悟道了，就了了常知，灵明不昧，什么地方都是我。什么地方有缘，就在什么地方现身。所以叫做“无住处涅槃。”没有固定方所，什么地方都可以现身，只要有缘即可以现身。真正彻悟了，哪里还会有个固定地方？要有个固定地方就是没有悟。灵明不昧，就是没有一点昏昧之相。了了常知，就是明明白白。这个知是没有间断的，叫常知。不是现在知，等</w:t>
      </w:r>
    </w:p>
    <w:p>
      <w:pPr>
        <w:spacing w:before="0" w:after="80" w:line="259" w:lineRule="auto"/>
        <w:ind w:firstLine="360"/>
      </w:pPr>
      <w:r>
        <w:rPr>
          <w:rFonts w:ascii="Noto Serif CJK SC" w:hAnsi="Noto Serif CJK SC" w:eastAsia="Noto Serif CJK SC"/>
        </w:rPr>
        <w:t>一会又不知了，那是没有用的。无所从来，亦无所去，它没有来哪有去呢？有来就有去，有去就有来，都是相对的，相对的都是假的。它是绝对真心，所以没有来去，没有出入。</w:t>
      </w:r>
    </w:p>
    <w:p>
      <w:pPr>
        <w:spacing w:before="0" w:after="80" w:line="259" w:lineRule="auto"/>
        <w:ind w:firstLine="360"/>
      </w:pPr>
      <w:r>
        <w:rPr>
          <w:rFonts w:ascii="Noto Serif CJK SC" w:hAnsi="Noto Serif CJK SC" w:eastAsia="Noto Serif CJK SC"/>
        </w:rPr>
        <w:t>九、如实知自心</w:t>
      </w:r>
    </w:p>
    <w:p>
      <w:pPr>
        <w:spacing w:before="0" w:after="80" w:line="259" w:lineRule="auto"/>
        <w:ind w:firstLine="360"/>
      </w:pPr>
      <w:r>
        <w:rPr>
          <w:rFonts w:ascii="Noto Serif CJK SC" w:hAnsi="Noto Serif CJK SC" w:eastAsia="Noto Serif CJK SC"/>
        </w:rPr>
        <w:t>下面指示我们怎样用功了道，藉以成佛。“然多生妄执，习以性成，喜怒哀乐，微细流注。我们现在所说的是最上乘禅：“自心就是佛，佛就是自心。”你能听到这个法，并能深信不疑，就不是一佛二佛三四五佛所种善根了，而是多生历劫以来所种善根。但是，我们多生历劫以来，妄执习以为常，执着外面的境界认为是真的，执着身体是我，养成习惯了。唉哟，这身体是我，最为珍贵，不能碰我啊！其实是臭粪桶，有什么可珍贵？清朝有个皇帝爱上一个身有香味的妃子，这香妃是新疆人，据说身上有异香。那</w:t>
      </w:r>
    </w:p>
    <w:p>
      <w:pPr>
        <w:spacing w:before="0" w:after="80" w:line="259" w:lineRule="auto"/>
        <w:ind w:firstLine="360"/>
      </w:pPr>
      <w:r>
        <w:rPr>
          <w:rFonts w:ascii="Noto Serif CJK SC" w:hAnsi="Noto Serif CJK SC" w:eastAsia="Noto Serif CJK SC"/>
        </w:rPr>
        <w:t>是什么香味啊？狐骚臭！皇帝老儿却说是香味。可见</w:t>
      </w:r>
    </w:p>
    <w:p>
      <w:pPr>
        <w:spacing w:before="0" w:after="80" w:line="259" w:lineRule="auto"/>
        <w:ind w:firstLine="360"/>
      </w:pPr>
      <w:r>
        <w:rPr>
          <w:rFonts w:ascii="Noto Serif CJK SC" w:hAnsi="Noto Serif CJK SC" w:eastAsia="Noto Serif CJK SC"/>
        </w:rPr>
        <w:t>一切事物美好与否，皆无一定标准，你喜爱的就好，否则就讨厌。或者习以为常了，不好也无不好。如俗语说：久入鲍鱼之肆，不闻其臭。养成习惯，就积重难返了。这是颠扑不破的真理。听到这，可能有人会这样想：“这身体就是我。而且大家都这样认为，你却说身体不是我，谁相信你？”唉！多生历劫妄执外境，我们习以为常，成为习惯了。于是产生了自己对待境物的种种看法，凡事都以自己的好恶来判断衡</w:t>
      </w:r>
    </w:p>
    <w:p>
      <w:pPr>
        <w:spacing w:before="0" w:after="80" w:line="259" w:lineRule="auto"/>
        <w:ind w:firstLine="360"/>
      </w:pPr>
      <w:r>
        <w:rPr>
          <w:rFonts w:ascii="Noto Serif CJK SC" w:hAnsi="Noto Serif CJK SC" w:eastAsia="Noto Serif CJK SC"/>
        </w:rPr>
        <w:t>量，合我心者执取，否则舍弃，因此，就有“喜怒哀乐，微细流注”。喜、怒、哀、乐、恐、惊、悲，每个人都有。合于我的心境就满面春风，违犯我的心境即龙颜大怒；失掉什么了就怏怏不乐，中意什么了就喜笑颜开。这些都是微细流注。微细流注，就是极微细的妄念不停地在动。最根本的妄心是意、触、受、想、思五个遍行心所，这遍行五法其实是心里起的或善或恶的一念，它存在于八识当中，并且不断地鼓动八识中的一切善恶种子，它非常非常之微细，所以叫流注生灭。所谓流注，就象无休止的流水一样，而这水流不像大海中的惊涛骇浪，也不像江河的滚滚波涛，而像静静的小溪微微细细地流。其实它流得很快，快到了极点，反而不显其动，平时你看不见，以为它是不动的，这就是微细、极微细的妄念。我们曾讲到粗妄，那是对境生心的妄念。若晓得境就是我们的心，心就是境，那么，我们就不执着。不执着，粗妄念就不起。可这个细妄种子还在。它微细极微细，你看它似不动了，其实还动得很快。怎样才能把微细流注斩断呢？只有深入金刚萨埵定才能见到而消灭它，不是金刚萨埵定不顶用。所以，要深入禅定。念佛人一定要得念佛三昧，不得念佛三昧是不行的。修禅人呢，要起大疑情，大疑起后，</w:t>
      </w:r>
    </w:p>
    <w:p>
      <w:pPr>
        <w:spacing w:before="0" w:after="80" w:line="259" w:lineRule="auto"/>
        <w:ind w:firstLine="360"/>
      </w:pPr>
      <w:r>
        <w:rPr>
          <w:rFonts w:ascii="Noto Serif CJK SC" w:hAnsi="Noto Serif CJK SC" w:eastAsia="Noto Serif CJK SC"/>
        </w:rPr>
        <w:t>妄念不动疑情笼罩全身，时节因缘一到来，“啪”地爆开，才能亲见本性。学密的人也是如此，身口意三密加持，借佛的力量加被我们，推动我们往前进，推到因缘成熟，“啪”！就爆炸了，把这微细流注斩断！</w:t>
      </w:r>
    </w:p>
    <w:p>
      <w:pPr>
        <w:spacing w:before="0" w:after="80" w:line="259" w:lineRule="auto"/>
        <w:ind w:firstLine="360"/>
      </w:pPr>
      <w:r>
        <w:rPr>
          <w:rFonts w:ascii="Noto Serif CJK SC" w:hAnsi="Noto Serif CJK SC" w:eastAsia="Noto Serif CJK SC"/>
        </w:rPr>
        <w:t>这个微细流注微细得很，你们看不见，要做功夫，定</w:t>
      </w:r>
    </w:p>
    <w:p>
      <w:pPr>
        <w:spacing w:before="0" w:after="80" w:line="259" w:lineRule="auto"/>
        <w:ind w:firstLine="360"/>
      </w:pPr>
      <w:r>
        <w:rPr>
          <w:rFonts w:ascii="Noto Serif CJK SC" w:hAnsi="Noto Serif CJK SC" w:eastAsia="Noto Serif CJK SC"/>
        </w:rPr>
        <w:t>下来才能看得见。比如一杯混浊的水，里面的泥沙你看不见，一旦沉淀下来，上面水清净了，才看见下面有这么多泥沙。摇晃、混浊的时候，你看不见它。诸位要先定，才能看见微细流注。“真理虽然顿达，此情难以卒除。”我们讲心就是佛，佛就是心。这是真理，你们虽然一下子就悟到了：对、对！我们本来是佛，不是佛怎么会说话呢？还能问念佛是谁吗？不是佛怎么会念佛？不是佛怎么会写字？不是佛怎么会走路啊？我们这个身体一口气不来它就不动了，动是佛性的妙用。真理是顿然了悟、理解了，但是“此情难以卒除”。情者，妄情也，爱情也。爱情难以除啊！古德说：“念佛如念情，成道久矣！”假如念佛象念爱情一样，我们早就成道了。我们凡夫是爱情难舍，爱情包括的范围很广，如男女之爱、母子之爱、夫妻之爱、声色犬马之爱等，还有诸多的爱好，如爱好古玩、集邮、字画、种花养</w:t>
      </w:r>
    </w:p>
    <w:p>
      <w:pPr>
        <w:spacing w:before="0" w:after="80" w:line="259" w:lineRule="auto"/>
        <w:ind w:firstLine="360"/>
      </w:pPr>
      <w:r>
        <w:rPr>
          <w:rFonts w:ascii="Noto Serif CJK SC" w:hAnsi="Noto Serif CJK SC" w:eastAsia="Noto Serif CJK SC"/>
        </w:rPr>
        <w:t>鸟等等。人爱的事情实在是太多了。女人最难断的是母子之爱，有个孩子，永远记在心里再也忘不了，死了也放不下来：我舍不得离开我的孩子啊！有一位念佛的老太太临终时，我们劝她：“你放下吧，往生西方极乐世界吧。”她说：“我不去，我舍不得离开我的儿孙啊！”如此愚痴，怎能往生西方极乐世界呢？凡夫都是“此情难以卒除”啊！卒者，立即也。我们的情很难马上除掉，只好顿悟渐修。顿悟之后再渐修，这是没办法的事，然而适合我们娑婆世界现阶段众生的习性。你们不要唱高调，说自己是顿悟、顿修、顿证，不需要修，无修无得无证。嘴上说说是很容易的，但你是否真能做到呢？吹牛是没用的，要真正做到才行。吹牛皮阎王老子不会放过你，还是要给你下请帖的。真正做到了，阎王老子的请贴才能取消。“须常觉察，损之又损，如风顿止，波浪渐停。须要长时间的觉察，这就是做功夫了。如修净土宗的人就是提起一句佛号，起心动念时赶快把这佛号提得高高的、声音大大的念：“阿弥陀佛，阿弥陀佛，阿弥陀佛……”把这妄情化掉。妄情不化掉不行啊！损之又损，就是把妄情一天天地减少，把你的习气、烦恼、执着一天天地减少、减少、再减少。妄情不是一天就能除掉的，“如风顿止，波浪渐停。”风一刮，波</w:t>
      </w:r>
    </w:p>
    <w:p>
      <w:pPr>
        <w:spacing w:before="0" w:after="80" w:line="259" w:lineRule="auto"/>
        <w:ind w:firstLine="360"/>
      </w:pPr>
      <w:r>
        <w:rPr>
          <w:rFonts w:ascii="Noto Serif CJK SC" w:hAnsi="Noto Serif CJK SC" w:eastAsia="Noto Serif CJK SC"/>
        </w:rPr>
        <w:t>浪即起，风停后波浪还是在涌动，慢慢地才能停下来。所以古德说：“风停浪还涌，理现念犹侵。“理现”真理出现，就醒悟了，然而“念犹侵”</w:t>
      </w:r>
    </w:p>
    <w:p>
      <w:pPr>
        <w:spacing w:before="0" w:after="80" w:line="259" w:lineRule="auto"/>
        <w:ind w:firstLine="360"/>
      </w:pPr>
      <w:r>
        <w:rPr>
          <w:rFonts w:ascii="Noto Serif CJK SC" w:hAnsi="Noto Serif CJK SC" w:eastAsia="Noto Serif CJK SC"/>
        </w:rPr>
        <w:t>，妄念还是要</w:t>
      </w:r>
    </w:p>
    <w:p>
      <w:pPr>
        <w:spacing w:before="0" w:after="80" w:line="259" w:lineRule="auto"/>
        <w:ind w:firstLine="360"/>
      </w:pPr>
      <w:r>
        <w:rPr>
          <w:rFonts w:ascii="Noto Serif CJK SC" w:hAnsi="Noto Serif CJK SC" w:eastAsia="Noto Serif CJK SC"/>
        </w:rPr>
        <w:t>侵犯的，所以须慢慢地除。“岂可一生所修，便同诸佛力用？”修一生一世，就想马上有诸佛一样的三明六通，有诸佛一样的力量，这是做不到。我们现在虽然没有发三明六通，但要深信不疑：我们的心就是佛心，舍此之外没有佛心。说到这里，我想跟大家谈一个重要问题。我尝听人说：前后际断不是开悟，要能所双忘才是开悟。其实他不明白什么叫前后际断，不识本来，还要假装大根基；他没看教里面的书，却信口雌黄。从前澄观法师给武则天皇帝讲《华严经》时（你们不要以为武则天皇帝坏啊！武则天皇帝是个开悟的皇帝。现在你们读的开经偈“无上甚深微妙法，百千万劫难遭遇。我今见闻得受持，愿解如来真实义”就是武则天做的，是赞叹《华严经》的，现在都把它作为一切经上的开经偈了），对她讲：“一念不生，前后际断，照体朗然，即如如佛。”一念不生，就前后际断。前际者，前念；后际者，后念也。前后际“啪”地断了。照体，就是能照一切事物、能起一切妙用之体——本性。朗然——即不着一切相，即如如佛——</w:t>
      </w:r>
    </w:p>
    <w:p>
      <w:pPr>
        <w:spacing w:before="0" w:after="80" w:line="259" w:lineRule="auto"/>
        <w:ind w:firstLine="360"/>
      </w:pPr>
      <w:r>
        <w:rPr>
          <w:rFonts w:ascii="Noto Serif CJK SC" w:hAnsi="Noto Serif CJK SC" w:eastAsia="Noto Serif CJK SC"/>
        </w:rPr>
        <w:t>这就是佛啊！你看说得多清楚。可是有人却不懂，说什么前后际断不是开悟。他不知道前后际断是什么，不知道还假充善知识，岂不害人！自己不知道还迷惑别人，下地狱如箭射在！我们当下念一断，而了了分明，这是什么？！舍此，再去别求佛性，就没有了。不要以为没有三明六通，没有同诸佛力用，就不是开悟、不是佛，并非这一生修行就能有诸佛一样的大神大用。初悟道只等于刚降生的小毛头（婴儿），小毛头虽然没有大人的力</w:t>
      </w:r>
    </w:p>
    <w:p>
      <w:pPr>
        <w:spacing w:before="0" w:after="80" w:line="259" w:lineRule="auto"/>
        <w:ind w:firstLine="360"/>
      </w:pPr>
      <w:r>
        <w:rPr>
          <w:rFonts w:ascii="Noto Serif CJK SC" w:hAnsi="Noto Serif CJK SC" w:eastAsia="Noto Serif CJK SC"/>
        </w:rPr>
        <w:t>用，不会工作，不会走路，不会吃饭，还要人喂，要</w:t>
      </w:r>
    </w:p>
    <w:p>
      <w:pPr>
        <w:spacing w:before="0" w:after="80" w:line="259" w:lineRule="auto"/>
        <w:ind w:firstLine="360"/>
      </w:pPr>
      <w:r>
        <w:rPr>
          <w:rFonts w:ascii="Noto Serif CJK SC" w:hAnsi="Noto Serif CJK SC" w:eastAsia="Noto Serif CJK SC"/>
        </w:rPr>
        <w:t>人抱，但是你不能说他不是人。初悟道是因地佛，你必须时时刻刻觉察，时时刻刻地保护它。绵密保任，损之又损，把自己的习气、烦恼一天天地减少，那么，你这“小毛头”就长大，成大人了，就力用俱备了。明白本来之后就用功，叫悟后真修。没悟到呢，就是盲修瞎练。比如你念佛不悟本来，就是念心外之佛。我们念佛人要知道念阿弥陀佛是唤醒自己的主人公，叫自己的主人公时时觉醒，不要着在色相里面去，不要为境界所迁流，不要有妄取执着的凡情，这样做你才能成功。这非常重要啊！“但可以空寂为自体，勿认色身；以灵知为自心，勿认妄念。”我们要晓得，这色身、这肉体、这躯壳</w:t>
      </w:r>
    </w:p>
    <w:p>
      <w:pPr>
        <w:spacing w:before="0" w:after="80" w:line="259" w:lineRule="auto"/>
        <w:ind w:firstLine="360"/>
      </w:pPr>
      <w:r>
        <w:rPr>
          <w:rFonts w:ascii="Noto Serif CJK SC" w:hAnsi="Noto Serif CJK SC" w:eastAsia="Noto Serif CJK SC"/>
        </w:rPr>
        <w:t>不是我们自己。我们真正的本体，是即空而即寂，就是不动不摇、不来不去、不生不灭这样一个东西，而不是这个躯壳。这个躯壳是慢慢变化的，由少而老，由老而死。不要认这肉身，肉身就是色体，这色体不是自己。千万千万不要认这色身为自己，要认空寂为</w:t>
      </w:r>
    </w:p>
    <w:p>
      <w:pPr>
        <w:spacing w:before="0" w:after="80" w:line="259" w:lineRule="auto"/>
        <w:ind w:firstLine="360"/>
      </w:pPr>
      <w:r>
        <w:rPr>
          <w:rFonts w:ascii="Noto Serif CJK SC" w:hAnsi="Noto Serif CJK SC" w:eastAsia="Noto Serif CJK SC"/>
        </w:rPr>
        <w:t>自己。即空而即寂、不来不去、不动不摇的这个佛性</w:t>
      </w:r>
    </w:p>
    <w:p>
      <w:pPr>
        <w:spacing w:before="0" w:after="80" w:line="259" w:lineRule="auto"/>
        <w:ind w:firstLine="360"/>
      </w:pPr>
      <w:r>
        <w:rPr>
          <w:rFonts w:ascii="Noto Serif CJK SC" w:hAnsi="Noto Serif CJK SC" w:eastAsia="Noto Serif CJK SC"/>
        </w:rPr>
        <w:t>就是我们自己啊！“以灵知为自心，勿认妄念”，什么叫妄念？有所住着就叫妄念。起个念头，心定在那里，有所住、有所著，这就是妄念；念起无所住、无所著，才是真心的妙用。这了了灵知才是真心，它不是死的。坐在那里不动，死压念头，一个念头不起，那就变成大石头、大木头了。因此，了了灵知，不着、不取、无爱、无憎，这就是真心的妙用。有所住、有所分别那就是妄情。但是有一点要弄清楚：不是不可以有分别，而是有分别而不住。即这个人好我知道，那个人坏我也清楚，不是好坏不分，成糊涂虫了。糊涂虫就是真心吗？不是的。好坏要知道，但是无憎、无爱、无取、无舍。不是见好人就喜欢，见坏人就厌憎。坏人我们也不舍，为什么？对坏人我们要教导他，要怜悯他，帮助他，使他转过来，这才对。真心就是这么一回事。所以，真心、妄心蛮好分别的。我们时时刻刻不要认妄心为自己，要晓得灵知了了而不住相才是</w:t>
      </w:r>
    </w:p>
    <w:p>
      <w:pPr>
        <w:spacing w:before="0" w:after="80" w:line="259" w:lineRule="auto"/>
        <w:ind w:firstLine="360"/>
      </w:pPr>
      <w:r>
        <w:rPr>
          <w:rFonts w:ascii="Noto Serif CJK SC" w:hAnsi="Noto Serif CJK SC" w:eastAsia="Noto Serif CJK SC"/>
        </w:rPr>
        <w:t>真心；才有所住，即成巢臼，就落到相里去了。“妄念若起，都不随之。即临命终时，自然业不能系。”这讲到临终了，临死怎么样？要临终得受生自在，须在平时做“妄念若起，都不随之”的功夫。如果我们的妄念还没有断除光，一刹那妄念又来了，马上就要觉察，不要跟它跑。假如妄念势强，觉而不能断，就赶快念佛、持咒，或是提起话头，问这妄念从何处来，而将妄念化掉。假如跟妄念跑了老远才知道，那就迟了。这觉的速迟与除的快慢是用功的力量问题。就象蜡烛光和电灯光亮度不同一样。起初能照，照到后面不大看得见，妄念起了很久才晓得，这是蜡烛光。功夫用得纯熟了，念头一起就能照见，如强烈的灯光照在面前，什么坑坑洼洼都能看得清清楚楚，走夜路便不会堕坑落堑了，这就是电灯光。这就到寂而常照、照而常寂的阶段了，不要着意照，而自然照了。这里面的功夫大有深浅之别。我们做功夫须时时觉察，绵密用功。一天二十四小时，就一两个小时用功，其他二十二小时都不用功，那太疏懒了，功夫就很难做得上去。所以我们要行、住、坐、卧四威仪中，时时用功，时时觉察，功夫用得上去。复次，妄念若起，都不随着跑。不是认为哪个妄</w:t>
      </w:r>
    </w:p>
    <w:p>
      <w:pPr>
        <w:spacing w:before="0" w:after="80" w:line="259" w:lineRule="auto"/>
        <w:ind w:firstLine="360"/>
      </w:pPr>
      <w:r>
        <w:rPr>
          <w:rFonts w:ascii="Noto Serif CJK SC" w:hAnsi="Noto Serif CJK SC" w:eastAsia="Noto Serif CJK SC"/>
        </w:rPr>
        <w:t>念好，就跟着跑。有人做了个好梦，醒来以后舍不得放掉它，还想着它。梦境本假，为何执着？梦中做了皇帝，你真是皇帝吗？梦中你得了大元宝，你真的得元宝吗？你恋着它，岂不愚痴吗！人就是这样愚痴啊！圭峰禅师苦口婆心给我们讲，妄念若起，都不随之，不要跟它跑。假如我们真正做到，“即临命终时，业不能系。”系者，捆住也。一切众生都是跟着业跑啊！善业者升天，恶业者下地狱。真能做到妄念起不随着跑，那时候业不能捆住你，就能够自由了。“虽有中阴，所向自由，天上人间，随意寄托。真正悟道的人没有中阴身，生到西方极乐世界的也没有中阴身。什么叫中阴呢？就是前身已坏，后身未起。前面一个躯壳已经坏了，还没有投胎到后面一个躯壳，当中的这个阴界之身，就是中阴身。这个中阴身是以风大为主，所以它有五通。六通当中他没有漏尽通，他只有少分的五通，不是象佛那样大的五通。中阴身有少分的五通，所以他有神足通，什么地方的父母和他有缘，千里万里他一飘就到。他有天眼通，千里万里外他也能看见。生西方极乐世界的人，他到西方去了，没有中阴身。下地狱的也没有中阴身。下到地狱了，哪里有中阴身？其它几个道都有中阴身。“虽有中阴，所向自由”，真正做到念起不随，那么，业</w:t>
      </w:r>
    </w:p>
    <w:p>
      <w:pPr>
        <w:spacing w:before="0" w:after="80" w:line="259" w:lineRule="auto"/>
        <w:ind w:firstLine="360"/>
      </w:pPr>
      <w:r>
        <w:rPr>
          <w:rFonts w:ascii="Noto Serif CJK SC" w:hAnsi="Noto Serif CJK SC" w:eastAsia="Noto Serif CJK SC"/>
        </w:rPr>
        <w:t>障抓不住你，捆不住你，障不住你，你要到什么地方去就到什么地方去，自由自在。“天上人间，随意寄托”，或者天上，或者人间，随意寄托一下。这个是最起码的功夫，妄念还不能断除，妄念起，我能不跟它跑。功夫到这里，虽然有中阴，还能自由自在。妄念起跟着跑，那就坏了，就不能自由了。所以，这是最起码的一步，最差的一等。“若爱恶之念已泯，即不受分段之身。”爱，喜欢，喜爱；恶，讨厌，厌恶。爱憎的心没有了。不是这个好我就取，那个不好就舍。因为一切都是梦幻泡影，分什么好坏呢？有什么可爱憎的？这要真做到才行，假如人家给你讲讲，你也能做做，背了人之后你还有爱恶之情，那还是不行。爱恶之念已泯，泯者，灭也。爱恶之念灭除了，没有了，就不再受分段生死，就出生死轮回了。当然，还有法执未除。“自能易短为长，易粗为妙。”这是讲功用。这样的人即能变化自在，短的可以变成长的，不好的粗糙的东西可以变成美妙的精细的东西。他能变化，六道轮回他也能变成神妙，一切都变化了。你们不是常常问：我的功夫到哪一步了？你们可以不妨自己考察、自己印证：第一，是不是妄念起都不随之了？如能做到，那你即能所向自由。进一步，如你能泯灭爱</w:t>
      </w:r>
    </w:p>
    <w:p>
      <w:pPr>
        <w:spacing w:before="0" w:after="80" w:line="259" w:lineRule="auto"/>
        <w:ind w:firstLine="360"/>
      </w:pPr>
      <w:r>
        <w:rPr>
          <w:rFonts w:ascii="Noto Serif CJK SC" w:hAnsi="Noto Serif CJK SC" w:eastAsia="Noto Serif CJK SC"/>
        </w:rPr>
        <w:t>恶之心，没有喜欢，没有讨厌，一切平等、平等、又平等。那你分段生死就消除了，就能够变化自在了。如更进一步：“若微细流注，一切寂灭，唯圆觉大智朗然独存，即能随机应现千百亿化身，度有缘众生，名之为佛。”这是最上乘。我们修法就是要做到微细流注一切寂灭，将微细妄念的种子都消除光，而彻证“唯圆觉大智，朗然独存”的境界，圆成佛果。我们这一生果能由见性破初关，进而在事境上锻炼，勤除习气，练到顺逆无拘，纵横无碍，破重关后，再上上升进，除尽微细流注，就大放光明，朗照十方，无所障碍了。你不要神通，神通自会来找你，所以能随机应现千百亿化身度有缘众生。佛菩萨就是这样随机赴感，应缘现身，来度众生的。意生身有三种：一、三昧乐正受意生身。二、觉法自性意生身。三、种类俱足无行作意生身。打坐深入三昧，深入禅定，能出三昧乐正受意生身。意根就是第七识，第七识意根所现之身，叫意生身。由少而</w:t>
      </w:r>
    </w:p>
    <w:p>
      <w:pPr>
        <w:spacing w:before="0" w:after="80" w:line="259" w:lineRule="auto"/>
        <w:ind w:firstLine="360"/>
      </w:pPr>
      <w:r>
        <w:rPr>
          <w:rFonts w:ascii="Noto Serif CJK SC" w:hAnsi="Noto Serif CJK SC" w:eastAsia="Noto Serif CJK SC"/>
        </w:rPr>
        <w:t>多变化，最后百千万亿化身一切具足。种类俱足无行</w:t>
      </w:r>
    </w:p>
    <w:p>
      <w:pPr>
        <w:spacing w:before="0" w:after="80" w:line="259" w:lineRule="auto"/>
        <w:ind w:firstLine="360"/>
      </w:pPr>
      <w:r>
        <w:rPr>
          <w:rFonts w:ascii="Noto Serif CJK SC" w:hAnsi="Noto Serif CJK SC" w:eastAsia="Noto Serif CJK SC"/>
        </w:rPr>
        <w:t>作，山河大地、楼台亭阁等等，都能显现变化出来。功夫做到什么程度，微细流注才能断除？所谓微细，就是我们现在看不见它，要做功夫深入金刚萨埵定以后才看得见：唉呀，细妄种子这么多，动得这么厉害。</w:t>
      </w:r>
    </w:p>
    <w:p>
      <w:pPr>
        <w:spacing w:before="0" w:after="80" w:line="259" w:lineRule="auto"/>
        <w:ind w:firstLine="360"/>
      </w:pPr>
      <w:r>
        <w:rPr>
          <w:rFonts w:ascii="Noto Serif CJK SC" w:hAnsi="Noto Serif CJK SC" w:eastAsia="Noto Serif CJK SC"/>
        </w:rPr>
        <w:t>知道这个在动，把它消去，不动了，但还有个“不动”在也不行，不动也不要。打破它，识蕴区宇就打破了。识蕴是五蕴的最后一蕴，识蕴打破，就成就了。所以我们要做功夫，要修行，就是要悟后真修。但是，你不悟真心不明理怎么去修？所以，认识真心明白道理最为重要，即觉法自性意生身最重要。今天我把色、空之义又讲了一遍，还再次重申了认识真心（见地正）的重要性：为什么要认识真心才行，也讲了讲修行人临命终时究竟到什么地方去。你们要时时刻刻这样做功夫，就是“常须觉察，损之又损”。我们要时时刻刻的觉照：唉哟，念头来了。唉哟，又着相了。唉哟，妄念起了。赶快不要动，不跟它跑，这叫损之又损。你们不要讲什么一悟到底，这恐怕不是轻易做得到吧？我们不是常听人说：“哎呀，我怎么还有这么多念头呢？”你们看，一下子把念头消除净光，不是容易办到的事，所以常须觉察，损之又损才行。那如何考察自己是否进步呢？应该回头看，就是比比过去，过去自己怎么执着、怎么烦恼，现在比从前少一点了，心平气和多了，那就是有进步了。有进步就好，因为知道有进步，就能增强信心。我们在做功夫当中，身体发热，光明显现，这都是好现象。但是我们不能追求，一追求就完了，那就是住</w:t>
      </w:r>
    </w:p>
    <w:p>
      <w:pPr>
        <w:spacing w:before="0" w:after="80" w:line="259" w:lineRule="auto"/>
        <w:ind w:firstLine="360"/>
      </w:pPr>
      <w:r>
        <w:rPr>
          <w:rFonts w:ascii="Noto Serif CJK SC" w:hAnsi="Noto Serif CJK SC" w:eastAsia="Noto Serif CJK SC"/>
        </w:rPr>
        <w:t>着、就是妄念妄情。我们于悟后做功夫要任其自然，象流水一样，哗、哗、哗地流过去，要不停留、不可住着，不跟境界跑，不随妄念流，把我们的妄想习气损之又损，消除净光，</w:t>
      </w:r>
    </w:p>
    <w:p>
      <w:pPr>
        <w:spacing w:before="0" w:after="80" w:line="259" w:lineRule="auto"/>
        <w:ind w:firstLine="360"/>
      </w:pPr>
      <w:r>
        <w:rPr>
          <w:rFonts w:ascii="Noto Serif CJK SC" w:hAnsi="Noto Serif CJK SC" w:eastAsia="Noto Serif CJK SC"/>
        </w:rPr>
        <w:t>才能成就大道。此为修法之诀窍，是故不识真心，修</w:t>
      </w:r>
    </w:p>
    <w:p>
      <w:pPr>
        <w:spacing w:before="0" w:after="80" w:line="259" w:lineRule="auto"/>
        <w:ind w:firstLine="360"/>
      </w:pPr>
      <w:r>
        <w:rPr>
          <w:rFonts w:ascii="Noto Serif CJK SC" w:hAnsi="Noto Serif CJK SC" w:eastAsia="Noto Serif CJK SC"/>
        </w:rPr>
        <w:t>法无益；识得真心，不知诀窍，不能成就。</w:t>
      </w:r>
    </w:p>
    <w:p>
      <w:pPr>
        <w:spacing w:before="0" w:after="80" w:line="259" w:lineRule="auto"/>
        <w:ind w:firstLine="360"/>
      </w:pPr>
      <w:r>
        <w:rPr>
          <w:rFonts w:ascii="Noto Serif CJK SC" w:hAnsi="Noto Serif CJK SC" w:eastAsia="Noto Serif CJK SC"/>
        </w:rPr>
        <w:t>十、净土要义</w:t>
      </w:r>
    </w:p>
    <w:p>
      <w:pPr>
        <w:spacing w:before="0" w:after="80" w:line="259" w:lineRule="auto"/>
        <w:ind w:firstLine="360"/>
      </w:pPr>
      <w:r>
        <w:rPr>
          <w:rFonts w:ascii="Noto Serif CJK SC" w:hAnsi="Noto Serif CJK SC" w:eastAsia="Noto Serif CJK SC"/>
        </w:rPr>
        <w:t>我们念阿弥陀佛，是唤醒自心，不是求西方的阿弥陀佛。我们发愿往生西方极乐世界，就和阿弥陀佛心心相印，也是自力，也是他力。我们明白念佛的作用，就是借佛的圣号除去我们心中的污浊、烦恼，借佛的光明朗照我们，消除我们的业障，那么我们发愿生西方，就能生到西方极乐世界去。怎么个生法呢？即是要把爱根斩断，若能如此，肯定成功。你要是还爱恋着这个世界，尽管你强调“我有他力、我有他力、我有他力”、但你最终是生不了西方净土的。因为你爱根没有斩断，牵挂着这娑婆世界，如何走得了呢？其实他力就是自力，自力就是他力，自他不二。将自他分成两个，那就错了。我们修行，一定要双修，就是把自力和他力结合起来，光靠他力，自力上不去，没有用处。因为你妄念不除，执着这个娑婆世界，他力拉不动你。佛菩萨要是能拉，老早就把我们拉光了。佛菩萨接引生西，怎么接引法？发光照你。你不睁眼睛，他照你，你看不见他的光，有何用处？是故永明延寿禅师说：我们的心比如是一盆水，佛菩萨比如天上的月亮。阿弥陀佛放光照我们，假如我们的心如水清净了，就能现出月亮的影子来，这就是感应道交，</w:t>
      </w:r>
    </w:p>
    <w:p>
      <w:pPr>
        <w:spacing w:before="0" w:after="80" w:line="259" w:lineRule="auto"/>
        <w:ind w:firstLine="360"/>
      </w:pPr>
      <w:r>
        <w:rPr>
          <w:rFonts w:ascii="Noto Serif CJK SC" w:hAnsi="Noto Serif CJK SC" w:eastAsia="Noto Serif CJK SC"/>
        </w:rPr>
        <w:t>他力自力结合在一块了；假若我们的心水是一盆污水，就映不出月亮来。不是佛不照你，佛没有这种不平等的心，佛是普遍朗照的，而你的心却污秽得很。是故瞎子不见光明，污水不现月影。这完全是我们的误会，并不是佛不照我们。所以要双修，有他力也有自力。往生西方极乐世界，就要一切放下，恳恳切切地念佛号：“阿弥陀佛、阿弥陀佛……”，把自心唤醒。他心就是自心，自心就是他心，打成一片，心佛道交。临命终时彼佛现前。这“临命终时”，不光是指临死的时候，还指生死命根断除之时。什么叫生死命根断除之时呢？就是我们的妄情、妄念、妄心这个时候死下来了、断除了，这就是临命终时。因为我们的生死命根就是妄情、妄念、妄心。我们本来哪里有生死啊？都是这妄情、妄念、妄心执着色相，造业受报，从而六道轮回、虚妄生死。我们一心念佛，功夫成熟，时节因缘一到“啪”地一下子，把妄情、妄念、妄心斩断，这生死命根就终了。“临命终时，彼佛现前”“彼佛”就是那个佛，就是阿弥陀佛，就是我们自性佛，自性佛就是阿弥陀佛。“现前”，即本性现前也，这叫“花开见佛悟无生”。心花开放，见自性佛，这就是开悟了。“悟无生”，开悟了见到了不生不灭的本来自</w:t>
      </w:r>
    </w:p>
    <w:p>
      <w:pPr>
        <w:spacing w:before="0" w:after="80" w:line="259" w:lineRule="auto"/>
        <w:ind w:firstLine="360"/>
      </w:pPr>
      <w:r>
        <w:rPr>
          <w:rFonts w:ascii="Noto Serif CJK SC" w:hAnsi="Noto Serif CJK SC" w:eastAsia="Noto Serif CJK SC"/>
        </w:rPr>
        <w:t>性！这就是净土宗啊，是真正的净土宗！我们千万不要把生死大事，推到阿弥陀佛一个人身上。不要说这是他力，你阿弥陀佛假如不救我去，是你的过错，非我之咎。这是不对的，你自己的妄情、妄念、妄心没有斩断，彼佛如何现前，如何能悟无生？这全是你自己的过咎，怎么可以埋怨阿弥陀佛呢？净土宗就是禅宗，禅宗就是净土宗。这是古来的大善知识讲的，“禅者，净土之禅也；净土者，禅之净土也。”禅就是净土，净土就是禅。不能分成两个，看成两回事，它的确是一回事。比如，永明寿大师是禅师，怎么成为净土宗的大祖师了呢？莲池大师也是禅师，彻悟大师也是禅师，他们怎么都成为净土宗的大祖师了呢？禅，净本来就是一鼻孔出气，只是后来人不明理，才强分禅分净。我们发愿生西，心要真切，不要疑惑。愿要恳切，不是口头上说说而已，还要有真实之行。心有行散，不可救矣。朝于斯，夕于斯，流离于斯，颠沛于斯，时时刻刻不忘记，那么，你就快要成道了。修禅人也是如此，常须觉察，时时保护，照顾话头。我们修密宗的也是如此，我再三说修心中心法，不能光靠两小时打坐，下座时观照最重要，下座比上座还重要。下座时历境练心，看看你的心空不空，这是最重要的一着。</w:t>
      </w:r>
    </w:p>
    <w:p>
      <w:pPr>
        <w:spacing w:before="0" w:after="80" w:line="259" w:lineRule="auto"/>
        <w:ind w:firstLine="360"/>
      </w:pPr>
      <w:r>
        <w:rPr>
          <w:rFonts w:ascii="Noto Serif CJK SC" w:hAnsi="Noto Serif CJK SC" w:eastAsia="Noto Serif CJK SC"/>
        </w:rPr>
        <w:t>我常常听人讲：唉哟，今天我真是气死了，某人怎么、怎么不好。我倒问问你是不是学佛的人啊？还气什么东西啊？你学佛了，就不应该有气。一切皆空，无人无我，无自无他，还气什么？若还有气，你就是没学佛，就是没有时时觉察，没有历境练心。越是违逆的环境，越是气恼的人事，越是能锻炼你，看你还气不气？你还生气，就是没锻炼，没锻炼怎么能成佛啊？逆境其实也是好的境界，是锻炼你的，看你是不是醒悟。不要说什么逆境坏，坏不坏就看你醒悟不醒悟，就看你是不是会利用这个境界锻炼自己。我们学佛人，不管是习禅、习净抑或是习密，都要时时刻刻历境练心，不能如是，决无成就。</w:t>
      </w:r>
    </w:p>
    <w:p>
      <w:pPr>
        <w:pStyle w:val="Heading3"/>
      </w:pPr>
      <w:r>
        <w:rPr>
          <w:rFonts w:ascii="Noto Serif CJK SC" w:hAnsi="Noto Serif CJK SC" w:eastAsia="Noto Serif CJK SC"/>
        </w:rPr>
        <w:t>10.5 恒河大手印（第五讲）</w:t>
      </w:r>
    </w:p>
    <w:p>
      <w:pPr>
        <w:spacing w:before="0" w:after="80" w:line="259" w:lineRule="auto"/>
        <w:ind w:firstLine="360"/>
      </w:pPr>
      <w:r>
        <w:rPr>
          <w:rFonts w:ascii="Noto Serif CJK SC" w:hAnsi="Noto Serif CJK SC" w:eastAsia="Noto Serif CJK SC"/>
        </w:rPr>
        <w:t>我们的妙明真心，既不属有，亦不是无，你说它</w:t>
      </w:r>
    </w:p>
    <w:p>
      <w:pPr>
        <w:spacing w:before="0" w:after="80" w:line="259" w:lineRule="auto"/>
        <w:ind w:firstLine="360"/>
      </w:pPr>
      <w:r>
        <w:rPr>
          <w:rFonts w:ascii="Noto Serif CJK SC" w:hAnsi="Noto Serif CJK SC" w:eastAsia="Noto Serif CJK SC"/>
        </w:rPr>
        <w:t>有，无相可见，无声可闻；你说它无，语默动静，行</w:t>
      </w:r>
    </w:p>
    <w:p>
      <w:pPr>
        <w:spacing w:before="0" w:after="80" w:line="259" w:lineRule="auto"/>
        <w:ind w:firstLine="360"/>
      </w:pPr>
      <w:r>
        <w:rPr>
          <w:rFonts w:ascii="Noto Serif CJK SC" w:hAnsi="Noto Serif CJK SC" w:eastAsia="Noto Serif CJK SC"/>
        </w:rPr>
        <w:t>住坐卧，无一不是它在起作用。古德喻之“海中盐味”“色里胶青”，虽不能目睹，而体实不无。释迦牟尼佛告诉我们，它是真空妙有，妙有真空的大宝藏。所谓真空者，别于顽空和断灭空，以妙有故，空而不空；所谓妙有者，别于妄有或实有，以真空故，有而不有，不有而有也。次从相用来说，也是非有非无，非无非有的。你说它无，形形色色历然现前，而妙用恒沙；你说它有，一切色相，皆因缘所生，无有自体，所起</w:t>
      </w:r>
    </w:p>
    <w:p>
      <w:pPr>
        <w:spacing w:before="0" w:after="80" w:line="259" w:lineRule="auto"/>
        <w:ind w:firstLine="360"/>
      </w:pPr>
      <w:r>
        <w:rPr>
          <w:rFonts w:ascii="Noto Serif CJK SC" w:hAnsi="Noto Serif CJK SC" w:eastAsia="Noto Serif CJK SC"/>
        </w:rPr>
        <w:t>事用，宛如水月空花，无可把持。《心经》云：“色即是空，空即是色。”就是说色空不二，非有非无。以一切事相皆是真空妙体之所显现，而真空妙体亦不能离开色相而另有。比如水起波浪，离开波浪即不可得水。我们用功，既不可执色相为实有而粘着不舍，更不能偏离色相，废有而着空。所以，不论上座习定，还是下座起用，均须无所取舍，方契中道之理，走上真空妙有的大道。但是我们大家对色空之义理还是不太理解，所以，我在上面再将色空之义进一步阐述，并引述圭峰</w:t>
      </w:r>
    </w:p>
    <w:p>
      <w:pPr>
        <w:spacing w:before="0" w:after="80" w:line="259" w:lineRule="auto"/>
        <w:ind w:firstLine="360"/>
      </w:pPr>
      <w:r>
        <w:rPr>
          <w:rFonts w:ascii="Noto Serif CJK SC" w:hAnsi="Noto Serif CJK SC" w:eastAsia="Noto Serif CJK SC"/>
        </w:rPr>
        <w:t>宗密禅师语录，重申了认识真心的重要性，并谈了修</w:t>
      </w:r>
    </w:p>
    <w:p>
      <w:pPr>
        <w:spacing w:before="0" w:after="80" w:line="259" w:lineRule="auto"/>
        <w:ind w:firstLine="360"/>
      </w:pPr>
      <w:r>
        <w:rPr>
          <w:rFonts w:ascii="Noto Serif CJK SC" w:hAnsi="Noto Serif CJK SC" w:eastAsia="Noto Serif CJK SC"/>
        </w:rPr>
        <w:t>行人临命终时究竟到什么地方去这个问题，以使大家契入大手印之宗旨，在修行上不走冤枉路，直趣真空妙有之大道。</w:t>
      </w:r>
    </w:p>
    <w:p>
      <w:pPr>
        <w:spacing w:before="0" w:after="80" w:line="259" w:lineRule="auto"/>
        <w:ind w:firstLine="360"/>
      </w:pPr>
      <w:r>
        <w:rPr>
          <w:rFonts w:ascii="Noto Serif CJK SC" w:hAnsi="Noto Serif CJK SC" w:eastAsia="Noto Serif CJK SC"/>
        </w:rPr>
        <w:t>认知法身</w:t>
      </w:r>
    </w:p>
    <w:p>
      <w:pPr>
        <w:spacing w:before="0" w:after="80" w:line="259" w:lineRule="auto"/>
        <w:ind w:firstLine="360"/>
      </w:pPr>
      <w:r>
        <w:rPr>
          <w:rFonts w:ascii="Noto Serif CJK SC" w:hAnsi="Noto Serif CJK SC" w:eastAsia="Noto Serif CJK SC"/>
        </w:rPr>
        <w:t>一、澄清粗妄，不擒不纵</w:t>
      </w:r>
    </w:p>
    <w:p>
      <w:pPr>
        <w:spacing w:before="0" w:after="80" w:line="259" w:lineRule="auto"/>
        <w:ind w:firstLine="360"/>
      </w:pPr>
      <w:r>
        <w:rPr>
          <w:rFonts w:ascii="Noto Serif CJK SC" w:hAnsi="Noto Serif CJK SC" w:eastAsia="Noto Serif CJK SC"/>
        </w:rPr>
        <w:t>我们现在回到恒河大手印上来，前面讲到大手印是直接指示我们见到真心的实际法门。大手印是一真法界，是我们的真心，是无修、无整、无散乱的本体。</w:t>
      </w:r>
    </w:p>
    <w:p>
      <w:pPr>
        <w:spacing w:before="0" w:after="80" w:line="259" w:lineRule="auto"/>
        <w:ind w:firstLine="360"/>
      </w:pPr>
      <w:r>
        <w:rPr>
          <w:rFonts w:ascii="Noto Serif CJK SC" w:hAnsi="Noto Serif CJK SC" w:eastAsia="Noto Serif CJK SC"/>
        </w:rPr>
        <w:t>但要进入大手印功境，起初也要经过一番艰苦的修</w:t>
      </w:r>
    </w:p>
    <w:p>
      <w:pPr>
        <w:spacing w:before="0" w:after="80" w:line="259" w:lineRule="auto"/>
        <w:ind w:firstLine="360"/>
      </w:pPr>
      <w:r>
        <w:rPr>
          <w:rFonts w:ascii="Noto Serif CJK SC" w:hAnsi="Noto Serif CJK SC" w:eastAsia="Noto Serif CJK SC"/>
        </w:rPr>
        <w:t>炼。不做功夫，你就不能认识这离念的灵知即是当人的本性而成就大道。为什么？大手印说了：“然随境而转之粗妄念，遮盖自心本相。什么是随境而转的粗妄念？我们对境生心，攀缘不息，看见这个想这个，看见那个想那个，心里总放不下来，乱七八糟、颠三倒四地胡思乱想，就叫粗妄。粗妄如乌云蔽日，遮盖我们光明的自心本相，所以，要断除。粗妄不断，功夫不上路。为什么？你在座上尽是妄念颠倒，想这想那，在座下随境而转，攀缘不息，根本就不能见到自心本相，这是流浪生死啊！功</w:t>
      </w:r>
    </w:p>
    <w:p>
      <w:pPr>
        <w:spacing w:before="0" w:after="80" w:line="259" w:lineRule="auto"/>
        <w:ind w:firstLine="360"/>
      </w:pPr>
      <w:r>
        <w:rPr>
          <w:rFonts w:ascii="Noto Serif CJK SC" w:hAnsi="Noto Serif CJK SC" w:eastAsia="Noto Serif CJK SC"/>
        </w:rPr>
        <w:t>夫如何上路，怎能成就大？“虽经直指，亦不能见，故当先使粗妄澄清。因示曰：最初令心坦然住，不擒不纵。真心在什么处，真心是什么样子，已经直接指示</w:t>
      </w:r>
    </w:p>
    <w:p>
      <w:pPr>
        <w:spacing w:before="0" w:after="80" w:line="259" w:lineRule="auto"/>
        <w:ind w:firstLine="360"/>
      </w:pPr>
      <w:r>
        <w:rPr>
          <w:rFonts w:ascii="Noto Serif CJK SC" w:hAnsi="Noto Serif CJK SC" w:eastAsia="Noto Serif CJK SC"/>
        </w:rPr>
        <w:t>了很多次了。我们如果经过直接指示后，还是不能见</w:t>
      </w:r>
    </w:p>
    <w:p>
      <w:pPr>
        <w:spacing w:before="0" w:after="80" w:line="259" w:lineRule="auto"/>
        <w:ind w:firstLine="360"/>
      </w:pPr>
      <w:r>
        <w:rPr>
          <w:rFonts w:ascii="Noto Serif CJK SC" w:hAnsi="Noto Serif CJK SC" w:eastAsia="Noto Serif CJK SC"/>
        </w:rPr>
        <w:t>到，说明我们妄心很重，那就应该做功夫断粗妄。开悟证道分先后，因此作功夫也分先后。怎么分法？开始做功夫的时候，要把随境而转的粗妄斩断。什么是粗妄？看见这想这，看见那想那，对境生心，攀缘不息的妄想，叫粗妄。我们作功夫不睬它，一切放下，就是断粗妄。粗妄断了，还有细妄——就是我们脑子里的一些意念。诸位作过功夫都晓得，当我们停下粗粗的妄念时，那些细的意念不知不觉地纷纷跳出来了，这跳出来的就叫细妄，这在法相宗里叫“意”法相宗所讲五个遍行心所，任何人都有，一切众生都有，即作意、触、受、想、思，这是最根本的妄心。意，就是意根。它时时在动，如潜水鱼在底层运动，而且动得很快，表面上看不见它动，但它迁流不息，没有停息，此为微细、极微细的妄念。这极微细的妄念也叫微细流注，它最微细，湛不摇处，就如高速流</w:t>
      </w:r>
    </w:p>
    <w:p>
      <w:pPr>
        <w:spacing w:before="0" w:after="80" w:line="259" w:lineRule="auto"/>
        <w:ind w:firstLine="360"/>
      </w:pPr>
      <w:r>
        <w:rPr>
          <w:rFonts w:ascii="Noto Serif CJK SC" w:hAnsi="Noto Serif CJK SC" w:eastAsia="Noto Serif CJK SC"/>
        </w:rPr>
        <w:t>动的水，看上去象是一点也不动了，其实它动得非常之快，非人眼目之所能见，要深入金刚萨埵定才看得见它，所以，粗妄断了，还有细妄、微细妄、极微细妄，更何况我们初用功，只是做到身体不动而已。怎样才能见到这极微细的妄念？我们只有安下心来打坐，先澄清粗妄，才能看见微细、极微细的妄念，从而将其断掉，证见自心本相；所以，先要破粗妄。如何做功夫？大手印这样指示我们：</w:t>
      </w:r>
    </w:p>
    <w:p>
      <w:pPr>
        <w:spacing w:before="0" w:after="80" w:line="259" w:lineRule="auto"/>
        <w:ind w:firstLine="360"/>
      </w:pPr>
      <w:r>
        <w:rPr>
          <w:rFonts w:ascii="Noto Serif CJK SC" w:hAnsi="Noto Serif CJK SC" w:eastAsia="Noto Serif CJK SC"/>
        </w:rPr>
        <w:t>“最初令心</w:t>
      </w:r>
    </w:p>
    <w:p>
      <w:pPr>
        <w:spacing w:before="0" w:after="80" w:line="259" w:lineRule="auto"/>
        <w:ind w:firstLine="360"/>
      </w:pPr>
      <w:r>
        <w:rPr>
          <w:rFonts w:ascii="Noto Serif CJK SC" w:hAnsi="Noto Serif CJK SC" w:eastAsia="Noto Serif CJK SC"/>
        </w:rPr>
        <w:t>坦然住，不擒不纵。”做功夫一开始，先要让我们的心很坦然，不要有住着，不要有烦恼，不要有拘谨，不要有束缚，坦坦荡荡，放下来。儒教讲：“君子坦荡荡，小人常戚戚。”小人心存利害得失，在心里面转圈子。患得患失，是故常戚戚。君子不患得失，一切都无所谓，所以坦坦荡荡。我们修法的人，是大君子、大丈夫，更是要坦坦荡荡，一切放下，坦然无住。坦坦者，平坦也，笔笔直直的，没有弯曲，心无弯曲，直心就是道场；荡荡，就是把一切都扫荡空尽，无所住着；是故坦然自在得很。大手印叫我们先要这样做。若不能如是，心里有所执着，总是转个不停，我们就要依法对治。如何对治？就是“不擒不纵”。擒者，就是抓住它，按住它；纵者，就是放纵它。我们既不要擒住它，也不要放纵它，任其自然。我们做功</w:t>
      </w:r>
    </w:p>
    <w:p>
      <w:pPr>
        <w:spacing w:before="0" w:after="80" w:line="259" w:lineRule="auto"/>
        <w:ind w:firstLine="360"/>
      </w:pPr>
      <w:r>
        <w:rPr>
          <w:rFonts w:ascii="Noto Serif CJK SC" w:hAnsi="Noto Serif CJK SC" w:eastAsia="Noto Serif CJK SC"/>
        </w:rPr>
        <w:t>夫的时候，假如把念头擒得紧了，一点也不敢动，慢慢地就死掉了。但也不是任它念头起，不然就落入放纵，那也不对；念头来了，我不理睬你，这才是不擒不纵。其实我们修一切法，就是练就“不理睬”的功夫。念头不是不来，不是不起。尽管来，尽管起，不理睬它，它自然就化除了。念佛也好，持咒也好，参禅也好，都要念头来了不擒不纵。其实念头是擒不住、压不了的，它会来的，正如古德所说：风停浪犹涌。念佛的人，念头来了，不理睬它，把佛号提起；参禅的人，念头来了，不理睬它，把话头提起；修密的人，念头来了，不理睬它，把咒语提起。一心照顾佛号，一心照顾话头，一心照顾咒语，妄念就自然转化掉了。对于念头，不是不让它起，也不是放任自流，而是转化掉，这是活的，不是死的。上次提到卧轮禅师的偈：“卧轮有伎俩，能断百思想，对境心不起，菩提日日长”，那是压念不起，是死的，不行！要不擒不纵——不理睬它才行。妄念来了固然不好，但是你将它压死了，就完了；因为妄念是真心生起的，犹如水起的波浪，你把妄念压死，就象把波浪消掉水也没有一样，真心也就不活了。我们知道真心是活泼泼的，能具万物，能生万法，</w:t>
      </w:r>
    </w:p>
    <w:p>
      <w:pPr>
        <w:spacing w:before="0" w:after="80" w:line="259" w:lineRule="auto"/>
        <w:ind w:firstLine="360"/>
      </w:pPr>
      <w:r>
        <w:rPr>
          <w:rFonts w:ascii="Noto Serif CJK SC" w:hAnsi="Noto Serif CJK SC" w:eastAsia="Noto Serif CJK SC"/>
        </w:rPr>
        <w:t>能起妙用的；你如真把妄念压死，真心就变成土木金石，不能起妙用了。土木金石是十二类生当中的一类。土木金石是无情的，粗看起来好像与我们人没有关系，因为我们人与所有六道轮回的天、人、修罗、饿鬼、畜生、地狱都是有情的，都是有情见、有爱情。人是有感情的动物，而土木金石是冥顽不灵，是死而不动的，看起来好象与我们不相干。其实不然，这十二类生虽然种类各别，但都是一灵真性，一真法界所变现，和我们人类同根同源，并非异类。佛性本来是真实不虚，能生万法，具足一切妙用的灵根，但因我们执着外相被无明包裹，住境、粘情，造业受报，迷失了真心，就由一真分为内外二分。内真者，即我们自己的身心；外真者，乃外面的山河大地、日月星辰、草木丛林等种种东西，名曰身外之物。其实都是我们自己啊！因无明之故，取少分的地水火风，捆在肉壳内为自己，而将其它大部分的地水火风置之不理，认为是身外之物，于是有了十二类生。其实无论是有情无情皆同一根本，所以经云：“有情无情同圆种智。”无情也是我们自己啊！同圆种智者就是佛的智慧，就是一切种智，就是上能知道一切诸佛的法用（即一切诸佛的佛法，通通能晓得），下能知道一切众生的因种。</w:t>
      </w:r>
    </w:p>
    <w:p>
      <w:pPr>
        <w:spacing w:before="0" w:after="80" w:line="259" w:lineRule="auto"/>
        <w:ind w:firstLine="360"/>
      </w:pPr>
      <w:r>
        <w:rPr>
          <w:rFonts w:ascii="Noto Serif CJK SC" w:hAnsi="Noto Serif CJK SC" w:eastAsia="Noto Serif CJK SC"/>
        </w:rPr>
        <w:t>现在做功夫的人有一点点小境界，耳边有人告诉你，将要发生什么事情，有什么人来了，是什么模样的，这是耳报神告诉你的。但是，有的人自以为有智慧神通了，能预知什么人要来、什么事要发生，于是自鸣得意：啊！这多好，我有先知了。其实一点也不好！因为这是传送鬼在作祟，你和他粘久了，就要被他利用、为他所害了。这个鬼怎么来的呢？就是这个人活在世上时，专门结党营私、助恶兴讼，即帮人做坏事，助人打官司，谋财害命等，造了地狱罪，是故堕地狱受苦。地狱苦受完后出来了，他前世结党营私、专门做坏事的习气还在，而且还很重，所以，他就附人为自体，给人说一些未来事，因此，叫传送鬼，不是什么好东西。我们做功夫，不要听到耳边有人告诉你什么什么事，就以为有神通了，这不是好事情，那是鬼啊！经里就讲了好几种鬼，比如贪财的，生前喜欢钞票要金子，越多越好，因贪得之故而造恶下地狱了，受苦完毕之后，他的贪习在，见什么要什么，遇到草木就觉得很好，以为是他自己。所以，就依附在草木上面显灵作祟去了。据传上海复兴公园有个菩提树灵得很，大家蜂拥而至，求呀、拜呀，什么问题都解决了，很灵验的，这就是依草附木的怪鬼作祟。还有好色的男</w:t>
      </w:r>
    </w:p>
    <w:p>
      <w:pPr>
        <w:spacing w:before="0" w:after="80" w:line="259" w:lineRule="auto"/>
        <w:ind w:firstLine="360"/>
      </w:pPr>
      <w:r>
        <w:rPr>
          <w:rFonts w:ascii="Noto Serif CJK SC" w:hAnsi="Noto Serif CJK SC" w:eastAsia="Noto Serif CJK SC"/>
        </w:rPr>
        <w:t>女，因色是欲火，下地狱时被欲火烧，把这苦受完出来之后，因好色是轻薄的，所以，出来之后遇风成形，依风为体，是魃鬼，就是女妖。还有依大山、大水为体的，这是什么鬼呢？是名魍魉，即邪见鬼。因为这些人前世里知见不正，妄自尊大，自以为是，人家有不同意见，就耍阴谋、施诡计陷害别人，所以就下地狱。苦受完出来之后，因狂妄自大，故依日月精华为自体，抓住太阳、月亮的光，附在山上、水里显灵，所以大家都说这地方灵得不得了。象前段时间盛传杭州有个泼水观音，就是紫阳山上有块石头，平时看上去是一个光溜溜的石头，什么也没有，但是浇上水，就显出观音像，人称为泼水观音。人们互相传说这地方灵验不得了，大家从四面八方来求取水喝，以治百病，其实这是以日月精华为自体的鬼。可见一切鬼、神，乃至土木金石这些东西，都是我们自己啊！由此之故，是谓“有情无情同圆种智”我们的佛性本是能够知道一切众生的因种，也能知道诸佛妙法是圆满的、具足的大般若体。</w:t>
      </w:r>
    </w:p>
    <w:p>
      <w:pPr>
        <w:spacing w:before="0" w:after="80" w:line="259" w:lineRule="auto"/>
        <w:ind w:firstLine="360"/>
      </w:pPr>
      <w:r>
        <w:rPr>
          <w:rFonts w:ascii="Noto Serif CJK SC" w:hAnsi="Noto Serif CJK SC" w:eastAsia="Noto Serif CJK SC"/>
        </w:rPr>
        <w:t>二、无情说法</w:t>
      </w:r>
    </w:p>
    <w:p>
      <w:pPr>
        <w:spacing w:before="0" w:after="80" w:line="259" w:lineRule="auto"/>
        <w:ind w:firstLine="360"/>
      </w:pPr>
      <w:r>
        <w:rPr>
          <w:rFonts w:ascii="Noto Serif CJK SC" w:hAnsi="Noto Serif CJK SC" w:eastAsia="Noto Serif CJK SC"/>
        </w:rPr>
        <w:t>上次有人问，有情能够圆满种智，可以说得过去，无情怎么会呢？无情的砖瓦木石它怎么能圆成种智呢？它怎么能成佛？今天，我再讲一讲。砖瓦木石都是我们自己的本性。是谁发现砖瓦木石呢？不是我们</w:t>
      </w:r>
    </w:p>
    <w:p>
      <w:pPr>
        <w:spacing w:before="0" w:after="80" w:line="259" w:lineRule="auto"/>
        <w:ind w:firstLine="360"/>
      </w:pPr>
      <w:r>
        <w:rPr>
          <w:rFonts w:ascii="Noto Serif CJK SC" w:hAnsi="Noto Serif CJK SC" w:eastAsia="Noto Serif CJK SC"/>
        </w:rPr>
        <w:t>灵光照上去发现的吗！这灵光是谁？就是我们的佛性</w:t>
      </w:r>
    </w:p>
    <w:p>
      <w:pPr>
        <w:spacing w:before="0" w:after="80" w:line="259" w:lineRule="auto"/>
        <w:ind w:firstLine="360"/>
      </w:pPr>
      <w:r>
        <w:rPr>
          <w:rFonts w:ascii="Noto Serif CJK SC" w:hAnsi="Noto Serif CJK SC" w:eastAsia="Noto Serif CJK SC"/>
        </w:rPr>
        <w:t>啊！我们佛性的灵光所照之处，一切有情无情，山河大地，日月星辰，男女老少，飞禽走兽，都是佛性的影子，皆为佛性的显现。你是佛，那么你灵光所照到一切都是佛啊！如一个国家，我是国王，国土里所有的东西，无一不是我的；同样道理，你是佛，你的佛性光明朗照十方，遍虚空满法界，无不为佛性灵光所照，所以，所有一切都是佛，无一个不是佛。但是，如果我们功夫做得不好，不知道灵活妙用，将念头压死了，就变成土木金石了。从前一座大山边两个做功夫的人，坐那里一动不动，头上、耳朵里都长了青草，变成木头、石头了，就是做压死念头工夫的结果。所以，一切东西都是我们自己，都是我们的佛性，我们所看见的一切色相就是佛。因此之故凳子，椅子，桌子，台子等等都是佛，无一不是佛。故云：郁郁黄花无非般若，青青翠竹尽是法身。花也好竹也好都是佛</w:t>
      </w:r>
    </w:p>
    <w:p>
      <w:pPr>
        <w:spacing w:before="0" w:after="80" w:line="259" w:lineRule="auto"/>
        <w:ind w:firstLine="360"/>
      </w:pPr>
      <w:r>
        <w:rPr>
          <w:rFonts w:ascii="Noto Serif CJK SC" w:hAnsi="Noto Serif CJK SC" w:eastAsia="Noto Serif CJK SC"/>
        </w:rPr>
        <w:t>性之变现，都是佛啊！这个问题看起来很难懂，但是道理弄通之后并不难。下面讲个公案讨论这个问题。从前洞山良价禅师也弄不懂这个问题，他到沩山祖师那里去参问，他问道：“顷闻南阳忠国师有无情说法话，某甲未究其微。”沩山问：“你还记得么？”洞山答道：“记得。”沩山说：“你试举一遍看。”洞山于是举其事。“僧问：‘如何是古佛心？’国师答：‘墙壁、瓦砾是。’僧问：‘墙壁瓦砾，岂不是无情？’（墙壁瓦砾冥顽不灵，没有知觉的，而佛是觉者，无所不知，无所不能的。墙壁瓦砾没有知觉冥顽不灵，怎么会是古佛心呢？照你这么说墙壁瓦砾就不是无情了？这是那僧人的反问。）国师答：‘是。（这句话深含妙意。因为有情无情同圆种智，因分别之故，就生出有情无情不同。如若不分别，一切声色、山河大地、乃至饮食男女都在心性中圆，而无一法可得，又有什么有情无情呢？因为有法可得，再去分门别类，爱憎取舍，从而烦恼丛生，轮转不息。前面讲过，我们的身体本是四大假合而成，也和无情一样。只因真心被无明包裹住，变成了妄心，捆在有这个四大假合的壳子里面，执以为自身，所以才有了妄知。否则，我们的身体岂不是跟墙壁瓦砾一样吗？但这僧人不解此理，故有如</w:t>
      </w:r>
    </w:p>
    <w:p>
      <w:pPr>
        <w:spacing w:before="0" w:after="80" w:line="259" w:lineRule="auto"/>
        <w:ind w:firstLine="360"/>
      </w:pPr>
      <w:r>
        <w:rPr>
          <w:rFonts w:ascii="Noto Serif CJK SC" w:hAnsi="Noto Serif CJK SC" w:eastAsia="Noto Serif CJK SC"/>
        </w:rPr>
        <w:t>下疑惑。）僧问：‘还解说法否？’（因为佛是说法度生的，古佛会说法，无情既是古佛心，当然也就会说法了。此僧与我等凡夫一样，总是落在尘境的所见所闻上，而不见能见能闻的性。）国师答：‘常说炽然说。无间歇。（无情说法，不是间歇地一时说、一时不说，它时时时刻刻说，说法声音很大，如猛烈燃烧之大火，说法无有停歇。我们往往都着在所见所闻上，不知道无说才是真说。听到声音了，就是听到；没有听到声音，就是没有听到。其实，没有听到声音也是听到！你听到个没有声音嘛！所以，无说是真说，因大音希声说之故，最大的声音是没有声音的。说有声可闻，皆非真闻，因为你着在所闻上去了。闻性不在有声与无声。声有生灭，故是假；性无断处，故是真。）僧问：‘某甲为甚么不闻？’国师答：‘汝自不闻，不可妨他闻者也。（这是你自己不闻，因为你颟顸佛性，着在有声可闻上了，不知道无闻才是真闻。进一步看，闻无闻者是谁？听到了没有声音的是谁呀？你说你不闻，但它正在你耳根放光，你为什么不知道呢？你听到个无声，难道不是听到了吗？闻个无声，不是正闻吗？听到有声时，你就跟着声音起分别了，跟着声音跑了。而这个无声无分别时，正是你的闻性现前之时，是故是真闻。你自己不闻，不能妨碍那个能闻的</w:t>
      </w:r>
    </w:p>
    <w:p>
      <w:pPr>
        <w:spacing w:before="0" w:after="80" w:line="259" w:lineRule="auto"/>
        <w:ind w:firstLine="360"/>
      </w:pPr>
      <w:r>
        <w:rPr>
          <w:rFonts w:ascii="Noto Serif CJK SC" w:hAnsi="Noto Serif CJK SC" w:eastAsia="Noto Serif CJK SC"/>
        </w:rPr>
        <w:t>啊！此为国师呵斥、指示、提醒那僧人。在这无声可闻、闻性正闻之时，你却说不闻，是你自己不机灵、不明白，可闻性还是了了分明地在啊！）僧问：‘未审甚么人得闻。（尽大地无一人不闻。谁不闻？谁无有闻性？但不执于声响，阿谁不是闻性昭昭耶？可惜自家眼光不瞥地也！）国师答：‘诸圣得闻。（诸佛、菩萨、罗汉、辟支佛等圣人能闻，凡夫听不到。国师此答有漏洞，因为人人本来都是佛，法身无相，凡圣不立，哪还有什么圣不圣呢？国师被这追得紧，且用此句权遮其眼目，却被那僧识破，并进一步反问。僧问：‘和尚还闻否？’（你自己能听到么？因为国师说诸圣得闻，此问直逼得国师有口难言也。若说有闻，即是自赞；若说不闻，则国师非圣、非师也。）国师答：‘我不闻。（只能招供认罪。）僧问：‘和尚既不闻，争知无情解说法？’（问得好，有力量，以国师之矛反戳国师，国师无处可避。）国师答：‘赖我不闻，我若闻，即齐于诸圣，汝即不闻我说法也。（幸好我听不到，假若我听到了，我就是圣人了，你也就听不到我说法了。僧此问本难回避，国师乃禅宗作家也，自有转身之处，赖我不闻——巧妙一拨，化险为夷。然而，凡有言说，皆无实义。本来无法可说，本来也无人闻法。若还有法可说、有人闻法，那正是执着在</w:t>
      </w:r>
    </w:p>
    <w:p>
      <w:pPr>
        <w:spacing w:before="0" w:after="80" w:line="259" w:lineRule="auto"/>
        <w:ind w:firstLine="360"/>
      </w:pPr>
      <w:r>
        <w:rPr>
          <w:rFonts w:ascii="Noto Serif CJK SC" w:hAnsi="Noto Serif CJK SC" w:eastAsia="Noto Serif CJK SC"/>
        </w:rPr>
        <w:t>人相、我相上了。所以国师说，汝即不闻我说法也，也是自谤。）僧紧逼道：‘恁么则众生无分去也。（若是这样，众生就不能听到无情说法了，成道就无望了？）国师答：‘我为众生说，不为诸圣说。（国师转话锋。）僧问：‘众生闻后如何？’（这僧将国师盯得牢牢的：众生听你讲过以后，会怎么样啊？）国师答：‘即非众生。（国师顺水推舟将僧人的机锋挡回，众生若能听到无情说法，荐取这不生不灭的闻性，那就超凡入圣了，所以说即非众生。《金刚经》云：“众生众生者，如来说非众生，是名众生。”众生？哪里有众生？一切众生如梦幻泡影，都不是真实的。众生之所以为众生，就是因为不醒悟；假如当下一醒悟，即非众生了。但是，在梦境当中不醒悟，不能不是众生，所以说是名众生。所以要赶快从梦境中醒啊！从前有人说：你说一切都没有？比如我的耳朵被打聋了，耳朵听不见声音，但我这还是有啊！我的耳朵聋了这个现象还是有，不能空。他这是着相粘心不醒悟啊！赶快醒啊！不要做梦了。例如我们在睡梦当中被人打，或者头被杀了，但一醒之后，自己却没有被打，也没有被杀，头还是好好的。你耳朵被打聋了，其实这耳聋是个虚幻的假象，就如同在梦中被打被杀一样不可得，所以你不要着梦境，赶快空啊！赶快醒悟啊！</w:t>
      </w:r>
    </w:p>
    <w:p>
      <w:pPr>
        <w:spacing w:before="0" w:after="80" w:line="259" w:lineRule="auto"/>
        <w:ind w:firstLine="360"/>
      </w:pPr>
      <w:r>
        <w:rPr>
          <w:rFonts w:ascii="Noto Serif CJK SC" w:hAnsi="Noto Serif CJK SC" w:eastAsia="Noto Serif CJK SC"/>
        </w:rPr>
        <w:t>醒之后什么都没有了！如关公被吕蒙杀头之后，痛得大叫大喊：“还我头来、还我头来。”智者大师得知后就去度他，大师盘腿而坐挡住关公的去路，关公一看心想：这个和尚胆子真大，竟敢挡我的去路，给他点厉害看看。于是，呼——刮起一阵狂风，飞砂走石迎面打来，但是智者大师纹丝不动。关公心想：狂风飞砂你不怕，那我搬座大山来吓吓你。于是，一座大山铺天盖地压过来，智者大师还是纹丝不动。这下关公佩服了：这和尚是真功夫啊！赶快上前顶礼。智者大师就给关公说法：“你在这里喊还我头来、还我头来。你被人砍一个头，就要人家还你，你一生砍杀了多少人头？你能还给人家吗？再说你头虽没了，但是你一点也不缺少啊！为什么？因为你只不过丢失这虚幻的色身，但是你的灵知、真心一点也不缺少。</w:t>
      </w:r>
    </w:p>
    <w:p>
      <w:pPr>
        <w:spacing w:before="0" w:after="80" w:line="259" w:lineRule="auto"/>
        <w:ind w:firstLine="360"/>
      </w:pPr>
      <w:r>
        <w:rPr>
          <w:rFonts w:ascii="Noto Serif CJK SC" w:hAnsi="Noto Serif CJK SC" w:eastAsia="Noto Serif CJK SC"/>
        </w:rPr>
        <w:t>”我们讲</w:t>
      </w:r>
    </w:p>
    <w:p>
      <w:pPr>
        <w:spacing w:before="0" w:after="80" w:line="259" w:lineRule="auto"/>
        <w:ind w:firstLine="360"/>
      </w:pPr>
      <w:r>
        <w:rPr>
          <w:rFonts w:ascii="Noto Serif CJK SC" w:hAnsi="Noto Serif CJK SC" w:eastAsia="Noto Serif CJK SC"/>
        </w:rPr>
        <w:t>过以空寂为体，莫认色身为体；虚空才是我真正的身体，躯壳不是真体，只是作为房子而已。以灵知为心，莫认妄想妄念为心，妄念、妄想不是真实的，是对境着相攀缘的东西。灵知之性，就是知冷知热知痛知痒的知觉性，是不住相的，这东西无头无尾亦无名无字。过去六祖慧能大师问大众：“吾有一物，无头无尾，无名无字，无背无面，诸人还识否？”神会出曰：“是诸佛之本源，神会之佛性。”六祖曰：“向汝道无名无</w:t>
      </w:r>
    </w:p>
    <w:p>
      <w:pPr>
        <w:spacing w:before="0" w:after="80" w:line="259" w:lineRule="auto"/>
        <w:ind w:firstLine="360"/>
      </w:pPr>
      <w:r>
        <w:rPr>
          <w:rFonts w:ascii="Noto Serif CJK SC" w:hAnsi="Noto Serif CJK SC" w:eastAsia="Noto Serif CJK SC"/>
        </w:rPr>
        <w:t>字，汝更唤作本源佛性，汝向后去把茅盖头，也只成个知解宗徒。”灵知之性——本性是无相的、无有名字的，说似一物即不中，神会给它加个名字上去，早是妄念了。所以，我们莫认妄念为心，要认灵知之性。智者大师给关公就是说这个法：你觉得头痛，就是妄想心执着，你躯壳已坏掉了，已经没有了，还有什么痛啊？心一空，你就大放光明，佛性朗然，还有什么痛不痛的！关公被智者指点后明悟了，于是发心做佛法的护法神。所以，众生只要梦醒，荐取不生不灭的本性，那就超凡入圣，就不是众生了。因此，听南阳忠国师说众生听闻无情说法之后，即非众生了。）僧又问：‘无情说法，据何典教？’（无情会说法，未曾听说过，有根据吗？出自什么经典？不会是你自己编造的吧？这僧粘着国师不放。）国师答：‘灼然，言不该典，非君子之所谈。汝岂不见《华严经》云：刹说、众生说、三世一切说。（国师说你这样说当然很对，如果无情说法没有根据，没有依据经典，那就没有任何意义，也不是君子所言了。随后举出经典，《华严经》云：刹说、众生说、三世一切说。即一切灰尘、一切国土都在说法，一切众生即包含一切，不管是有情世间，还是无情世间无不在说法，过去世、现在世、未来世三世法无不在说法啊！”这是南阳忠国师对</w:t>
      </w:r>
    </w:p>
    <w:p>
      <w:pPr>
        <w:spacing w:before="0" w:after="80" w:line="259" w:lineRule="auto"/>
        <w:ind w:firstLine="360"/>
      </w:pPr>
      <w:r>
        <w:rPr>
          <w:rFonts w:ascii="Noto Serif CJK SC" w:hAnsi="Noto Serif CJK SC" w:eastAsia="Noto Serif CJK SC"/>
        </w:rPr>
        <w:t>那和尚的开示，洞山禅师不理解，所以把这个公案讲</w:t>
      </w:r>
    </w:p>
    <w:p>
      <w:pPr>
        <w:spacing w:before="0" w:after="80" w:line="259" w:lineRule="auto"/>
        <w:ind w:firstLine="360"/>
      </w:pPr>
      <w:r>
        <w:rPr>
          <w:rFonts w:ascii="Noto Serif CJK SC" w:hAnsi="Noto Serif CJK SC" w:eastAsia="Noto Serif CJK SC"/>
        </w:rPr>
        <w:t>给沩山祖师听。沩山听了之后道：“我这里亦有，只是罕遇其人。这样的无情说法，我这里也有。要遇到根器相当的人，才能相机相契，所以说“罕遇其人”。洞山良价诚请道：“某甲未明，乞师指示。”沩山把拂尘一举说：“会么。”这就是无情说法，你能领会吗？无情说法无有声音，但不是不说法。如花开花落，就是无情在说法。花是无情，花开了很娇艳美丽，可是没多久就凋谢零落了，这是说什么法？这是说无常法。河水“哗、哗——”淌过去，流水无住，它不停留，今天这么流过去，明天也这么流过去，永不停息。这流水告诉我们：万物的假相在变化而实体未尝变易。苏东坡懂得其中的道理，他说：“逝者如斯，而未尝往也。”流水是无情，但也在说法。所以无情时时在说法，不是不说法，只是你自己不知道而已。所以，沩山将拂尘一举，意思在问举拂尘的是谁呀？不一定开口说话才是说法，这一举就是说法。但是，洞山良价还是不明白、不理解，所以他说：“不会。”洞山老老实实地承认自己不明白、未领会。其实，这个时候是最亲切的了。因为你会了、理解了就是情见，就有道理可得了。相反，在你不会的时候，</w:t>
      </w:r>
    </w:p>
    <w:p>
      <w:pPr>
        <w:spacing w:before="0" w:after="80" w:line="259" w:lineRule="auto"/>
        <w:ind w:firstLine="360"/>
      </w:pPr>
      <w:r>
        <w:rPr>
          <w:rFonts w:ascii="Noto Serif CJK SC" w:hAnsi="Noto Serif CJK SC" w:eastAsia="Noto Serif CJK SC"/>
        </w:rPr>
        <w:t>正是一念不生之时，立刻回光返照，这是什么？当下就见性了。可惜洞山总以为还有个道理在，会错了意，错过了机会。洞山接着说：“请和尚说。”沩山说：“父母所生口，终不为子说。”由父母所生的这个肉身嘴巴，始终不能对你讲。何也？因为任你千说万说，总是说不到。这是语言说不到，思维不能及的，即“言语道断，心行处灭”，说了即不中，知道了即不是。沩山在这里暗示洞山，无说是真说，无闻是真闻，这就是无情说法。遗憾的是此时洞山仍颟顸不明白。人们往往执着见闻觉知所相对的色声香味触法六尘境界，即执在这个所见所闻上，那么，无所见无所闻就不是了。岂不知，这无所见无所闻的能见能闻的真性，是从来不间断的，是没有相续痕迹的，是如如不动的，故佛性又称“如如”。由此可见，人们妄想执着的习气是多么浓厚深重啊！此外，沩山禅师的“父母所生口，终不为子说。还有另一层意思，即功夫只有自己做，佛性要自己悟。古德云：“从门入者不是家珍。”从耳朵听进去，是从门入，因为六根门头都是向外的。从耳朵听进去的道理，不是你自家的宝贝。要自己悟到才真。叫我给你讲，一点好处也没有，你将来会怨我的。说到这里我想起香严祖师来，他同样也遇到这个</w:t>
      </w:r>
    </w:p>
    <w:p>
      <w:pPr>
        <w:spacing w:before="0" w:after="80" w:line="259" w:lineRule="auto"/>
        <w:ind w:firstLine="360"/>
      </w:pPr>
      <w:r>
        <w:rPr>
          <w:rFonts w:ascii="Noto Serif CJK SC" w:hAnsi="Noto Serif CJK SC" w:eastAsia="Noto Serif CJK SC"/>
        </w:rPr>
        <w:t>问题。香严祖师和沩山祖师同是百丈祖师的弟子。香严祖师对佛经很熟，如有人问法，他常常是问一答十，自己以为很了不起，在心里自许道：我智慧如海！但在百丈在世时却参禅未得。百丈圆寂后，只好到他师兄沩山那里去参禅了。沩山对他说：“师弟啊！我听说你在百丈先师处，问一答十，问十答百。”他忙说：“不敢不敢。”沩山说：“那是你聪明伶俐，意解识想，生死根本。我现在有个问题问你，你给我答复答复看。”他表面上轻描淡写地问：“什么问题呀？”心里却说：“有什么我还答不出来的问题，哼！”沩山说：“我不问你别的，只问你父母未生你时，如何是你的本来面目？试道一句看。”香严祖师听后，心里竟一片茫然。于是，归寮将平日所看过的经论文字，从头到尾翻阅一遍，要寻一句来酬对，最后是一无所得。自叹道：“画饼不能充饥。”于是屡次乞求沩山说破。沩山说：“我若说似汝，汝以后骂我去。我说是我的，终不干汝事。汝还是自己去参吧！”香严祖师于是将平昔所看文字烧光，辞别沩山自己去参究。早也参晚也参，行住坐卧时时参。一天在地里除草，一锄头下去，锄到了石块，把石头拾起来，随意一扔出去，击中竹子，“啪”的一声，忽然醒悟，打开本来了。于是回去沐浴焚香，遥礼沩山师兄。赞道：“和尚大慈，</w:t>
      </w:r>
    </w:p>
    <w:p>
      <w:pPr>
        <w:spacing w:before="0" w:after="80" w:line="259" w:lineRule="auto"/>
        <w:ind w:firstLine="360"/>
      </w:pPr>
      <w:r>
        <w:rPr>
          <w:rFonts w:ascii="Noto Serif CJK SC" w:hAnsi="Noto Serif CJK SC" w:eastAsia="Noto Serif CJK SC"/>
        </w:rPr>
        <w:t>恩逾父母。当时若为我说破，何有今日之事？”所以说功夫要自己做的。因此，沩山祖师对洞山说：“父母所生口，终不为你说。给你讲了，没用处，要自己参才行啊！”洞山良价禅师开悟不了，他感到机缘不投，于是又问：“还有与师同时慕道者否？”沩山于是指示他去参云岩禅师。洞山辞别沩山直往云岩处，将前面无情说法的公案举说一遍，然后问云岩禅师道：“无情说法，甚么人得闻？”云岩禅师答：“无情得闻。”南阳忠国师说是“诸圣得闻”，云岩禅师却说无情得闻。其实，清净心空就是圣。圣凡也不立，一切都没有，物物头头皆现妙色身、发广长舌宣流法音。炽然无尽说，无穷无尽说，无情就是这样说法。那如何是“无情得闻”意思就是你把情见泯灭了、除尽了，不着一切声色尘境，你就能听得见无情说法了，就能悟见本性了。我们曾经讲过，人有两个坏东西，一个情，一个想。假若妄情、爱情断了，那就好了。为什么呢？因为情由爱生，爱能生水，水性下流，不能升天，故须断除。比如我们遇到爱吃的东西，就产生口水；假若我们亲爱的人要离开了，或者出远门了，眼泪就不禁流出来；假若亲人死了，更是哭得伤心；至于男女相爱那更不要谈了。水性为潮湿，不管什么水都是潮湿</w:t>
      </w:r>
    </w:p>
    <w:p>
      <w:pPr>
        <w:spacing w:before="0" w:after="80" w:line="259" w:lineRule="auto"/>
        <w:ind w:firstLine="360"/>
      </w:pPr>
      <w:r>
        <w:rPr>
          <w:rFonts w:ascii="Noto Serif CJK SC" w:hAnsi="Noto Serif CJK SC" w:eastAsia="Noto Serif CJK SC"/>
        </w:rPr>
        <w:t>的，而且是向下流的。所以，爱情的“情”字是向下沉的，假若我们要生西方极乐世界，要飞升才行，向下沉就无望了。因此，要把情见断光。爱情不断光，生不了西方极乐世界，所以情是坏东西。想，就比较好一点，这想不是胡思乱想，胡思乱想还是情。因为我们有了情之故，才胡思乱想。比如我们爱什么人，就想方设法把这人弄到手；假若这个人有了对象，那就想个办法把她对象取消掉，然后把她弄到手。你看那些戏剧、小说都是这样子写的，不如此不成戏剧、小说了。这是造业啊！造业要受报的。胡思乱想其实是情爱，还是不行的。那么，这想是怎么回事呢？就是密想修行之法，即想我们要怎么样子脱开这有情之界，证到本来面目，或是想西方极乐世界，心系西方，用功念佛这就比较好。但是说到究竟处，想与情同样是不行的。为何？没有情怎么有想，没有想怎会有情，情、想不分离也。《楞严经》讲，假若我们真正密修观想，七识能够离开我们的形体，或是化作所想象的东西，叫做纯想即飞，但还没有真清净。真正清净了连想也没有。假若还有佛可念，那还未真净，真清净了什么也没有，</w:t>
      </w:r>
    </w:p>
    <w:p>
      <w:pPr>
        <w:spacing w:before="0" w:after="80" w:line="259" w:lineRule="auto"/>
        <w:ind w:firstLine="360"/>
      </w:pPr>
      <w:r>
        <w:rPr>
          <w:rFonts w:ascii="Noto Serif CJK SC" w:hAnsi="Noto Serif CJK SC" w:eastAsia="Noto Serif CJK SC"/>
        </w:rPr>
        <w:t>那才是常寂光净土。但是我们念佛求生西方也不能要</w:t>
      </w:r>
    </w:p>
    <w:p>
      <w:pPr>
        <w:spacing w:before="0" w:after="80" w:line="259" w:lineRule="auto"/>
        <w:ind w:firstLine="360"/>
      </w:pPr>
      <w:r>
        <w:rPr>
          <w:rFonts w:ascii="Noto Serif CJK SC" w:hAnsi="Noto Serif CJK SC" w:eastAsia="Noto Serif CJK SC"/>
        </w:rPr>
        <w:t>求太高，能生凡圣同居土也就可以了。所以念佛念到</w:t>
      </w:r>
    </w:p>
    <w:p>
      <w:pPr>
        <w:spacing w:before="0" w:after="80" w:line="259" w:lineRule="auto"/>
        <w:ind w:firstLine="360"/>
      </w:pPr>
      <w:r>
        <w:rPr>
          <w:rFonts w:ascii="Noto Serif CJK SC" w:hAnsi="Noto Serif CJK SC" w:eastAsia="Noto Serif CJK SC"/>
        </w:rPr>
        <w:t>情断了，纯想就飞，就能往生西方，并非难事！用功时只专想生西方极乐世界怎么好，阿弥陀佛怎么样光明，怎么样接迎我们，到圆寂飞升时，自然显出西方的圣境来，看见阿弥陀佛、观世音菩萨、大势至菩萨及诸菩萨来迎接，我们就飞生到西方去了。纯想即飞，是念佛净业成熟的善根显圣境。我们现在说净土只说一个西方，但是《楞严经》说的是十方净土，随缘往生，不单是生西方净土。由此可知，要想生净土，非把这爱情、妄情斩尽不可。所以，有成就的修道人都是无情见的，你有情就不行。什么叫菩萨呢？这是梵文菩提萨埵的简称，译成汉文是觉有情，就是先把自己所有的情见都觉破，不着一切声色尘境，明悟自性，才能帮助他人觉破迷梦，扫尽妄情，同出苦海的意思。因此云岩禅师说“无情得闻”洞山紧紧追问道：“和尚闻否？”洞山到现在还是颟顸一个。云岩答：“我若闻，汝即不闻吾说法也。</w:t>
      </w:r>
    </w:p>
    <w:p>
      <w:pPr>
        <w:spacing w:before="0" w:after="80" w:line="259" w:lineRule="auto"/>
        <w:ind w:firstLine="360"/>
      </w:pPr>
      <w:r>
        <w:rPr>
          <w:rFonts w:ascii="Noto Serif CJK SC" w:hAnsi="Noto Serif CJK SC" w:eastAsia="Noto Serif CJK SC"/>
        </w:rPr>
        <w:t>和忠国师如出一辙。我假如听得见，我就不给你说法</w:t>
      </w:r>
    </w:p>
    <w:p>
      <w:pPr>
        <w:spacing w:before="0" w:after="80" w:line="259" w:lineRule="auto"/>
        <w:ind w:firstLine="360"/>
      </w:pPr>
      <w:r>
        <w:rPr>
          <w:rFonts w:ascii="Noto Serif CJK SC" w:hAnsi="Noto Serif CJK SC" w:eastAsia="Noto Serif CJK SC"/>
        </w:rPr>
        <w:t>了。为什么？首先，我若闻，即齐于诸圣，诸圣报化非真，亦非说法者，诸圣正法身无说无闻的，我若闻，即与佛菩萨一样成道了，凡也不可得圣也不可得，凡圣都不住，一切都无有了，你还能听我说法吗？注意！</w:t>
      </w:r>
    </w:p>
    <w:p>
      <w:pPr>
        <w:spacing w:before="0" w:after="80" w:line="259" w:lineRule="auto"/>
        <w:ind w:firstLine="360"/>
      </w:pPr>
      <w:r>
        <w:rPr>
          <w:rFonts w:ascii="Noto Serif CJK SC" w:hAnsi="Noto Serif CJK SC" w:eastAsia="Noto Serif CJK SC"/>
        </w:rPr>
        <w:t>一切都无有，不是断灭空。而是有而不住，即说而不说，不说而说，不是死执不说话，更不是执有所说。一切施为，皆是虚设，佛也没有，连佛之一字也是方便的假名！假如还有诸佛向上事，佛就不是佛！所以，我们不要住相，真正成道是一点都没有。其次，我若闻即同无情，无情以不说为正说，非有言说，那你今天又怎能听我说法呢？再者，我若闻，即着声尘，有所住着，法见未除，如何为人师？所以我不闻。无闻才是真闻！也就是“无言说”，无言可说了。你要好好领会言外之意啊！你只理解有语言的法、可说的法，你现在听到我所说的这些话，都是有言说的，都不是真实的。而今我为你这样说，是要你领会到言外之意，会意于言外，从而明见无说的真说、无闻的真闻啊！但是，洞山还是不领会，又问道：“某甲为甚么不闻？”他问云岩：</w:t>
      </w:r>
    </w:p>
    <w:p>
      <w:pPr>
        <w:spacing w:before="0" w:after="80" w:line="259" w:lineRule="auto"/>
        <w:ind w:firstLine="360"/>
      </w:pPr>
      <w:r>
        <w:rPr>
          <w:rFonts w:ascii="Noto Serif CJK SC" w:hAnsi="Noto Serif CJK SC" w:eastAsia="Noto Serif CJK SC"/>
        </w:rPr>
        <w:t>“无情说法我应该听见，我为什么听不见</w:t>
      </w:r>
    </w:p>
    <w:p>
      <w:pPr>
        <w:spacing w:before="0" w:after="80" w:line="259" w:lineRule="auto"/>
        <w:ind w:firstLine="360"/>
      </w:pPr>
      <w:r>
        <w:rPr>
          <w:rFonts w:ascii="Noto Serif CJK SC" w:hAnsi="Noto Serif CJK SC" w:eastAsia="Noto Serif CJK SC"/>
        </w:rPr>
        <w:t>呢？”他还是执着在声色尘境上，这样追逐有什么意义呢？为什么不反闻闻自性？就在你面门上放光啊！这岂不是你在自然闻、无闻闻么？！世人都是这样颟顸，太可怜了！此时，云岩也象沩山一样，竖起了拂子。要是洞山抓住这一时机，反问自己，这个看见竖拂的是谁？！就在这里猛着精彩，也就当下开悟了。可惜许，又错过也！云岩问：“还闻否？”竖起拂子</w:t>
      </w:r>
    </w:p>
    <w:p>
      <w:pPr>
        <w:spacing w:before="0" w:after="80" w:line="259" w:lineRule="auto"/>
        <w:ind w:firstLine="360"/>
      </w:pPr>
      <w:r>
        <w:rPr>
          <w:rFonts w:ascii="Noto Serif CJK SC" w:hAnsi="Noto Serif CJK SC" w:eastAsia="Noto Serif CJK SC"/>
        </w:rPr>
        <w:t>虽没有声音，没有话说，但是，大音希声，真真切切，如雷贯耳。为什么？因为无声之声是最大的声音，这就叫大音希声。我们人往往都执着在有声可闻，在有声可闻处去领会。但是你要真正见性，就不能执着在有声可闻处。因为有声无声，不过是声音的生灭，而我们的闻性是无时无刻不在面前放光，它是没有间隔、没有连续的。所以，古德云：“夹岸桃花风雨后，马蹄何处避残红。一条小道的两边，种满了桃树，经过一番大风雨后，小道遍地都是桃花瓣，骑马走过此处时，马蹄怎能避开遍地的花瓣，而踏不到呢？意思是说，佛性时时处处都在作用，它无时不在、无处不在的，你能避得开吗？所以，不要在有相无相、有声无声上分别。我们见不到光明时，却见到了黑暗，见暗还是有见。我们听不到声音时，则听到了无声，听到了无声还是听。这岂不就是见性和闻性不生不灭的证据么？可惜，洞山答道：“不闻。”他着在了声音上，因为没听到声音，所以不闻。这就象俏媚眼作给瞎子看，他当面错过，太可惜了！不过，我们要说，亏得他不闻，如果有闻，又着在相上，不闻则是真闻。云岩说：“我说法汝尚不闻，岂况无情说法乎？”我对你这样说法，竖起拂子，虽然没有声音，但还有举动，这样</w:t>
      </w:r>
    </w:p>
    <w:p>
      <w:pPr>
        <w:spacing w:before="0" w:after="80" w:line="259" w:lineRule="auto"/>
        <w:ind w:firstLine="360"/>
      </w:pPr>
      <w:r>
        <w:rPr>
          <w:rFonts w:ascii="Noto Serif CJK SC" w:hAnsi="Noto Serif CJK SC" w:eastAsia="Noto Serif CJK SC"/>
        </w:rPr>
        <w:t>你都不闻、不领会，何况无说无动的真说真动呢？世人都是如此的愚痴，都着在所见所闻的色声惑业里面，从来没有回光一瞥，荐取这个能见能闻、能说能动的性。这个性就是本来真佛！甚至误认为听不到声</w:t>
      </w:r>
    </w:p>
    <w:p>
      <w:pPr>
        <w:spacing w:before="0" w:after="80" w:line="259" w:lineRule="auto"/>
        <w:ind w:firstLine="360"/>
      </w:pPr>
      <w:r>
        <w:rPr>
          <w:rFonts w:ascii="Noto Serif CJK SC" w:hAnsi="Noto Serif CJK SC" w:eastAsia="Noto Serif CJK SC"/>
        </w:rPr>
        <w:t>音就是无闻，不见光影色相就是无见。岂不知这个见</w:t>
      </w:r>
    </w:p>
    <w:p>
      <w:pPr>
        <w:spacing w:before="0" w:after="80" w:line="259" w:lineRule="auto"/>
        <w:ind w:firstLine="360"/>
      </w:pPr>
      <w:r>
        <w:rPr>
          <w:rFonts w:ascii="Noto Serif CJK SC" w:hAnsi="Noto Serif CJK SC" w:eastAsia="Noto Serif CJK SC"/>
        </w:rPr>
        <w:t>性闻性时时刻刻都在面门放光，从无遮掩、从无间断。即便是在无声无闻、无相可见时，依然还是见、还是闻。因为你闻到个无声还是闻，见到个无相还是见，怎么能说无见无闻呢？洞山接着又问：“无情说法，该何典教？”和前面公案里那僧人问国师一样。云岩禅师答：</w:t>
      </w:r>
    </w:p>
    <w:p>
      <w:pPr>
        <w:spacing w:before="0" w:after="80" w:line="259" w:lineRule="auto"/>
        <w:ind w:firstLine="360"/>
      </w:pPr>
      <w:r>
        <w:rPr>
          <w:rFonts w:ascii="Noto Serif CJK SC" w:hAnsi="Noto Serif CJK SC" w:eastAsia="Noto Serif CJK SC"/>
        </w:rPr>
        <w:t>“岂不见</w:t>
      </w:r>
    </w:p>
    <w:p>
      <w:pPr>
        <w:spacing w:before="0" w:after="80" w:line="259" w:lineRule="auto"/>
        <w:ind w:firstLine="360"/>
      </w:pPr>
      <w:r>
        <w:rPr>
          <w:rFonts w:ascii="Noto Serif CJK SC" w:hAnsi="Noto Serif CJK SC" w:eastAsia="Noto Serif CJK SC"/>
        </w:rPr>
        <w:t>《弥陀经》云，水鸟树林，悉皆念佛念法。”这时洞山良价禅师猛然有些醒悟了，终于由有声悟入无声了，总算是会到了、悟到了，他脱口说了个偈子说：“也大奇，也大奇，无情说法不思议，若将耳听终难会，眼处闻声方得知。”真奇妙呀，真妙怪！无情能说法真是妙不可言、不可思议，真是使人想像不到啊！无情会说法吗？会！你若用耳朵去听，是不能理解的，因为无情说法是没有声音的。用眼睛来听，才能领会到其中的奥妙。眼睛听不到声音，但没有声音正是妙声。由此可见，洞山禅师会了有声，而且从有声会到了无声，但还没有会到无声就是有声、有声就是无声，</w:t>
      </w:r>
    </w:p>
    <w:p>
      <w:pPr>
        <w:spacing w:before="0" w:after="80" w:line="259" w:lineRule="auto"/>
        <w:ind w:firstLine="360"/>
      </w:pPr>
      <w:r>
        <w:rPr>
          <w:rFonts w:ascii="Noto Serif CJK SC" w:hAnsi="Noto Serif CJK SC" w:eastAsia="Noto Serif CJK SC"/>
        </w:rPr>
        <w:t>还未彻底究竟。从声音悟道的公案还有很多。兹再举一例：昔圆悟勤禅师在五祖演禅师会下做侍者，随演禅师参禅。一日，有读书人来参五祖演，五祖演对来者讲：“若问及自性、法身，你少年时曾读过‘小艳诗’么？诗中有两句与之很相似：‘频呼小玉原无事，只要檀郎认得声。”意思是频频呼“小玉！小玉！”小玉是丫环，小姐叫她何事？无事。那为什么喊？目的是要她的情郎听到这呼唤声，知道她在这里。也就是有意给她的情郎传个消息，因为他认得她的声音，听到呼唤，就晓得她在这里了。这是假诗以说禅。借用这首诗来反问一下，这呼唤声是由谁发出来的呢？又由谁听到</w:t>
      </w:r>
    </w:p>
    <w:p>
      <w:pPr>
        <w:spacing w:before="0" w:after="80" w:line="259" w:lineRule="auto"/>
        <w:ind w:firstLine="360"/>
      </w:pPr>
      <w:r>
        <w:rPr>
          <w:rFonts w:ascii="Noto Serif CJK SC" w:hAnsi="Noto Serif CJK SC" w:eastAsia="Noto Serif CJK SC"/>
        </w:rPr>
        <w:t>的呢？这一切岂不是自性的作用吗？岂不都是真性</w:t>
      </w:r>
    </w:p>
    <w:p>
      <w:pPr>
        <w:spacing w:before="0" w:after="80" w:line="259" w:lineRule="auto"/>
        <w:ind w:firstLine="360"/>
      </w:pPr>
      <w:r>
        <w:rPr>
          <w:rFonts w:ascii="Noto Serif CJK SC" w:hAnsi="Noto Serif CJK SC" w:eastAsia="Noto Serif CJK SC"/>
        </w:rPr>
        <w:t>的显现吗？五祖演禅师引用这首小艳诗，蕴含深意。本来一切色相、一切声音都无意义，都是空华水月，都是不可得，合了第一句“原无事”。但是，所有的一切都是自性的作用，都是真性的显现，合了第二句“认得声”。这旨在启发我们大家认识自己的本来面目。圆悟勤在旁边听到了这个话，立刻有所醒悟。他走出方丈室，恰好这时有只大公鸡在栅栏上“喔、喔”长鸣。圆悟勤一听，猛然触动了灵机，触着刚才五祖演所说“只要檀郎认得声”的“声”字，忽然大悟！</w:t>
      </w:r>
    </w:p>
    <w:p>
      <w:pPr>
        <w:spacing w:before="0" w:after="80" w:line="259" w:lineRule="auto"/>
        <w:ind w:firstLine="360"/>
      </w:pPr>
      <w:r>
        <w:rPr>
          <w:rFonts w:ascii="Noto Serif CJK SC" w:hAnsi="Noto Serif CJK SC" w:eastAsia="Noto Serif CJK SC"/>
        </w:rPr>
        <w:t>这不是声吗？这就是自性的显发，一切影子都离不开镜子，离开镜子哪里还有影子呢？一切的一切都是真性的作用，都是真性的显现。通过上面对几个公案的讲解，我们就不要把眼处闻声错解为特异功能了。我们不少修道人就是喜欢神通，往往误以为耳朵能够看字，眼睛能够听声音，六根互用发神通了，才能听见无情说法。殊不知无情说法是无说而说，不是有个微细的声音，等你不用耳朵听、不用眼睛看时，才能听到的。眼处闻声不是特异功能，洞山禅师的“眼处闻声方得知”，是叫我们不要住在耳根上，而是要我们于无声可闻、妄念不起处、触景生情处，回光返照、心领神会这一念不生、了了分明的灵妙真心即是也。认识自己的本来面目，明白一切的一切都是真心的作用，都是真心的显现，那么，我们就能理解“无情就是有情，有情就是无情”了。山河大地、日月星辰、墙壁瓦砾等等就是我们自己哟！为什么呢？山河大地等不是在虚空当中吗？它能出虚空外吗？不出。我们真心和虚空一样，虚空有多大，我们的真心就有多大。真心遍虚空尽法界，十法界都在我心里，虚空的一切东西都在我心里，那么山河大地等也不出我心之外了。《左传》云：“普天之下，莫非王土；率土之滨，莫非王臣。”我是佛，它们也是</w:t>
      </w:r>
    </w:p>
    <w:p>
      <w:pPr>
        <w:spacing w:before="0" w:after="80" w:line="259" w:lineRule="auto"/>
        <w:ind w:firstLine="360"/>
      </w:pPr>
      <w:r>
        <w:rPr>
          <w:rFonts w:ascii="Noto Serif CJK SC" w:hAnsi="Noto Serif CJK SC" w:eastAsia="Noto Serif CJK SC"/>
        </w:rPr>
        <w:t>佛，都是佛！所以“无情就是有情，有情就是无情”再说，无情就是地水火风！如地球就是由地水火风四大组成，地球在转动，有自转、公转，动就是风；地球有地壳，地壳是坚硬的，是地大；地球表面、地下皆有水，是水大；地球核心部分是炽热的熔岩状物质，地表上常有火山爆发，这是火大。地水火风都具足，地球是地水火风四大种性合成。种性者，能生起东西的叫种，故四大种性能生起万物。我们的佛性具有地、水、火、风、空、根、识七大成分，故叫七大种性。世间一切事物，都是这七大种性生起，“有情无情同圆种智”。所以，无情就是有情，有情就是无情，无论有情无情都是我们自己。既然都是我们自己，还有什么有情无情之分呢？明白了这个道理，就知道桌子也是佛，椅子也是佛，砖头也是佛，瓦块也是佛，无一不是佛。一切有情无情都是佛啊！</w:t>
      </w:r>
    </w:p>
    <w:p>
      <w:pPr>
        <w:pStyle w:val="Heading3"/>
      </w:pPr>
      <w:r>
        <w:rPr>
          <w:rFonts w:ascii="Noto Serif CJK SC" w:hAnsi="Noto Serif CJK SC" w:eastAsia="Noto Serif CJK SC"/>
        </w:rPr>
        <w:t>10.6 恒河大手印（第六讲）</w:t>
      </w:r>
    </w:p>
    <w:p>
      <w:pPr>
        <w:spacing w:before="0" w:after="80" w:line="259" w:lineRule="auto"/>
        <w:ind w:firstLine="360"/>
      </w:pPr>
      <w:r>
        <w:rPr>
          <w:rFonts w:ascii="Noto Serif CJK SC" w:hAnsi="Noto Serif CJK SC" w:eastAsia="Noto Serif CJK SC"/>
        </w:rPr>
        <w:t>我们举公案讨论了无情就是有情，“有情无情同圆种智”，但是还有不少人仍不十分理解，因此，有必要再讲一讲有情无情为什么是一样的，在哪些地方是一样的，作如下总结。第一点：一切无情皆妙明真心之物，真心即佛心，所以无情即是有情。真心并非如我们妄心所想象那样，被无明遮住，缩在躯壳里那么一点大。当你做功</w:t>
      </w:r>
    </w:p>
    <w:p>
      <w:pPr>
        <w:spacing w:before="0" w:after="80" w:line="259" w:lineRule="auto"/>
        <w:ind w:firstLine="360"/>
      </w:pPr>
      <w:r>
        <w:rPr>
          <w:rFonts w:ascii="Noto Serif CJK SC" w:hAnsi="Noto Serif CJK SC" w:eastAsia="Noto Serif CJK SC"/>
        </w:rPr>
        <w:t>夫打开来之后，就发现它原来是尽虚空遍法界的，虚空有多大，真心就有多大。雪峰义存禅师讲：</w:t>
      </w:r>
    </w:p>
    <w:p>
      <w:pPr>
        <w:spacing w:before="0" w:after="80" w:line="259" w:lineRule="auto"/>
        <w:ind w:firstLine="360"/>
      </w:pPr>
      <w:r>
        <w:rPr>
          <w:rFonts w:ascii="Noto Serif CJK SC" w:hAnsi="Noto Serif CJK SC" w:eastAsia="Noto Serif CJK SC"/>
        </w:rPr>
        <w:t>“真心</w:t>
      </w:r>
    </w:p>
    <w:p>
      <w:pPr>
        <w:spacing w:before="0" w:after="80" w:line="259" w:lineRule="auto"/>
        <w:ind w:firstLine="360"/>
      </w:pPr>
      <w:r>
        <w:rPr>
          <w:rFonts w:ascii="Noto Serif CJK SC" w:hAnsi="Noto Serif CJK SC" w:eastAsia="Noto Serif CJK SC"/>
        </w:rPr>
        <w:t>与古镜相似，虚空有多宽、多大，古镜就有多宽、多大。”为什么说似古镜呢？古镜之意指非今世才有，比作我们的真心是无始以来就有的。又为什么比作镜子呢？因为镜子能照万物，万象森罗能在镜中显现，我们的真心也是这样，朗照大千，量周沙界无所障碍的。沙界者，即无量无边的世界，多得如恒河沙一样不可数。虚空中世界多得很，现在科学证明有外星人，如太阳一样的恒星也不止一个。科学越昌明，则越能证明我佛所说的话是真实不虚的。我们真心如虚空一样，所有的世界都在我们心中；世界在我们心中，无情不是在我们心中吗？如我们造的房子是无情，它在地球上，地球在虚空中，那么房子不是也在虚空中</w:t>
      </w:r>
    </w:p>
    <w:p>
      <w:pPr>
        <w:spacing w:before="0" w:after="80" w:line="259" w:lineRule="auto"/>
        <w:ind w:firstLine="360"/>
      </w:pPr>
      <w:r>
        <w:rPr>
          <w:rFonts w:ascii="Noto Serif CJK SC" w:hAnsi="Noto Serif CJK SC" w:eastAsia="Noto Serif CJK SC"/>
        </w:rPr>
        <w:t>吗？所以，一切无情就在我心中啊！由于在我们的心</w:t>
      </w:r>
    </w:p>
    <w:p>
      <w:pPr>
        <w:spacing w:before="0" w:after="80" w:line="259" w:lineRule="auto"/>
        <w:ind w:firstLine="360"/>
      </w:pPr>
      <w:r>
        <w:rPr>
          <w:rFonts w:ascii="Noto Serif CJK SC" w:hAnsi="Noto Serif CJK SC" w:eastAsia="Noto Serif CJK SC"/>
        </w:rPr>
        <w:t>中之故，因此说我们真心神具万物。万物在我真心中，真心即佛心，万物不是佛是什么？故说无情有情无有分别。为何要弄明白这道理？因为明白了无情即有情，心量就广大，能容万物，而不再着相搏取了，这样做功夫才容易进步，是故我们对无情就是有情要有正确清爽的认识，这是第一点。第二点：一切无情无非是四大组成，而四大是真</w:t>
      </w:r>
    </w:p>
    <w:p>
      <w:pPr>
        <w:spacing w:before="0" w:after="80" w:line="259" w:lineRule="auto"/>
        <w:ind w:firstLine="360"/>
      </w:pPr>
      <w:r>
        <w:rPr>
          <w:rFonts w:ascii="Noto Serif CJK SC" w:hAnsi="Noto Serif CJK SC" w:eastAsia="Noto Serif CJK SC"/>
        </w:rPr>
        <w:t>心的元素种子。比如地球是无情，也是由地、水、火、风四大组成；大树也一样，由四大组成，也是无情，它们都没有情爱。地球运动有自转公转不是风大吗？地壳是硬的，这不是地大吗？地面上有海洋，地下有地下水，这不是水大吗？地心里有火，象火山爆发，火就出来了，这不是火大吗？所以都是地、水、火、风。树也是如此，树摇摆不停不是风大吗？树干是地大，你把树皮剥去，水就出来了，就是水大，树本身有火性，可以燃烧，不是火大吗？所以都是四大所成。而地、水、火、风四大是我们佛性的基本元素，是四大种性。种性是能生起东西来的种子，如稻种、麦种，稻种种下去长出稻子，麦种种下去长出麦子，所以种子即能生能长之意。因此我们的佛性是万能体，一切东西都是它创造，一切东西都是它发明，一切东西都是它显现，所以一切东西都是我们的佛性啊！不要认为它们是身外之物，都是我们自己啊！第三点：无情是谁发现的呢？是谁作成的呢？若离开我们的佛性就不能发现，譬如这里有一棵树，树上有一朵花，我们不去看它，谁能知这树上有花。那么是谁看见花呢？是不是眼睛？不是眼睛。现代科学家也明白看见东西不是眼睛，而是大脑的作用，因为假如大脑不运动，眼睛就不能起作用，就看不见东西，</w:t>
      </w:r>
    </w:p>
    <w:p>
      <w:pPr>
        <w:spacing w:before="0" w:after="80" w:line="259" w:lineRule="auto"/>
        <w:ind w:firstLine="360"/>
      </w:pPr>
      <w:r>
        <w:rPr>
          <w:rFonts w:ascii="Noto Serif CJK SC" w:hAnsi="Noto Serif CJK SC" w:eastAsia="Noto Serif CJK SC"/>
        </w:rPr>
        <w:t>但是科学家只知道大脑能使六根起作用，而不能进一步知道大脑自己也不能起作用。因为大脑神经只如电网，要起作用还需输进能量（电）假如没有能量（电）输进去，大脑就没有动力，就不能起作用。就象电灯，电能不来它就不能亮一样。能量是什么呢？能量就是我们的佛性，佛性离去，大脑虽在却不能起作用，所以我们的一言一行、一举一动都是佛性的妙用，离开了佛性我们就不能起作用了。因此，我们眼能看见无情，是佛性显现，而无情也是佛性成就的。为什么呢？比如我们起个思想：这花怎么种，怎么来培育呢？于是钻研栽花的技术，小心栽培，花就开得茂盛了，这不是我们佛性的作用是什么？假如一个人，佛性离开了，他身体就象石头一样，还会动脑筋？手脚还能动吗？还能培育花朵吗？房子是谁造成功的？是人造的。工程师、工匠、泥水匠离开佛性，他们大脑还能运转，手脚还能动弹设计图纸建造房子吗？所以一切无情也是我们佛性显现的，是佛性造成功的。因此之故，离开佛性就没有一切无情。无情离开了佛性，还会有吗？绝对没有了。因此，无情就是有情，也就是佛性。这些无情就象镜子所现的影子一样，镜子就象我们的真心佛性。我们的真心佛性是大圆镜智，它朗照十方无有障碍，十方世界无所不显、无所不见。镜</w:t>
      </w:r>
    </w:p>
    <w:p>
      <w:pPr>
        <w:spacing w:before="0" w:after="80" w:line="259" w:lineRule="auto"/>
        <w:ind w:firstLine="360"/>
      </w:pPr>
      <w:r>
        <w:rPr>
          <w:rFonts w:ascii="Noto Serif CJK SC" w:hAnsi="Noto Serif CJK SC" w:eastAsia="Noto Serif CJK SC"/>
        </w:rPr>
        <w:t>子照物只是比仿而已，不足以形容大圆镜智。看到面前这些东西或者眼前所发的光，这就是大圆镜智吗？不是不是，还差得远呢！镜子能现影子，心镜能照万相，影不能离镜。影子能离开镜子吗？离开镜子，影子就没有了。影子离不开镜子，相离不开心；离开了心，相就无处显现了；没有影子，就不成镜子，同样，离开相也无从显现真心。真心无相可见，必由事相来显。因此真心能够成就万物，反过来万物显现真心，心、相就是这么微妙。因此之故，心就是相，相就是心，影子就是镜子，镜子就是影子，所以无情就是有情，这是第三点。第四点：无情本来就是佛性，只为无明不觉之故，妄认四大少分为我身，遗弃了绝大部分四大以为是身外之物，判为无情，故有有情无情的妄想分别。从以上所析的实例来看，一切无情本来是佛性所显现，众生只是因为无明之故，不知不觉地取少分四大（地、水、火、风）为自己色身，将百分之九十几的四大（地、水、火、风）遗弃在外面了，认为是身外之物，于是就分别这是有情，那是无情，其实一切都是自己，这是无明之咎啊！所以，我们如果用功得力，把无明打破了，就能体会到这山河大地，草木丛林无一不是我们自己。以我为主，你们及周围一切都是我心中的影</w:t>
      </w:r>
    </w:p>
    <w:p>
      <w:pPr>
        <w:spacing w:before="0" w:after="80" w:line="259" w:lineRule="auto"/>
        <w:ind w:firstLine="360"/>
      </w:pPr>
      <w:r>
        <w:rPr>
          <w:rFonts w:ascii="Noto Serif CJK SC" w:hAnsi="Noto Serif CJK SC" w:eastAsia="Noto Serif CJK SC"/>
        </w:rPr>
        <w:t>子；以你们为主，这一切都是你们心中的影子。有句话说得好：众生各具法界全体。什么是法界全体呢？法界就是一真法界，也就是真心。一切都具足，不缺少一丝半点就叫全体。全什么呢？全众生各具，众生不妨各具。你是你、我是我、他是他，张三是张三、李四是李四，各具什么呢？各具法界全体，就是每个人都有真心，不缺一分一毫。比如说你镜中有我，我镜中有你，互摄不碍；又比如房间有不少盏电灯，这盏灯的光与那盏灯的光，光光相融，光光相摄，互不相拒。由此可知，无情有情是一体，只因我们无明不觉，而妄生分别罢了。无明打破了，就能真正体认真心的妙用，就不会将无情视为外物了。第五点：无情是土、木、金、石，若我们用功用得不好，把妄念压死了，那就变成无情了，变成土木金石了，土木金石是我们十二类生当中的一种（《金刚经》说十类生，《楞严经》说十二类生）。有人说六道轮回都是有情，跟无情毫不相干。其实你用功不好，或做外道功夫，压死了，也会化成土木金石，变成无情的。所以，这样看来有情岂不是无情吗？所以，明白山河大地、男女老少、有情无情都是我们佛性的显现，都是我们自己这个道理之后，做功夫要空灵无住，不擒不纵。不擒，即妄念来了不是压</w:t>
      </w:r>
    </w:p>
    <w:p>
      <w:pPr>
        <w:spacing w:before="0" w:after="80" w:line="259" w:lineRule="auto"/>
        <w:ind w:firstLine="360"/>
      </w:pPr>
      <w:r>
        <w:rPr>
          <w:rFonts w:ascii="Noto Serif CJK SC" w:hAnsi="Noto Serif CJK SC" w:eastAsia="Noto Serif CJK SC"/>
        </w:rPr>
        <w:t>住它不许动，而成土木金石；不纵，即不放任妄念让它瞎起，而流浪生死。对于妄念既不压也不随，让你来，我不睬你。妄念不是没有，而是有的。历劫多生形成的妄念，你想一做功夫妄念就没有了？谈何容易，做不到的。所以，我们做功夫先断粗妄，粗妄即是我们对境生心而产生的妄想。如何息掉粗妄？即我</w:t>
      </w:r>
    </w:p>
    <w:p>
      <w:pPr>
        <w:spacing w:before="0" w:after="80" w:line="259" w:lineRule="auto"/>
        <w:ind w:firstLine="360"/>
      </w:pPr>
      <w:r>
        <w:rPr>
          <w:rFonts w:ascii="Noto Serif CJK SC" w:hAnsi="Noto Serif CJK SC" w:eastAsia="Noto Serif CJK SC"/>
        </w:rPr>
        <w:t>们要晓得境界不可得，都是自性显现的影子，我真心</w:t>
      </w:r>
    </w:p>
    <w:p>
      <w:pPr>
        <w:spacing w:before="0" w:after="80" w:line="259" w:lineRule="auto"/>
        <w:ind w:firstLine="360"/>
      </w:pPr>
      <w:r>
        <w:rPr>
          <w:rFonts w:ascii="Noto Serif CJK SC" w:hAnsi="Noto Serif CJK SC" w:eastAsia="Noto Serif CJK SC"/>
        </w:rPr>
        <w:t>是镜子，其他那些都是影子，要抓镜子，不要抓影子。不着影相，真心不动，妄念就不起了，粗妄就息了。若粗妄不息，你在那里打坐是白坐。比如打坐时，想到我的儿子如何如何，女儿怎样，就坐不好了。若再浮想联翩我的钞票怎样花，该买什么东西，那里的东西好便宜，某某人好某某人坏等等，这样你还能坐得好吗？就坐不好了。粗妄要息掉，心中的影子不去管他，镜子中的影子是拿不到的。可能有人说：镜中的影子拿不到，但是现出来的东西我拿得到，你看这笔我拿到了。唉！你是在做梦，那是梦境啊！在梦中的东西也的确像拿</w:t>
      </w:r>
    </w:p>
    <w:p>
      <w:pPr>
        <w:spacing w:before="0" w:after="80" w:line="259" w:lineRule="auto"/>
        <w:ind w:firstLine="360"/>
      </w:pPr>
      <w:r>
        <w:rPr>
          <w:rFonts w:ascii="Noto Serif CJK SC" w:hAnsi="Noto Serif CJK SC" w:eastAsia="Noto Serif CJK SC"/>
        </w:rPr>
        <w:t>到，好吃的东西也吃到了，跟好朋友谈得很开心，见</w:t>
      </w:r>
    </w:p>
    <w:p>
      <w:pPr>
        <w:spacing w:before="0" w:after="80" w:line="259" w:lineRule="auto"/>
        <w:ind w:firstLine="360"/>
      </w:pPr>
      <w:r>
        <w:rPr>
          <w:rFonts w:ascii="Noto Serif CJK SC" w:hAnsi="Noto Serif CJK SC" w:eastAsia="Noto Serif CJK SC"/>
        </w:rPr>
        <w:t>到冤家对头很惊慌害怕，但梦醒之后，什么都没有。我们现在就是梦境，你不要着相，所有的一切都拿不到。一息不来时，什么也带不走，与其将来不得不放</w:t>
      </w:r>
    </w:p>
    <w:p>
      <w:pPr>
        <w:spacing w:before="0" w:after="80" w:line="259" w:lineRule="auto"/>
        <w:ind w:firstLine="360"/>
      </w:pPr>
      <w:r>
        <w:rPr>
          <w:rFonts w:ascii="Noto Serif CJK SC" w:hAnsi="Noto Serif CJK SC" w:eastAsia="Noto Serif CJK SC"/>
        </w:rPr>
        <w:t>下，何不趁早放下而省却几分心力呢？你想醒过来（觉悟），就要做功夫了。念佛的人与持咒的人，须专心系念，把妄念斩断了，将身心世界齐消殒、都化空，只有了了的真心现前，那时如睡觉做梦醒过来一样，梦中的所见所得的一切都空了、都没有了，还有什么东西可拿吗？所以现在的相都是影子，不能去求啊！因此，现在有必要跟你们讲清楚，让你们明白有情就是无情之理，不要去妄想分别了，放下来、放下来。无情就是有情，有情就是无情，还着什么相？倘若真的死心踏地，用功上座时就容易入定。粗妄断了，细妄还要来侵犯，不要怕它，也不要压它，只置之不理，妄想断处，真心就显现了。“生灭灭已，寂灭现前”，这就是涅槃。不生不灭是涅槃，生生灭灭是妄心，妄想妄情都灭光了，这不生不灭的佛性就显现了。修法坐不好是什么缘故呢？这要自我反省了，我们的心还粘在什么地方？为什么还要粘着它？赶快放下来呀！一切都是我们心中的影子，你还粘着它干吗？不可得啊，是假的、是空的，放掉！你果真一放，念佛也好，持咒也好，就能所双亡，根尘脱落，自然佛性显现开悟了。见性不见性，不要问人，自己体味。开悟的至味犹如哑子作梦，无法向人诉说，但心中明白。</w:t>
      </w:r>
    </w:p>
    <w:p>
      <w:pPr>
        <w:spacing w:before="0" w:after="80" w:line="259" w:lineRule="auto"/>
        <w:ind w:firstLine="360"/>
      </w:pPr>
      <w:r>
        <w:rPr>
          <w:rFonts w:ascii="Noto Serif CJK SC" w:hAnsi="Noto Serif CJK SC" w:eastAsia="Noto Serif CJK SC"/>
        </w:rPr>
        <w:t>我再三地讲述有相无相的问题，力求把它讲清讲</w:t>
      </w:r>
    </w:p>
    <w:p>
      <w:pPr>
        <w:spacing w:before="0" w:after="80" w:line="259" w:lineRule="auto"/>
        <w:ind w:firstLine="360"/>
      </w:pPr>
      <w:r>
        <w:rPr>
          <w:rFonts w:ascii="Noto Serif CJK SC" w:hAnsi="Noto Serif CJK SC" w:eastAsia="Noto Serif CJK SC"/>
        </w:rPr>
        <w:t>透，目的是要大家见地正，也即是大手印首立见宗的要义。以知见为宗者，佛法之中心也。知见正，识得佛性是什么，才容易下手作功夫；不认识佛性，不免盲修瞎炼，因此，大手印不是有个手印与咒叫我们修，而是先讲见宗，矫正知见，认识佛性是什么。综上之所讨论，我想大家已经弄清了无情为什么就是有情，一切无情为什么就是佛，“有情无情同圆种智”这些问题。真正理解明白了“有情无情同圆种智”，那么，如果有人问你：如何是佛，就不致目瞪口呆，不知所措，只随便举一样东西就行了。天上地下、日上月下、窗里窗外，花明柳暗等等，这些无情都是佛啊！信手拈来，皆成妙谛，多少便当。上面讲了无情说法，无情怎么说法？我们讲了一层道理，就是有言可说的法、有声可闻的法，都不是正法。正法是无说的，“言语道断，心行路绝”，即言语说不到，思想想不着，有言有说的法都不是正法。我们虽然听不见无情说法，但它正说法，大音希声之故。无说真说，无闻真闻，听到声音那不是正法，所以说“若将耳听终难会，眼处闻声方得知”。你可能心里有疑问：听不到声音，怎么说是无情在说法呢？因为真正的妙玄奥意是无法表说的，只有意会、神知。</w:t>
      </w:r>
    </w:p>
    <w:p>
      <w:pPr>
        <w:spacing w:before="0" w:after="80" w:line="259" w:lineRule="auto"/>
        <w:ind w:firstLine="360"/>
      </w:pPr>
      <w:r>
        <w:rPr>
          <w:rFonts w:ascii="Noto Serif CJK SC" w:hAnsi="Noto Serif CJK SC" w:eastAsia="Noto Serif CJK SC"/>
        </w:rPr>
        <w:t>若住在言说上，就会不到真义了，故云“若将耳听终难会”，不要住在声音上啊！妙意是听不到的，“眼处闻声方得知”</w:t>
      </w:r>
    </w:p>
    <w:p>
      <w:pPr>
        <w:spacing w:before="0" w:after="80" w:line="259" w:lineRule="auto"/>
        <w:ind w:firstLine="360"/>
      </w:pPr>
      <w:r>
        <w:rPr>
          <w:rFonts w:ascii="Noto Serif CJK SC" w:hAnsi="Noto Serif CJK SC" w:eastAsia="Noto Serif CJK SC"/>
        </w:rPr>
        <w:t>。为什么？这无情说法是触景生情，心</w:t>
      </w:r>
    </w:p>
    <w:p>
      <w:pPr>
        <w:spacing w:before="0" w:after="80" w:line="259" w:lineRule="auto"/>
        <w:ind w:firstLine="360"/>
      </w:pPr>
      <w:r>
        <w:rPr>
          <w:rFonts w:ascii="Noto Serif CJK SC" w:hAnsi="Noto Serif CJK SC" w:eastAsia="Noto Serif CJK SC"/>
        </w:rPr>
        <w:t>领神会，无闻而闻的一种心开意解的微妙神境。做功夫参究到无说、无闻，妄念不起处，就能触景生情，</w:t>
      </w:r>
    </w:p>
    <w:p>
      <w:pPr>
        <w:spacing w:before="0" w:after="80" w:line="259" w:lineRule="auto"/>
        <w:ind w:firstLine="360"/>
      </w:pPr>
      <w:r>
        <w:rPr>
          <w:rFonts w:ascii="Noto Serif CJK SC" w:hAnsi="Noto Serif CJK SC" w:eastAsia="Noto Serif CJK SC"/>
        </w:rPr>
        <w:t>领会个中奥义。正如洞山问他的两位师父：无情说法</w:t>
      </w:r>
    </w:p>
    <w:p>
      <w:pPr>
        <w:spacing w:before="0" w:after="80" w:line="259" w:lineRule="auto"/>
        <w:ind w:firstLine="360"/>
      </w:pPr>
      <w:r>
        <w:rPr>
          <w:rFonts w:ascii="Noto Serif CJK SC" w:hAnsi="Noto Serif CJK SC" w:eastAsia="Noto Serif CJK SC"/>
        </w:rPr>
        <w:t>你能听到吗？两个师父所答一样：我若闻，你就不闻我说法了。意思是真正的闻是无闻，假若能听到，我就着相了；我着相了，就没有说法的资格，就不能给你说法了。上次就讲了这层意思，我们还可以再补充。诸佛的正法身是无说无闻的，报化身不是真佛，是有说有闻，所以“报化非真佛，亦非说法者”，有说有闻，着在言说上还行吗？正如刚讲的。假如我有闻，我就同于诸佛了，我就是诸佛了，诸佛正法身是无说的，那我就不能在这里说法了；我若能说法，那就不同于诸佛了，这又是一层意思。我们凡夫时时刻刻都在着相，眼睛看见什么东西，耳朵听到什么声音，便还以己之见分别好坏美丑；真正见性的人，在一切声色当中，尽管见无所见，尽管闻无所闻。假如一住声尘，一住色相，那就变成为凡夫了。所以说我若闻就不能给你说法了。我若听见就着相了，着相了还有资格给你说法吗？就不能了。下面我再把祖师言语中暗</w:t>
      </w:r>
    </w:p>
    <w:p>
      <w:pPr>
        <w:spacing w:before="0" w:after="80" w:line="259" w:lineRule="auto"/>
        <w:ind w:firstLine="360"/>
      </w:pPr>
      <w:r>
        <w:rPr>
          <w:rFonts w:ascii="Noto Serif CJK SC" w:hAnsi="Noto Serif CJK SC" w:eastAsia="Noto Serif CJK SC"/>
        </w:rPr>
        <w:t>含的几点意思归纳一下：第一点，我若闻，就着声尘，有所住着，能所相对，法见未除，即非道人，就没有资格说法了。第二点，我若闻，即同无情，无情以不说为正说，非有言说，你便听不见我说法了。第三点，我若闻，即齐诸圣，而诸圣的报化非真，亦非说法者，诸圣正法身是无说无闻的，我今为你说，只是方便接引而已。</w:t>
      </w:r>
    </w:p>
    <w:p>
      <w:pPr>
        <w:spacing w:before="0" w:after="80" w:line="259" w:lineRule="auto"/>
        <w:ind w:firstLine="360"/>
      </w:pPr>
      <w:r>
        <w:rPr>
          <w:rFonts w:ascii="Noto Serif CJK SC" w:hAnsi="Noto Serif CJK SC" w:eastAsia="Noto Serif CJK SC"/>
        </w:rPr>
        <w:t>三、曹洞五位君臣</w:t>
      </w:r>
    </w:p>
    <w:p>
      <w:pPr>
        <w:spacing w:before="0" w:after="80" w:line="259" w:lineRule="auto"/>
        <w:ind w:firstLine="360"/>
      </w:pPr>
      <w:r>
        <w:rPr>
          <w:rFonts w:ascii="Noto Serif CJK SC" w:hAnsi="Noto Serif CJK SC" w:eastAsia="Noto Serif CJK SC"/>
        </w:rPr>
        <w:t>我们讲这些道理就是让诸位明白，色声都不可得，时时空净其心，保养真心。不保养真心是成不了道的。要保养真心，首先要知见正，见到真心本性。</w:t>
      </w:r>
    </w:p>
    <w:p>
      <w:pPr>
        <w:spacing w:before="0" w:after="80" w:line="259" w:lineRule="auto"/>
        <w:ind w:firstLine="360"/>
      </w:pPr>
      <w:r>
        <w:rPr>
          <w:rFonts w:ascii="Noto Serif CJK SC" w:hAnsi="Noto Serif CJK SC" w:eastAsia="Noto Serif CJK SC"/>
        </w:rPr>
        <w:t>为什么要这样呢？我们可以用禅宗来印证。有人要</w:t>
      </w:r>
    </w:p>
    <w:p>
      <w:pPr>
        <w:spacing w:before="0" w:after="80" w:line="259" w:lineRule="auto"/>
        <w:ind w:firstLine="360"/>
      </w:pPr>
      <w:r>
        <w:rPr>
          <w:rFonts w:ascii="Noto Serif CJK SC" w:hAnsi="Noto Serif CJK SC" w:eastAsia="Noto Serif CJK SC"/>
        </w:rPr>
        <w:t>问：我们讲的恒河大手印是密宗，怎么用《五灯会元》的禅宗公案来印证呀？因为密宗讲的道理和禅宗、净土宗完全一样，无二无别。大凡佛法所有的宗派，名相虽有不同，而至理俱是一样，故净就是密，密就是禅，禅就是净，都是佛所说的成道之法，只是用的工具不同而已，证得的道果无有二致。恒河大手印是密宗最上乘的密法，与禅宗太相近了，所以必要用禅宗的道理来印证。禅宗五家中的曹洞宗所说和密宗最相应。曹洞宗讲五位君臣，讲五个位置，让我们由凡夫知见而开佛知见。开佛知见，就是见道位，进一步是修道位，修道位之后，就是证道位，证成功佛果。五个位置有三个渐次——见道位、修道位、证道位，和大手印所说一样，大手印首先也是见道位。曹洞宗是怎样来见道的呢？它讲正位偏位，正位表示体、空、理，偏位表示用、色、事。第一个位置：“正中偏。三更初夜月明前，莫怪</w:t>
      </w:r>
    </w:p>
    <w:p>
      <w:pPr>
        <w:spacing w:before="0" w:after="80" w:line="259" w:lineRule="auto"/>
        <w:ind w:firstLine="360"/>
      </w:pPr>
      <w:r>
        <w:rPr>
          <w:rFonts w:ascii="Noto Serif CJK SC" w:hAnsi="Noto Serif CJK SC" w:eastAsia="Noto Serif CJK SC"/>
        </w:rPr>
        <w:t>相逢不相识，隐隐犹怀旧日嫌。”——此为凡夫位。凡夫就象“三更初夜月明前”那无月亮之夜晚，一片漆黑。何故？因他不知佛性为何物，只认取外面的色相，被无明遮盖，其心一片漆黑。“莫怪相逢不相识”我们大家时时刻刻都在佛性当中，与佛性时时相见，就是不认识。我们大家在饮食起居日用当中，不是佛性起作用我们怎能动弹？比如早晨起来洗脸、刷牙、上街、买菜、上班、工作，这是谁在做啊？这是谁呀？我们不妨象禅宗问“念佛是谁”那样问一问自己。你们说不是本性是谁？既是本性，为何相逢不相识？不要埋怨本性难识，其实是我们着相、无明、无智慧的缘故啊！无明者黑夜也，漫漫长夜里，相逢如何能相识？！“隐隐犹怀旧日嫌”，隐隐，即不明显。平时执着的习气隐隐在那里作怪，只顾往外面贪取、追求、执着，不愿回光返照，看看能动的是谁，能起作用的是谁。如能回光返照：这是谁呀？那就认识了。所以，正中偏，就是说我们本来就在理体、佛性的正位上，但是不知不觉，因此便落在偏位，在偏位上着事相。正位是理体，偏位是色相，正位是空，偏位是有。空有、理事、体相，都是相对的，是正中有偏，着在偏位上。禅宗的五大宗派，接人方法不同，曹洞宗讲的道理容易明白。这是第一个位置——凡夫位，不认识</w:t>
      </w:r>
    </w:p>
    <w:p>
      <w:pPr>
        <w:spacing w:before="0" w:after="80" w:line="259" w:lineRule="auto"/>
        <w:ind w:firstLine="360"/>
      </w:pPr>
      <w:r>
        <w:rPr>
          <w:rFonts w:ascii="Noto Serif CJK SC" w:hAnsi="Noto Serif CJK SC" w:eastAsia="Noto Serif CJK SC"/>
        </w:rPr>
        <w:t>佛性。第二个位置：“偏中正。失晓老婆逢古镜，分明觌面别无真，休更迷头犹认影。”——见道位。此是偏位的日用当中现理体了，即在穿衣吃饭当中时时刻刻体会到这是我的佛性在作用，见道了，即见道位。</w:t>
      </w:r>
    </w:p>
    <w:p>
      <w:pPr>
        <w:spacing w:before="0" w:after="80" w:line="259" w:lineRule="auto"/>
        <w:ind w:firstLine="360"/>
      </w:pPr>
      <w:r>
        <w:rPr>
          <w:rFonts w:ascii="Noto Serif CJK SC" w:hAnsi="Noto Serif CJK SC" w:eastAsia="Noto Serif CJK SC"/>
        </w:rPr>
        <w:t>前面讲一片漆黑，现在明亮了，失晓即破晓了，天要</w:t>
      </w:r>
    </w:p>
    <w:p>
      <w:pPr>
        <w:spacing w:before="0" w:after="80" w:line="259" w:lineRule="auto"/>
        <w:ind w:firstLine="360"/>
      </w:pPr>
      <w:r>
        <w:rPr>
          <w:rFonts w:ascii="Noto Serif CJK SC" w:hAnsi="Noto Serif CJK SC" w:eastAsia="Noto Serif CJK SC"/>
        </w:rPr>
        <w:t>亮了，日光显现。老婆他说得很妙，老婆婆何意也？老婆者白发也，天快亮了，故显白了。逢古镜，照镜也，镜子是亮光的，比喻有光明。老婆逢古镜，天破晓了，光明显现了，用功的人用到这晨光，见到自己的本性了，所以说“失晓老婆逢古镜”“分明觌面别无真”，镜子中影子显现出来了。分明，清清楚楚，觌面，面对面。你和镜子里的影子面对面相见，镜子里现的影子就是你，你就是镜子，除这影子之外，还另有真的吗？除了这影子之外就再没有了，所以说“分明觌面别无真”。如灵云开门见一片盛开的桃花，豁然大悟，噢——！不是我的性显现这个相，是谁显现呢？离开我的性哪里能见到这桃花呢？反过来，离开桃花这影子，又哪里能显现我的性镜呢？所以，他回光一瞥，识得这分明觌面别无真的，见到本性了！又如洞山祖师也是在过河时看见自己的影子而开悟的。当时他曾问有关无情说法，师父对他讲了，虽有</w:t>
      </w:r>
    </w:p>
    <w:p>
      <w:pPr>
        <w:spacing w:before="0" w:after="80" w:line="259" w:lineRule="auto"/>
        <w:ind w:firstLine="360"/>
      </w:pPr>
      <w:r>
        <w:rPr>
          <w:rFonts w:ascii="Noto Serif CJK SC" w:hAnsi="Noto Serif CJK SC" w:eastAsia="Noto Serif CJK SC"/>
        </w:rPr>
        <w:t>醒悟，但并未彻底明白，还是有些怀疑。有一天，他要过河，低下头来卷裤脚，看见水中有自己的影子显现，“噢——！”才豁然大悟，并做偈曰：“切忌从他觅，迢迢与我疏；我今独自往，处处得闻渠；渠今正是我；我今不是渠；应须恁么会，方得契如如。”这个偈子是什么意思？“切忌从他觅”，我们修法学道不要向外驰求，不要向别人去求，要自己悟出来才是真实的。比如我们念佛的人念阿弥陀佛，祈求西方极乐世界的阿弥陀佛：来拉我，来拉我。这就是从他觅，那就不对了，所以莲池大师说念佛是“声声唤醒主人公。”念佛是把我们自己的主人公唤醒，不要昏迷，不要睡着，不要着相了，要清醒啊！万象都是心中的影子，不要着相啊！我们的知觉性，就是佛性，就是</w:t>
      </w:r>
    </w:p>
    <w:p>
      <w:pPr>
        <w:spacing w:before="0" w:after="80" w:line="259" w:lineRule="auto"/>
        <w:ind w:firstLine="360"/>
      </w:pPr>
      <w:r>
        <w:rPr>
          <w:rFonts w:ascii="Noto Serif CJK SC" w:hAnsi="Noto Serif CJK SC" w:eastAsia="Noto Serif CJK SC"/>
        </w:rPr>
        <w:t>阿弥陀佛啊！你从他觅，就是向外取。向外祈求，要</w:t>
      </w:r>
    </w:p>
    <w:p>
      <w:pPr>
        <w:spacing w:before="0" w:after="80" w:line="259" w:lineRule="auto"/>
        <w:ind w:firstLine="360"/>
      </w:pPr>
      <w:r>
        <w:rPr>
          <w:rFonts w:ascii="Noto Serif CJK SC" w:hAnsi="Noto Serif CJK SC" w:eastAsia="Noto Serif CJK SC"/>
        </w:rPr>
        <w:t>阿弥陀佛来拉你，那就错误了。阿弥陀佛是兴无缘大慈的，无人不接，无人不救的，但不是拉你，而是放</w:t>
      </w:r>
    </w:p>
    <w:p>
      <w:pPr>
        <w:spacing w:before="0" w:after="80" w:line="259" w:lineRule="auto"/>
        <w:ind w:firstLine="360"/>
      </w:pPr>
      <w:r>
        <w:rPr>
          <w:rFonts w:ascii="Noto Serif CJK SC" w:hAnsi="Noto Serif CJK SC" w:eastAsia="Noto Serif CJK SC"/>
        </w:rPr>
        <w:t>光照你，放光接引你，你到那光明中就行了，你想要</w:t>
      </w:r>
    </w:p>
    <w:p>
      <w:pPr>
        <w:spacing w:before="0" w:after="80" w:line="259" w:lineRule="auto"/>
        <w:ind w:firstLine="360"/>
      </w:pPr>
      <w:r>
        <w:rPr>
          <w:rFonts w:ascii="Noto Serif CJK SC" w:hAnsi="Noto Serif CJK SC" w:eastAsia="Noto Serif CJK SC"/>
        </w:rPr>
        <w:t>阿弥陀佛来拉你，那是不行的。所以永明寿禅师说：“行人净业成熟，心地清净，与佛相应，方见佛现前，接引生西。佛虽现前，实无来去。如月在天，千江万水，一时俱现，而月实无分。心犹水也，如心不净，犹水混浊，而不现影。故心颠倒混乱者，佛虽放光接</w:t>
      </w:r>
    </w:p>
    <w:p>
      <w:pPr>
        <w:spacing w:before="0" w:after="80" w:line="259" w:lineRule="auto"/>
        <w:ind w:firstLine="360"/>
      </w:pPr>
      <w:r>
        <w:rPr>
          <w:rFonts w:ascii="Noto Serif CJK SC" w:hAnsi="Noto Serif CJK SC" w:eastAsia="Noto Serif CJK SC"/>
        </w:rPr>
        <w:t>引，犹生盲不能见日。”佛等于是天上的月亮，我们念佛的心就是水，水若清净，月亮影子就显现在水中，你心中就现佛像了；念佛的心不清净，月亮虽一样照着你，但是你的心是混浊的污水，那月亮的影子就现不出来了，阿弥陀佛不见了。所以“切忌从他觅”啊！</w:t>
      </w:r>
    </w:p>
    <w:p>
      <w:pPr>
        <w:spacing w:before="0" w:after="80" w:line="259" w:lineRule="auto"/>
        <w:ind w:firstLine="360"/>
      </w:pPr>
      <w:r>
        <w:rPr>
          <w:rFonts w:ascii="Noto Serif CJK SC" w:hAnsi="Noto Serif CJK SC" w:eastAsia="Noto Serif CJK SC"/>
        </w:rPr>
        <w:t>倘若你向外找、向外求，则“迢迢与我疏”了。从心</w:t>
      </w:r>
    </w:p>
    <w:p>
      <w:pPr>
        <w:spacing w:before="0" w:after="80" w:line="259" w:lineRule="auto"/>
        <w:ind w:firstLine="360"/>
      </w:pPr>
      <w:r>
        <w:rPr>
          <w:rFonts w:ascii="Noto Serif CJK SC" w:hAnsi="Noto Serif CJK SC" w:eastAsia="Noto Serif CJK SC"/>
        </w:rPr>
        <w:t>外去找，就与佛性相去十万八千里了。佛性不在别处，在你面门放光呢！看东西的是谁？听声音的是谁？闻到香臭的是谁？说话的是谁？动作的是谁？这不是我的佛性是什么？你为什么从他觅？“我今独自往”现在我无论何时何地，对外面的东西都不取不舍了，都是“独自”的，绝对的，都不见有对偶、不见有相对。绝对真心是“独自”的，绝对的，无一物的，没有相对的。如梁武帝问：“如何是圣谛第一义？”达摩祖师答：“廓然无圣。”梁武帝又问：“对朕者谁？”祖师答：“不识”。为什么不识？相对的是你认识我，我认识你；我就一个人——绝对真心。是绝对的，谁认识谁呀？绝对真心，说识与不识，都是两头话。若能这样，那就“处处得逢渠”，就时时处处都能显现这个绝对的真心，处处时时都能见到真如自性了。“渠今正是我”渠就是影子。山河大地、日月星辰等等，一切事物无不是我的影子，统统都是我的显现。但“我</w:t>
      </w:r>
    </w:p>
    <w:p>
      <w:pPr>
        <w:spacing w:before="0" w:after="80" w:line="259" w:lineRule="auto"/>
        <w:ind w:firstLine="360"/>
      </w:pPr>
      <w:r>
        <w:rPr>
          <w:rFonts w:ascii="Noto Serif CJK SC" w:hAnsi="Noto Serif CJK SC" w:eastAsia="Noto Serif CJK SC"/>
        </w:rPr>
        <w:t>今不是渠”，我这法身是无相的，虽然影子都是我的显现，但我不是影子。也就是说，虽然这一切相无不都是我，但我不是一切相，因为法身是无相的。你就是把一切相统统都拿走，因其皆不是我，也于我无损。因此，不要着在相上，一切相皆不可得，一法不立才对。“应须恁么会，方得契如如。”修道人应该这样子去领会，真心才能够常住，才能够与如如不动相契，而不为任何境物所左右。任何地方都离不开我的真心，如影随形，所以，我们时时刻刻都不要向外追求。念佛就是念自心，念阿弥陀佛，就是使自心醒悟，不要着相了。“失晓老婆逢古镜，分明觌面别无真”，这就是你呀！离开它再去找就找不到了，没有了。因此，我们再三指示诸位，这个真心觉性就是我，离开它，什么也没有。你如果认为这个没有天眼、天耳、宿命、他心、神足等五通的，不是真心觉性，那你就错误了。因为你虽经指示而认识这妙明本体——真心觉性，但是，你多生历劫的妄想执着的习气多得很，还没除掉，你怎么能一下子发通呢？就象一面镜子上积了很厚的灰尘，如何照物？你必须揩擦，一直到它光亮，就能朗照了。但你首先要得镜子，若不得镜子，那你揩什么、擦什么？所以，你必先经指示识得妙明本体是什么后，勤除习气，恢复我们本体光明，然后起种种</w:t>
      </w:r>
    </w:p>
    <w:p>
      <w:pPr>
        <w:spacing w:before="0" w:after="80" w:line="259" w:lineRule="auto"/>
        <w:ind w:firstLine="360"/>
      </w:pPr>
      <w:r>
        <w:rPr>
          <w:rFonts w:ascii="Noto Serif CJK SC" w:hAnsi="Noto Serif CJK SC" w:eastAsia="Noto Serif CJK SC"/>
        </w:rPr>
        <w:t>妙用，成就大道，一切神通就具足了。所以，圭峰禅师说：“识冰池而全水（全妄而即真），借阳气以消融，悟凡夫而即佛（凡夫就是佛），资法力以熏修（悟后方可修）</w:t>
      </w:r>
    </w:p>
    <w:p>
      <w:pPr>
        <w:spacing w:before="0" w:after="80" w:line="259" w:lineRule="auto"/>
        <w:ind w:firstLine="360"/>
      </w:pPr>
      <w:r>
        <w:rPr>
          <w:rFonts w:ascii="Noto Serif CJK SC" w:hAnsi="Noto Serif CJK SC" w:eastAsia="Noto Serif CJK SC"/>
        </w:rPr>
        <w:t>，冰消则水流润，方显溉涤之功；妄尽则心</w:t>
      </w:r>
    </w:p>
    <w:p>
      <w:pPr>
        <w:spacing w:before="0" w:after="80" w:line="259" w:lineRule="auto"/>
        <w:ind w:firstLine="360"/>
      </w:pPr>
      <w:r>
        <w:rPr>
          <w:rFonts w:ascii="Noto Serif CJK SC" w:hAnsi="Noto Serif CJK SC" w:eastAsia="Noto Serif CJK SC"/>
        </w:rPr>
        <w:t>虚通（把虚妄荡光，将污垢清除），应现通光之用（朗照万物，朗照乾坤）。事上神通变化，非一日之功可成，乃渐熏而发现也。我们学佛修法第一要认识本性，肯定这能说、能行的就是我们真心，脚跟立得稳，毫不怀疑，然后好好地保护它，发扬光大，证成圣果。大手印就是要我们首先肯定佛性，然后开始做功夫。这一点如不能肯定，以后就无法下手，功夫就不能成就。所以，洞山祖师说得好：“分明觌面别无真”啊！离开这个影子，再去找就没有了。佛性就是我们能起知觉的性能，就是知冷暖阴晴，知饱饥痛痒的性能，你要时时保护它。最后一句“休得迷头犹认影”，意即你们自己不要再迷了，不要去追逐影子了。迷头认影是《楞严经》上佛讲的一个例子。佛说在室罗城中一个演若达多戏的人，有一天取镜自照，只见镜中映现一个化了装演戏的面像，不见了自己的本来面目，误认为妖怪，吓得他无故乱跑，到外面寻找头去了。其实头还在自己肩膀上，并未失去。这就是用比喻来劝告我们不要迷</w:t>
      </w:r>
    </w:p>
    <w:p>
      <w:pPr>
        <w:spacing w:before="0" w:after="80" w:line="259" w:lineRule="auto"/>
        <w:ind w:firstLine="360"/>
      </w:pPr>
      <w:r>
        <w:rPr>
          <w:rFonts w:ascii="Noto Serif CJK SC" w:hAnsi="Noto Serif CJK SC" w:eastAsia="Noto Serif CJK SC"/>
        </w:rPr>
        <w:t>于外相而错认本来面目。犹认影，你们时时刻刻还是在认影子，其实那影子是你所显现的幻相，何必去认假作真呢？妇女最放不下儿女，整天挂在心上。男同志呢？年轻的则爱女朋友，年老的则爱钞票。孔夫子说得好：“少之时，气血未定，戒之在色……及其老也，气血既衰，戒之在得。”这些都是贪认影子啊！不要认影子了，要放下来，“休得迷头犹认影”，就是在万千假象——偏——中，识取真心——正——不为影子所迷了。这是第二位置是偏中正——见道位。第三个位置：“正中来。无中有路出尘埃，但能不触当今讳，也胜前朝断舌才。”——修道位。前面讲见道位。正即正位，正位即理体，从理体当中来起作用，在作用当中磨练自己，把自己习气消光，即正中来。“无中有路出尘埃”，我们讲一切都无，一切都空，但这个无和空不是断灭空，不是绝对无。这个无者、空者，就是我们不着一切相的理体，你时时能空，时时能不着相，你沿这条路走下去，就能离三界出轮回了。其实我们时时刻刻地空空空者，不是有无相对的空，不是断灭空，你们不要怕落空。古人云：“空、空、空，空里得成功，根本栽培后，那怕雪和风”心真空净了，这佛性就显现了，我们面前就出现光明大路，能够出三界的尘境。我们众生都是在欲界、色</w:t>
      </w:r>
    </w:p>
    <w:p>
      <w:pPr>
        <w:spacing w:before="0" w:after="80" w:line="259" w:lineRule="auto"/>
        <w:ind w:firstLine="360"/>
      </w:pPr>
      <w:r>
        <w:rPr>
          <w:rFonts w:ascii="Noto Serif CJK SC" w:hAnsi="Noto Serif CJK SC" w:eastAsia="Noto Serif CJK SC"/>
        </w:rPr>
        <w:t>界、无色界尘埃里，在六道里轮回无有了期啊！我们果真能时时刻刻地立稳脚跟，认清爽了我们的自性，时时保护它，才有念起，即便觉除，就能离三界出苦海，就能成就大道。比如我们念佛的人妄念起时，就把佛号一提：阿弥陀佛，就把你的妄念斩掉，就把你的执着斩掉，就把你的烦恼斩掉。你光火时，即刻念阿弥陀佛；如还不顶用，就出声念或大声念阿弥陀佛，这样就把你的烦恼斩掉。你不这样做，就跟境界跑了，妄念纷飞不已，你怎么能成道啊！因此，第一要认清自己的本来面目，识得它是无相之相，是万能体，能起妙用，时时刻刻保护它，在一切顺逆境界中磨练自己，才能得解脱，这是最重要的，所以说“无中有路出尘埃”“但能不触当今讳，也胜前朝断舌才。</w:t>
      </w:r>
    </w:p>
    <w:p>
      <w:pPr>
        <w:spacing w:before="0" w:after="80" w:line="259" w:lineRule="auto"/>
        <w:ind w:firstLine="360"/>
      </w:pPr>
      <w:r>
        <w:rPr>
          <w:rFonts w:ascii="Noto Serif CJK SC" w:hAnsi="Noto Serif CJK SC" w:eastAsia="Noto Serif CJK SC"/>
        </w:rPr>
        <w:t>”这句讲</w:t>
      </w:r>
    </w:p>
    <w:p>
      <w:pPr>
        <w:spacing w:before="0" w:after="80" w:line="259" w:lineRule="auto"/>
        <w:ind w:firstLine="360"/>
      </w:pPr>
      <w:r>
        <w:rPr>
          <w:rFonts w:ascii="Noto Serif CJK SC" w:hAnsi="Noto Serif CJK SC" w:eastAsia="Noto Serif CJK SC"/>
        </w:rPr>
        <w:t>得更好。什么叫讳？人起名字有避讳，比如皇帝的名字有个“正”，那么你们的名字就不能用这个“正”字，要避讳的，不能跟皇帝的名字一样。另如你们的父亲，你们爷爷名字当中有“明”，那你的名字就不能用“明”，要避讳一下，不好和长辈同名。“不触当今”，当今就是皇帝也，这是比仿我们的佛性，意即时时地不触犯它。比如我的拳头，说是拳头就触犯它，它是拳头，你不称它为拳头，就违背它。触犯它不对，</w:t>
      </w:r>
    </w:p>
    <w:p>
      <w:pPr>
        <w:spacing w:before="0" w:after="80" w:line="259" w:lineRule="auto"/>
        <w:ind w:firstLine="360"/>
      </w:pPr>
      <w:r>
        <w:rPr>
          <w:rFonts w:ascii="Noto Serif CJK SC" w:hAnsi="Noto Serif CJK SC" w:eastAsia="Noto Serif CJK SC"/>
        </w:rPr>
        <w:t>违背它也不对。所谓不能触犯，就是说真的用功夫，用到识得自己的佛性了，也不能时时念叨：这是我的佛性。住在佛性上，也是不行的。即使功夫做到觉也没有了，也不要住在上面。是故曰：有觉有照，还是生死，不得解脱；住于圣境，亦是有为，不得究竟。凡夫固是无觉无照，整日昏昏噩噩，如做梦相似。老子曾说过：“世人察察，唯我昏昏。”世上人都是昏昏沉沉的，怎么说察察呢？所谓察察者，是耍聪明图名利；而老子所谓昏昏者，是功夫用到究竟处，大智若愚，丝毫无住了。所以做功夫，既要认识本性，又不要住在上面，以为有所得，即“不触当今”也。《圆觉经》云：“居一切时，不起妄念，于诸妄心，亦不息灭，住妄想境，不加了之，于无了知，不辨真实。功夫至此，方为究竟。是故到最后，连佛也不可得。不可得，不是不成佛，而是正成佛。因佛亦假名，无一丝可得。你假若有个佛可成，就是还没有成佛。正如前面公案讲的洞山禅师的师父所说：我若闻无情说法，我就齐于诸圣了。与诸圣一齐，就是我心中有个佛了，有个佛就不是真佛了。所以，见与佛齐，亦有佛地障。因此，要你连佛的知见也没有，都光净了，才是真净，故云“但能不触当今讳，也胜前朝断舌才”这里有一个典故，从前有个人，忘记他的名字了，其</w:t>
      </w:r>
    </w:p>
    <w:p>
      <w:pPr>
        <w:spacing w:before="0" w:after="80" w:line="259" w:lineRule="auto"/>
        <w:ind w:firstLine="360"/>
      </w:pPr>
      <w:r>
        <w:rPr>
          <w:rFonts w:ascii="Noto Serif CJK SC" w:hAnsi="Noto Serif CJK SC" w:eastAsia="Noto Serif CJK SC"/>
        </w:rPr>
        <w:t>人智慧大的不得了，皇帝、奸臣把他的舌头割断，他就用割断舌的血，写出字来。我们成道比断舌的大才还要胜过多多。断舌才不过是个世智辩聪，是小智慧，般若是大智慧。这是讲做功夫——第三个位置。第四个位置：“兼中至。两刃交锋不须避，好手犹如火里莲，宛然自有冲天志。”有人说本来不叫兼中至，洞山良价禅师说兼中至，恐怕是印错了，应该是偏中至。我认为这种讲法是对的。兼中至是正偏合体，即兼并之意；而第三位正中来，是表从正位的理体当中，来起作用；第四位应该是接着讲，在偏位上的日用事情当中能作到理事无碍了；所以偏中至是正确的。偏中至，即一天到晚在作事情当中，不离正位，能作到理事无碍，不怕一切逆境烦恼，起妙用，这也是修道位。“两刃交锋不须避”，打仗时刀来枪往，不要害怕，不须躲避。譬喻在一切逆境当中，不害怕、不烦恼。如你自己家中有忤逆之子，你也不要烦恼。噢！这一切都不可得、不可得，忤逆就忤逆，你只不过是多花些钱罢了，你去花好了，因为我欠你的债，欠债还钱，理所当然，无所谓、不烦恼。“两刃交锋不须避”，逆境来时，你能躲避得了吗？躲避不了的，所以“不须避”。讲到躲避，想起了一个公案，有一位</w:t>
      </w:r>
    </w:p>
    <w:p>
      <w:pPr>
        <w:spacing w:before="0" w:after="80" w:line="259" w:lineRule="auto"/>
        <w:ind w:firstLine="360"/>
      </w:pPr>
      <w:r>
        <w:rPr>
          <w:rFonts w:ascii="Noto Serif CJK SC" w:hAnsi="Noto Serif CJK SC" w:eastAsia="Noto Serif CJK SC"/>
        </w:rPr>
        <w:t>徒弟问洞山禅师道：“寒暑到来时，如何回避？”洞山禅师说：“向无寒无暑处去。”徒弟又问：“如何是无寒暑处？”洞山说：“寒时寒死??黎，热时热死??黎。”此话怎讲？即暖时不作暖想，冷时不作冷想；若作冷暖想，即起分别心，烦恼现前也。逆境当前怎么办？有两句诗说得好：“镬汤炉碳吹教息，剑树刀山喝令摧”。镬汤炉碳，剑树刀山，我心不怕，我一吹就把它息掉，我一声大喝即将它摧毁。逆境尽管来，我的心不动，就息掉了。注意了，不是逆境来了，我想怎么躲过去，也不是如何把烦恼取消了；而是我们心要放下来，一切都无所谓，一切都不可得，无所畏惧，你要杀我，就来杀好了，“将头迎白刃，犹如斩春风”，我心不动。逆境尽管来，我不躲避，即“两刃交锋不须避”；我心不动摇、不畏惧，即“吹教息、喝令摧”是也！兼中至是讲修道位。修道是说我们时时在逆境丛</w:t>
      </w:r>
    </w:p>
    <w:p>
      <w:pPr>
        <w:spacing w:before="0" w:after="80" w:line="259" w:lineRule="auto"/>
        <w:ind w:firstLine="360"/>
      </w:pPr>
      <w:r>
        <w:rPr>
          <w:rFonts w:ascii="Noto Serif CJK SC" w:hAnsi="Noto Serif CJK SC" w:eastAsia="Noto Serif CJK SC"/>
        </w:rPr>
        <w:t>中锻炼自己，不惊不怖，经得起考验，才能从真正修</w:t>
      </w:r>
    </w:p>
    <w:p>
      <w:pPr>
        <w:spacing w:before="0" w:after="80" w:line="259" w:lineRule="auto"/>
        <w:ind w:firstLine="360"/>
      </w:pPr>
      <w:r>
        <w:rPr>
          <w:rFonts w:ascii="Noto Serif CJK SC" w:hAnsi="Noto Serif CJK SC" w:eastAsia="Noto Serif CJK SC"/>
        </w:rPr>
        <w:t>持中证得妙果。是故“好手犹如火里莲，宛然自有冲天志。”真正的好手就是功夫作得上去的人，不是池塘中开的莲花，而是火里开的莲花。所以，大慧宗杲禅师说在家居士比出家人力量大二十倍。大慧宗杲禅师是一位了不起的禅宗大祖师，他</w:t>
      </w:r>
    </w:p>
    <w:p>
      <w:pPr>
        <w:spacing w:before="0" w:after="80" w:line="259" w:lineRule="auto"/>
        <w:ind w:firstLine="360"/>
      </w:pPr>
      <w:r>
        <w:rPr>
          <w:rFonts w:ascii="Noto Serif CJK SC" w:hAnsi="Noto Serif CJK SC" w:eastAsia="Noto Serif CJK SC"/>
        </w:rPr>
        <w:t>说：“如杨文公、李文和、张无尽三大老，打得透，其力胜我出家儿二十倍。”这三个人都是当时悟道的在家居士。大慧禅师为什么这样讲呢？因为我们习气重，既有分别我执与分别法执，更有俱生我、法二执，纵然一旦打开本来、亲证佛性，还有俱生二执未脱。法相意识颂三云：发起初心欢喜地，俱生犹自现缠眠。悟后不经一番艰苦锻炼，不在事境上将俱生二执磨尽，是不能轻易到达究竟地的。出家人是“一瓶一钵，日用应缘处，无许多障道底冤家。一心一意体究此事。”而在家人“开眼合眼处，无非障道底冤魂。”出家人“在外打入”，在家人“在内打出”。这里的内、外是指什么？在什么内、在什么外呀？这是指“世俗尘劳”，世俗尘劳如“大火聚”，是障道底因缘。出家人处于不受家庭、亲属拖累的清净之地，好比在大火的外面，就象池塘里的白莲花；在家人处于世俗尘劳里，好比在大火的里面，若能成道，就象火里红莲一样。大慧禅师说：“在外打入者，其力弱；在内打出者，其力强。”古来所有成道的圣贤，都是历尽艰辛，吃大苦耐大劳，经受了种种磨练，才成道的。如果怕苦怕累，经不起逆境的磨练、考验，就不能成道了。我们的本师释迦牟尼佛，也是历尽艰辛，受尽种种磨练，最后坐在菩提树下发大誓愿：若不证大道决不起</w:t>
      </w:r>
    </w:p>
    <w:p>
      <w:pPr>
        <w:spacing w:before="0" w:after="80" w:line="259" w:lineRule="auto"/>
        <w:ind w:firstLine="360"/>
      </w:pPr>
      <w:r>
        <w:rPr>
          <w:rFonts w:ascii="Noto Serif CJK SC" w:hAnsi="Noto Serif CJK SC" w:eastAsia="Noto Serif CJK SC"/>
        </w:rPr>
        <w:t>座！方于腊月初八夜睹明星而证大道。释迦佛的前生，纵然被歌利王割截身体也不动心，这是多么伟大的道心啊！他老人家是给我们做个榜样：修道须有这种艰苦卓绝的耐心，方能成就。讲到磨练身心的环境，其实用不着刻意寻求自苦，我们现在就常处于种种的逆境当中。谚云：“不如意事常八九！”现实生活中时时都有与自己意愿相违的逆境。现在世界上灾难很多，人我竞起，是非纷呈，加以众生各各的业障，家家都有烦恼的事。有一些人，还不知道苦，这就是“苦苦”啊！现在所幸我们知道修道了，须脚跟站稳，不为这些梦尘影事所动，不怕吃苦，勇往直前。不成道誓不罢休。所以“好手犹如火里莲”“宛然自有冲天志”大丈夫具有冲天大志，不怕艰难困苦，不向挫折、失败低头。修道就要有大丈夫气概，能行大施，不拘小节，逆境来了不怕，顺境来了不喜，我行我素，勇往直前，没有大丈夫气概，那就难修成了。释迦佛之所以要说净土宗，就是怕我们胆小、怯弱，畏惧路途遥远，不敢修行，故说一个歇脚的好去处：西方有一个极乐世界，临命终时，阿弥陀佛会接引你们去往生，放心去好了，不要怕！所以说佛法最好，样样具备，胆小有胆小的法，胆大有胆大的法。实际上禅宗并不危险，你只要发大愿：我一</w:t>
      </w:r>
    </w:p>
    <w:p>
      <w:pPr>
        <w:spacing w:before="0" w:after="80" w:line="259" w:lineRule="auto"/>
        <w:ind w:firstLine="360"/>
      </w:pPr>
      <w:r>
        <w:rPr>
          <w:rFonts w:ascii="Noto Serif CJK SC" w:hAnsi="Noto Serif CJK SC" w:eastAsia="Noto Serif CJK SC"/>
        </w:rPr>
        <w:t>定要成佛，救度众生，不成功誓不罢休！有这个大誓愿维持，你人身永远不失，再出头来，一闻千悟。老实说来，怕吃苦不容易成佛，因为你的习气磨练不了。你不要以为在西方极乐世界不用修行，舒舒服服地享受享受，就成道了。哪有这么容易！经上说，西方极乐世界的水、鸟、风声，皆是“法音宣流”，宣说什么法音啊？“演说苦、空、无常、无我之音”。就是叫我们不要执着这个美好的世界，享乐而不用功。这个世界也是空幻的，执着就是苦。一切相都是无常的，</w:t>
      </w:r>
    </w:p>
    <w:p>
      <w:pPr>
        <w:spacing w:before="0" w:after="80" w:line="259" w:lineRule="auto"/>
        <w:ind w:firstLine="360"/>
      </w:pPr>
      <w:r>
        <w:rPr>
          <w:rFonts w:ascii="Noto Serif CJK SC" w:hAnsi="Noto Serif CJK SC" w:eastAsia="Noto Serif CJK SC"/>
        </w:rPr>
        <w:t>无可执取，无可留恋，须放下放下再放下。经又说要</w:t>
      </w:r>
    </w:p>
    <w:p>
      <w:pPr>
        <w:spacing w:before="0" w:after="80" w:line="259" w:lineRule="auto"/>
        <w:ind w:firstLine="360"/>
      </w:pPr>
      <w:r>
        <w:rPr>
          <w:rFonts w:ascii="Noto Serif CJK SC" w:hAnsi="Noto Serif CJK SC" w:eastAsia="Noto Serif CJK SC"/>
        </w:rPr>
        <w:t>“饭食经行”，有人误以为在西方极乐世界，吃饱饭，没事了，走走玩玩。其实大错！“饭食”应读作“反饲”，指修道吃饱了法食，就应“经行”十方，反过来给众生吃法食，即广度众生也。通过救度众生，磨练自己的习气，这样才能成道啊！不然的话，也不能成道。我们要成道，就须在度众生的份上，磨练习气，积累福德，才能圆成佛果。为什么？因为众生的习气各各不同，你要度他，就须舍己从人；要随顺他，就要自己先将习气消掉，这样才能恒顺他人。所以，普贤菩萨十大愿王中就有“恒顺众生”这一条。这是不容易做到的啊！要真做到，把自己的习气消尽了，才能断“尘沙惑”，心量才能广阔，广大神通妙用不求</w:t>
      </w:r>
    </w:p>
    <w:p>
      <w:pPr>
        <w:spacing w:before="0" w:after="80" w:line="259" w:lineRule="auto"/>
        <w:ind w:firstLine="360"/>
      </w:pPr>
      <w:r>
        <w:rPr>
          <w:rFonts w:ascii="Noto Serif CJK SC" w:hAnsi="Noto Serif CJK SC" w:eastAsia="Noto Serif CJK SC"/>
        </w:rPr>
        <w:t>而自得。所以修道要有大丈夫气概——“宛然自有冲天志”，以上是讲在事境上的锻炼，仍是修道位。我们要艰苦磨练，以达到“理事无碍”的境界。最后一个位置“兼中到”，正位和偏位靠拢了，兼并在一起了。洞山祖师的“五位君臣颂”，君喻正位，臣喻偏位。君臣合并了，故云“兼中到”，也有几句诗：“兼中到。不落有无谁敢和？人人尽欲出常流，折合还归碳里坐。“不落有无谁敢和”是什么意思？我们曾讲过：我们的佛性，你说有也不对，说无也不对；我们凡夫就是爱执着，说有着在有上，说无著在无上，都当作道理领会了。实际上，佛性是既非有，也非无，非非有，非非无，都不可得，佛性本来如此嘛！你说有么，它无相可得；你说无么，它能起妙用。这不是非有非无吗？佛性如此，事相也如此。举个例子：比如茶杯，它无自体，杯子本身是没有的，它是用土捏成形，然后放入窑里烧出来的；你说它没有么，形象宛然，可用来饮水喝茶。这不是非有非无吗？佛性本体是非有非无的，世间一切事相也是非有非无的。“不落有无谁敢和”，吟诗作曲时，我唱一句，你和一句，此唱彼和就叫唱合。谁敢和？到了最后这个位置就难以开口措词了，说有不对，说无也不对，只好无说无闻了。</w:t>
      </w:r>
    </w:p>
    <w:p>
      <w:pPr>
        <w:spacing w:before="0" w:after="80" w:line="259" w:lineRule="auto"/>
        <w:ind w:firstLine="360"/>
      </w:pPr>
      <w:r>
        <w:rPr>
          <w:rFonts w:ascii="Noto Serif CJK SC" w:hAnsi="Noto Serif CJK SC" w:eastAsia="Noto Serif CJK SC"/>
        </w:rPr>
        <w:t>释迦世尊在涅槃会上说：“若谓吾灭度，非吾弟子；若谓吾不灭度，亦非吾弟子。”诸位，你们说佛有没有灭度啊？怎么样才能算是佛弟子？“非有非无”（听众有人插话）。不对，你说非有非无也不对，还是落在“非有非无”的概念上。那怎样讲呢？离开有、无、非有、非无、非非有、非非无，作么生道？“海市蜃楼多奇彩，雨后霓虹分外娇。“人人尽欲出常流”，常流，意指凡夫，因为凡夫都是在六道轮回的生死苦海里流转。出常流，就是了生脱死，跳出六道轮回的生死苦海。我们今天到这里来的，个个都想成佛，都想跳出生死苦海。“折合还归碳里坐”，折合，就是到头来。还归</w:t>
      </w:r>
    </w:p>
    <w:p>
      <w:pPr>
        <w:spacing w:before="0" w:after="80" w:line="259" w:lineRule="auto"/>
        <w:ind w:firstLine="360"/>
      </w:pPr>
      <w:r>
        <w:rPr>
          <w:rFonts w:ascii="Noto Serif CJK SC" w:hAnsi="Noto Serif CJK SC" w:eastAsia="Noto Serif CJK SC"/>
        </w:rPr>
        <w:t>碳里坐，就是还归到你原来所处的地方。我们未修法</w:t>
      </w:r>
    </w:p>
    <w:p>
      <w:pPr>
        <w:spacing w:before="0" w:after="80" w:line="259" w:lineRule="auto"/>
        <w:ind w:firstLine="360"/>
      </w:pPr>
      <w:r>
        <w:rPr>
          <w:rFonts w:ascii="Noto Serif CJK SC" w:hAnsi="Noto Serif CJK SC" w:eastAsia="Noto Serif CJK SC"/>
        </w:rPr>
        <w:t>前，因烦恼、执着，遮蔽了本性光明，经过修法，慢慢恢复了光明，怎么最后还回到黑黑的碳里坐呢？这句话是不是说错了呢？没有错！密宗修到最后，就是这样讲，它说，功夫做到家，就象腊月三十之月。阴历十二月的最后一日，这天晚上还能看得到月亮吗？民间有一句赖帐的俏皮话：“腊月三十有月亮时还钱。”腊月三十有月亮吗？没有！没有，就不还钱。为什么修道修到最后，竟如腊月三十之月呢？因为功夫做到光明大放、神通大发，还不是究竟位。必须做</w:t>
      </w:r>
    </w:p>
    <w:p>
      <w:pPr>
        <w:spacing w:before="0" w:after="80" w:line="259" w:lineRule="auto"/>
        <w:ind w:firstLine="360"/>
      </w:pPr>
      <w:r>
        <w:rPr>
          <w:rFonts w:ascii="Noto Serif CJK SC" w:hAnsi="Noto Serif CJK SC" w:eastAsia="Noto Serif CJK SC"/>
        </w:rPr>
        <w:t>到一切摄归自心，一法不存，一丝不挂，一尘不染，才是了手时，故以满黑位以表之。再说，修行到家无有生死可了，以佛性本无生死，六道皆如来寂灭之海，是故来去自由，随缘度生。故过了末后牢关，六道轮回就是了生死，了生死就是六道轮回，生死、涅槃皆不可得。“折合还归碳里坐”，末等于初，真正到了家，就象无修行一样。佛性是一个大圆相，无始无终。但你不要误解为修成佛还返回来做烦恼众生。佛的境界是：烦恼不可得，菩提不可得，众生不可得，佛也不可得，无可取，无可舍。众生是对境生心，妄执妄取。这怎么能相同？这“兼中到”是讲证道位。但是，光有证道位，</w:t>
      </w:r>
    </w:p>
    <w:p>
      <w:pPr>
        <w:spacing w:before="0" w:after="80" w:line="259" w:lineRule="auto"/>
        <w:ind w:firstLine="360"/>
      </w:pPr>
      <w:r>
        <w:rPr>
          <w:rFonts w:ascii="Noto Serif CJK SC" w:hAnsi="Noto Serif CJK SC" w:eastAsia="Noto Serif CJK SC"/>
        </w:rPr>
        <w:t>没有见道位，证个什么呀？必须先有见道位。离开见</w:t>
      </w:r>
    </w:p>
    <w:p>
      <w:pPr>
        <w:spacing w:before="0" w:after="80" w:line="259" w:lineRule="auto"/>
        <w:ind w:firstLine="360"/>
      </w:pPr>
      <w:r>
        <w:rPr>
          <w:rFonts w:ascii="Noto Serif CJK SC" w:hAnsi="Noto Serif CJK SC" w:eastAsia="Noto Serif CJK SC"/>
        </w:rPr>
        <w:t>道位，想入证道位是不可能的。所以恒河大手印一开始就讲见道位，说明见道位很重要。今天有两位居士问我这“五位君臣”的问题，所以拿“五位君臣”的内容、次序，来和恒河大手印对照。五位君臣的排列次序是：正中偏、偏中正、正中来、兼中至、兼中到，前两个是见道位，中间两个是修道位，最后一个是证道位。和恒河大手印一样，先要见道（就是明心见性，即“见宗”，这是很重要的。由于很多人对“有情无情同圆种智”还不怎么理</w:t>
      </w:r>
    </w:p>
    <w:p>
      <w:pPr>
        <w:spacing w:before="0" w:after="80" w:line="259" w:lineRule="auto"/>
        <w:ind w:firstLine="360"/>
      </w:pPr>
      <w:r>
        <w:rPr>
          <w:rFonts w:ascii="Noto Serif CJK SC" w:hAnsi="Noto Serif CJK SC" w:eastAsia="Noto Serif CJK SC"/>
        </w:rPr>
        <w:t>解，我们因此再作解释。谁知一泄千里，讲了这么多，但仍未离大手印之“见宗”，所谓“万变不离其宗”是也。</w:t>
      </w:r>
    </w:p>
    <w:p>
      <w:pPr>
        <w:spacing w:before="0" w:after="80" w:line="259" w:lineRule="auto"/>
        <w:ind w:firstLine="360"/>
      </w:pPr>
      <w:r>
        <w:rPr>
          <w:rFonts w:ascii="Noto Serif CJK SC" w:hAnsi="Noto Serif CJK SC" w:eastAsia="Noto Serif CJK SC"/>
        </w:rPr>
        <w:t>四、谴离对空乐明的贪着</w:t>
      </w:r>
    </w:p>
    <w:p>
      <w:pPr>
        <w:spacing w:before="0" w:after="80" w:line="259" w:lineRule="auto"/>
        <w:ind w:firstLine="360"/>
      </w:pPr>
      <w:r>
        <w:rPr>
          <w:rFonts w:ascii="Noto Serif CJK SC" w:hAnsi="Noto Serif CJK SC" w:eastAsia="Noto Serif CJK SC"/>
        </w:rPr>
        <w:t>前面讲到做功夫要“不擒不纵”，既不要压住妄念不让它起，而成土木金石，也不要纵容妄念让它瞎起，而流浪生死。现在接着讲：“离妄念，是无为而住之自心性，即智慧光明。假如我们能够离开妄念，不但上座修法，而且于</w:t>
      </w:r>
    </w:p>
    <w:p>
      <w:pPr>
        <w:spacing w:before="0" w:after="80" w:line="259" w:lineRule="auto"/>
        <w:ind w:firstLine="360"/>
      </w:pPr>
      <w:r>
        <w:rPr>
          <w:rFonts w:ascii="Noto Serif CJK SC" w:hAnsi="Noto Serif CJK SC" w:eastAsia="Noto Serif CJK SC"/>
        </w:rPr>
        <w:t>行住坐卧一切时中离妄念，这就是无为而住之自心</w:t>
      </w:r>
    </w:p>
    <w:p>
      <w:pPr>
        <w:spacing w:before="0" w:after="80" w:line="259" w:lineRule="auto"/>
        <w:ind w:firstLine="360"/>
      </w:pPr>
      <w:r>
        <w:rPr>
          <w:rFonts w:ascii="Noto Serif CJK SC" w:hAnsi="Noto Serif CJK SC" w:eastAsia="Noto Serif CJK SC"/>
        </w:rPr>
        <w:t>性，这是本来面目显现了。一切时一切处都不着相，心不住一点影子，这叫无为。不是不做事，有事尽管做。终日吃饭，未曾咬着一粒米；终日穿衣，未曾挂着一根纱，这叫无住之心。无住之心就是我们天然本性。但是，初见本性没有神通妙用，叫素法身。就如买了一块素布，没有什么花色一样。能够无为而住的心就是素法身，就是智慧光明。有人说这个素法身没有神通妙用，光明不大。这是因为你还有住处，着在“无为而住”，不是真正无住，这就是遮盖你本性的妄情啊！把妄情去掉之后，念念不着相，智慧光明才能显现。你不可起心动念去求它，因为它本来是光明的。比如宝珠是有光的，但宝珠上有一层污泥，遮住</w:t>
      </w:r>
    </w:p>
    <w:p>
      <w:pPr>
        <w:spacing w:before="0" w:after="80" w:line="259" w:lineRule="auto"/>
        <w:ind w:firstLine="360"/>
      </w:pPr>
      <w:r>
        <w:rPr>
          <w:rFonts w:ascii="Noto Serif CJK SC" w:hAnsi="Noto Serif CJK SC" w:eastAsia="Noto Serif CJK SC"/>
        </w:rPr>
        <w:t>它了，光现不出来。污泥去掉后，光明自然就放出来了，还用再求一个光明吗？所以不要有所求，只要去除妄念，智慧光明自然就显现了。“若以有为为道而修，必不了悟本元。反过来，我们假如是有为而修，心里有所住，就有个东西挡住，那就难以成道了。“有为”者，就是有所求。将有所求当成“道”那是妄心，是有所住着，与空灵无住的真心相去十万八千里，这样绝对不能明悟本来面目。不明真心，不识本来，那是盲修瞎练，要想成道，即如“以沙煮饭”无有是处。比如说修净土的人，祈求西方的阿弥陀佛：你来拉我啊、你来拉我啊！这是以有为之心而修，很难与阿弥陀佛相应。因为不知道心是何物、佛是何物，把心和佛分成两边，有所追求，有所企盼，有所住着，心不清净，绝对生不了西方净土的。现在不少学佛的人想发财，尤其是港澳台同胞和海外华侨中的居士，他们来学法都问：有什么办法让我做生意发财吗？他</w:t>
      </w:r>
    </w:p>
    <w:p>
      <w:pPr>
        <w:spacing w:before="0" w:after="80" w:line="259" w:lineRule="auto"/>
        <w:ind w:firstLine="360"/>
      </w:pPr>
      <w:r>
        <w:rPr>
          <w:rFonts w:ascii="Noto Serif CJK SC" w:hAnsi="Noto Serif CJK SC" w:eastAsia="Noto Serif CJK SC"/>
        </w:rPr>
        <w:t>们学佛不是为了了生死，而是为了发财。内地的学法</w:t>
      </w:r>
    </w:p>
    <w:p>
      <w:pPr>
        <w:spacing w:before="0" w:after="80" w:line="259" w:lineRule="auto"/>
        <w:ind w:firstLine="360"/>
      </w:pPr>
      <w:r>
        <w:rPr>
          <w:rFonts w:ascii="Noto Serif CJK SC" w:hAnsi="Noto Serif CJK SC" w:eastAsia="Noto Serif CJK SC"/>
        </w:rPr>
        <w:t>者，大都想发神通。这都是有为而修。这样修法的人，必不了悟本元，他绝对不能开悟，证见本来面目。因</w:t>
      </w:r>
    </w:p>
    <w:p>
      <w:pPr>
        <w:spacing w:before="0" w:after="80" w:line="259" w:lineRule="auto"/>
        <w:ind w:firstLine="360"/>
      </w:pPr>
      <w:r>
        <w:rPr>
          <w:rFonts w:ascii="Noto Serif CJK SC" w:hAnsi="Noto Serif CJK SC" w:eastAsia="Noto Serif CJK SC"/>
        </w:rPr>
        <w:t>为用心不正，还着相，有所求。要把心洗空净了才好，一切不要，一切不着，无为而修，才与本真相应；一有所求就背道而弛，不能悟道了。假如你说仅要神通而已，那更不对了。你要神通，魔王就乘机捣乱了，化作佛来迷惑你，你当作真佛，心花乱放，魔即乘机进入你的心里去了，让你成魔，佛也救不了你。所以，以“有为”为“道”而修的人，“必不能了悟本元”绝对不会开悟，绝对不会认识根本，绝对不会知道根本、佛性是什么东西，绝对不能成道！有所住着，哪里会成道呢？成魔倒是有份在！</w:t>
      </w:r>
    </w:p>
    <w:p>
      <w:pPr>
        <w:spacing w:before="0" w:after="80" w:line="259" w:lineRule="auto"/>
        <w:ind w:firstLine="360"/>
      </w:pPr>
      <w:r>
        <w:rPr>
          <w:rFonts w:ascii="Noto Serif CJK SC" w:hAnsi="Noto Serif CJK SC" w:eastAsia="Noto Serif CJK SC"/>
        </w:rPr>
        <w:t>因此，我们修法，要识得根本，要无所追求，要</w:t>
      </w:r>
    </w:p>
    <w:p>
      <w:pPr>
        <w:spacing w:before="0" w:after="80" w:line="259" w:lineRule="auto"/>
        <w:ind w:firstLine="360"/>
      </w:pPr>
      <w:r>
        <w:rPr>
          <w:rFonts w:ascii="Noto Serif CJK SC" w:hAnsi="Noto Serif CJK SC" w:eastAsia="Noto Serif CJK SC"/>
        </w:rPr>
        <w:t>知道我们本来是佛，把我们的妄情消掉就行了，不要</w:t>
      </w:r>
    </w:p>
    <w:p>
      <w:pPr>
        <w:spacing w:before="0" w:after="80" w:line="259" w:lineRule="auto"/>
        <w:ind w:firstLine="360"/>
      </w:pPr>
      <w:r>
        <w:rPr>
          <w:rFonts w:ascii="Noto Serif CJK SC" w:hAnsi="Noto Serif CJK SC" w:eastAsia="Noto Serif CJK SC"/>
        </w:rPr>
        <w:t>去求什么东西。一有所求，就要成魔了。魔是有神通的，他知道你心动，他就来了。所以心魔一动，外魔就来了。什么叫心魔？有所住就是心魔。心一着相，</w:t>
      </w:r>
    </w:p>
    <w:p>
      <w:pPr>
        <w:spacing w:before="0" w:after="80" w:line="259" w:lineRule="auto"/>
        <w:ind w:firstLine="360"/>
      </w:pPr>
      <w:r>
        <w:rPr>
          <w:rFonts w:ascii="Noto Serif CJK SC" w:hAnsi="Noto Serif CJK SC" w:eastAsia="Noto Serif CJK SC"/>
        </w:rPr>
        <w:t>外魔就乘机而入；心不着相，心不动，外魔不得其门</w:t>
      </w:r>
    </w:p>
    <w:p>
      <w:pPr>
        <w:spacing w:before="0" w:after="80" w:line="259" w:lineRule="auto"/>
        <w:ind w:firstLine="360"/>
      </w:pPr>
      <w:r>
        <w:rPr>
          <w:rFonts w:ascii="Noto Serif CJK SC" w:hAnsi="Noto Serif CJK SC" w:eastAsia="Noto Serif CJK SC"/>
        </w:rPr>
        <w:t>而入。魔来了，我不睬，“凡所有相，皆是虚妄”，佛来佛斩，魔来魔斩，一切都不可得，他怎能进得来啊？不要怕魔，魔是心现的，你心不魔，任他外魔法力多高超也进不来。我们学佛修法，因地要正，先要弄清楚这个问题：我们了了常知的灵明真心就是佛，除此之外没有佛。</w:t>
      </w:r>
    </w:p>
    <w:p>
      <w:pPr>
        <w:spacing w:before="0" w:after="80" w:line="259" w:lineRule="auto"/>
        <w:ind w:firstLine="360"/>
      </w:pPr>
      <w:r>
        <w:rPr>
          <w:rFonts w:ascii="Noto Serif CJK SC" w:hAnsi="Noto Serif CJK SC" w:eastAsia="Noto Serif CJK SC"/>
        </w:rPr>
        <w:t>千佛万佛同我们这了了常知的真心本是一体、本是一个，任他佛形象现前我们也不睬。晓得一切相都是假的，一切都不可得，我们这个妙明真心才是真佛，那么你就不会入魔了，你就可以成大道了。不然，心不清净，有所住有所求，必是招魔入魔成魔去了，与道无有丝毫干系。是故大手印强调，以“有为”为“道”的修道者，必不能悟见本性，不能成大道。“此为自心元所俱生智，但初修虽欲自然住定于本元，然所住不越于贪着乐、明、无念等功力之中。这离知的智慧光明，不从外得，它是自心本具的性能。但是，初修的人即使很想使心自然安住清净本元之中，也是做不到的，因为不明本来面目，还落入有为而修之中，所住之处没有超越快乐、光明、无念（即是空）等等这些功夫。这些功夫有吗？有的。比如快乐，当你做功夫到了第三禅乐境时，世上所有的快乐都比不上它，但是，不要贪住在上面，虽然有，须等于无一样，不贪着。假如你贪住在快乐、光明和无念，就坏了，特别是贪住在无念上，那更是坏了，因为这个无念是死的。坐在那里不动，一个念头也没有，那你就变成土木金石，把自己的心压死了。贪着</w:t>
      </w:r>
    </w:p>
    <w:p>
      <w:pPr>
        <w:spacing w:before="0" w:after="80" w:line="259" w:lineRule="auto"/>
        <w:ind w:firstLine="360"/>
      </w:pPr>
      <w:r>
        <w:rPr>
          <w:rFonts w:ascii="Noto Serif CJK SC" w:hAnsi="Noto Serif CJK SC" w:eastAsia="Noto Serif CJK SC"/>
        </w:rPr>
        <w:t>快乐是喜魔来了，贪着光明是明魔来了，贪着无念是空魔来了。而我们的本性光明是大光明，尽管它光明朗照十方无障碍，但是它自己不说自己是光明，不住光明相。假如你住光明相，被光明相所遮，就把你妙体的无边神用遮掉了，所以不能住光明。因此，我们打坐的时候，不许见光见佛，有光可见还不行。不是连看也不许看，而是不许贪住在上面，须看见了等于没看见一样。为什么？由于初初发的光是微弱的光，你心念稍微一动，光明就没有了。光明来了你不睬也不动，光明就越发越大，你一睬心念一动，光明就被盖掉了。所以，你如果是带着异计而修，从好的方面来说，不过是住着在快乐、光明、无念上面而已；坏的方面呢，就是你要着魔的，因为你有所求，魔就乘机而入。因此，不要带异计而修啊！“当遣离贪着如是等功力境，顿然安住，方现赤裸了彻之自性本元体。我们做功夫时，应当遣除上面所说的快乐、光明、无念等等的功力境界。为什么？因为这只是初步定境的影相，赤裸的自性本元体还未现出来，不过是比初修者有了一点影境而已。功夫并不是开悟啊！比如高</w:t>
      </w:r>
    </w:p>
    <w:p>
      <w:pPr>
        <w:spacing w:before="0" w:after="80" w:line="259" w:lineRule="auto"/>
        <w:ind w:firstLine="360"/>
      </w:pPr>
      <w:r>
        <w:rPr>
          <w:rFonts w:ascii="Noto Serif CJK SC" w:hAnsi="Noto Serif CJK SC" w:eastAsia="Noto Serif CJK SC"/>
        </w:rPr>
        <w:t>峰祖师，他的师父问他：“日间浩浩时还做得主么？”修行人在日常动用的一切境界中，要做得主，不为境界所牵，不跟境界走，才有少分定力，方与本元体有些许相应。所以，他师父问他在日常动用中，能把一切境界照破，喜也不喜，乐也不乐，悲也不悲，苦也不苦，空净也不空净，不为境界所干扰吗？能做得主吗？高峰祖师说：“做得主。”师又问：“睡梦中做得主么？”睡着做梦了，晓得是梦境而不动摇，什么来了都不怕，老虎来了也不怕，假的；仇人来了不怕，假的；发大财也不要，一切都是假的，这就是睡梦当中做得主。睡梦当中做得主，力量比白天大十倍。因为我们醒的时候只是迷，睡着时候是昏迷。昏迷的时候，你还能明明白白、清清爽爽地晓得这是幻境、梦境，心不动摇，这力量是很大的。我们人临死能做得主，需要梦境中能做得主，因为临死时是大昏迷，睡梦是小昏迷，小昏迷尚不能做主，那大昏迷时就更不能做得主了。高峰祖师功夫好、本事大，他答道：“做得主。高峰祖师两次答：“做得主。”的确是好功夫，乃我辈后学作功夫的典范与榜样。我们学佛修道，就是为了在生死岸头做得主，不为业障所牵累而沉沦苦海。要做到这一点，我们大家先要练习在日用当中做</w:t>
      </w:r>
    </w:p>
    <w:p>
      <w:pPr>
        <w:spacing w:before="0" w:after="80" w:line="259" w:lineRule="auto"/>
        <w:ind w:firstLine="360"/>
      </w:pPr>
      <w:r>
        <w:rPr>
          <w:rFonts w:ascii="Noto Serif CJK SC" w:hAnsi="Noto Serif CJK SC" w:eastAsia="Noto Serif CJK SC"/>
        </w:rPr>
        <w:t>得主，不为顺逆之境缘所转，不被喜怒哀乐之妄情所移，顺不喜逆不忧，一切皆如空花幻影，不可得，不粘不住，而后方能于睡梦中做得主。假如这一点也做不到，还说什么了生死呢？因为生死的根源，就是妄念不息，随境攀缘呀！宁波有一位居士，正在打坐用功时，突然有人来报她儿子落水了，她坐在那儿一动也不动。有人骂她道：“你怎么这样无情？自己骨肉掉水里，竟然不去救？”她还是无动于衷，照样用功。她的定力功夫是好的，但是见死不救并不好，未免残忍。怎样做才对呢？人还是要救，但要心不动，救了等于没有救过一样，不是坐着一点儿不动。然而话又说回来，象她这样的功夫算不错的了，要是我们早已是方寸大乱了。有一个人家里遭火灾了，女主人想起自己的孩子还在屋里，心慌意乱了，赶紧冲进屋里，往床上一抓，出来一看：啊呀！错了，抱出了个枕头。她马上昏过去，孩子也被烧死了。你们看这就是方寸大乱的结果啊！所以，在境界当中你动不动摇，是一大考验，这也是功夫。高峰祖师在日用当中，不管什么事情来了，都能做得主不动摇，功夫很不错；睡梦当中也做得主，功夫更不得了。他师父看他功夫确实不错，要考察他的悟性，于是进一步问他：“无梦无想时，主人公在</w:t>
      </w:r>
    </w:p>
    <w:p>
      <w:pPr>
        <w:spacing w:before="0" w:after="80" w:line="259" w:lineRule="auto"/>
        <w:ind w:firstLine="360"/>
      </w:pPr>
      <w:r>
        <w:rPr>
          <w:rFonts w:ascii="Noto Serif CJK SC" w:hAnsi="Noto Serif CJK SC" w:eastAsia="Noto Serif CJK SC"/>
        </w:rPr>
        <w:t>哪里？”高峰一楞：梦也没有思想也没有，主人公在哪呢？左思右想，终是答不出来，他师父叫他去参。（元音上师曰：“你们大家代高峰祖师答一答，无梦无想，主人公在什么处？”众皆默然。上师道：“我代大家试答如何？”即厉声道：“的的！）高峰祖师再参，后来就开悟了。开悟后高峰祖师就在天目山狮子崖闭死关。所以，功夫归功夫，悟性归悟性啊！假如我们做功夫时，能够遣除快乐、光明、无念等等的功力境界，修法修至能所双亡，根尘脱落，前后际断时，“啪”地一声，忽然爆破，内而身心，外而世界，乃至虚空一时粉碎，化为乌有，顿然安住不动。此时虽一无所有，安住不动，但是非如木石，而是灵知了了，我们的“赤裸了彻之自性本元体”就显现出来了。因此，我们无论修什么宗，都要修至能所双亡，心法双泯时，“啪——”地一声，“大地平沉，虚空粉碎”，一无所有而又了了分明的自性本元体才能显现出来！比如念佛法门，以一句佛号“阿弥陀佛……”都摄六根，把眼耳鼻舌身意统统抓住，念到真正归一了，无心可心，无念可念时，念也就没有，佛也没有了，“啪——”，当下即亲见真佛，生到佛土。我们学心中心法的人也是如此，一句佛心咒“嗡伯啦伯啦……”，把六根摄住，心念耳闻，意不外驰，时节</w:t>
      </w:r>
    </w:p>
    <w:p>
      <w:pPr>
        <w:spacing w:before="0" w:after="80" w:line="259" w:lineRule="auto"/>
        <w:ind w:firstLine="360"/>
      </w:pPr>
      <w:r>
        <w:rPr>
          <w:rFonts w:ascii="Noto Serif CJK SC" w:hAnsi="Noto Serif CJK SC" w:eastAsia="Noto Serif CJK SC"/>
        </w:rPr>
        <w:t>因缘到来，“啪——”能念所念顿时脱落，了彻的、无住的本元自性就清清爽爽、明明白白地显现了。功夫要做，不然，无法打开本来，见自本性；光是空谈理论，乃画饼充饥，无有是处。我们要在日用当中做得主，如果你一遇到事情就不行，做不得主，那是药水汞，遇火即飞，敌不得生死的。做功夫，打开本来，梦醒了，晓得一切都是梦境，动什么心？一切恩恩怨怨、是是非非都消殒了，所以叫乘悟并消。一切事情都是梦境，不悟，执以为实有；一觉，如热汤消冰，一切业障都空了。这就是平常所说的“了则业障本来空”啊！所以说功夫要做，不做，开悟的时节因缘怎么会来啊？怎么会打开本来呢？有人问我做功夫需要多长时间？这要看你功夫做得绵密不绵密，若是断断续续的那不行；假如我们功夫做得绵密，今天打坐、明天打坐，持续不停；打坐下来之后，时时不忘观照，不跟境界跑，不过三五</w:t>
      </w:r>
    </w:p>
    <w:p>
      <w:pPr>
        <w:spacing w:before="0" w:after="80" w:line="259" w:lineRule="auto"/>
        <w:ind w:firstLine="360"/>
      </w:pPr>
      <w:r>
        <w:rPr>
          <w:rFonts w:ascii="Noto Serif CJK SC" w:hAnsi="Noto Serif CJK SC" w:eastAsia="Noto Serif CJK SC"/>
        </w:rPr>
        <w:t>年工夫，你就彻见本性了。为什么说我们修心中心法</w:t>
      </w:r>
    </w:p>
    <w:p>
      <w:pPr>
        <w:spacing w:before="0" w:after="80" w:line="259" w:lineRule="auto"/>
        <w:ind w:firstLine="360"/>
      </w:pPr>
      <w:r>
        <w:rPr>
          <w:rFonts w:ascii="Noto Serif CJK SC" w:hAnsi="Noto Serif CJK SC" w:eastAsia="Noto Serif CJK SC"/>
        </w:rPr>
        <w:t>要修一千座呢？就是说认真修三年工夫就行了。你假如不绵密用功，修修停停，停停修修，三天打鱼两天晒网的，那不用说三五年不行，就是三五十年也不行。又有人问一千座坐过又怎样呢？关于这个问题，已讲过多遍，兹再重复说一遍。一千座者，就是说这</w:t>
      </w:r>
    </w:p>
    <w:p>
      <w:pPr>
        <w:spacing w:before="0" w:after="80" w:line="259" w:lineRule="auto"/>
        <w:ind w:firstLine="360"/>
      </w:pPr>
      <w:r>
        <w:rPr>
          <w:rFonts w:ascii="Noto Serif CJK SC" w:hAnsi="Noto Serif CJK SC" w:eastAsia="Noto Serif CJK SC"/>
        </w:rPr>
        <w:t>心中心法是仗佛、菩萨之力加持，功法殊胜，切实认真地修法三年，就一定能打开本来，亲见自性。假如拖拖沓沓、断断续续、一曝十寒地修法，不要说一千座不能见本性，就是三、五千座也不能见性。还有人问：一千座之后是不是不修法了？我们上次讲过，饶你上根顿悟，多生历劫的习气，也不能一旦尽除，还要时时观照，在事境上锻炼，损之又损，把习气消尽了才行啊！悟后做功夫就是无修之修为真修，不是不修而是不要执着打坐，落在乐境中，成为法执障。反过来，假如你定力不足，见境还要动摇，那还要加工打坐，增强定力，才能渡过重关。如定力相当，只消时时凛觉，不费丝毫力气，非常轻松省力，不是还要修这个法、积那个功德……在法相上忙得不可开交。无论你悟不悟，在法相上做功夫，都是徒费精力，自找麻烦，无有是处。所以说，做功夫越省力越好，越轻松越好，越费力气越坏。</w:t>
      </w:r>
    </w:p>
    <w:p>
      <w:pPr>
        <w:spacing w:before="0" w:after="80" w:line="259" w:lineRule="auto"/>
        <w:ind w:firstLine="360"/>
      </w:pPr>
      <w:r>
        <w:rPr>
          <w:rFonts w:ascii="Noto Serif CJK SC" w:hAnsi="Noto Serif CJK SC" w:eastAsia="Noto Serif CJK SC"/>
        </w:rPr>
        <w:t>五、顿断妄念，自性现前</w:t>
      </w:r>
    </w:p>
    <w:p>
      <w:pPr>
        <w:spacing w:before="0" w:after="80" w:line="259" w:lineRule="auto"/>
        <w:ind w:firstLine="360"/>
      </w:pPr>
      <w:r>
        <w:rPr>
          <w:rFonts w:ascii="Noto Serif CJK SC" w:hAnsi="Noto Serif CJK SC" w:eastAsia="Noto Serif CJK SC"/>
        </w:rPr>
        <w:t>“急呼‘呸’字，顿断妄想之流。妄念动，急呼“呸”，这是大手印断妄念的要诀。念佛的人不要此法，只要把佛念一提，念一声阿弥陀佛就行了。其他行人于妄念一动时，就急呼“呸”马上凛觉，妄想的源流“啪”地一下就断了。比如我们想到发财，就“呸”，发什么财？白日做梦！这样妄念就断掉了。假如妄念势力强，即贪心重，呸它不断时，就须持咒，假佛力来消除了。“息粗妄心所而住定，则离攀缘一切法之境，自性即明彻，赤显离心智慧，如如现住。把粗妄心所息掉（我们的心王心所，有八大心王，五十一个心所。其中最坏的心所是五个遍行心所，即作意、触、受、想、思。“作意”即意根，翻动势力之强大，从来没有停止过，不要以为睡觉它就停止了，它在繁衍梦境，还是没有停止，要到最后金刚萨埵定，才能把它定下来），就是把对境生心的粗妄歇下来，才能安住定境而不动。修法能对境不生心，就有相当</w:t>
      </w:r>
    </w:p>
    <w:p>
      <w:pPr>
        <w:spacing w:before="0" w:after="80" w:line="259" w:lineRule="auto"/>
        <w:ind w:firstLine="360"/>
      </w:pPr>
      <w:r>
        <w:rPr>
          <w:rFonts w:ascii="Noto Serif CJK SC" w:hAnsi="Noto Serif CJK SC" w:eastAsia="Noto Serif CJK SC"/>
        </w:rPr>
        <w:t>功力了。我们人时时刻刻都是对境生妄心，并且不断攀缘，由这想到那，由那想到这，无有停息。假如攀缘之心能停下来，就能安然入定，离一切妄想攀缘虚妄之境，我们的自性就明了透彻、赤裸无遗显现出来（即朗然现前），从而打开离生灭有无、而空灵无住的、如如不动的般若大智了。就是说我们修法功夫第一步须息掉对境生心的粗妄，进一步离开攀缘境界，心不乱动，我们本来的自性就明明了了、清清澈澈、赤裸裸地显现出来了，就是离开妄想心的如如不动的光明大智慧也显现出来了。所以佛法就是妙，教我们认识真理，不要跟假相跑。我们若被假相迷惑，那就六道轮回；离开假相，你认识了真心就超脱了，就能证得大神通，得大受用。因此，我们真要生到西方极乐世界，不是马马虎虎地念两声佛、念两句经就可以生的，要用阿弥陀佛之慧剑，斩断我们对娑婆世界这个假相的迷恋之情，才能生西的。所以说“纯想即飞”，也就是我们平日所说的初定，就是我们做功夫能够做到即使真正佛来了，也只是念：阿弥陀佛、阿弥陀佛……，别的什么都没有，只这思想是佛，我全想是佛，佛是我全想，全佛是想，全想是佛，那你就决定生西。假如你不是这样呢？有念无念的念几声阿弥陀佛，心里想着此事</w:t>
      </w:r>
    </w:p>
    <w:p>
      <w:pPr>
        <w:spacing w:before="0" w:after="80" w:line="259" w:lineRule="auto"/>
        <w:ind w:firstLine="360"/>
      </w:pPr>
      <w:r>
        <w:rPr>
          <w:rFonts w:ascii="Noto Serif CJK SC" w:hAnsi="Noto Serif CJK SC" w:eastAsia="Noto Serif CJK SC"/>
        </w:rPr>
        <w:t>彼事，那就不行了。有人问修念佛法门为何要念经呢？念经就是要你认识真理。佛经里说要上品上生，就要读诵大乘经典。为什么呢？读诵大乘经典就能明理。明白一切本来是佛，众生是佛，只是我们迷惑着相，而把自性忘掉了。我们不要迷惑住相，不要贪着功德，功德就是我们的自心，自心是大功之母，大功</w:t>
      </w:r>
    </w:p>
    <w:p>
      <w:pPr>
        <w:spacing w:before="0" w:after="80" w:line="259" w:lineRule="auto"/>
        <w:ind w:firstLine="360"/>
      </w:pPr>
      <w:r>
        <w:rPr>
          <w:rFonts w:ascii="Noto Serif CJK SC" w:hAnsi="Noto Serif CJK SC" w:eastAsia="Noto Serif CJK SC"/>
        </w:rPr>
        <w:t>告成就是成佛。我人六道轮回或往生西方净土，乃心</w:t>
      </w:r>
    </w:p>
    <w:p>
      <w:pPr>
        <w:spacing w:before="0" w:after="80" w:line="259" w:lineRule="auto"/>
        <w:ind w:firstLine="360"/>
      </w:pPr>
      <w:r>
        <w:rPr>
          <w:rFonts w:ascii="Noto Serif CJK SC" w:hAnsi="Noto Serif CJK SC" w:eastAsia="Noto Serif CJK SC"/>
        </w:rPr>
        <w:t>使然也。万德之根本是心，一切万德都从心出，“无不从此法界流，无不归还此法界”。所以，心是根本，是一切法的根本啊！平时我叫大家读诵大乘经典，就是要我们明白这个道理。这里讲的净土法是大乘的净土法，跟禅宗道理一鼻孔出气。净土宗是三根普摄的大乘佛法，不仅是度中下根人，三根人都摄在里面，都是同一个心，净土就是心，心就是净土。《阿弥陀经》说“从是西方，过十万亿佛土，有世界名曰极乐”十万亿佛土就是十度万行，即是用“施、戒、忍、精、禅、慧、方、愿、力、智”来把心修空，开大智慧。心空了，就跨过十万亿佛土，到西方了。所以说西方非遥远，就在你面前。简单说一句，就是你心无所住，一切皆空，你心就是佛，佛就是你心，这里就是西方，西方就是这里，当下就生西方了。不要等死后，活的时候就生西方，是真的生西方；活的时候不能生西方，</w:t>
      </w:r>
    </w:p>
    <w:p>
      <w:pPr>
        <w:spacing w:before="0" w:after="80" w:line="259" w:lineRule="auto"/>
        <w:ind w:firstLine="360"/>
      </w:pPr>
      <w:r>
        <w:rPr>
          <w:rFonts w:ascii="Noto Serif CJK SC" w:hAnsi="Noto Serif CJK SC" w:eastAsia="Noto Serif CJK SC"/>
        </w:rPr>
        <w:t>到死了才生西方，恐就难了。</w:t>
      </w:r>
    </w:p>
    <w:p>
      <w:pPr>
        <w:pStyle w:val="Heading3"/>
      </w:pPr>
      <w:r>
        <w:rPr>
          <w:rFonts w:ascii="Noto Serif CJK SC" w:hAnsi="Noto Serif CJK SC" w:eastAsia="Noto Serif CJK SC"/>
        </w:rPr>
        <w:t>10.7 恒河大手印（第七讲）</w:t>
      </w:r>
    </w:p>
    <w:p>
      <w:pPr>
        <w:spacing w:before="0" w:after="80" w:line="259" w:lineRule="auto"/>
        <w:ind w:firstLine="360"/>
      </w:pPr>
      <w:r>
        <w:rPr>
          <w:rFonts w:ascii="Noto Serif CJK SC" w:hAnsi="Noto Serif CJK SC" w:eastAsia="Noto Serif CJK SC"/>
        </w:rPr>
        <w:t>“洞达离生灭有无诸边，超绝语意分别境，而自安住离言思之智慧性境中。此指法身体性智、瑜伽、见宗。意为我们要明明白白地晓得生灭、有无等等相对的知见是假的，并且要离开这些边见，超越语言意根分别的相对之境，那么，就自自然然地安住在无语言可说、无思想可动的朗照的大智慧的本来自性当中了。“洞达”者就是洞然明白、彻底通达。离生灭有无诸边，就是离开生和灭、有和无等种种边见。生灭、有无等见解，都是相对的妄知妄见，就象海市蜃楼一样虚妄不实，不合中道义，故为边见。而我们时时处处都埋在相对的妄境中过活，在那里分辨好坏、分辨是非、分辨长短，从未离开过生灭、有无诸边。比如，以为人身活着的时候是有，死了以后就什么都没有了，这是边见。假如能识得凡是相对而有的，都是虚妄的影子，都不去追取，那么，即可于妄心息处，洞达本有的绝对真心。真心就是佛性，非有、非无、非长、非短、非生、非灭、非好、非坏、非美、非丑……，</w:t>
      </w:r>
    </w:p>
    <w:p>
      <w:pPr>
        <w:spacing w:before="0" w:after="80" w:line="259" w:lineRule="auto"/>
        <w:ind w:firstLine="360"/>
      </w:pPr>
      <w:r>
        <w:rPr>
          <w:rFonts w:ascii="Noto Serif CJK SC" w:hAnsi="Noto Serif CJK SC" w:eastAsia="Noto Serif CJK SC"/>
        </w:rPr>
        <w:t>一切皆非，语言描述不到，思维推理不出，本不存在任何分别。这就是“超绝语意分别境”语意分别境，即是语言意识分别的境界，意思是我们讲话时大脑意根在不停地动，所以就是非、好坏、长短分别不休，相对之见炽然而生起。比如有的人边念佛边讲话：“阿弥陀佛，我的媳妇怎么坏；阿弥陀佛，我的女儿怎么好。”这就是语意分别境，这样怎么行？如果这样就能生西方极乐世界，那么，生西方极乐世界的人就多了。我们必须要把迷情、边见斩断，一切都不住，一心念阿弥陀佛、阿弥陀佛……，全想是佛，佛就是我心，我心就是佛，心佛道交，打成一片，才能往生西方极乐世界。因此，我们要超越语意分别境界，明白这些境界都是假的，都不可得，而不随它走，不跟它转，一切放下再放下。如，梵志双手持蔓陀萝花来供佛，佛开示他说：“放下着。”梵志把一只手的花放下。佛又说：“放下着。”梵志又把另一只手的花放下。佛再说：“放下着。”梵志一听莫名其妙，赶紧问佛：“我两手的花都放下了，没有了还放下个什么？”佛说：“我叫你放下外六尘、中六识、内六根一切放下。”就是内中外都放光了，一切都不可得，梵志听后就觉悟了。所以，要超越语意分别境界，一切放下，再放下，把一切都放光了，而自然安</w:t>
      </w:r>
    </w:p>
    <w:p>
      <w:pPr>
        <w:spacing w:before="0" w:after="80" w:line="259" w:lineRule="auto"/>
        <w:ind w:firstLine="360"/>
      </w:pPr>
      <w:r>
        <w:rPr>
          <w:rFonts w:ascii="Noto Serif CJK SC" w:hAnsi="Noto Serif CJK SC" w:eastAsia="Noto Serif CJK SC"/>
        </w:rPr>
        <w:t>住离言思之智慧性境中。离言思，就是超越了语言和思维。离言思之智慧性境，超越了语言和思维的、自性本具的大智慧。假如你超越语意分别境，就会自自然然地安住于这个大智慧中，而受用无穷。要做到时时刻刻都自自然然，而不带一点功用之修，是很难的，我们都是有功用之修啊！从初地到七地菩萨，还是有功用之修，从八地到十地才是无功用之修。我们凡夫想一下子就达到无功用之修是不容易的，所以，要从有功用之修到无功用之修，一步一步地上去。何谓有功用之修呢？就是时时地觉照，当心自己，照顾自己。念头一动，即刻警策自己：“哎，不要动，我看见你了。”假如你不觉，就照不见了，跟着念头跑十万八千里还不知道呢！所以，我们时时有觉有照，就是有功用之修；照到后面照熟了，不要觉了，它自然照，它自然不动摇，寂而常照，照而常寂，那就是无功用之修了；到最后寂也不可得，照也不可得，那才是真正到家。我们只有时时如此做功夫，才能从有功用之修达无功用之修，不能一步登天。这功夫怎么做？时时觉悟，要安住在无语言可说、无思想可动，即如宗下所云“言语道断，心行路</w:t>
      </w:r>
    </w:p>
    <w:p>
      <w:pPr>
        <w:spacing w:before="0" w:after="80" w:line="259" w:lineRule="auto"/>
        <w:ind w:firstLine="360"/>
      </w:pPr>
      <w:r>
        <w:rPr>
          <w:rFonts w:ascii="Noto Serif CJK SC" w:hAnsi="Noto Serif CJK SC" w:eastAsia="Noto Serif CJK SC"/>
        </w:rPr>
        <w:t>绝”的、朗照的大智慧当中。我们的心不动了，它就自然朗照，反应异常快捷；假如你心有所动，有所住着，有所烦恼，反应就很迟钝了。因为你被境界牵走了，心的光明被境界所遮盖，无法朗照了，所以，反应就迟钝了。你假如能做到时时安住在离言思之智慧性境中，说话也不可得，思想也不可得，一切都不可得，你自然了了分明，那么，所有的神通妙用就来了。你不这样做，想要神通啊？不可得，得不到的。凡夫时时刻刻都在计较、分别，患得患失，故不得安宁自在。我们修行了道，就是为了离开妄想，去除执着，恢复本性光明，而起大机大用。我们的佛性就象太阳一样，光明无量，但为妄想分别所遮，不能放大光明、起大神用。如乌云消去，太阳就放大光明，离开了妄想执着，各种神通妙用不求而自得。《大日经》云：“菩萨住此修学，不久勤苦，便得除一切盖障三昧。若得此者，则与诸佛菩萨同等住，当发五神通，获无量语言音陀罗尼。“菩萨住此”住什么地方啊？“安住离言思之智慧性境中”，在这种境界中，再勤苦修学，以除旧习，不久就会五通齐发、辩才无碍。五通，就是天眼通、天耳通、他心通、宿命通和神足通。佛有六通，五通之外，还有漏尽通，就是一切妄想、执着、分别、烦</w:t>
      </w:r>
    </w:p>
    <w:p>
      <w:pPr>
        <w:spacing w:before="0" w:after="80" w:line="259" w:lineRule="auto"/>
        <w:ind w:firstLine="360"/>
      </w:pPr>
      <w:r>
        <w:rPr>
          <w:rFonts w:ascii="Noto Serif CJK SC" w:hAnsi="Noto Serif CJK SC" w:eastAsia="Noto Serif CJK SC"/>
        </w:rPr>
        <w:t>恼等有漏之处，统统净尽。那就是“离言思之智慧性</w:t>
      </w:r>
    </w:p>
    <w:p>
      <w:pPr>
        <w:spacing w:before="0" w:after="80" w:line="259" w:lineRule="auto"/>
        <w:ind w:firstLine="360"/>
      </w:pPr>
      <w:r>
        <w:rPr>
          <w:rFonts w:ascii="Noto Serif CJK SC" w:hAnsi="Noto Serif CJK SC" w:eastAsia="Noto Serif CJK SC"/>
        </w:rPr>
        <w:t>境”啊！我们修行，是先得漏尽通，而自安住在离言思之智慧性境中，这也叫“法身体性智”，也叫“瑜伽”、也叫“见宗”。法身无相，无相而无不相，在佛不增，在众生不减。法身体性智，就是超越一切相对、超越一切世间智慧的大智慧。“瑜伽”，意即相应。与什么相应？与法身佛相应。也就是“见宗”啊！明白清爽地晓得生灭、有无等等相对之见都是假的，离开这些边见，超越语言意根分别的相对之境，就自自然然地安住在无语言可说、无思想可动、自然朗照、本自具足之大智慧自性当中，是指法身体性智。修法证道有五大智：大圆镜智、平等性智、妙观察智、成所作智、法界体性智。法界体性智在恒河大手印里，称之法身体性智。法身体性智是总的种智，转第八识为大圆镜智。大圆镜智是最后圆成，六祖讲过：“六七因中转，五八果上转”。就是修道时，先从第六、第七识上下手来修，因第六识的势力最强，一切时一切处都是它在分别蠢动。如六识妄想不动了，没有什么妄想消息传给第七识，七识就转了。七识是传送识，它把六识传来的消息收下来，然后送到第八识里面去。六七识在修因中转为妙观察智与平等性智，则第八识和前五识，就随后因无妄种可藏和无第六识的干</w:t>
      </w:r>
    </w:p>
    <w:p>
      <w:pPr>
        <w:spacing w:before="0" w:after="80" w:line="259" w:lineRule="auto"/>
        <w:ind w:firstLine="360"/>
      </w:pPr>
      <w:r>
        <w:rPr>
          <w:rFonts w:ascii="Noto Serif CJK SC" w:hAnsi="Noto Serif CJK SC" w:eastAsia="Noto Serif CJK SC"/>
        </w:rPr>
        <w:t>扰而转为大圆镜智和成所作智了。因此，从除习气在事境上修来讲，转识还是从第六识开始转，第八识还须在后头转，一下子转第八识为大圆镜智是不可能的。我们时时刻刻在六识上做功夫，妄想就不动，不跟境转了。念佛念法念僧，就是把圣种、净种传递给第七识，第七识再传给第八识，从而把染种转为净种而生西了生死的。所以说在八识中，第七识恒审思量执着我相，我是他非，贡高我慢得不得了，总以我为主，一切都归我，贪得无厌，所以，第七识最坏。因此，修法打七，就是打倒第七识。其实一切众生皆平等一如，哪里有我？但是人们的我执炽盛，都把别人看得低一等，人家都不行，唯我顶好，所以在人际关系上就不平等了。因此，第七识一转之后，即没有人我是非得失，一切都一样，一切法都平等无异了。我们现在虽然学佛法了，但七识尚未转换时，也免不了不平等。比如修净土宗人说净土宗最好最好，别的法都不行；学禅的人说禅最高，其它那些都不好；学密宗的人说密宗最圆满，其余都不怎么好。唉！自是非他，都是没有真真正正证到平等性智，心不平等的缘故。其实所有的法门都一样的，都是工具、手段，不是目的，我们的目的是成佛。你用这手段成功，我用那手段也能成功，你我都成功了，岂不一样？是故</w:t>
      </w:r>
    </w:p>
    <w:p>
      <w:pPr>
        <w:spacing w:before="0" w:after="80" w:line="259" w:lineRule="auto"/>
        <w:ind w:firstLine="360"/>
      </w:pPr>
      <w:r>
        <w:rPr>
          <w:rFonts w:ascii="Noto Serif CJK SC" w:hAnsi="Noto Serif CJK SC" w:eastAsia="Noto Serif CJK SC"/>
        </w:rPr>
        <w:t>云：“方便多门，归元无二。”所有的法都是一样的，所以说：“是法平等，无有高下。”之所以不平等，是第七识做怪。所以，我们的七识一转，就平等了。一切是非人我都平等，一切对峙都平等。平等平等，一切一切都平等，就悟彻大道了。转第六识为妙观察智，它就由妄想分别弄是非得失，而变为圆妙地观察一切事物与正确处理之智慧。譬如这事如何做才好，那人怎么安排才合理，对一个坏人又应该怎样转化他，使他转坏为好、转凡成圣等等。妙观察智是清清爽爽不动不摇，现量而比量，比量而现量。现量是称其量而显形，不加分别；比量就要比较一下是好还是坏、是长还是短、是是还是非。证到此智，虽明辨是非得失，而无爱嗔取舍；虽平等处理一切事物，而不是不知是非、长短，所以是大智用。转前五识为成所作智，眼看色、耳听声、鼻闻香、舌尝味、身历境乃成所作智的作用。我们之所以能思考、工作、创造发明（也就是说前面所讲的四大智），都靠法界体性智的作用。法界体性智在大手印里称为法身体性智，它是根本智。瑜伽见宗，见是知见，瑜伽，是相应，即心相应法。大手印就是叫你时时相应，即凡夫与佛相应，自心与虚空相应，所谓印空、印水、印泥也。时时刻刻相应即</w:t>
      </w:r>
    </w:p>
    <w:p>
      <w:pPr>
        <w:spacing w:before="0" w:after="80" w:line="259" w:lineRule="auto"/>
        <w:ind w:firstLine="360"/>
      </w:pPr>
      <w:r>
        <w:rPr>
          <w:rFonts w:ascii="Noto Serif CJK SC" w:hAnsi="Noto Serif CJK SC" w:eastAsia="Noto Serif CJK SC"/>
        </w:rPr>
        <w:t>是瑜伽。瑜伽见宗，就是指时时与本来自性相应的知见。</w:t>
      </w:r>
    </w:p>
    <w:p>
      <w:pPr>
        <w:spacing w:before="0" w:after="80" w:line="259" w:lineRule="auto"/>
        <w:ind w:firstLine="360"/>
      </w:pPr>
      <w:r>
        <w:rPr>
          <w:rFonts w:ascii="Noto Serif CJK SC" w:hAnsi="Noto Serif CJK SC" w:eastAsia="Noto Serif CJK SC"/>
        </w:rPr>
        <w:t>六、不识自性，修法无益</w:t>
      </w:r>
    </w:p>
    <w:p>
      <w:pPr>
        <w:spacing w:before="0" w:after="80" w:line="259" w:lineRule="auto"/>
        <w:ind w:firstLine="360"/>
      </w:pPr>
      <w:r>
        <w:rPr>
          <w:rFonts w:ascii="Noto Serif CJK SC" w:hAnsi="Noto Serif CJK SC" w:eastAsia="Noto Serif CJK SC"/>
        </w:rPr>
        <w:t>“如不识此而修，则是未离心之作用及有为之见，与自性大圆满道悬隔，不得无修光明轮。假如不认识自己的妙心，没有正确的知见，不知从佛性起修，而着相向外求取，那就没有离开妄心的作用，那就是有为的邪见，那与“自性大圆满道”风马牛不相及，得不到“无修光明轮”。自性大圆满，</w:t>
      </w:r>
    </w:p>
    <w:p>
      <w:pPr>
        <w:spacing w:before="0" w:after="80" w:line="259" w:lineRule="auto"/>
        <w:ind w:firstLine="360"/>
      </w:pPr>
      <w:r>
        <w:rPr>
          <w:rFonts w:ascii="Noto Serif CJK SC" w:hAnsi="Noto Serif CJK SC" w:eastAsia="Noto Serif CJK SC"/>
        </w:rPr>
        <w:t>就是佛性本自具足，本来圆满，并非从取而有，从修</w:t>
      </w:r>
    </w:p>
    <w:p>
      <w:pPr>
        <w:spacing w:before="0" w:after="80" w:line="259" w:lineRule="auto"/>
        <w:ind w:firstLine="360"/>
      </w:pPr>
      <w:r>
        <w:rPr>
          <w:rFonts w:ascii="Noto Serif CJK SC" w:hAnsi="Noto Serif CJK SC" w:eastAsia="Noto Serif CJK SC"/>
        </w:rPr>
        <w:t>而生。无修光明轮，就是佛性本来光明无量，照十方国，具足一切妙用，能起万千变化。光明轮不是修出来的，而是自心本具的。所以说：“道，不属修，而属悟。”悟道，即醒悟、明白、契入真心，恢复本来。就是在修法时，于一念断处，“囗力”地一声，证悟</w:t>
      </w:r>
    </w:p>
    <w:p>
      <w:pPr>
        <w:spacing w:before="0" w:after="80" w:line="259" w:lineRule="auto"/>
        <w:ind w:firstLine="360"/>
      </w:pPr>
      <w:r>
        <w:rPr>
          <w:rFonts w:ascii="Noto Serif CJK SC" w:hAnsi="Noto Serif CJK SC" w:eastAsia="Noto Serif CJK SC"/>
        </w:rPr>
        <w:t>本真。悟后要不要修？要修！因为无始以来的我、法</w:t>
      </w:r>
    </w:p>
    <w:p>
      <w:pPr>
        <w:spacing w:before="0" w:after="80" w:line="259" w:lineRule="auto"/>
        <w:ind w:firstLine="360"/>
      </w:pPr>
      <w:r>
        <w:rPr>
          <w:rFonts w:ascii="Noto Serif CJK SC" w:hAnsi="Noto Serif CJK SC" w:eastAsia="Noto Serif CJK SC"/>
        </w:rPr>
        <w:t>二执还在，还不能开发大神用，须将这二执消尽，才能彻证本源。那么，怎么修啊？这要看各人的习染轻重，而用不同的方法，但最好是无修之修，用观照的方法。大手印的方法是，当妄念一起，就“呸”地一声，将妄念喝断，从而保护真心。但我们也可以用别的方法，比如念佛、持咒等。当妄念起时，就念阿弥</w:t>
      </w:r>
    </w:p>
    <w:p>
      <w:pPr>
        <w:spacing w:before="0" w:after="80" w:line="259" w:lineRule="auto"/>
        <w:ind w:firstLine="360"/>
      </w:pPr>
      <w:r>
        <w:rPr>
          <w:rFonts w:ascii="Noto Serif CJK SC" w:hAnsi="Noto Serif CJK SC" w:eastAsia="Noto Serif CJK SC"/>
        </w:rPr>
        <w:t>陀佛，或持一句咒语，不跟妄念走，将妄念转化，同样可以保护真心。更或当妄念起时，凛然一觉，一切化空，妄念也就歇下来了。所以，要得到“无修光明轮”，须明证这妙明真心之后才行。假如不明白什么是真心，那就得不到了。“于见宗未得印证，则虽修亦无保任之境，故以印证见宗为首要。见宗，就是正知正见，即在正知见的熏习下，认识了本性。假如你还不认识本性，则“虽修亦无保任之境”；即使你在勤勤恳恳地用功修行，也得不到“无修光明轮”；因为你没有“保任之境”，不知保什么啊！就是说，你对于前面讲的正知正见还拿不准，不认识本性，脚跟站不稳，还在疑惑，那你保什么呀？譬如我们有个小孩子，要小心照顾他、保护他，不要饿着，不要冻着，不要让他跌倒了，无微不至地关怀他，抚养他长大。如果你根本没有小孩子，那你保护谁呀？保任，是两段功夫，先保后任。就象对小孩子，先要保护他，待小孩子长大了，就放任他，让他自主自立，自己做事，自己工作，不必管他了。保任，看起来只两个字，做起功夫来，要走好一段路呢！要做</w:t>
      </w:r>
    </w:p>
    <w:p>
      <w:pPr>
        <w:spacing w:before="0" w:after="80" w:line="259" w:lineRule="auto"/>
        <w:ind w:firstLine="360"/>
      </w:pPr>
      <w:r>
        <w:rPr>
          <w:rFonts w:ascii="Noto Serif CJK SC" w:hAnsi="Noto Serif CJK SC" w:eastAsia="Noto Serif CJK SC"/>
        </w:rPr>
        <w:t>保任功夫，须先见本性；不见本性，保什么呀？那什么是本性呢？上面讲了很多，即现在能见、能闻之性，认取它，不要怀疑，好好地保护它。怎么保护？“不是不见，不是不闻”，而是“了了觉之，不着见闻”在日常生活中，不是不看东西，不是不听声音，而是不分别好坏、美丑，不起爱憎、取舍之心。尽管看、尽管听，心里什么也没有——“荡然无住”，这就是“保”了，保成熟之后，就不要保了，放下它，一切处都可以去，什么事都不妨做，而丝毫无住，这就到了事事无碍、任运逍遥的境界。关于“事事无碍”真净克文禅师有一偈颂曰：“事事无碍，如意自在，手把猪头，口诵净戒，趁出淫坊，未还酒债，十字街头，解开布袋。”手里拎猪头，一边啃着猪头肉，一边念诵戒条：不杀生，不偷盗，不邪淫……我在吃素，我刚从淫坊出来啊，哈哈哈哈！趁出，就是被赶出来。淫坊，就是妓女院。在妓院里钞票花光了，被老鸨赶出来。喝酒欠债，酒馆来讨酒钱，穷得无力偿还。就这么邋遢，就这么潦倒了，从而逍遥自在、无忧无虑。可能有人会问：手把猪头，口诵净戒……不吃素，不是破戒了吗？非也！他未曾吃荤，他是吃素的。为什么？他心空了，没有着相，未曾觉得肉好吃而多吃，菜不好吃而少吃。没有爱憎、取舍之心，就是吃素。</w:t>
      </w:r>
    </w:p>
    <w:p>
      <w:pPr>
        <w:spacing w:before="0" w:after="80" w:line="259" w:lineRule="auto"/>
        <w:ind w:firstLine="360"/>
      </w:pPr>
      <w:r>
        <w:rPr>
          <w:rFonts w:ascii="Noto Serif CJK SC" w:hAnsi="Noto Serif CJK SC" w:eastAsia="Noto Serif CJK SC"/>
        </w:rPr>
        <w:t>相反有的人虽然吃素，但执着在味道上：这个菜味道好，鲜美；那个菜味道不好，难吃！非常挑剔，就等于不吃素。如果我们的心真的空净了，吃了还等于没吃，尽管手把猪头也不要紧。话又说回来，若没证到这个地步，你就这么放任啊，那你“入地狱如箭射在！”你的心没有真正空净，“业”就粘住你、缠住你，不放你过去。举一则这样的公案：从前有个禅师爱吃牛肉，他说：“吃就是不吃！</w:t>
      </w:r>
    </w:p>
    <w:p>
      <w:pPr>
        <w:spacing w:before="0" w:after="80" w:line="259" w:lineRule="auto"/>
        <w:ind w:firstLine="360"/>
      </w:pPr>
      <w:r>
        <w:rPr>
          <w:rFonts w:ascii="Noto Serif CJK SC" w:hAnsi="Noto Serif CJK SC" w:eastAsia="Noto Serif CJK SC"/>
        </w:rPr>
        <w:t>”他的心空净了吗？没有啊！只是嘴上说说，心</w:t>
      </w:r>
    </w:p>
    <w:p>
      <w:pPr>
        <w:spacing w:before="0" w:after="80" w:line="259" w:lineRule="auto"/>
        <w:ind w:firstLine="360"/>
      </w:pPr>
      <w:r>
        <w:rPr>
          <w:rFonts w:ascii="Noto Serif CJK SC" w:hAnsi="Noto Serif CJK SC" w:eastAsia="Noto Serif CJK SC"/>
        </w:rPr>
        <w:t>里空不了，业障就粘住他，要他还债。这禅师一口气不来，就入了牛胎，作牛还债。有一天，农夫把牛牵出来，遇见宝志公禅师。志公一看：哟！这不是某某禅师吗？你不是说“吃就是不吃”吗？你不应该做牛啊，你怎么作牛还债啊？这牛泪流满面，！自己撞死了。所以，不到真正空净的地步，胡说大话，要下地狱的。我们是决心证大道的，证到什么地步，就说什么地步的话，不得胡来！要想证到“事事无碍”的地步，首先要做到见地纯正，明见真心，再进一步除妄习而入于无为。着相而修、有为而修，俱不能证到“事事无碍”。现在有的人心不空净，妄求神通，坏了！非但不能成佛，却是成魔有份！你想要神通，魔就到你心里现神通，变个佛相给你看看，你以为是真</w:t>
      </w:r>
    </w:p>
    <w:p>
      <w:pPr>
        <w:spacing w:before="0" w:after="80" w:line="259" w:lineRule="auto"/>
        <w:ind w:firstLine="360"/>
      </w:pPr>
      <w:r>
        <w:rPr>
          <w:rFonts w:ascii="Noto Serif CJK SC" w:hAnsi="Noto Serif CJK SC" w:eastAsia="Noto Serif CJK SC"/>
        </w:rPr>
        <w:t>佛，高兴地守住它，魔就住到你心里去了。魔王还要</w:t>
      </w:r>
    </w:p>
    <w:p>
      <w:pPr>
        <w:spacing w:before="0" w:after="80" w:line="259" w:lineRule="auto"/>
        <w:ind w:firstLine="360"/>
      </w:pPr>
      <w:r>
        <w:rPr>
          <w:rFonts w:ascii="Noto Serif CJK SC" w:hAnsi="Noto Serif CJK SC" w:eastAsia="Noto Serif CJK SC"/>
        </w:rPr>
        <w:t>扩大他的影响，让你去说法，接引一班魔子魔孙。这都是着相之故，所以我们不能着相，不能有为而修。“故以印证见宗为首要。”这是最重的一句话。见宗就是明见本性。恒河大手印把见宗置于首要地位，曹洞宗的“五位君臣”也突出了这一点。临济宗有“三玄三要”，其中“句中玄”里的初要，就是识自本心、见自本性，同样突出了这一点。“后可印证自住之智慧，是即住自本性，非由他求，亦非昔无今有。（此为初要）先要证见本性，然后才能够显发“自住之智慧”明悟后，保任本性不失，勤苦用功，扫荡妄习。如果在任何顺境、逆境中，都能心如止水，毫无走作，那么，各种神通妙用便不求自得。“住自本性”，就是自心本具，自然由本心发出。“非由他求”，不是修什么法求得的，也不是佛菩萨赐给我们的，更不是什么鬼神附体而显现的。“亦非昔无今有”也不是以前没有，现在才有，而是本来就有的。有人问：“你说本来就有，那我现在怎么没有呢？”你现在妄想、妄习还没</w:t>
      </w:r>
    </w:p>
    <w:p>
      <w:pPr>
        <w:spacing w:before="0" w:after="80" w:line="259" w:lineRule="auto"/>
        <w:ind w:firstLine="360"/>
      </w:pPr>
      <w:r>
        <w:rPr>
          <w:rFonts w:ascii="Noto Serif CJK SC" w:hAnsi="Noto Serif CJK SC" w:eastAsia="Noto Serif CJK SC"/>
        </w:rPr>
        <w:t>除光啊！首先你要认识佛性，明悟这能见、能闻的性</w:t>
      </w:r>
    </w:p>
    <w:p>
      <w:pPr>
        <w:spacing w:before="0" w:after="80" w:line="259" w:lineRule="auto"/>
        <w:ind w:firstLine="360"/>
      </w:pPr>
      <w:r>
        <w:rPr>
          <w:rFonts w:ascii="Noto Serif CJK SC" w:hAnsi="Noto Serif CJK SC" w:eastAsia="Noto Serif CJK SC"/>
        </w:rPr>
        <w:t>能就是本性。然后时时保护它，不要着相，不要跟境界跑。保护圆熟了，心真的空净了，神通就会自然显现。如果不是“住自本心”，不是自己开发出来的，那都是不相干的，一口气不来，就什么功能都没有了，自己到哪里去也不知道。做了坏事，还要下地狱，很危险啊！我们上海就有好几个所谓“有神通”的，将到临终，附在他们身上的精灵离开他走了，这时他们不但没有神通，肉体还非常痛苦，精神上更是内疚，深受良心的谴责，只是“痛啊！苦啊！”地叫着，堕入下三道去了。我们修正法的人要引以为戒啊！</w:t>
      </w:r>
    </w:p>
    <w:p>
      <w:pPr>
        <w:spacing w:before="0" w:after="80" w:line="259" w:lineRule="auto"/>
        <w:ind w:firstLine="360"/>
      </w:pPr>
      <w:r>
        <w:rPr>
          <w:rFonts w:ascii="Noto Serif CJK SC" w:hAnsi="Noto Serif CJK SC" w:eastAsia="Noto Serif CJK SC"/>
        </w:rPr>
        <w:t>熟识法身</w:t>
      </w:r>
    </w:p>
    <w:p>
      <w:pPr>
        <w:spacing w:before="0" w:after="80" w:line="259" w:lineRule="auto"/>
        <w:ind w:firstLine="360"/>
      </w:pPr>
      <w:r>
        <w:rPr>
          <w:rFonts w:ascii="Noto Serif CJK SC" w:hAnsi="Noto Serif CJK SC" w:eastAsia="Noto Serif CJK SC"/>
        </w:rPr>
        <w:t>一、烦恼即菩提</w:t>
      </w:r>
    </w:p>
    <w:p>
      <w:pPr>
        <w:pStyle w:val="Heading3"/>
      </w:pPr>
      <w:r>
        <w:rPr>
          <w:rFonts w:ascii="Noto Serif CJK SC" w:hAnsi="Noto Serif CJK SC" w:eastAsia="Noto Serif CJK SC"/>
        </w:rPr>
        <w:t>10.8 恒河大手印（第八讲）</w:t>
      </w:r>
    </w:p>
    <w:p>
      <w:pPr>
        <w:spacing w:before="0" w:after="80" w:line="259" w:lineRule="auto"/>
        <w:ind w:firstLine="360"/>
      </w:pPr>
      <w:r>
        <w:rPr>
          <w:rFonts w:ascii="Noto Serif CJK SC" w:hAnsi="Noto Serif CJK SC" w:eastAsia="Noto Serif CJK SC"/>
        </w:rPr>
        <w:t>“令心如河流，任运自然住，起伏不作成立与遮遣，即得法身自相。我们做功夫，要让心象河流一样，随弯就折。自己毫无主观的住着，一切任运随缘，没有我见，亦无滞碍。一切时都象流水一样，安然自在地流去，功夫就要这样做。我们凡夫私心重重、妄念多端，什么都要符合自己的心意；我要这样，就得这样才好，不然心里就烦恼；所以业障深重，不能见道。我们现在用功修道，就要改变这种住着的妄习，要能够随缘就物，弯就弯、折就折，不能固执己见。比如我们干工作，升就升，降就降，均无所谓。不可因迁升而喜、下降即恼。因为一切都是为人民服务，不是为自己，所以需能上能下。我们学佛了，知道一切声色货利皆如空花水月，不可求、不可得，心常空寂，没有烦恼，所以什么问题都好商量，什么事都能无私地负担起来，</w:t>
      </w:r>
    </w:p>
    <w:p>
      <w:pPr>
        <w:spacing w:before="0" w:after="80" w:line="259" w:lineRule="auto"/>
        <w:ind w:firstLine="360"/>
      </w:pPr>
      <w:r>
        <w:rPr>
          <w:rFonts w:ascii="Noto Serif CJK SC" w:hAnsi="Noto Serif CJK SC" w:eastAsia="Noto Serif CJK SC"/>
        </w:rPr>
        <w:t>勇往直前地干。假如大家都这样舍己为人地去做，社会就安宁，民族就兴旺，国家就富强。所以学佛对世道人心大有裨益，实在应该大力提倡。我们做事情时，不去管它成功还是失败，只是竭尽全力去做，成不喜，败不恼，总结经验，纠正错误，再接再厉地干。若能做到思想坦坦荡荡，无曲无私，不动不摇，即自然证法身的本来面目。同样，不因一起念，而生“心光被乌云所遮”想；也不因妄念息下时，而生“遣除”想。因为一生起“离”与“出”之念，就是妄上加妄，还是有所执着，不得解脱。大手印是讲无为而作，一切无染，任运随缘，时时如此的，功夫较高一层，是较难做的。假如一时做不到这样子，还要做其它功夫，等后面再讲。所以，我们须时时如此，念头来了不睬它、不压它，也不跟它跑，任运随缘，应万机而无住，这就是我们的法身自相。我们自己的法性本来就是如此，它能随机起妙用，不是死在那里不动。它反应非常之快，快得超过光速。凡夫之所以反应慢，就是因为妄想多，象太阳被乌云遮住了，光明放不出来，功能因而变小了一样。发神通就是妄念消尽后，心的功能完全发挥出来了。一切众生皆具有佛性，而佛性本具无穷神通妙用。只要我们能够象流水一样地无心，任其自然，</w:t>
      </w:r>
    </w:p>
    <w:p>
      <w:pPr>
        <w:spacing w:before="0" w:after="80" w:line="259" w:lineRule="auto"/>
        <w:ind w:firstLine="360"/>
      </w:pPr>
      <w:r>
        <w:rPr>
          <w:rFonts w:ascii="Noto Serif CJK SC" w:hAnsi="Noto Serif CJK SC" w:eastAsia="Noto Serif CJK SC"/>
        </w:rPr>
        <w:t>所谓落花有意，流水无心，时时这样任运腾腾，就能恢复法身的自相，而大显神通了。法身自相并不是一念不起，死板板地什么也不知道。它是活泼泼的，随缘起用、妙用无边。所谓无念，不是说一个念头不起才叫无念，而是念起无住叫做无念。空即是有，有即是空啊！讲到空有，这对学佛的关系非常大，把空有的关系完全弄通之后，方能迅速进步。做功夫的人总是说一切皆空，不要著有；而凡夫做事都是著有，空和有好象是不可调和的对立面。这是因为大家对“空”“有”理解不同的缘故。凡夫说空，是一切没有；佛法说空，只是无体性，而不是无假相；所以说“即色即空”，而不是离开假相说空。我们说空，不同凡夫一无所有的空，而是不住着假相的空，是“空即有，有即空，空有不二”的空。所以，无念不是一念不起，而是念起不随不住，要搞通此理。佛性真空，不是不显现，因为起用必显现故。假如空了没有相，即不是</w:t>
      </w:r>
    </w:p>
    <w:p>
      <w:pPr>
        <w:spacing w:before="0" w:after="80" w:line="259" w:lineRule="auto"/>
        <w:ind w:firstLine="360"/>
      </w:pPr>
      <w:r>
        <w:rPr>
          <w:rFonts w:ascii="Noto Serif CJK SC" w:hAnsi="Noto Serif CJK SC" w:eastAsia="Noto Serif CJK SC"/>
        </w:rPr>
        <w:t>自性了。因为有心必有相，心就是相，相就是心，心</w:t>
      </w:r>
    </w:p>
    <w:p>
      <w:pPr>
        <w:spacing w:before="0" w:after="80" w:line="259" w:lineRule="auto"/>
        <w:ind w:firstLine="360"/>
      </w:pPr>
      <w:r>
        <w:rPr>
          <w:rFonts w:ascii="Noto Serif CJK SC" w:hAnsi="Noto Serif CJK SC" w:eastAsia="Noto Serif CJK SC"/>
        </w:rPr>
        <w:t>相不二故。我上次讲了，镜子里一定有影子，没有影子不成为镜子，所以佛性一定能显现色相，没有色相就不能称为佛性，因为没有妙用，佛性就变为死空、顽空了；但佛性不是顽空，它是灵明廓彻，能起一切</w:t>
      </w:r>
    </w:p>
    <w:p>
      <w:pPr>
        <w:spacing w:before="0" w:after="80" w:line="259" w:lineRule="auto"/>
        <w:ind w:firstLine="360"/>
      </w:pPr>
      <w:r>
        <w:rPr>
          <w:rFonts w:ascii="Noto Serif CJK SC" w:hAnsi="Noto Serif CJK SC" w:eastAsia="Noto Serif CJK SC"/>
        </w:rPr>
        <w:t>妙用，能现诸般色相的，所以是“森罗万象心中圆”讲到这里，说个故事给你们听听，镇江有个金山寺，寺里有个镇山法宝。法宝就是苏东坡的玉带，玉带由一块块方玉用金线串起来的。这玉带怎么留在金山寺了呢？原来苏东坡和金山寺的方丈佛印禅师是要好的朋友。苏东坡的诗词作得很好，也是信佛修持者，自负功夫已到八风不动的地步。佛印禅师要试试他功夫深浅，故意贬抑他说：“苏东坡的诗真是狗屁不值。</w:t>
      </w:r>
    </w:p>
    <w:p>
      <w:pPr>
        <w:spacing w:before="0" w:after="80" w:line="259" w:lineRule="auto"/>
        <w:ind w:firstLine="360"/>
      </w:pPr>
      <w:r>
        <w:rPr>
          <w:rFonts w:ascii="Noto Serif CJK SC" w:hAnsi="Noto Serif CJK SC" w:eastAsia="Noto Serif CJK SC"/>
        </w:rPr>
        <w:t>”苏东坡听了这话，不禁心中大气，就大兴问</w:t>
      </w:r>
    </w:p>
    <w:p>
      <w:pPr>
        <w:spacing w:before="0" w:after="80" w:line="259" w:lineRule="auto"/>
        <w:ind w:firstLine="360"/>
      </w:pPr>
      <w:r>
        <w:rPr>
          <w:rFonts w:ascii="Noto Serif CJK SC" w:hAnsi="Noto Serif CJK SC" w:eastAsia="Noto Serif CJK SC"/>
        </w:rPr>
        <w:t>罪之师，气冲冲地过江来责问佛印禅师。佛印禅师笑道：“好个八风不动，一屁就把你打过江来。”这是个笑话。有一次，苏东坡到金山寺来访问佛印禅师，禅师这时正在禅堂里领众坐香，那正是止静的时候，闲人不好进去。苏东坡知道这个规矩，就在客堂里坐等佛印禅师出来。这枝香坐完后又加了一枝香，所以出来很晚。苏东坡等了很久，心里非常焦燥。香完开静，佛印禅师出来了：“哎呀！苏大学士，请坐请坐。”苏东坡说：“嘿呀，你还叫我坐呀！我要在你这秃驴的头上坐！”他们是好朋友，在说笑话，骂禅师是“秃驴”。禅师听了道：“噢，你要坐在老僧的头上啊？好、好、好，我有个问题问问你，你要答得出来，老僧的</w:t>
      </w:r>
    </w:p>
    <w:p>
      <w:pPr>
        <w:spacing w:before="0" w:after="80" w:line="259" w:lineRule="auto"/>
        <w:ind w:firstLine="360"/>
      </w:pPr>
      <w:r>
        <w:rPr>
          <w:rFonts w:ascii="Noto Serif CJK SC" w:hAnsi="Noto Serif CJK SC" w:eastAsia="Noto Serif CJK SC"/>
        </w:rPr>
        <w:t>头给你当坐具；若答不出来，就把你身上的玉带解下来，给我们做镇山之宝。”苏东坡哈哈一笑：“随你什么问题，我都能一问十答，我的妙解很多，释义很广。佛印禅师说：“好，我问你，四大本空，五蕴非有，你在什么地方坐？”意思是说你要在我的头上坐啊，我的身体是四大五蕴，是空无所有的，你怎么坐法？苏东坡想：四大是空的，五蕴本没有，一切都没有啊，那我落空了，坐在什么地方呢？不能坐在虚空里呀……想来想去，来回走了三圈，一时答不上来。佛印禅师乘机叫小沙弥：“来呀，把他的玉带解下来，他答不出来了。”于是苏东坡的玉带就留在金山寺做镇山之宝了。这就是空而有、有而空的公案。其实这个问题不难答，因空非顽空，有非实有，空不碍有，有不碍空，空就是有，有就是空，心就是相，相就是心。故不妨答他：“真空不碍妙有，就在你这假相头上坐！”或者就在椅子上一坐，说一声：“如是坐！或者竖起一指，说：“就在这里坐！”更或竖起指问他：“在什么地方坐？”这些答案，随手拈来，正不必动脑筋也。有人问《金刚经》座主：“无人相、无我相，那么，谁说谁闻呢？”这个问题看来很难，无人无我，就无说无闻了，还能在这里讲经听经吗？其实《金刚</w:t>
      </w:r>
    </w:p>
    <w:p>
      <w:pPr>
        <w:spacing w:before="0" w:after="80" w:line="259" w:lineRule="auto"/>
        <w:ind w:firstLine="360"/>
      </w:pPr>
      <w:r>
        <w:rPr>
          <w:rFonts w:ascii="Noto Serif CJK SC" w:hAnsi="Noto Serif CJK SC" w:eastAsia="Noto Serif CJK SC"/>
        </w:rPr>
        <w:t>经》是破相见性的，不是属顽空，事相虽无，佛性不无。可以答他：“只说无相，不说无人。”我们的佛性，妙有非有，真空不空。大家如果把空与有、有与空的道理搞清楚，进一步绵绵密密地于一切时保任，不住相、不落空，就可以圆证大道了。不然，我们一遇境相就粘住，不自在，何时得了？宗下有很多这样的公案，宋朝徽宗皇帝的时候，有一位丞相把各宗各派的长老都请来，开一个无遮大会。就是一点儿没有遮盖，各述己见，直接痛快地呈示本性，圆证大道。有个讲《华严经》的座主说：“在我们教下讲来，成佛需三大阿僧祇劫。而宗下说，一</w:t>
      </w:r>
    </w:p>
    <w:p>
      <w:pPr>
        <w:spacing w:before="0" w:after="80" w:line="259" w:lineRule="auto"/>
        <w:ind w:firstLine="360"/>
      </w:pPr>
      <w:r>
        <w:rPr>
          <w:rFonts w:ascii="Noto Serif CJK SC" w:hAnsi="Noto Serif CJK SC" w:eastAsia="Noto Serif CJK SC"/>
        </w:rPr>
        <w:t>棒一喝就能成佛，这完全不符合佛的教导。现在请问</w:t>
      </w:r>
    </w:p>
    <w:p>
      <w:pPr>
        <w:spacing w:before="0" w:after="80" w:line="259" w:lineRule="auto"/>
        <w:ind w:firstLine="360"/>
      </w:pPr>
      <w:r>
        <w:rPr>
          <w:rFonts w:ascii="Noto Serif CJK SC" w:hAnsi="Noto Serif CJK SC" w:eastAsia="Noto Serif CJK SC"/>
        </w:rPr>
        <w:t>在座的诸大禅德，你们如果一喝能透得过华严宗所说的五教，我承认你们一棒一喝就能成佛，假如透不过五教，那就是魔说。请你们哪个出来讲一讲？”华严宗把佛法分为五教：小乘教、大乘始教、大乘终教、大乘顿教、大乘圆教，教义由浅入深，修法循序渐进。当时赴会的禅宗硕德有圆悟克勤祖师，八十岁开外了，是大慧宗杲禅师的师父。他用眼睛看了看四十多岁的净因成小禅师，净因成禅师会意了，便站出来，对华严座主说：“你这个问题不难答复，不值得在座的大祖师给你讲，让我小长老对你讲一讲。我们先把</w:t>
      </w:r>
    </w:p>
    <w:p>
      <w:pPr>
        <w:spacing w:before="0" w:after="80" w:line="259" w:lineRule="auto"/>
        <w:ind w:firstLine="360"/>
      </w:pPr>
      <w:r>
        <w:rPr>
          <w:rFonts w:ascii="Noto Serif CJK SC" w:hAnsi="Noto Serif CJK SC" w:eastAsia="Noto Serif CJK SC"/>
        </w:rPr>
        <w:t>五教的教义定一定：小乘教著有，有道可成，有涅槃可证，有生死可了；大乘始教讲空；大乘终教讲非空非有，既不是空，也不是有；大乘顿教讲即空即有；大乘圆教讲非空而非有，非有而非空，圆融无碍。是不是这个意思？”华严座主曰：“对！”净因成禅师大喝一声，问众曰：“你们听到没有？”众曰：“听到了！成曰：“听到了，那就是有啊！透过小乘了。”徽宗皇帝当时着青衣小帽掺杂在大众中坐着，他关照丞相，不要讲出去，让他好好听听怎么讲。过了一会儿，声音消散了，成又问：“你们现在听，还有声音吗？”众曰：“没有了！”成曰：“没有就是空，透过始教了。又曰：“现在没有而刚才有，就是非空；刚才有而现在没有，就是非有。这不是非空非有吗？透过终教了。再者，若无刚才的有，现在说什么空呢？若无现在的空，说什么刚才有啊？说有之时空在有，说空之时有在空，这不是即空即有吗？透过顿教了。大乘圆教呢？我一喝不做一喝用，尽管喝，没喝过，时时处处不着相。吃饭没咬着一粒米，穿衣没挂着一丝纱。尽管工作很忙，就象没有工作过一样。这就是《金刚经》里‘应无所住而生其心’的精义，说有之时，纤毫不立；说空之时，周遍沙界；空有不住，圆融无碍，这是最上乘的大乘圆教，是《华严经》所说的最高境界</w:t>
      </w:r>
    </w:p>
    <w:p>
      <w:pPr>
        <w:spacing w:before="0" w:after="80" w:line="259" w:lineRule="auto"/>
        <w:ind w:firstLine="360"/>
      </w:pPr>
      <w:r>
        <w:rPr>
          <w:rFonts w:ascii="Noto Serif CJK SC" w:hAnsi="Noto Serif CJK SC" w:eastAsia="Noto Serif CJK SC"/>
        </w:rPr>
        <w:t>——事事无碍法界。这也是禅宗的本质。”大众闻后，莫不信服赞叹，徽宗皇帝也点头不已。佛法实在是最崇高的宗教，是最好的人生哲学。我们能信受奉行，还有什么成败得失的烦恼啊？恒河大手印讲的是最上乘的佛法，我们既然十分庆幸地听到了这部法，就应依教奉行，时时令心如河流一样，无所住着地任运而作，才能证得法身自相。“心起知为智慧功用，观照及一切时皆如是。故放逸不修与勤积修习，其法性无增减。</w:t>
      </w:r>
    </w:p>
    <w:p>
      <w:pPr>
        <w:spacing w:before="0" w:after="80" w:line="259" w:lineRule="auto"/>
        <w:ind w:firstLine="360"/>
      </w:pPr>
      <w:r>
        <w:rPr>
          <w:rFonts w:ascii="Noto Serif CJK SC" w:hAnsi="Noto Serif CJK SC" w:eastAsia="Noto Serif CJK SC"/>
        </w:rPr>
        <w:t>心里起了念头，应该知道，这是智慧功用，是法</w:t>
      </w:r>
    </w:p>
    <w:p>
      <w:pPr>
        <w:spacing w:before="0" w:after="80" w:line="259" w:lineRule="auto"/>
        <w:ind w:firstLine="360"/>
      </w:pPr>
      <w:r>
        <w:rPr>
          <w:rFonts w:ascii="Noto Serif CJK SC" w:hAnsi="Noto Serif CJK SC" w:eastAsia="Noto Serif CJK SC"/>
        </w:rPr>
        <w:t>性的妙用。不仅观照时是这样，一切时都是这样。所</w:t>
      </w:r>
    </w:p>
    <w:p>
      <w:pPr>
        <w:spacing w:before="0" w:after="80" w:line="259" w:lineRule="auto"/>
        <w:ind w:firstLine="360"/>
      </w:pPr>
      <w:r>
        <w:rPr>
          <w:rFonts w:ascii="Noto Serif CJK SC" w:hAnsi="Noto Serif CJK SC" w:eastAsia="Noto Serif CJK SC"/>
        </w:rPr>
        <w:t>以，放逸不修时，法性没有减少；勤积修习时，法性</w:t>
      </w:r>
    </w:p>
    <w:p>
      <w:pPr>
        <w:spacing w:before="0" w:after="80" w:line="259" w:lineRule="auto"/>
        <w:ind w:firstLine="360"/>
      </w:pPr>
      <w:r>
        <w:rPr>
          <w:rFonts w:ascii="Noto Serif CJK SC" w:hAnsi="Noto Serif CJK SC" w:eastAsia="Noto Serif CJK SC"/>
        </w:rPr>
        <w:t>没有增加。法性本身是不增不减的。我们不少人学佛做功夫，往往压念不起，以为一念不生地坐上十天半月、乃至十年八年，是好功夫。殊不知，这样修死定，不得真实受用，不能出三界，只是压伏一时，一经翻动，妄念生起，更胜于昔。纵不翻动，死坐在那里，有什么用啊？久久死定，会变成土木金石的。真做功夫须活泼泼地在事境上锻炼，知道心念起处，是本性的妙用，不去着相，则智慧日</w:t>
      </w:r>
    </w:p>
    <w:p>
      <w:pPr>
        <w:spacing w:before="0" w:after="80" w:line="259" w:lineRule="auto"/>
        <w:ind w:firstLine="360"/>
      </w:pPr>
      <w:r>
        <w:rPr>
          <w:rFonts w:ascii="Noto Serif CJK SC" w:hAnsi="Noto Serif CJK SC" w:eastAsia="Noto Serif CJK SC"/>
        </w:rPr>
        <w:t>增。我们修行要成活佛，不是成死佛，要起种种妙用，利乐众生，这样才有价值。不是死坐在那里不动，那不成了泥菩萨了吗？前面讲过，见到本性之后，须要在事境上勤除习</w:t>
      </w:r>
    </w:p>
    <w:p>
      <w:pPr>
        <w:spacing w:before="0" w:after="80" w:line="259" w:lineRule="auto"/>
        <w:ind w:firstLine="360"/>
      </w:pPr>
      <w:r>
        <w:rPr>
          <w:rFonts w:ascii="Noto Serif CJK SC" w:hAnsi="Noto Serif CJK SC" w:eastAsia="Noto Serif CJK SC"/>
        </w:rPr>
        <w:t>气。观照，就是除习气的最好办法。观照，就是佛性</w:t>
      </w:r>
    </w:p>
    <w:p>
      <w:pPr>
        <w:spacing w:before="0" w:after="80" w:line="259" w:lineRule="auto"/>
        <w:ind w:firstLine="360"/>
      </w:pPr>
      <w:r>
        <w:rPr>
          <w:rFonts w:ascii="Noto Serif CJK SC" w:hAnsi="Noto Serif CJK SC" w:eastAsia="Noto Serif CJK SC"/>
        </w:rPr>
        <w:t>的妙用啊！不仅观照时是妙用，一切时都是妙用。比如游山玩水、探亲访友、看戏跳舞都是妙用。不是不能看戏，但不要被戏看了去，被戏里的情节转了去。正看时，随着戏里的悲欢离合而频起喜怒哀乐，看过后还念念不忘、耿耿于怀，脑筋老是跟着戏里的情节转，这个人这么好，那个人那么坏……这就叫做被戏</w:t>
      </w:r>
    </w:p>
    <w:p>
      <w:pPr>
        <w:spacing w:before="0" w:after="80" w:line="259" w:lineRule="auto"/>
        <w:ind w:firstLine="360"/>
      </w:pPr>
      <w:r>
        <w:rPr>
          <w:rFonts w:ascii="Noto Serif CJK SC" w:hAnsi="Noto Serif CJK SC" w:eastAsia="Noto Serif CJK SC"/>
        </w:rPr>
        <w:t>看了去，这怎么行？看戏也能用功练心，看看这个心</w:t>
      </w:r>
    </w:p>
    <w:p>
      <w:pPr>
        <w:spacing w:before="0" w:after="80" w:line="259" w:lineRule="auto"/>
        <w:ind w:firstLine="360"/>
      </w:pPr>
      <w:r>
        <w:rPr>
          <w:rFonts w:ascii="Noto Serif CJK SC" w:hAnsi="Noto Serif CJK SC" w:eastAsia="Noto Serif CJK SC"/>
        </w:rPr>
        <w:t>能不能被转动。若能达到“犹如木人看花鸟”，就是好功夫了。但这并不是说，戏里的好人坏人都不知道，戏的情节也不知道。如果什么都不知道，岂不成了死水一潭了吗？不是不知道，而是不分别取舍，不为戏里的情节所动。看而不看，不看而看，丝毫无住。“人间事不过总是戏”，我们放不下这个，放不下那个，其实这都象戏一样虚妄啊！一口气不来，这场戏就演完了，执着它干什么？我们做功夫，勤勤恳恳地用功，法身没有增加一分；我们放逸，法身也没有减少一分。换句话说，我</w:t>
      </w:r>
    </w:p>
    <w:p>
      <w:pPr>
        <w:spacing w:before="0" w:after="80" w:line="259" w:lineRule="auto"/>
        <w:ind w:firstLine="360"/>
      </w:pPr>
      <w:r>
        <w:rPr>
          <w:rFonts w:ascii="Noto Serif CJK SC" w:hAnsi="Noto Serif CJK SC" w:eastAsia="Noto Serif CJK SC"/>
        </w:rPr>
        <w:t>们成佛，法身没有增加一分，做众生也没有减少一分；升天没有增加一分，下地狱也没有减少一分。它没有生灭去来，亘万古而不变。美国有一位叫卢胜彦的“活佛”这样说：“做功夫，佛性（天心）就升上天，不好的恶心就降到地下去。”一个升上来，一个降下去，一颗真心分成两个，那可真糟糕透了！有的法师讲经时说：“假如我们做了坏事，做坏事的妄心下地狱；真心升到天上去。”也是把真、妄分成两个心。他们不知道真心（佛性）和妄心原是一体，妄心就是真心，真心就是妄心。比如，水（喻真心）起了波浪（喻妄心），波浪就是水，水就是波浪，怎么有两个呢？有人问：“没有两个，为什么人家说三魂七魄呢？三魂七魄不是有十个吗？”如果真是这样，一个人岂不变成十个了吗？不是啊！所谓“魂”者，属于阳，是光明无私的正气；“魄”者，属于阴，是黑暗污秽的邪念。三魂七魄，是说一个人光明的成分少，只有三份，而黑暗的、见不得人的东西多，有七份。不是把一个人分成十个东西。如果我们把七份黑暗的邪心都驱除掉，都转过来，完全化成光明，就成道了。象吕纯阳祖师之所以称“纯阳”，就是“魄”都化除了，黑暗都化为光明，而成仙道。因此，真心和妄心不是两个东西。你下地狱，真心也跟着你下地狱，但它的光明</w:t>
      </w:r>
    </w:p>
    <w:p>
      <w:pPr>
        <w:spacing w:before="0" w:after="80" w:line="259" w:lineRule="auto"/>
        <w:ind w:firstLine="360"/>
      </w:pPr>
      <w:r>
        <w:rPr>
          <w:rFonts w:ascii="Noto Serif CJK SC" w:hAnsi="Noto Serif CJK SC" w:eastAsia="Noto Serif CJK SC"/>
        </w:rPr>
        <w:t>并没有减少，也没有污秽，它也不痛苦。犹如一颗珍珠被污泥包裹了，珍珠的光明并不减少。你升天，它也不快乐，它的光明也没有增加。我们的自性时时刻刻都是不垢不净、不增不减、不来不去、不动不摇、不生不灭的。</w:t>
      </w:r>
    </w:p>
    <w:p>
      <w:pPr>
        <w:spacing w:before="0" w:after="80" w:line="259" w:lineRule="auto"/>
        <w:ind w:firstLine="360"/>
      </w:pPr>
      <w:r>
        <w:rPr>
          <w:rFonts w:ascii="Noto Serif CJK SC" w:hAnsi="Noto Serif CJK SC" w:eastAsia="Noto Serif CJK SC"/>
        </w:rPr>
        <w:t>“贪嗔、烦恼、苦乐感受等之自性，知其皆是法</w:t>
      </w:r>
    </w:p>
    <w:p>
      <w:pPr>
        <w:spacing w:before="0" w:after="80" w:line="259" w:lineRule="auto"/>
        <w:ind w:firstLine="360"/>
      </w:pPr>
      <w:r>
        <w:rPr>
          <w:rFonts w:ascii="Noto Serif CJK SC" w:hAnsi="Noto Serif CJK SC" w:eastAsia="Noto Serif CJK SC"/>
        </w:rPr>
        <w:t>尔，即得法身妙用。我们之所以有贪嗔、烦恼、苦乐等等感受，皆是法身自然的妙用。假如没有法身，就生不起这些感受：但有这种情感不同的变幻——时而欢乐，时而忧愁烦恼，这都是贪、嗔、痴三毒在作怪。遇到不如意事就烦恼，求而不得就嗔怒，满足不了自己的心愿就悲苦怨恨，满足了自己的欲望就欣喜快乐。这些感受都是空无自性，都是对境生起的妄想。所谓“万法本闲，唯人自闹”，这都是有根本无明的缘故。讲到无明，修法的人都害怕，就是这东西害人，使我们在六道里轮回！假如没有它，我们早就成佛了！但是你不要怕，无明并非实有，不过是个妄想、幻影，我们只要一觉，就把它照破了。因为它不是一个实有的东西，所以，不能用什么物体来把它敲破。只要觉悟贪、嗔、痴、</w:t>
      </w:r>
    </w:p>
    <w:p>
      <w:pPr>
        <w:spacing w:before="0" w:after="80" w:line="259" w:lineRule="auto"/>
        <w:ind w:firstLine="360"/>
      </w:pPr>
      <w:r>
        <w:rPr>
          <w:rFonts w:ascii="Noto Serif CJK SC" w:hAnsi="Noto Serif CJK SC" w:eastAsia="Noto Serif CJK SC"/>
        </w:rPr>
        <w:t>慢、疑等都是我们着境粘心所起的妄受，都是无明妄想，它本自法尔如此，是空无所有的。法尔者，“本来如此，并非有意造作”之意也。我们明白了这个妙理，一切苦乐、烦恼，一觉就化脱了。正如《圆觉经》所说：“知幻即离，不作方便；离幻即觉，亦无渐次。我们平常说“业障深重”，什么叫业障啊？业障是你着相。假如你不着相，什么烦恼也没有，业障又从何来？所有苦受、乐受，如同我们睡觉做梦，梦境当中，恶梦、美梦宛然，但你一醒就什么都没有了。所以我们如果能够猛醒，一切放下，不着相，就得法身妙用了。法身妙用并不难，只要我们时时清醒，时时不住相。有人说：“哎呀！参禅学密很难，还是念佛求生西方容易呀！”其实，他弄错了，念佛、参禅、学密都一样，没有什么难易之分，不过随各人的根性不同，选择一合适自己的法门而已。念佛是用佛号打扫自己心地上的积垢，用持名的方法使自己清醒过来。莲池大师说念佛是“声声唤醒主人翁”。就是一声一声虔</w:t>
      </w:r>
    </w:p>
    <w:p>
      <w:pPr>
        <w:spacing w:before="0" w:after="80" w:line="259" w:lineRule="auto"/>
        <w:ind w:firstLine="360"/>
      </w:pPr>
      <w:r>
        <w:rPr>
          <w:rFonts w:ascii="Noto Serif CJK SC" w:hAnsi="Noto Serif CJK SC" w:eastAsia="Noto Serif CJK SC"/>
        </w:rPr>
        <w:t>诚地念诵圣号，把自己的本性唤醒，不要住相，不要</w:t>
      </w:r>
    </w:p>
    <w:p>
      <w:pPr>
        <w:spacing w:before="0" w:after="80" w:line="259" w:lineRule="auto"/>
        <w:ind w:firstLine="360"/>
      </w:pPr>
      <w:r>
        <w:rPr>
          <w:rFonts w:ascii="Noto Serif CJK SC" w:hAnsi="Noto Serif CJK SC" w:eastAsia="Noto Serif CJK SC"/>
        </w:rPr>
        <w:t>粘境，从而亲见佛性，于临命终时，得以往生西方极乐世界。参禅也一样，时时照顾话头，看着妄念从什么地方来。念头一起，就问它：你从什么地方来？迎</w:t>
      </w:r>
    </w:p>
    <w:p>
      <w:pPr>
        <w:spacing w:before="0" w:after="80" w:line="259" w:lineRule="auto"/>
        <w:ind w:firstLine="360"/>
      </w:pPr>
      <w:r>
        <w:rPr>
          <w:rFonts w:ascii="Noto Serif CJK SC" w:hAnsi="Noto Serif CJK SC" w:eastAsia="Noto Serif CJK SC"/>
        </w:rPr>
        <w:t>头一棒。这妄念本来没有，是虚妄的幻影，一打它就没有了。这和念佛一样，都是为了消尽妄想，从而亲证本来。但有人说不一样，他说念佛有阿弥陀佛、观世音菩萨、大势至菩萨以及莲池海会诸菩萨接引，往生西方，横超三界，而参禅不能。其实他们也弄错了，接引横超是有的，但接引横超并不是拉你去。永明寿禅师说得很清楚：佛如天上的月亮，心就好比一盆水，心清净了，月亮的影子才能现出来；若心不清净——是污水，天上月亮虽有（佛虽放光照你，而你却看不见），也现不出来，那你就不能生西方了。憨山大师说，念佛要念得得力，把爱根斩断，生西才有希望。爱根就是无明妄动的爱情，这是生死的根本，不斩断它，心就象污水，月亮的影子在污水就现不出来。不是佛不来接引你，不放光照你，只是你自己看不见，犹如盲人不能见到太阳一样。再说，参禅的人用功，心地空净了，那就是净土。因为心就是土，土就是心。佛说：“欲净其土，先净其心，随其心净，即佛土净。心清净了，佛土才净，此时你发愿生西方，定蒙阿弥陀佛慈悲接引往生。阿弥陀佛不似我们凡夫，凡夫会有爱憎之感，你跟我结缘得好，我就接引你；你没有和我结缘，我就不睬你。佛菩萨是行无缘大慈的，没有这种劣见，你没跟我结缘，我倒要与你结缘，慈悲</w:t>
      </w:r>
    </w:p>
    <w:p>
      <w:pPr>
        <w:spacing w:before="0" w:after="80" w:line="259" w:lineRule="auto"/>
        <w:ind w:firstLine="360"/>
      </w:pPr>
      <w:r>
        <w:rPr>
          <w:rFonts w:ascii="Noto Serif CJK SC" w:hAnsi="Noto Serif CJK SC" w:eastAsia="Noto Serif CJK SC"/>
        </w:rPr>
        <w:t>接引你。就密宗讲来，阿弥陀佛不管你是念佛，还是修其它法门，当你临命终时，他都放光来照你，接引你生西。而且不光是修行的人，就是不修行的人，造恶的人，他也照，也接引。只是这些造恶的人业障深重，看不见佛光，或者见佛光强烈，吓得逃走，没有福气生西。《阿弥陀经》云：“不可以少善根福德因缘，得生彼国。”善根、福德、因缘，三者缺一不可。想生到西方去，要善根、福德、因缘具足才行，不是马马虎虎地念两句阿弥陀佛就能去的。诸位菩萨，我们要真正用功，把妄心完全息下来才能成道啊！大手印讲的是心地法门。一真法界——华藏世界，就是大手印。西方极乐世界就在这个大手印当中，不出大手印之外。西方极乐世界的“凡圣同居土”，就在这个大手印的第十三层，“实报庄严土”就是华藏世界的第二十层。我们娑婆世界也是第十三层，和西方的“凡圣同居土”是平行的。佛说：“从是西方，过十万亿佛土，有世界名曰极乐。”就是说，从我们这儿，向西方去，就是极乐世界的“凡圣同居土”。我们只要深信不疑，做一切善事，发愿回向往生，都是可以去的，佛菩萨不会拒绝的。并不是没有念阿弥陀佛的圣号就不能去。有人说，我念佛念得少，恐怕不能去吧。此话不对！生西与否，不是看你念得</w:t>
      </w:r>
    </w:p>
    <w:p>
      <w:pPr>
        <w:spacing w:before="0" w:after="80" w:line="259" w:lineRule="auto"/>
        <w:ind w:firstLine="360"/>
      </w:pPr>
      <w:r>
        <w:rPr>
          <w:rFonts w:ascii="Noto Serif CJK SC" w:hAnsi="Noto Serif CJK SC" w:eastAsia="Noto Serif CJK SC"/>
        </w:rPr>
        <w:t>多少，这不是买卖，而要看你念佛的质量如何，心地是否虔诚，心里是否清净。假如你心里真清净了，临命终时一念也能生西。吾人果能反省一切色、声、香、味、触、法都是空花水月不可求、不可得，一放一切放，清净无染地念一声“阿弥陀佛”</w:t>
      </w:r>
    </w:p>
    <w:p>
      <w:pPr>
        <w:spacing w:before="0" w:after="80" w:line="259" w:lineRule="auto"/>
        <w:ind w:firstLine="360"/>
      </w:pPr>
      <w:r>
        <w:rPr>
          <w:rFonts w:ascii="Noto Serif CJK SC" w:hAnsi="Noto Serif CJK SC" w:eastAsia="Noto Serif CJK SC"/>
        </w:rPr>
        <w:t>，这一念清净心</w:t>
      </w:r>
    </w:p>
    <w:p>
      <w:pPr>
        <w:spacing w:before="0" w:after="80" w:line="259" w:lineRule="auto"/>
        <w:ind w:firstLine="360"/>
      </w:pPr>
      <w:r>
        <w:rPr>
          <w:rFonts w:ascii="Noto Serif CJK SC" w:hAnsi="Noto Serif CJK SC" w:eastAsia="Noto Serif CJK SC"/>
        </w:rPr>
        <w:t>就能与佛相应，而生到西方去，也不需要十念、百念、千万念，就看你临命终时能不能一心不乱而正念分明。临终时，能心不颠倒，意不散乱，而正念分明，这是深得念佛三昧的功夫啊！功夫能做到这步田地，就靠现在勤恳扫除妄习而积累起来的。所以现在用功，要虔诚地放下、放下、再放下，使心清净无染，将来才能稳操胜券，往生西方，这也是法身的妙用啊！我们把禅宗、净土宗、密宗融于一炉，是因为它们本来是一体的。不要去分密宗呀、禅宗呀、净土宗呀，本来是一个佛宗啊！</w:t>
      </w:r>
    </w:p>
    <w:p>
      <w:pPr>
        <w:spacing w:before="0" w:after="80" w:line="259" w:lineRule="auto"/>
        <w:ind w:firstLine="360"/>
      </w:pPr>
      <w:r>
        <w:rPr>
          <w:rFonts w:ascii="Noto Serif CJK SC" w:hAnsi="Noto Serif CJK SC" w:eastAsia="Noto Serif CJK SC"/>
        </w:rPr>
        <w:t>二、无修之大自然住</w:t>
      </w:r>
    </w:p>
    <w:p>
      <w:pPr>
        <w:spacing w:before="0" w:after="80" w:line="259" w:lineRule="auto"/>
        <w:ind w:firstLine="360"/>
      </w:pPr>
      <w:r>
        <w:rPr>
          <w:rFonts w:ascii="Noto Serif CJK SC" w:hAnsi="Noto Serif CJK SC" w:eastAsia="Noto Serif CJK SC"/>
        </w:rPr>
        <w:t>“如不达自然任运，必妄念纷驰而落凡愚。故常应不离无修之大自然住。我们在一切时、一切处的举措施为，都是真心的妙用，一切色相都是自己的化身。自当随顺种种因缘应付操作，尽一己之力，为群众造福，这就叫“自然任运”。如果不明白、不通达“自然任运”的道理，必定着境粘心，贪得无厌地为满足自己的欲望而妄念纷飞，那就把大好的一尊活佛埋没为凡夫愚妇了。我们修法原为见性证道，一切不着。假如想发神通，想得到什么东西，或是求佛菩萨保佑升官发财，那就与学佛背道而驰了。现在我们只要时时刻刻任运无住，于一切妄想境不加了知，而又非同木石，而了了分明地应机随缘，这就是佛事。我们在前面讲过，不要认这个色身为我，要以空寂为体；不要认妄念，要以灵知为心。用心地法门来修，就如用米来烧饭一样，必定能成饭；不这样修呢？就是用沙来煮饭，费尽功夫，也煮不成饭。我们明白了这清净无染而了了分明的灵知之心就是佛，便不再着相，而任运自然地为群众服务，以在事境上锻炼，除尽妄习而圆证佛果。反之，</w:t>
      </w:r>
    </w:p>
    <w:p>
      <w:pPr>
        <w:spacing w:before="0" w:after="80" w:line="259" w:lineRule="auto"/>
        <w:ind w:firstLine="360"/>
      </w:pPr>
      <w:r>
        <w:rPr>
          <w:rFonts w:ascii="Noto Serif CJK SC" w:hAnsi="Noto Serif CJK SC" w:eastAsia="Noto Serif CJK SC"/>
        </w:rPr>
        <w:t>必定妄念纷飞，自落凡愚，而生死不了。我们这些凡夫多生历劫着相惯了，一下子是改不过来的，非但在饮食起居上挑拣分别，即使在修法上也挑拣个不停。这个说：“净土宗好，可靠；禅宗危险，不可靠。”那个说：“密宗好。”另有人说：“密宗也不好，密宗妖气重重。”哎呀，这个好，那个不好……，都是盲人摸象，妄自分别，胡说乱道。他不知道佛说的法是平等、平等、又平等的，不过是应各人的根器不同而说不同的法门，这叫做“应病与药”。象我们吃东西，你喜欢吃甜的，就取甜食；喜欢吃酸的，就取酸食。若爱吃酸的人说甜食不好，爱吃甜的人说酸食不好，念佛的说禅宗危险（其实禅宗并不危险），参禅的说密宗有妖气（其实密宗并无妖气），这都是偏重自己所好，妄自分别，非但自取烦恼，而且无形中得了个谤法的罪。你喜欢哪一宗就修哪一宗，不要说别的宗派不好，任何一宗都是一样的。你说参禅难，修其它宗也不容易；你说念佛容易，修其它宗也不难。庞居士说的：“难难难，十担麻油树上摊。</w:t>
      </w:r>
    </w:p>
    <w:p>
      <w:pPr>
        <w:spacing w:before="0" w:after="80" w:line="259" w:lineRule="auto"/>
        <w:ind w:firstLine="360"/>
      </w:pPr>
      <w:r>
        <w:rPr>
          <w:rFonts w:ascii="Noto Serif CJK SC" w:hAnsi="Noto Serif CJK SC" w:eastAsia="Noto Serif CJK SC"/>
        </w:rPr>
        <w:t>”是讲</w:t>
      </w:r>
    </w:p>
    <w:p>
      <w:pPr>
        <w:spacing w:before="0" w:after="80" w:line="259" w:lineRule="auto"/>
        <w:ind w:firstLine="360"/>
      </w:pPr>
      <w:r>
        <w:rPr>
          <w:rFonts w:ascii="Noto Serif CJK SC" w:hAnsi="Noto Serif CJK SC" w:eastAsia="Noto Serif CJK SC"/>
        </w:rPr>
        <w:t>初步修行人不明白修行诀窍，所以很难很难，犹如“粘鱼上滑杆”，鱼身上的鱼鳞粘乎乎滑溜溜的，要上那油滑的竹杆，谈何容易！但一经点破，原来这能说、能行、能哭、能笑的就是我人的自性，它镇日在我们</w:t>
      </w:r>
    </w:p>
    <w:p>
      <w:pPr>
        <w:spacing w:before="0" w:after="80" w:line="259" w:lineRule="auto"/>
        <w:ind w:firstLine="360"/>
      </w:pPr>
      <w:r>
        <w:rPr>
          <w:rFonts w:ascii="Noto Serif CJK SC" w:hAnsi="Noto Serif CJK SC" w:eastAsia="Noto Serif CJK SC"/>
        </w:rPr>
        <w:t>面门放光，丝毫没有隐藏，不需要寻觅、祈求，只一切放下即是。正所谓“踏破铁鞋无觅处，得来全不费功夫”所以庞婆接声云：“易易易，百草头上西来意。不难不难，参禅悟道容易得很。百草头上就是任何事物的头上，这“头上”的涵意就是离开相看，别往下着相看，离相能见物的功能就是自性的妙用啊！这不是很容易吗？所以我们做功夫不要分宗别派，说这难那易，只时时刻刻认清这离相而了了分明的真心，不要认影子，影子是取不到的。此时理虽明了，但多生历劫的住相习气还要来侵犯。圭峰禅师说：“多生妄执，习以性成，喜怒哀乐，微细流注。真理虽然顿达，此情难以卒除。须常觉察，损之又损。”所以我们必须时时觉察，一有念起，即便觉除。如妄念势强，一时转化不了，就念佛或持咒以化之。佛号和咒语就是慧剑，用以斩断着相的妄心和情思，有无穷的威力。我们只要虔诚持诵，定获佛菩萨加持，因此，成道没有什么难处。同样的，要生西方极乐世界，任何一宗只要发愿都能往生。我们常说，念佛的范围很广，不是念一句阿弥陀佛才是念佛，诵经也是念佛，做善事不着相也是念佛，惺惺在觉也是念佛。为什么？因为佛是觉义，你时时不迷，回向西方极乐世界，这不是念佛吗？净土宗说，欲上品上生，要“读诵大乘”</w:t>
      </w:r>
    </w:p>
    <w:p>
      <w:pPr>
        <w:spacing w:before="0" w:after="80" w:line="259" w:lineRule="auto"/>
        <w:ind w:firstLine="360"/>
      </w:pPr>
      <w:r>
        <w:rPr>
          <w:rFonts w:ascii="Noto Serif CJK SC" w:hAnsi="Noto Serif CJK SC" w:eastAsia="Noto Serif CJK SC"/>
        </w:rPr>
        <w:t>为什么要读诵大乘？是叫你明理呀！叫你明白生死等现象是从何而有的，怎样才能了生脱死。你把这些道理搞明白，空尽妄心，毫无住着，才能上品上生。假如你住在相上，死死执着，认为这个世界不好，要去西方那里享福，这就坏了。纵然能去，也不过是下品下生。因为你心不空净，只能生凡圣同居土，不能生方便有余土和实报庄严土。什么是禅呢？本色自在的清净心是，即宗下说的“正法眼藏，涅槃妙心”。这涅槃妙心，不就是净土吗？不也是密宗的秘密宝藏吗？所以禅、净、密看起来是三宗，实是一体。密宗有很多往生西方极乐世界的方法，譬如颇哇法、大弥陀法、迁识法等，都是往生西方极乐世界的。念观世音菩萨也一样生西，因为观世音菩萨就在西方，他也放光照你，接引你生西方极乐世界。往生之所以有九品，就在着相不着相上分别啊！假如你明白心就是土，土就是心，生即无生，无生即生，丝毫不住相，无生之中不妨往生。这样的往生是妙用啊！无生不是死在那里不动，生生不已就是不生，不生就是生生不已，这才得无生之妙谛。“故常应不离无修之大自然住。”所谓无修者，乃“无修之修是为正修”也。大手印是最上乘密法，它不要你念咒，不要你结手印，不要你修什么法，一</w:t>
      </w:r>
    </w:p>
    <w:p>
      <w:pPr>
        <w:spacing w:before="0" w:after="80" w:line="259" w:lineRule="auto"/>
        <w:ind w:firstLine="360"/>
      </w:pPr>
      <w:r>
        <w:rPr>
          <w:rFonts w:ascii="Noto Serif CJK SC" w:hAnsi="Noto Serif CJK SC" w:eastAsia="Noto Serif CJK SC"/>
        </w:rPr>
        <w:t>切任运自然，毫无住着即是。这种修，即是大自然住。</w:t>
      </w:r>
    </w:p>
    <w:p>
      <w:pPr>
        <w:spacing w:before="0" w:after="80" w:line="259" w:lineRule="auto"/>
        <w:ind w:firstLine="360"/>
      </w:pPr>
      <w:r>
        <w:rPr>
          <w:rFonts w:ascii="Noto Serif CJK SC" w:hAnsi="Noto Serif CJK SC" w:eastAsia="Noto Serif CJK SC"/>
        </w:rPr>
        <w:t>禅宗开悟后也是如此，无修而修，不要对治。对治法</w:t>
      </w:r>
    </w:p>
    <w:p>
      <w:pPr>
        <w:spacing w:before="0" w:after="80" w:line="259" w:lineRule="auto"/>
        <w:ind w:firstLine="360"/>
      </w:pPr>
      <w:r>
        <w:rPr>
          <w:rFonts w:ascii="Noto Serif CJK SC" w:hAnsi="Noto Serif CJK SC" w:eastAsia="Noto Serif CJK SC"/>
        </w:rPr>
        <w:t>门是针对各人习气而专修的除妄法。譬如，淫心重的人专修不净观、白骨观；特爱讲话的人专修禁语等，这是息妄归真的方便法。大手印不要这么对治，它告诉我们，一切色相都是自性的显现，都是真心的妙用，时时无住，即是无修而修的大修行。念佛的人，念头一起，一觉即空，就是念佛，不是非得要念一句“阿弥陀佛”才算念佛。但用功须契合自己的根机，不可拘于一格。念佛有几种不同的念法：念起即觉，为实相念佛；观自己就是阿弥陀佛，为观想念佛；观佛相好，为观相念佛；时时不离一句“阿弥陀佛”，为持</w:t>
      </w:r>
    </w:p>
    <w:p>
      <w:pPr>
        <w:spacing w:before="0" w:after="80" w:line="259" w:lineRule="auto"/>
        <w:ind w:firstLine="360"/>
      </w:pPr>
      <w:r>
        <w:rPr>
          <w:rFonts w:ascii="Noto Serif CJK SC" w:hAnsi="Noto Serif CJK SC" w:eastAsia="Noto Serif CJK SC"/>
        </w:rPr>
        <w:t>名念佛。我们用功，须选用一种适合自己习性的方法</w:t>
      </w:r>
    </w:p>
    <w:p>
      <w:pPr>
        <w:spacing w:before="0" w:after="80" w:line="259" w:lineRule="auto"/>
        <w:ind w:firstLine="360"/>
      </w:pPr>
      <w:r>
        <w:rPr>
          <w:rFonts w:ascii="Noto Serif CJK SC" w:hAnsi="Noto Serif CJK SC" w:eastAsia="Noto Serif CJK SC"/>
        </w:rPr>
        <w:t>来修行，才能收到事半功倍之效。假如你不能念起一觉即空，那就念名字佛。如果默念还不顶事，念头还动，那就出声念“阿弥陀佛……”，总是要把你的妄念斩断，转为无念才行。同样是念佛，明白这个道理和不明白这个道理，力用大有区别。不明理念佛，时时着相，执着西方的阿弥陀佛；明理念佛，就晓得念佛是借阿弥陀佛的圣号，把我们心里的龌龊扫清，把我们着相的烦恼、愚痴都扭转过来，以证和阿弥陀佛一样的清净佛性。因用功的方法不同，将来生西的品</w:t>
      </w:r>
    </w:p>
    <w:p>
      <w:pPr>
        <w:spacing w:before="0" w:after="80" w:line="259" w:lineRule="auto"/>
        <w:ind w:firstLine="360"/>
      </w:pPr>
      <w:r>
        <w:rPr>
          <w:rFonts w:ascii="Noto Serif CJK SC" w:hAnsi="Noto Serif CJK SC" w:eastAsia="Noto Serif CJK SC"/>
        </w:rPr>
        <w:t>位也因之而别。这不着相的修行，即是“无修之大自然住”，无住之住，叫自然住。禅师开示这样讲：“有佛处莫停留，无佛处急走过。”有佛的地方你不要停留，没有佛的地方赶快走过去。这是说，既不能著有，也不可偏空，有无两边都不立，中间亦无有，那就是中道义，也就是天台宗的“空、假、中”一心三观。所以，相不是没有，而是幻显起用的。假如真性不能显示幻相而起用，那是一潭死水，佛性还有什么价值？我们用功修行，就是为了除尽执着幻相的妄习，而不是死坐在那里不动。若能觉醒，时时不住于相，也不执于法修行，就走上正路，入于“无修之大自然住”了。“无论何时，唯以认识直指见宗，一切尽摄。不管什么时间、什么地方，唯以认识直指所示的本性为正知见，真正领悟我们这个心就是一真法界。一真法界是统摄一切的，森罗万象都包括在内，任何色相都是自心显现的妙用，所以，不要去着相。境界好也罢，境界不好也罢；顺我的心也好，逆我的意也好；都不去管它，那就时时刻刻都见性。《六祖坛经》云：“见性之人，言下须见，若如此者，轮刀上阵，</w:t>
      </w:r>
    </w:p>
    <w:p>
      <w:pPr>
        <w:spacing w:before="0" w:after="80" w:line="259" w:lineRule="auto"/>
        <w:ind w:firstLine="360"/>
      </w:pPr>
      <w:r>
        <w:rPr>
          <w:rFonts w:ascii="Noto Serif CJK SC" w:hAnsi="Noto Serif CJK SC" w:eastAsia="Noto Serif CJK SC"/>
        </w:rPr>
        <w:t>亦得见之。”上阵打仗，心里有生死出入之见，这不行。我被人杀了也无所谓，“将头迎白刃，犹如斩春风”，哈哈！斩掉就斩掉好了，斩了这个躯壳，我们的真心是不增不减、不生不灭的，还是堂堂地斩不掉。这就是见性人的作略。从前，嵩岳元圭禅师在宴坐时，见一帝王，带了很多随从，威风凛凛地站在面前。那帝王见禅师不起立迎接，心中很不快，问禅师道：你认识我吗？禅师说：我观佛与众生都是平等的，对你能另眼相看吗？那帝王说：我是岳神，掌握着生死大权，能令人活，也能令人死，你怎么能用平常的眼光来看我呢？禅师哈哈一笑说：我本无生，你能令一个无生的人死吗？在我看来，身体和虚空不二，我和你不二，你能损坏了虚空和你自己吗？就算你能，我的真心却是不生不灭的。你能损坏的只是我的躯体，你不能损坏我的真心哪！你还没有证到这个真心，怎么就说叫我生、叫我死呢？那岳神被他说得怔住了：哎，这话我没听说过，还有不死的真心在吗？禅师继续开示说：比如你现在是大神，你以前也是人啊！只因你为人耿直，刚正不阿，做了很多善事，所以现在成了操生死权柄的大神。但是，是谁做了岳神？你做人时的躯壳已经没有了，是识神做了岳神。你那识神和我们的佛性不一</w:t>
      </w:r>
    </w:p>
    <w:p>
      <w:pPr>
        <w:spacing w:before="0" w:after="80" w:line="259" w:lineRule="auto"/>
        <w:ind w:firstLine="360"/>
      </w:pPr>
      <w:r>
        <w:rPr>
          <w:rFonts w:ascii="Noto Serif CJK SC" w:hAnsi="Noto Serif CJK SC" w:eastAsia="Noto Serif CJK SC"/>
        </w:rPr>
        <w:t>样，差那么一点点，差什么东西呢？有“无明”在，佛性就成为识神，把无明去净，识神就恢复为佛性了。纵然“无明”还在，佛性也不减少一分，因它是不增</w:t>
      </w:r>
    </w:p>
    <w:p>
      <w:pPr>
        <w:spacing w:before="0" w:after="80" w:line="259" w:lineRule="auto"/>
        <w:ind w:firstLine="360"/>
      </w:pPr>
      <w:r>
        <w:rPr>
          <w:rFonts w:ascii="Noto Serif CJK SC" w:hAnsi="Noto Serif CJK SC" w:eastAsia="Noto Serif CJK SC"/>
        </w:rPr>
        <w:t>不减的。现在是谁做岳神？就是这个不生不灭的佛性</w:t>
      </w:r>
    </w:p>
    <w:p>
      <w:pPr>
        <w:spacing w:before="0" w:after="80" w:line="259" w:lineRule="auto"/>
        <w:ind w:firstLine="360"/>
      </w:pPr>
      <w:r>
        <w:rPr>
          <w:rFonts w:ascii="Noto Serif CJK SC" w:hAnsi="Noto Serif CJK SC" w:eastAsia="Noto Serif CJK SC"/>
        </w:rPr>
        <w:t>啊，而你全不知道！那岳神经禅师开示后，如梦方醒，当时就拜元圭禅师为师，皈依了佛门。还有那些依草附木显灵的，是什么神呢？那是鬼呀！他在世的时候贪得无厌，造罪下了地狱，地狱罪受满了，出狱之后，因为贪习还在，遇到草木就附上去，这草木就灵验了。这实在是贪鬼做祟，不是什么神。神者是大的鬼王，神通比其它的鬼大，都是着相。所以我们无论何时，唯以认识“直指见宗”所指示的真心为要，心量犹如虚空，森罗万象，无一不包括在我们的心性当中。我们要恢复本能，就要从现在做起，一切放下，时时认识这个佛性，不要住相。才有住着，赶快念佛，赶快持咒，最好一觉即空。明白这个道理去修，修净土也好、修禅也好、修密也好，都容易迅速成就；不明白这个道理去修，都难成正果。“不可于各各妄念起伏上，作各各调伏对治。这里讲，调伏对治妄念，不可在各个妄念起伏上</w:t>
      </w:r>
    </w:p>
    <w:p>
      <w:pPr>
        <w:spacing w:before="0" w:after="80" w:line="259" w:lineRule="auto"/>
        <w:ind w:firstLine="360"/>
      </w:pPr>
      <w:r>
        <w:rPr>
          <w:rFonts w:ascii="Noto Serif CJK SC" w:hAnsi="Noto Serif CJK SC" w:eastAsia="Noto Serif CJK SC"/>
        </w:rPr>
        <w:t>面着手，须在妄念生起的总根上下功夫。凡夫的妄念多啊！有的好色好得厉害，有的贪财贪得厉害，有的好名好得厉害，各人的妄念习气不同，若一一分别对治，以妄治妄，其妄更甚。如在妄心动处下手，则一了百了，归家稳坐矣。教下也有对治法，比如“六度万行”里的“布施度”就是对治我们的心量小、悭吝的要法。又譬如五戒“杀盗淫妄酒”，就是对治我们妄心蠢动的法门。比丘戒二百余条，也不外戒心不动，所以，最大的戒是心戒。心一动就是犯戒，不是等事情做出来才算犯戒。从前有一个徒弟问师父：“师父啊，如何是破戒？”师父说：“当隔壁女子洗脸擦面的时候，你听见她的簪环首饰声音，那就是破戒。为什么听到这些声音就是破戒？因为你听见声音就着相，簪环首饰是女人饰物，你着了女人相就起别的念头。大手印是从根本上修，对各种妄念不讲一一对治。见到本性之后，时时照顾它，不令此心着境，时时照空。以真心来摄持一切，森罗万象，万象森罗，都是妙明真心中物。心是根本，遇一切境都不动心，一切都不予理睬，那么，即生成就有何难？若在枝末上修，一个个妄念分别对治，那就不胜其烦，那真是太难太难了！不讲对治，是大手印的修法，诸位若有</w:t>
      </w:r>
    </w:p>
    <w:p>
      <w:pPr>
        <w:spacing w:before="0" w:after="80" w:line="259" w:lineRule="auto"/>
        <w:ind w:firstLine="360"/>
      </w:pPr>
      <w:r>
        <w:rPr>
          <w:rFonts w:ascii="Noto Serif CJK SC" w:hAnsi="Noto Serif CJK SC" w:eastAsia="Noto Serif CJK SC"/>
        </w:rPr>
        <w:t>不对机的，也可修对治法门，如：淫心重就修不净观、白骨观等，根据各人的情况不同而选择不同的修法。</w:t>
      </w:r>
    </w:p>
    <w:p>
      <w:pPr>
        <w:spacing w:before="0" w:after="80" w:line="259" w:lineRule="auto"/>
        <w:ind w:firstLine="360"/>
      </w:pPr>
      <w:r>
        <w:rPr>
          <w:rFonts w:ascii="Noto Serif CJK SC" w:hAnsi="Noto Serif CJK SC" w:eastAsia="Noto Serif CJK SC"/>
        </w:rPr>
        <w:t>三、子母光明会</w:t>
      </w:r>
    </w:p>
    <w:p>
      <w:pPr>
        <w:pStyle w:val="Heading3"/>
      </w:pPr>
      <w:r>
        <w:rPr>
          <w:rFonts w:ascii="Noto Serif CJK SC" w:hAnsi="Noto Serif CJK SC" w:eastAsia="Noto Serif CJK SC"/>
        </w:rPr>
        <w:t>10.9 恒河大手印（第九讲）</w:t>
      </w:r>
    </w:p>
    <w:p>
      <w:pPr>
        <w:spacing w:before="0" w:after="80" w:line="259" w:lineRule="auto"/>
        <w:ind w:firstLine="360"/>
      </w:pPr>
      <w:r>
        <w:rPr>
          <w:rFonts w:ascii="Noto Serif CJK SC" w:hAnsi="Noto Serif CJK SC" w:eastAsia="Noto Serif CJK SC"/>
        </w:rPr>
        <w:t>“妄念与烦恼，皆法身本觉智慧相。妄念和烦恼，都是法身的本觉智慧相。法身无相，而又无不相。说它无相，是指法身本体没有具体的形象可见；说它无不相，是指森罗万象、万象森罗，一切有相的东西都是法身的显现，没有一个有相的东西在法身之外。妄念与烦恼都是有相的东西，当然不在法身之外。妄念、烦恼从什么地方来的？它的来处就是法性，法性是生起一切法的根本。佛性是成佛的根本。法性、佛性说起来是两回事，其实是一回事，都没有离开法身。本觉，就是本来具足的觉性，就是人人本有的灵明真心。这个真心，能生起广大智慧，能起一切妙用，能显现千差万别的形象。所以，妄念也好，烦恼也好，都是法身本体的妙用。法身是根本，若没有这个根本，哪里会有妄念和烦恼呢？有水才会有波浪，水是根本，波浪是水的动荡相。有镜子才有影子，镜子是根本，能显影子是镜子的妙用。有法身</w:t>
      </w:r>
    </w:p>
    <w:p>
      <w:pPr>
        <w:spacing w:before="0" w:after="80" w:line="259" w:lineRule="auto"/>
        <w:ind w:firstLine="360"/>
      </w:pPr>
      <w:r>
        <w:rPr>
          <w:rFonts w:ascii="Noto Serif CJK SC" w:hAnsi="Noto Serif CJK SC" w:eastAsia="Noto Serif CJK SC"/>
        </w:rPr>
        <w:t>才会有妄念与烦恼，法身是根本，妄念与烦恼都是法</w:t>
      </w:r>
    </w:p>
    <w:p>
      <w:pPr>
        <w:spacing w:before="0" w:after="80" w:line="259" w:lineRule="auto"/>
        <w:ind w:firstLine="360"/>
      </w:pPr>
      <w:r>
        <w:rPr>
          <w:rFonts w:ascii="Noto Serif CJK SC" w:hAnsi="Noto Serif CJK SC" w:eastAsia="Noto Serif CJK SC"/>
        </w:rPr>
        <w:t>身的本觉智慧相。假如没有法身，妄念与烦恼也无由生起。</w:t>
      </w:r>
    </w:p>
    <w:p>
      <w:pPr>
        <w:spacing w:before="0" w:after="80" w:line="259" w:lineRule="auto"/>
        <w:ind w:firstLine="360"/>
      </w:pPr>
      <w:r>
        <w:rPr>
          <w:rFonts w:ascii="Noto Serif CJK SC" w:hAnsi="Noto Serif CJK SC" w:eastAsia="Noto Serif CJK SC"/>
        </w:rPr>
        <w:t>“其自性亦即法身本体光明之真实。妄念与烦恼的自身性质，也就是法身本体光明真实不虚的显现。这里提到了光明，法身本体具足无量光明，是一个“大光明藏”。在修行的过程中，有的人看到了红光，有的人看到了黄光，有的人看到了蓝</w:t>
      </w:r>
    </w:p>
    <w:p>
      <w:pPr>
        <w:spacing w:before="0" w:after="80" w:line="259" w:lineRule="auto"/>
        <w:ind w:firstLine="360"/>
      </w:pPr>
      <w:r>
        <w:rPr>
          <w:rFonts w:ascii="Noto Serif CJK SC" w:hAnsi="Noto Serif CJK SC" w:eastAsia="Noto Serif CJK SC"/>
        </w:rPr>
        <w:t>光，有的人看到了绿光……各种色彩都有。假如你修</w:t>
      </w:r>
    </w:p>
    <w:p>
      <w:pPr>
        <w:spacing w:before="0" w:after="80" w:line="259" w:lineRule="auto"/>
        <w:ind w:firstLine="360"/>
      </w:pPr>
      <w:r>
        <w:rPr>
          <w:rFonts w:ascii="Noto Serif CJK SC" w:hAnsi="Noto Serif CJK SC" w:eastAsia="Noto Serif CJK SC"/>
        </w:rPr>
        <w:t>大圆满脱噶，就要看光，光放大之后，就会看到明点。这明点先是白色，再看下去就变成彩色，五彩、六彩、七彩，都显现出来了。这就是我们的本性光，由日光、月光、灯光等引发出来的。这和现代激光技术的道理一样，把红宝石放在激光器里，用脉冲氙气灯发出强光照射，受这光线的激发，红宝石自身特定频率的光，“哗”地一下被激发出来了。俗话说：眼睛是心灵的窗户。按密宗的理论讲，第八识——阿赖耶识，就在心包里，有两条脉管从后面连通心包和眼睛。密宗观</w:t>
      </w:r>
    </w:p>
    <w:p>
      <w:pPr>
        <w:spacing w:before="0" w:after="80" w:line="259" w:lineRule="auto"/>
        <w:ind w:firstLine="360"/>
      </w:pPr>
      <w:r>
        <w:rPr>
          <w:rFonts w:ascii="Noto Serif CJK SC" w:hAnsi="Noto Serif CJK SC" w:eastAsia="Noto Serif CJK SC"/>
        </w:rPr>
        <w:t>光修行，外光由眼睛打进去，将我们自心本具的法性</w:t>
      </w:r>
    </w:p>
    <w:p>
      <w:pPr>
        <w:spacing w:before="0" w:after="80" w:line="259" w:lineRule="auto"/>
        <w:ind w:firstLine="360"/>
      </w:pPr>
      <w:r>
        <w:rPr>
          <w:rFonts w:ascii="Noto Serif CJK SC" w:hAnsi="Noto Serif CJK SC" w:eastAsia="Noto Serif CJK SC"/>
        </w:rPr>
        <w:t>光激发出来，其原理和激光技术无二，所以说密宗蛮科学的。依照中医理论，五脏六腑通过经络连通全身，每个手指都有其对应的脏腑。结手印，就是安排好脏腑</w:t>
      </w:r>
    </w:p>
    <w:p>
      <w:pPr>
        <w:spacing w:before="0" w:after="80" w:line="259" w:lineRule="auto"/>
        <w:ind w:firstLine="360"/>
      </w:pPr>
      <w:r>
        <w:rPr>
          <w:rFonts w:ascii="Noto Serif CJK SC" w:hAnsi="Noto Serif CJK SC" w:eastAsia="Noto Serif CJK SC"/>
        </w:rPr>
        <w:t>的位置，持咒是用咒音鼓动气机。咒音不是无的放矢，不是随便念点什么都可以的，而是佛菩萨在禅定当中，将自心化作的符号。你用心持咒，和佛菩萨发出的符号相同，就能和佛菩萨感通，得到佛菩萨的加持力。这和科学上的“共振”原理相同，所以密宗很科学，并不是迷信。我们现在讲的恒河大手印，是无修而修，一切时、一切处任运自然。这最易和佛菩萨感通，因为佛菩萨</w:t>
      </w:r>
    </w:p>
    <w:p>
      <w:pPr>
        <w:spacing w:before="0" w:after="80" w:line="259" w:lineRule="auto"/>
        <w:ind w:firstLine="360"/>
      </w:pPr>
      <w:r>
        <w:rPr>
          <w:rFonts w:ascii="Noto Serif CJK SC" w:hAnsi="Noto Serif CJK SC" w:eastAsia="Noto Serif CJK SC"/>
        </w:rPr>
        <w:t>都是任运自然的。我们首先要识得自己的真心，先要</w:t>
      </w:r>
    </w:p>
    <w:p>
      <w:pPr>
        <w:spacing w:before="0" w:after="80" w:line="259" w:lineRule="auto"/>
        <w:ind w:firstLine="360"/>
      </w:pPr>
      <w:r>
        <w:rPr>
          <w:rFonts w:ascii="Noto Serif CJK SC" w:hAnsi="Noto Serif CJK SC" w:eastAsia="Noto Serif CJK SC"/>
        </w:rPr>
        <w:t>明白包括妄念与烦恼在内的一切事物，都是自己真心</w:t>
      </w:r>
    </w:p>
    <w:p>
      <w:pPr>
        <w:spacing w:before="0" w:after="80" w:line="259" w:lineRule="auto"/>
        <w:ind w:firstLine="360"/>
      </w:pPr>
      <w:r>
        <w:rPr>
          <w:rFonts w:ascii="Noto Serif CJK SC" w:hAnsi="Noto Serif CJK SC" w:eastAsia="Noto Serif CJK SC"/>
        </w:rPr>
        <w:t>起现的妙用，这就是前面讲过的“见宗”，也就是禅宗讲的“明心见性”。然后，一切时、一切处保护它，时时处处都不着相。保护圆满，就成道了。这个法很直接、很痛快，不是一一对治的法，无修之修才是真修，所以说大手印是无上乘的修法。不要怕妄念，不要怕烦恼，妄念与烦恼是法身生起的妙用。把这妄念、</w:t>
      </w:r>
    </w:p>
    <w:p>
      <w:pPr>
        <w:spacing w:before="0" w:after="80" w:line="259" w:lineRule="auto"/>
        <w:ind w:firstLine="360"/>
      </w:pPr>
      <w:r>
        <w:rPr>
          <w:rFonts w:ascii="Noto Serif CJK SC" w:hAnsi="Noto Serif CJK SC" w:eastAsia="Noto Serif CJK SC"/>
        </w:rPr>
        <w:t>烦恼息下来就是了，息下狂心，即是菩提，并不是要</w:t>
      </w:r>
    </w:p>
    <w:p>
      <w:pPr>
        <w:spacing w:before="0" w:after="80" w:line="259" w:lineRule="auto"/>
        <w:ind w:firstLine="360"/>
      </w:pPr>
      <w:r>
        <w:rPr>
          <w:rFonts w:ascii="Noto Serif CJK SC" w:hAnsi="Noto Serif CJK SC" w:eastAsia="Noto Serif CJK SC"/>
        </w:rPr>
        <w:t>去掉它。就象去掉波浪就没有水一样，去掉妄念与烦恼，岂不是连法身也去掉了么？法身又怎么能去得掉呢？只是息下妄念与烦恼，而不是去掉它们。不要认为妄念与烦恼不好，它正是真心的显现，也正是显神通起妙用。恒河大手印就是叫我们认识这妙理，在从</w:t>
      </w:r>
    </w:p>
    <w:p>
      <w:pPr>
        <w:spacing w:before="0" w:after="80" w:line="259" w:lineRule="auto"/>
        <w:ind w:firstLine="360"/>
      </w:pPr>
      <w:r>
        <w:rPr>
          <w:rFonts w:ascii="Noto Serif CJK SC" w:hAnsi="Noto Serif CJK SC" w:eastAsia="Noto Serif CJK SC"/>
        </w:rPr>
        <w:t>事一切工作时不执物相，而将妄心、妄念化作真心的妙用。“知之，即名本体住之光明。知道了这个道理，就叫做“本体住之光明”。住，就是不动。假如你能知道妄念与烦恼都是本体的妙用，能息下它不动，即是做事时不执不住、随缘应用，这样的“知道”就是法身发出的“本体住”之光啊！住，有“安住”意，就是脚跟站稳，在禅宗里叫“脚跟点地”。认识到妄心的起处就是真心，不再到别处</w:t>
      </w:r>
    </w:p>
    <w:p>
      <w:pPr>
        <w:spacing w:before="0" w:after="80" w:line="259" w:lineRule="auto"/>
        <w:ind w:firstLine="360"/>
      </w:pPr>
      <w:r>
        <w:rPr>
          <w:rFonts w:ascii="Noto Serif CJK SC" w:hAnsi="Noto Serif CJK SC" w:eastAsia="Noto Serif CJK SC"/>
        </w:rPr>
        <w:t>去找，这就站稳脚跟了。还去求什么师父给开顶授法</w:t>
      </w:r>
    </w:p>
    <w:p>
      <w:pPr>
        <w:spacing w:before="0" w:after="80" w:line="259" w:lineRule="auto"/>
        <w:ind w:firstLine="360"/>
      </w:pPr>
      <w:r>
        <w:rPr>
          <w:rFonts w:ascii="Noto Serif CJK SC" w:hAnsi="Noto Serif CJK SC" w:eastAsia="Noto Serif CJK SC"/>
        </w:rPr>
        <w:t>呢？师父能给你开顶成道吗？老实讲一句：没有这种事！师父要是能给你开顶成道，佛那么慈悲，老早就给大家把顶都开好了，使大家成道了，哪里还会有这么多凡夫啊？说给你开顶，那是象征性安慰安慰你，使你的心情愉悦、稳定下来，易于进道而已。我们明白了这个道理后，自己奋发用功，开自己的顶，不倚赖他人。清清楚楚地认识真心不在别处，妄念与烦恼的起处就是我们的真心。时时保护它，不随妄念转。才有走作，赶快念佛，或者赶快持咒，将妄念化去，这回光返照是保护真心的妙法。做功夫要向内照，不</w:t>
      </w:r>
    </w:p>
    <w:p>
      <w:pPr>
        <w:spacing w:before="0" w:after="80" w:line="259" w:lineRule="auto"/>
        <w:ind w:firstLine="360"/>
      </w:pPr>
      <w:r>
        <w:rPr>
          <w:rFonts w:ascii="Noto Serif CJK SC" w:hAnsi="Noto Serif CJK SC" w:eastAsia="Noto Serif CJK SC"/>
        </w:rPr>
        <w:t>要向外照。外面的东西太多了，有好吃的、有好穿的，有好玩的……这些全都是影子，统统了不可得，跟它转，就完了。须安住不动，脚跟站稳，将着相旧习消尽，自然会放大光明。其实，平时我们都在放光，念头一动就是放光，不过这是妄光。妄心发出的是妄光，真心发出的光才是真光。何谓妄光？着相而生妄念，就是妄光，妄光也有光明。前苏联的科学家发明了一种机器，能把人体发出的光拍照下来，据介绍那光环有七、八厘米厚。妄光有限量，而真光没有限量。如果我们能时时保护这本然的一段真光，它就会越放越大，乃至照十方佛国，无所障碍。这是我们自心本具的大光明藏。我们应当如是安住，这是无住之住，不是住在什么东西上，而是要你心安稳，不动摇，不疑惑。</w:t>
      </w:r>
    </w:p>
    <w:p>
      <w:pPr>
        <w:spacing w:before="0" w:after="80" w:line="259" w:lineRule="auto"/>
        <w:ind w:firstLine="360"/>
      </w:pPr>
      <w:r>
        <w:rPr>
          <w:rFonts w:ascii="Noto Serif CJK SC" w:hAnsi="Noto Serif CJK SC" w:eastAsia="Noto Serif CJK SC"/>
        </w:rPr>
        <w:t>“其直指自性光明之见宗，能熟其自相，即名行</w:t>
      </w:r>
    </w:p>
    <w:p>
      <w:pPr>
        <w:spacing w:before="0" w:after="80" w:line="259" w:lineRule="auto"/>
        <w:ind w:firstLine="360"/>
      </w:pPr>
      <w:r>
        <w:rPr>
          <w:rFonts w:ascii="Noto Serif CJK SC" w:hAnsi="Noto Serif CJK SC" w:eastAsia="Noto Serif CJK SC"/>
        </w:rPr>
        <w:t>道之始觉光明。上面讲了本觉光明，妄念与烦恼就是本觉光明相。现在讲始觉光明，什么是始觉光明呢？就是“直指自性”的光明。直接指示给你：那一念不生、了了分明的灵知之心，就是佛性，就是一真法界，就是大</w:t>
      </w:r>
    </w:p>
    <w:p>
      <w:pPr>
        <w:spacing w:before="0" w:after="80" w:line="259" w:lineRule="auto"/>
        <w:ind w:firstLine="360"/>
      </w:pPr>
      <w:r>
        <w:rPr>
          <w:rFonts w:ascii="Noto Serif CJK SC" w:hAnsi="Noto Serif CJK SC" w:eastAsia="Noto Serif CJK SC"/>
        </w:rPr>
        <w:t>手印。你这样认识，就是见宗，就是始觉光明。但是我们无量劫来着相惯了，“对境生心”是熟路，而对于“荡然无住”却很生疏，还要有一个“熟处转生，生处转熟”的过程，这就是所谓的“保护”过程，也就是“观照”的过程。“能熟其自相，即名行道之始觉光明。”熟，就是成熟，不是着相成熟，而是观照成熟，明心见性成熟，时时不住相，一点没疑惑，这就叫“熟其自相”假如我们听了之后，将信将疑地：这就是佛性吗？这就是成佛的根本吗？恐怕不是吧！若是的话，应该发大神通啊！怎么没有神通呢？那是你没有熟，你还生疏啊！假若我们一点都不疑惑，时时能照顾，这就是行道之始觉光明。这是真修行，不一定有什么形象，不一定有打坐的相。念佛的相或持咒的相。而是妄念一起，就看见它，不跟它跑、不理睬它，它马上就转空了，了不可得。行住坐卧都如此，你看不出他做功夫，其实他时时处处都在做功夫，这是心地功夫，称之为“行道之始觉光明”。为什么说是“光明”？念头一起，就能看见，若不是光明你怎么能照见它呢？有人说：“我念佛念得不好，念了很久，还是有很多妄念。”要我说，你念得很不错，妄念起了，你能照见，这就是始觉光明啊！妄念就象房间里飞荡的灰尘，</w:t>
      </w:r>
    </w:p>
    <w:p>
      <w:pPr>
        <w:spacing w:before="0" w:after="80" w:line="259" w:lineRule="auto"/>
        <w:ind w:firstLine="360"/>
      </w:pPr>
      <w:r>
        <w:rPr>
          <w:rFonts w:ascii="Noto Serif CJK SC" w:hAnsi="Noto Serif CJK SC" w:eastAsia="Noto Serif CJK SC"/>
        </w:rPr>
        <w:t>没有光明你看不见。如果透进一线阳光，你就会发现，灰尘原来这么多啊！所以，打坐时、念佛时照见妄念，是好事而不是坏事，这是始觉光明，开始觉悟了。进一步就是不跟妄念跑，不理不睬，全神贯注地念佛或持咒，心念耳闻，听得清清楚楚，妄念自然就息下来了。这就是“行道之始觉光明”“为任运于此而无分别之体与道两光明之自相，即所谓之光明母子相会也。（本觉母，始觉子也。妄念与烦恼，是本觉光明；见宗和行道，是始觉光明。本觉光明是“体光明”，始觉光明是“道光明”这“体与道两光明”之自相——这两个光明各自的形象虽有不同，但它们在本体上却是一个，是无分别的。我们任运于此，任运于这两个光明无分别的本体，就是所谓“光明母子相会”啊！母，是本觉光明；子，是始觉光明。母子相会，就是本觉合始觉，两个光明合为一个。中阴身救度法就是这个原理。中阴，又称中有。人死过之后，有三天半到四天的“闷绝”状态，然后“中阴身”生起，如三岁童子，四十九天内七度生死，起现种种境象。所谓“闷绝”，就是大昏迷，昏迷时妄念不动，因为他的身体——地水火风四大分</w:t>
      </w:r>
    </w:p>
    <w:p>
      <w:pPr>
        <w:spacing w:before="0" w:after="80" w:line="259" w:lineRule="auto"/>
        <w:ind w:firstLine="360"/>
      </w:pPr>
      <w:r>
        <w:rPr>
          <w:rFonts w:ascii="Noto Serif CJK SC" w:hAnsi="Noto Serif CJK SC" w:eastAsia="Noto Serif CJK SC"/>
        </w:rPr>
        <w:t>散了，眼耳鼻舌身诸根失去了摄取外境的功能。妄念不动，自性光明就要显现。不过这种光明叫死光，死后发出的光，三到四天内两度现起。这死光每次起现的时间不长，不过一顿饭的功夫，“倏——”就消灭了。死光也是自性光，若能在死光起现时“一把擒来”及时体认它，立即就成道了。死光，就是母光；能觉察到它，就是子光。及时体认，就是母子相会，及时合上去就能顿证报身佛。这是“中阴救度”的第一阶段——死位中有。若不能及时体认，就错过了这个机会。然后中阴身生起，并显现种种业相，生前做好事就现好相，做坏事就现恶相，美好的相、恐怖的相都要显现。同时，前十四天每日都有佛菩萨放各色强光、现双身相接引。此时若不惧强光、不生狂妄分别之心，及时地合上去，也能得生佛国净土。在中阴身生起的第四日，西方极乐世界无量光佛放红色强光，并且现出与白衣佛母面合交抱的双身相，这时你若能不起分别、惊异、恐惧之心，毅然地合上去，就能立即得生西方极乐净土。有佛菩萨接引前十四天，是“中阴救度”的第二阶段——法性中有。紧接着是“中阴救度”的第三阶段——轮回中有，《中有教授听闻解脱密法》一书示之甚详，我这里就不多说了。</w:t>
      </w:r>
    </w:p>
    <w:p>
      <w:pPr>
        <w:spacing w:before="0" w:after="80" w:line="259" w:lineRule="auto"/>
        <w:ind w:firstLine="360"/>
      </w:pPr>
      <w:r>
        <w:rPr>
          <w:rFonts w:ascii="Noto Serif CJK SC" w:hAnsi="Noto Serif CJK SC" w:eastAsia="Noto Serif CJK SC"/>
        </w:rPr>
        <w:t>我们打坐修行，能够照见妄念，这是好事，不要</w:t>
      </w:r>
    </w:p>
    <w:p>
      <w:pPr>
        <w:spacing w:before="0" w:after="80" w:line="259" w:lineRule="auto"/>
        <w:ind w:firstLine="360"/>
      </w:pPr>
      <w:r>
        <w:rPr>
          <w:rFonts w:ascii="Noto Serif CJK SC" w:hAnsi="Noto Serif CJK SC" w:eastAsia="Noto Serif CJK SC"/>
        </w:rPr>
        <w:t>起疑惑，应继续精进修行，待到功夫成熟，“啪——”一下子脱开，子光、母光合成一体，一大光明藏也！那就成道了。念佛的人也是如此，时时处处一句佛号，久久功夫成熟，能念之心、所念之佛一时脱落，无能念之人，无所念之佛，明明历历、了了分明，这也是子、母相合，也是“光明母子相会”啊！“不忘已认识之见宗自相光明，对于境界功用中之妄念烦恼，不起任何遮遣与成立、取舍等为最要。不要忘记已经认识到的“见宗自相光明”。何谓见宗自相光明？我们能够照见一切事物，这都是法身本体所起的妙用。照见事物，不为事物所转，而了知这能见的功能正是我们的本性，从而在相上见性——透过相而见到本性，这就是见宗。见宗也是法身所起的妙用，也是法身自体的放光相，这放光相是无相之相，称之为“见宗自相光明”。这并不是用眼睛看到，或者用耳朵听到。前面我们讲过无情说法：“若将耳听终难会，眼处闻声方得知”，那是说用眼睛听声音，现在我们是用耳朵看光明。眼睛怎么听？耳朵怎么看？照一切事物、听到一切声音的功能，就是我们的本性。离开本性，一切皆无有，若能这样体认，就是</w:t>
      </w:r>
    </w:p>
    <w:p>
      <w:pPr>
        <w:spacing w:before="0" w:after="80" w:line="259" w:lineRule="auto"/>
        <w:ind w:firstLine="360"/>
      </w:pPr>
      <w:r>
        <w:rPr>
          <w:rFonts w:ascii="Noto Serif CJK SC" w:hAnsi="Noto Serif CJK SC" w:eastAsia="Noto Serif CJK SC"/>
        </w:rPr>
        <w:t>见宗自相光明。这光明能用眼睛看到吗？所以说用耳朵看。这是看吗？默契、体验、领悟、神会是也。我们对于在境界上、在功用中泛起的妄念与烦恼，不生起遮遣它、成立它、取着它、舍弃它等心，以一切皆影幻，无可取舍故。须不理不睬，不生任何心，方合道妙。遮，是盖复；遣，是赶走。遮、遣都是压制。成立就是随着它跑。比如，你做生意赔了本钱，烦恼生起来了。又一想：“我是学佛的人，不应该这样烦恼，为什么还起烦恼呢？不好、不好！”越想越懊悔，越搞越烦恼，这就是遮遣。再如，你已经能够不为事情的成败动心，你自以为定力强，“八风吹不动，端坐紫金莲”，这个境界很好！这就是成立。我们应该这样做功夫：动也好、静也好、顺也好、逆也好、轻安也好、烦恼也好，都了不可得，统统不放在心上。甚至遮也好、遣也好、成也好、立也好、取也好、舍也好，全都不往心里去。妄念、烦恼来了，既不跟它跑，也不理睬它，任它起灭，一凛觉就是了。前面我们已经讲过，你如果功夫做到“没有爱、恶之心”的程度，那你命终之后，就不再轮回六道了。一个“不忘”，一个“不起”</w:t>
      </w:r>
    </w:p>
    <w:p>
      <w:pPr>
        <w:spacing w:before="0" w:after="80" w:line="259" w:lineRule="auto"/>
        <w:ind w:firstLine="360"/>
      </w:pPr>
      <w:r>
        <w:rPr>
          <w:rFonts w:ascii="Noto Serif CJK SC" w:hAnsi="Noto Serif CJK SC" w:eastAsia="Noto Serif CJK SC"/>
        </w:rPr>
        <w:t>，最为重要。不忘“见</w:t>
      </w:r>
    </w:p>
    <w:p>
      <w:pPr>
        <w:spacing w:before="0" w:after="80" w:line="259" w:lineRule="auto"/>
        <w:ind w:firstLine="360"/>
      </w:pPr>
      <w:r>
        <w:rPr>
          <w:rFonts w:ascii="Noto Serif CJK SC" w:hAnsi="Noto Serif CJK SC" w:eastAsia="Noto Serif CJK SC"/>
        </w:rPr>
        <w:t>宗自相光明”，不起“遮遣、成立、取舍”等心，这是最最重要的啊！我们不要忘记，这能看、能知、能</w:t>
      </w:r>
    </w:p>
    <w:p>
      <w:pPr>
        <w:spacing w:before="0" w:after="80" w:line="259" w:lineRule="auto"/>
        <w:ind w:firstLine="360"/>
      </w:pPr>
      <w:r>
        <w:rPr>
          <w:rFonts w:ascii="Noto Serif CJK SC" w:hAnsi="Noto Serif CJK SC" w:eastAsia="Noto Serif CJK SC"/>
        </w:rPr>
        <w:t>说、能行的功能，就是本性的妙用，时时刻刻熟悉它。妄念与烦恼来了，不压制它，不随它跑，没有任何遮遣、成立，没有任何爱憎、取舍，一切都了不可得。坦坦然然，平平常常，一种平怀，泯然自尽，任它风云多变幻，我自无喜亦无忧。心常空空地，气常平平地，意常淡淡地。我们时时处处都要这样做功夫，这个功夫不管哪一宗都是用得着的。</w:t>
      </w:r>
    </w:p>
    <w:p>
      <w:pPr>
        <w:spacing w:before="0" w:after="80" w:line="259" w:lineRule="auto"/>
        <w:ind w:firstLine="360"/>
      </w:pPr>
      <w:r>
        <w:rPr>
          <w:rFonts w:ascii="Noto Serif CJK SC" w:hAnsi="Noto Serif CJK SC" w:eastAsia="Noto Serif CJK SC"/>
        </w:rPr>
        <w:t>四、频除乐、明、无念诸功力</w:t>
      </w:r>
    </w:p>
    <w:p>
      <w:pPr>
        <w:spacing w:before="0" w:after="80" w:line="259" w:lineRule="auto"/>
        <w:ind w:firstLine="360"/>
      </w:pPr>
      <w:r>
        <w:rPr>
          <w:rFonts w:ascii="Noto Serif CJK SC" w:hAnsi="Noto Serif CJK SC" w:eastAsia="Noto Serif CJK SC"/>
        </w:rPr>
        <w:t>“日久护持如是之境，有乐明无念诸功力而遮本元自面者，当揭此皮壳，自性之相方能赤裸呈现，是为智慧由内明朗。如上讲的不忘、不起之境，护持的日子久了，即有“空、乐、明”等境界出现，那是功力引发的初步入道境界。乐是快乐，明是光明，无念就是心空，“空乐明”的境界出现了。内心空净，无比轻安，这个身体好象没有了，轻松得就象卸下一副重担一样。欢欣愉悦，无比快乐，比那“久旱逢甘雨，他乡遇故知，洞房花烛夜，金榜题名时”还要快乐百倍，这种快乐非任何世间快乐能够比拟（四禅八定，修到三禅就有此乐，修到四禅，此乐才会消融）。心光发露，明亮透彻，就象一轮明月当头朗照，醒时梦时都沐浴在光明之中。这“空乐明”好不好？好倒也好，但你若住在上面，起心动念：“好啊！我得空净，我有快乐，我放光明。”那就坏了，那就会遮盖住本元自面。什么是本元自面？就是前面反复强调的自性啊！若着在“空乐明”相上，就象在自性的外面包上一层皮壳，那还能见到自性吗？应该揭掉这层皮壳，不要住着这</w:t>
      </w:r>
    </w:p>
    <w:p>
      <w:pPr>
        <w:spacing w:before="0" w:after="80" w:line="259" w:lineRule="auto"/>
        <w:ind w:firstLine="360"/>
      </w:pPr>
      <w:r>
        <w:rPr>
          <w:rFonts w:ascii="Noto Serif CJK SC" w:hAnsi="Noto Serif CJK SC" w:eastAsia="Noto Serif CJK SC"/>
        </w:rPr>
        <w:t>“空乐明”我曾再三关照诸位，修心中心法，不许见光，不许见佛。不是不允许你见到，而是不允许你着相啊！自性非明非暗，你说它光明，不对；你说它黑暗，也不对。我们前面讲过，功夫做到最后，如“腊月三十之月”，不见有光了。但这并不是黑暗，就象人在空气中不见有空气，鱼在水中不见有水一样，“如入芝兰之室，久闻不知其香”，不取不舍，浑化相忘了。说不许，是不许你住相。住在相上，就是“成立”就是“取”，这都是妄想执着。除掉这妄想执着，才能彻悟本来。观世音菩萨“耳根圆通法门”，功夫做到后面也是这样：“觉所觉空，空觉极圆，空所空灭”能觉和所觉空净到极其圆满的时候，能空和所空也消失了，连空也没有了，这时才“生灭灭已，寂灭现前”能空和所空有生有灭，能乐和所乐，能明和所明同样有生有灭。这些有生有灭的东西都统统消匿，那不生不灭的“寂灭”大涅槃就朗然现前了。寂者，寂而常照，照则起用万机；灭者，照而常寂，寂者，如如不动。如如不动曰“如”，起应万机曰“来”“如来”的境界岂是泛泛的“空乐明”可比的？这才是真正的成佛。应该揭掉“空乐明”这层皮壳，自性之相才能赤</w:t>
      </w:r>
    </w:p>
    <w:p>
      <w:pPr>
        <w:spacing w:before="0" w:after="80" w:line="259" w:lineRule="auto"/>
        <w:ind w:firstLine="360"/>
      </w:pPr>
      <w:r>
        <w:rPr>
          <w:rFonts w:ascii="Noto Serif CJK SC" w:hAnsi="Noto Serif CJK SC" w:eastAsia="Noto Serif CJK SC"/>
        </w:rPr>
        <w:t>裸裸地呈现出来。“是为智慧由内明朗”，这才是从内心发出来的智慧之光，这是真光明，能朗照十方，无所障碍。“空乐明”的光明是有限量的，不能朗照十方。“故宜频除乐、明，曰：泉水汹涌激流妙。所以应该频频地扫除这“空乐明”。禅宗修持也是这样，如僧问曹山：“朗月当头时如何？”就象一轮明月当头朗照，心头充满光明，您看我的功夫可以了吧，这种情况怎么样啊？曹山禅师说：“犹是阶下汉。”功夫到这里，还在台阶之下面，没有升堂入室，还差得远呢！僧云：“请师接上阶。”请师父您发发慈悲，接引我走上台阶，得以升堂入室。曹山云：“月落时相见”，待月亮落之后，再和你相见。（元音上师问众人：“月落时作么生相见？月亮落之后，怎么相见哪？”众默然良久，上师曰：“止！止！别想了。拂袖归方丈去也！“泉水汹涌激流妙”，泉水借着山势奔流，波涛汹涌，水势很大，这股激流，难以扼制。比喻功夫做到一定的程度，微妙的智慧迸发出，就象“泉水汹涌激流”一样，挡也挡不住。当年憨山大师文才很好，</w:t>
      </w:r>
    </w:p>
    <w:p>
      <w:pPr>
        <w:spacing w:before="0" w:after="80" w:line="259" w:lineRule="auto"/>
        <w:ind w:firstLine="360"/>
      </w:pPr>
      <w:r>
        <w:rPr>
          <w:rFonts w:ascii="Noto Serif CJK SC" w:hAnsi="Noto Serif CJK SC" w:eastAsia="Noto Serif CJK SC"/>
        </w:rPr>
        <w:t>善于写诗词，他做功夫做得把诗词全忘光了。有人请他写首诗，他一句也写不出来。后来有人弄了几首唐诗请他吟吟，他一吟唐诗，诗句马上跳出来了。根本就不要思索，有如山洪爆发，想停也停不住，一发而不可收拾。憨山大师知道这不对劲，不能让文思遮蔽住佛性，就毅然地把这一似“泉水汹涌激流”的玄妙，“啪”地一下斩断了。这都是能遮“本元自面”的皮壳，“当断不断，反受其乱”，应当断然地把它揭去。“生乐、明之力及现世乐、愉快等相时，力念方便能摄之‘泼’，与般若能断之‘诶’，猛然从上落下，以破贪着功力之皮壳（以上二藏字，合成为‘泼诶’，即‘呸’字，译音泼吒。当生起乐、明的力用，以及生起现世的欢乐、愉快等现象时，用力念一声“呸！，把这一“呸”猛然从上落下，以破除贪着“空乐明”等功力的皮壳，使自性朗然现前。藏文字母“P”音“坡”，有“方便能摄”之义。括是摄受、含容，</w:t>
      </w:r>
    </w:p>
    <w:p>
      <w:pPr>
        <w:spacing w:before="0" w:after="80" w:line="259" w:lineRule="auto"/>
        <w:ind w:firstLine="360"/>
      </w:pPr>
      <w:r>
        <w:rPr>
          <w:rFonts w:ascii="Noto Serif CJK SC" w:hAnsi="Noto Serif CJK SC" w:eastAsia="Noto Serif CJK SC"/>
        </w:rPr>
        <w:t>“P”字有含容一切妙义</w:t>
      </w:r>
    </w:p>
    <w:p>
      <w:pPr>
        <w:spacing w:before="0" w:after="80" w:line="259" w:lineRule="auto"/>
        <w:ind w:firstLine="360"/>
      </w:pPr>
      <w:r>
        <w:rPr>
          <w:rFonts w:ascii="Noto Serif CJK SC" w:hAnsi="Noto Serif CJK SC" w:eastAsia="Noto Serif CJK SC"/>
        </w:rPr>
        <w:t>的方便性。藏文字母“ei”音“诶”，有“般若能断”之义。断是截断、排除，“Pei”字有排除一切障碍的般若性。“Pei”音“呸”，能含容一切妙义，排除一</w:t>
      </w:r>
    </w:p>
    <w:p>
      <w:pPr>
        <w:spacing w:before="0" w:after="80" w:line="259" w:lineRule="auto"/>
        <w:ind w:firstLine="360"/>
      </w:pPr>
      <w:r>
        <w:rPr>
          <w:rFonts w:ascii="Noto Serif CJK SC" w:hAnsi="Noto Serif CJK SC" w:eastAsia="Noto Serif CJK SC"/>
        </w:rPr>
        <w:t>切障碍。这个“呸”就这么好。</w:t>
      </w:r>
    </w:p>
    <w:p>
      <w:pPr>
        <w:spacing w:before="0" w:after="80" w:line="259" w:lineRule="auto"/>
        <w:ind w:firstLine="360"/>
      </w:pPr>
      <w:r>
        <w:rPr>
          <w:rFonts w:ascii="Noto Serif CJK SC" w:hAnsi="Noto Serif CJK SC" w:eastAsia="Noto Serif CJK SC"/>
        </w:rPr>
        <w:t>五、修习“不修之大修”</w:t>
      </w:r>
    </w:p>
    <w:p>
      <w:pPr>
        <w:spacing w:before="0" w:after="80" w:line="259" w:lineRule="auto"/>
        <w:ind w:firstLine="360"/>
      </w:pPr>
      <w:r>
        <w:rPr>
          <w:rFonts w:ascii="Noto Serif CJK SC" w:hAnsi="Noto Serif CJK SC" w:eastAsia="Noto Serif CJK SC"/>
        </w:rPr>
        <w:t>“如是一切时能保任离绝道验之关要、无可言说</w:t>
      </w:r>
    </w:p>
    <w:p>
      <w:pPr>
        <w:spacing w:before="0" w:after="80" w:line="259" w:lineRule="auto"/>
        <w:ind w:firstLine="360"/>
      </w:pPr>
      <w:r>
        <w:rPr>
          <w:rFonts w:ascii="Noto Serif CJK SC" w:hAnsi="Noto Serif CJK SC" w:eastAsia="Noto Serif CJK SC"/>
        </w:rPr>
        <w:t>之自性了彻者，入定、出定行持无别，上座、下座修</w:t>
      </w:r>
    </w:p>
    <w:p>
      <w:pPr>
        <w:spacing w:before="0" w:after="80" w:line="259" w:lineRule="auto"/>
        <w:ind w:firstLine="360"/>
      </w:pPr>
      <w:r>
        <w:rPr>
          <w:rFonts w:ascii="Noto Serif CJK SC" w:hAnsi="Noto Serif CJK SC" w:eastAsia="Noto Serif CJK SC"/>
        </w:rPr>
        <w:t>持亦无别。如上面所说的那样，在一切时候都能保护、任运这“离绝道验之关要、无可言说之自性”。道验，就是修道的验证，常常验证自己修道修得怎么样，修到什么程度了，空乐明出现了吗？若出现了一点，高兴得不得了，心常常粘在这里。还有的人没有空乐明、没有神通，心里总在想这些东西，拿这些东西验证自</w:t>
      </w:r>
    </w:p>
    <w:p>
      <w:pPr>
        <w:spacing w:before="0" w:after="80" w:line="259" w:lineRule="auto"/>
        <w:ind w:firstLine="360"/>
      </w:pPr>
      <w:r>
        <w:rPr>
          <w:rFonts w:ascii="Noto Serif CJK SC" w:hAnsi="Noto Serif CJK SC" w:eastAsia="Noto Serif CJK SC"/>
        </w:rPr>
        <w:t>己，我怎么没有消息啊？怎么不发神通啊？是我不行</w:t>
      </w:r>
    </w:p>
    <w:p>
      <w:pPr>
        <w:spacing w:before="0" w:after="80" w:line="259" w:lineRule="auto"/>
        <w:ind w:firstLine="360"/>
      </w:pPr>
      <w:r>
        <w:rPr>
          <w:rFonts w:ascii="Noto Serif CJK SC" w:hAnsi="Noto Serif CJK SC" w:eastAsia="Noto Serif CJK SC"/>
        </w:rPr>
        <w:t>吧？是这个法不灵吧？有这些东西梗在心头，慢说成道，就连空乐明的境界也给障住，不会出现了。我们前面讲过，空乐明是在修座和保任自性的过程中出现的，即使出现了，也要“呸”地一下离开它。你若没有，少一层障碍，岂不更好！但真用功修道的人，在修习过程中，空乐明自然会开发。只是不可追求，任其自然开发而不住着，即无妨碍。离绝道验，就是离开这些验证、断绝这些验证。关要，就是关键、要点。离绝用“空乐明”等觉受来验证修道的成就，这是成</w:t>
      </w:r>
    </w:p>
    <w:p>
      <w:pPr>
        <w:spacing w:before="0" w:after="80" w:line="259" w:lineRule="auto"/>
        <w:ind w:firstLine="360"/>
      </w:pPr>
      <w:r>
        <w:rPr>
          <w:rFonts w:ascii="Noto Serif CJK SC" w:hAnsi="Noto Serif CJK SC" w:eastAsia="Noto Serif CJK SC"/>
        </w:rPr>
        <w:t>道的关键，修行的要点。自性就是法身，法身无相无不相，它是不可言说、不落思维的。任你怎么说它，它无相貌可说；任你怎么想它，它没东西可想。语言说不出，思维想不到，这叫“言语道断，心行路绝”。经云：“唯此一实事，余二皆非真”，可言说、落思维的任何有相事物全是</w:t>
      </w:r>
    </w:p>
    <w:p>
      <w:pPr>
        <w:spacing w:before="0" w:after="80" w:line="259" w:lineRule="auto"/>
        <w:ind w:firstLine="360"/>
      </w:pPr>
      <w:r>
        <w:rPr>
          <w:rFonts w:ascii="Noto Serif CJK SC" w:hAnsi="Noto Serif CJK SC" w:eastAsia="Noto Serif CJK SC"/>
        </w:rPr>
        <w:t>虚妄不实的，统统了不可得。只有这“言语道断，心</w:t>
      </w:r>
    </w:p>
    <w:p>
      <w:pPr>
        <w:spacing w:before="0" w:after="80" w:line="259" w:lineRule="auto"/>
        <w:ind w:firstLine="360"/>
      </w:pPr>
      <w:r>
        <w:rPr>
          <w:rFonts w:ascii="Noto Serif CJK SC" w:hAnsi="Noto Serif CJK SC" w:eastAsia="Noto Serif CJK SC"/>
        </w:rPr>
        <w:t>行路绝”的自性是唯一真实不虚的，称之为“实相”这就是大乘佛教的“一实相印”我们应该时时不忘“离绝道验之关要”，不用“空乐明”等觉受来检验是否成道；时时任运这“不可言说之自性”，在一切时不取不舍。这样的保任一刻也不能离。了彻，就是明了、透彻。修行人这样保任，保任到自性明了透彻的时候，“熟处转生，生处转熟”了，就是“了彻者”。此时，“入定、出定行持无别，上座、下座修持亦无别。”大定无出入，如果入定时心能定下来，出定之后，心又随外境跑了，那就不是大定、不是真定。真正的大定，无时不刻不在定中，禅堂里寂静也好、闹市里喧哗也好、打坐入定也好、</w:t>
      </w:r>
    </w:p>
    <w:p>
      <w:pPr>
        <w:spacing w:before="0" w:after="80" w:line="259" w:lineRule="auto"/>
        <w:ind w:firstLine="360"/>
      </w:pPr>
      <w:r>
        <w:rPr>
          <w:rFonts w:ascii="Noto Serif CJK SC" w:hAnsi="Noto Serif CJK SC" w:eastAsia="Noto Serif CJK SC"/>
        </w:rPr>
        <w:t>做事繁忙也好，都是一样，在行持上没有差别。真修</w:t>
      </w:r>
    </w:p>
    <w:p>
      <w:pPr>
        <w:spacing w:before="0" w:after="80" w:line="259" w:lineRule="auto"/>
        <w:ind w:firstLine="360"/>
      </w:pPr>
      <w:r>
        <w:rPr>
          <w:rFonts w:ascii="Noto Serif CJK SC" w:hAnsi="Noto Serif CJK SC" w:eastAsia="Noto Serif CJK SC"/>
        </w:rPr>
        <w:t>无修，不修才是大修。我们修心中心法，不只是上座结印持咒修持，更须于下座秒秒不离观照。我早就告</w:t>
      </w:r>
    </w:p>
    <w:p>
      <w:pPr>
        <w:spacing w:before="0" w:after="80" w:line="259" w:lineRule="auto"/>
        <w:ind w:firstLine="360"/>
      </w:pPr>
      <w:r>
        <w:rPr>
          <w:rFonts w:ascii="Noto Serif CJK SC" w:hAnsi="Noto Serif CJK SC" w:eastAsia="Noto Serif CJK SC"/>
        </w:rPr>
        <w:t>诉过诸位，观照是正行，打坐是助行，但是忽视观照的人还是不少。我在这里再次强调：观照是不可忽视的正行！观照正是刚才讲的“保任”啊！座上结印持咒，左右摄着这个心，座下绵密观照，也是左右摄着这个心。上座下座在修持上是没有差别的！</w:t>
      </w:r>
    </w:p>
    <w:p>
      <w:pPr>
        <w:pStyle w:val="Heading3"/>
      </w:pPr>
      <w:r>
        <w:rPr>
          <w:rFonts w:ascii="Noto Serif CJK SC" w:hAnsi="Noto Serif CJK SC" w:eastAsia="Noto Serif CJK SC"/>
        </w:rPr>
        <w:t>10.10 恒河大手印（第十讲）</w:t>
      </w:r>
    </w:p>
    <w:p>
      <w:pPr>
        <w:spacing w:before="0" w:after="80" w:line="259" w:lineRule="auto"/>
        <w:ind w:firstLine="360"/>
      </w:pPr>
      <w:r>
        <w:rPr>
          <w:rFonts w:ascii="Noto Serif CJK SC" w:hAnsi="Noto Serif CJK SC" w:eastAsia="Noto Serif CJK SC"/>
        </w:rPr>
        <w:t>“此为不修之大修，自住等遍之智慧。如河流之瑜伽，无毫发之修正，然亦无刹那之驰散。恒河大手印的修法是“不修之大修”。真修行没有修的形象。你看他好象是不修，实际上他时时都在修，他这是不修之大修。因为他时时都在观照，时时都在保护己灵。没有修行的形象，谓之“无修”；一切都了不可得，连“空乐明”也不可得，谓之“无得”；自己本来是佛，只要息灭妄想执着，不用再加点什么，本自具足一切妙用，谓之“无证”。这就是所谓“无修、无得、无证”。无修者，本不生灭；无得者，本自空寂；无证者，本来是佛。这是“自住等遍之智慧”啊！等就是平等，遍就是普遍，即自自然然地安住在平平等等、遍满一切的大智慧上。等遍，就是一切时、一切处、一切人都是平等的，没有人高我低，没有我高</w:t>
      </w:r>
    </w:p>
    <w:p>
      <w:pPr>
        <w:spacing w:before="0" w:after="80" w:line="259" w:lineRule="auto"/>
        <w:ind w:firstLine="360"/>
      </w:pPr>
      <w:r>
        <w:rPr>
          <w:rFonts w:ascii="Noto Serif CJK SC" w:hAnsi="Noto Serif CJK SC" w:eastAsia="Noto Serif CJK SC"/>
        </w:rPr>
        <w:t>人低，也没有我的法高，你的法低。人就是喜欢纷争，各执己见，以为自己说的都是真理而毁谤他人，站在自己的立场上说是说非、说好说坏。举个例子：有一种自动伞用起来很方便，但并不坚固，用不了多久就坏掉了，人们称之为“短命伞”。这种伞在我国的消费者看来，是不好的。因为我们喜欢坚固耐用。可是在外国人的眼里，这种伞很好！因为它很好用，价格也便宜，物美价廉，正好用一用就丢掉。我们不习惯扔东西，就说这伞不好；他们扔东西习惯了，就说这伞很好。其实伞就是伞，伞本身并没有好坏，说好说坏都是人们的妄心分别，所谓“万物本闲，愚人自扰”也。如果“自住等遍之智慧”朗然现前，不起分别取舍之心，你就可以听到“短命伞说法”了。我们前面讲过“无情说法”，无情怎么说法呀？听不到无情说法，那是无明遮蔽了你的真心，你的差别心宛然存在之故，因此，你的知觉性只能遍满你的身体。打你的头，头会痛；打你的脚，脚也会痛。打这把椅子，你就没知觉了。假如打破无明，除去“对境生心”的习气，扫掉了分别取舍之心，觉性就能遍满一切事物，心量犹如虚空，没有任何东西在你心外，那你就横亘十方、竖穷三际，无所不知、无所不晓了。日月星辰、茫茫宇宙、山河大地、花鸟虫鱼，所有一</w:t>
      </w:r>
    </w:p>
    <w:p>
      <w:pPr>
        <w:spacing w:before="0" w:after="80" w:line="259" w:lineRule="auto"/>
        <w:ind w:firstLine="360"/>
      </w:pPr>
      <w:r>
        <w:rPr>
          <w:rFonts w:ascii="Noto Serif CJK SC" w:hAnsi="Noto Serif CJK SC" w:eastAsia="Noto Serif CJK SC"/>
        </w:rPr>
        <w:t>切有情、无情都在你的心内。如帝网珠，光光相映，颗颗相圆，他在你心内，你也在他心内，你中有我、我中有你。拈出一个，就是全体。就象现代的“激光全息照片”一样，其中任何一个小小的部分，都包括了整张照片的信息。这就是“等遍”。若欲如此，就须起修，如何修？“如河流之瑜伽，无毫发之修证，然亦无刹那之弛散。瑜伽，意即相应。如河流之瑜伽，就是象河流那样相应。你看那河水，河道弯，它就弯着流；河道直，它就直着流。它处处与环境相应，并不是只能直不能弯，也不是只能弯不能直。我们的真心本来就象河流一样，与一切境界相应。前面不是已经讲过了吗，“妄念与烦恼，皆法身本觉智慧相”。法身就是我们的真心，就是自性。它从来就是不来不去、不垢不净、不增不减的，它从来就“无毫发之修正”，也“无刹那之弛散”，这才是一切事物的根本。我们做功夫，从根本做起，也应该象河流那样，与一切境界相应，没有成败得失，没有爱憎取舍。事情该怎么做就怎么做，做时井井有条、头头是道，做过等于没有做，心里不留任何痕迹。这样做事，智慧技巧应手而生，忙而不乱，多而不杂，效率很高。倘若事前期望、畏惧，背着思想包袱，做事时就不会得心应手。更在事后或因</w:t>
      </w:r>
    </w:p>
    <w:p>
      <w:pPr>
        <w:spacing w:before="0" w:after="80" w:line="259" w:lineRule="auto"/>
        <w:ind w:firstLine="360"/>
      </w:pPr>
      <w:r>
        <w:rPr>
          <w:rFonts w:ascii="Noto Serif CJK SC" w:hAnsi="Noto Serif CJK SC" w:eastAsia="Noto Serif CJK SC"/>
        </w:rPr>
        <w:t>成功而沾沾自喜，或因失败而懊丧恼怒，“喜风吹倒菩提树，怒火烧毁功德林”。那早已不“瑜伽”了。我们要象河流一样，弯就弯、直就直，风来了起起波浪也无所谓。喜笑怒骂都是佛性的妙用，发一发脾气也没关系。为什么？你如果太顺从他，他以为你软弱可欺，欲望更加高涨，一下子要害许多人，那怎么行啊？这时就须要“菩萨心肠罗刹面”，发火教训他一顿，甚至打他一顿，让他赶快回头，这是教育呀！所以，我们学佛的人也不能总是软软弱弱的，看到坏事情该发火就发火。是不是真的发火？发火是外表，是教育人手段，不是心里失去了控制，不是嗔恨心生起来了。从前，梁山缘观禅师座下有一个园头（管理菜园子的，种菜供大众吃），他问梁山：“家贼难防时如何？”家贼比喻妄念，跟着妄念跑，就把自性光明遮蔽了，等于是妄念这个“家贼”把法财偷走了。妄念来了，怎么办哪？梁山说：“识得不为冤。”你能看见它，认识到它是妄念，不跟着它走就是了，那就不冤枉。若是跟着它跑（执着它、压制它都是跟它跑）那就白修了，岂不冤枉！但是园头是开悟的人啊，他不是这样说说听听就算了，他要“觌面相呈”</w:t>
      </w:r>
    </w:p>
    <w:p>
      <w:pPr>
        <w:spacing w:before="0" w:after="80" w:line="259" w:lineRule="auto"/>
        <w:ind w:firstLine="360"/>
      </w:pPr>
      <w:r>
        <w:rPr>
          <w:rFonts w:ascii="Noto Serif CJK SC" w:hAnsi="Noto Serif CJK SC" w:eastAsia="Noto Serif CJK SC"/>
        </w:rPr>
        <w:t>，把定</w:t>
      </w:r>
    </w:p>
    <w:p>
      <w:pPr>
        <w:spacing w:before="0" w:after="80" w:line="259" w:lineRule="auto"/>
        <w:ind w:firstLine="360"/>
      </w:pPr>
      <w:r>
        <w:rPr>
          <w:rFonts w:ascii="Noto Serif CJK SC" w:hAnsi="Noto Serif CJK SC" w:eastAsia="Noto Serif CJK SC"/>
        </w:rPr>
        <w:t>要津、不放过话头。几问几答之后，他突然问：“忽然倾湫倒岳时如何？”忽然间发了大脾气，就象山洪</w:t>
      </w:r>
    </w:p>
    <w:p>
      <w:pPr>
        <w:spacing w:before="0" w:after="80" w:line="259" w:lineRule="auto"/>
        <w:ind w:firstLine="360"/>
      </w:pPr>
      <w:r>
        <w:rPr>
          <w:rFonts w:ascii="Noto Serif CJK SC" w:hAnsi="Noto Serif CJK SC" w:eastAsia="Noto Serif CJK SC"/>
        </w:rPr>
        <w:t>爆发，把山岳都冲倒了，怎么办？梁山禅师从法座上走下来，一把抓住园头：“??黎，莫教湿却老僧袈裟角！”连袈裟角也不能弄湿，比喻心不动。就是说你尽管发脾气，心要把持住，一点不能动啊！到这里就“无毫发之修正，然亦无刹那之驰散。没有定也没有乱，定和乱都不可得，平等一如，一如平等。你说：我这里入定了！那你还有“定”在，有“定”就一定有乱，因为“定”是对“乱”说的，没有乱还讲什么定啊！讲真一定有假、讲善一定有恶、讲美一定有丑，如果没有“假恶丑”，还用讲“真善美”吗！我们的心要真正平等，既没有乱也没有定，既没有修正、也没有驰散。功夫要做到这种程度才行。“颂云：未曾修习未曾离，亦不离无修习义。这个颂分三段：一、未曾修习；二、未曾离；三、亦不离无修习义。“未曾修习”，就是刚讲过的无修之大修，无毫发之修正，然亦无刹那之弛散。这不是不做功夫，功夫还是要做的，所以说“未曾离”——也没有离开做功夫，但你不能住在做功夫上，做了还同没有做，这就是“亦不离无修习义”。功夫尽管做，而不生做功</w:t>
      </w:r>
    </w:p>
    <w:p>
      <w:pPr>
        <w:spacing w:before="0" w:after="80" w:line="259" w:lineRule="auto"/>
        <w:ind w:firstLine="360"/>
      </w:pPr>
      <w:r>
        <w:rPr>
          <w:rFonts w:ascii="Noto Serif CJK SC" w:hAnsi="Noto Serif CJK SC" w:eastAsia="Noto Serif CJK SC"/>
        </w:rPr>
        <w:t>夫之见，做也不可得，离也不可得。修行好比乘船过河，船还在中流，就不能离开船，若这时离开船，岂不就掉进水流（喻生死之流）里淹死了么！等船到了对岸，必须离开船，若不离船，怎么到不生不灭的涅槃彼岸啊！真正修行到家，既不曾修习，也不曾离开；既没有此岸，也没有彼岸；既无六道可堕，也无佛道可成；既无生死可了，也无涅槃能证。“无生死可了”才是真了生死，“无涅槃能证”方称真证涅槃。这不是说说就算数的，唯证乃知。正所谓“如人饮水，冷暖自知”也。“于此自性大圆满根本道，有成如‘卐’字者（于圆满法如量得解），或顿时得解脱，则为色心大离体所显一切法身之妙用，无有能修所修。大圆满法里有好几种修法，最主要的就是“彻却”“脱噶”“彻却”就是立断，立即就断掉妄念、妄心、妄习；“脱噶”意即顿超，顿然超越生死苦海。顺序是先修“彻却”，后修“脱噶”。先要立断，就是先要见到自性，见到自性就是见到了根本。恒河大手印就时时刻刻指示我们见到自性，所以大手印是大圆满的先驱，是大圆满的根本，也可以说大手印就是大</w:t>
      </w:r>
    </w:p>
    <w:p>
      <w:pPr>
        <w:spacing w:before="0" w:after="80" w:line="259" w:lineRule="auto"/>
        <w:ind w:firstLine="360"/>
      </w:pPr>
      <w:r>
        <w:rPr>
          <w:rFonts w:ascii="Noto Serif CJK SC" w:hAnsi="Noto Serif CJK SC" w:eastAsia="Noto Serif CJK SC"/>
        </w:rPr>
        <w:t>圆满，故称“自性大圆满根本道”佛的胸前有“卐”字。“卐”本不读作“万”。因为它表示万德庄严、清净无染，大家就把它读作“万”了。万德庄严，清净无染，就是“于圆满法如量得解”“卐”字是象所写的那样向右转。有人说，胸前“卐”字向右转是真佛，向左转是假佛，就这样辨别佛的真假。那魔王也能显现佛相，你又如何辨别呢？又有人说，佛胸前“卐”字放光，照得人心清凉就是真佛，照得人心热恼就是假佛。这都是在相上作文章，没有说到根本上去。我们说，无相才是真佛，有相都是假佛。因为“报化非真佛，亦非说法者”也！报身显光明相，化身现色身相。《金刚经》云：“若以色见我，以音声求我，是人行邪道，不能见如来。”佛的化身有三十二相、八十随好，但那是假身，你认着这个假身，就不能见如来。法身才是真佛，法身无相。报身、化身都有相，所以都不是真佛。若从究竟说来，假就是真、真就是假，全假即真、全真即假。若没有法身，从何显出报身、化身呢？报化身离开法身能显现吗？就象离开水显现不出波浪、离开镜子显现不出影子一</w:t>
      </w:r>
    </w:p>
    <w:p>
      <w:pPr>
        <w:spacing w:before="0" w:after="80" w:line="259" w:lineRule="auto"/>
        <w:ind w:firstLine="360"/>
      </w:pPr>
      <w:r>
        <w:rPr>
          <w:rFonts w:ascii="Noto Serif CJK SC" w:hAnsi="Noto Serif CJK SC" w:eastAsia="Noto Serif CJK SC"/>
        </w:rPr>
        <w:t>样，离开法身也显现不出报化身。法身在哪里呀？法</w:t>
      </w:r>
    </w:p>
    <w:p>
      <w:pPr>
        <w:spacing w:before="0" w:after="80" w:line="259" w:lineRule="auto"/>
        <w:ind w:firstLine="360"/>
      </w:pPr>
      <w:r>
        <w:rPr>
          <w:rFonts w:ascii="Noto Serif CJK SC" w:hAnsi="Noto Serif CJK SC" w:eastAsia="Noto Serif CJK SC"/>
        </w:rPr>
        <w:t>身就是眼前的森罗万象啊！森罗万象离开了法身就无从显现，我们透过相来见性，性就是相、相就是性。</w:t>
      </w:r>
    </w:p>
    <w:p>
      <w:pPr>
        <w:spacing w:before="0" w:after="80" w:line="259" w:lineRule="auto"/>
        <w:ind w:firstLine="360"/>
      </w:pPr>
      <w:r>
        <w:rPr>
          <w:rFonts w:ascii="Noto Serif CJK SC" w:hAnsi="Noto Serif CJK SC" w:eastAsia="Noto Serif CJK SC"/>
        </w:rPr>
        <w:t>分真分假都是我们自己的妄心分别，法身无相，无相而无不相，法身本来就如此。有成如“卐”字者，就是成就万相庄严、清净无染，就是“于圆满法如量得解”啊！“或顿时得解脱，”我们念佛也好、参禅也好、修密也好，应该时时处处都在做功夫，一刻也不能离。行也如此、坐也如此、睡也如此、吃饭也如此、做事情也如此，久久功夫成熟，触机遇缘，“啪！”地一下子就断掉了。执着色相的妄习，是多生历劫养成的，就是因为它才有了六道轮回，它象绳子一样捆住你，使你的佛性不能发显。你现在用功修法，就是要把这根绳子磨断，越磨越细，越磨越细，最后细如发丝，“啪”地一下就断开了，这就叫做“顿时得解脱”假如你不努力做功夫，就不会顿时解脱。顿时解脱的</w:t>
      </w:r>
    </w:p>
    <w:p>
      <w:pPr>
        <w:spacing w:before="0" w:after="80" w:line="259" w:lineRule="auto"/>
        <w:ind w:firstLine="360"/>
      </w:pPr>
      <w:r>
        <w:rPr>
          <w:rFonts w:ascii="Noto Serif CJK SC" w:hAnsi="Noto Serif CJK SC" w:eastAsia="Noto Serif CJK SC"/>
        </w:rPr>
        <w:t>一刹那，不一定在座上。我曾再三地对诸位讲，修心</w:t>
      </w:r>
    </w:p>
    <w:p>
      <w:pPr>
        <w:spacing w:before="0" w:after="80" w:line="259" w:lineRule="auto"/>
        <w:ind w:firstLine="360"/>
      </w:pPr>
      <w:r>
        <w:rPr>
          <w:rFonts w:ascii="Noto Serif CJK SC" w:hAnsi="Noto Serif CJK SC" w:eastAsia="Noto Serif CJK SC"/>
        </w:rPr>
        <w:t>中心法不一定是在座上打开本来，也可能是走路的时候，也可能是在睡觉做梦里，也可能是在做事的时候，突然内不见身心、外不见世界，“啪”地一下就打开了。但你要绵密做功夫啊！假如你今天做做、明天停停，三天打鱼两天晒网的，或者座上做功夫、座下就放野马，那是不行的。因为你没有把妄想执着这根绳子磨细，那它就不会断。我们应该时时用功，安住于</w:t>
      </w:r>
    </w:p>
    <w:p>
      <w:pPr>
        <w:spacing w:before="0" w:after="80" w:line="259" w:lineRule="auto"/>
        <w:ind w:firstLine="360"/>
      </w:pPr>
      <w:r>
        <w:rPr>
          <w:rFonts w:ascii="Noto Serif CJK SC" w:hAnsi="Noto Serif CJK SC" w:eastAsia="Noto Serif CJK SC"/>
        </w:rPr>
        <w:t>“大圆满根本道”，功夫成熟，就会“顿时得解脱”“则为色心大离体所显一切法身之妙用。”成如“卐”字或顿时得解脱，就是法身的妙用，这妙用是色心大离体所显现。“色”指色身，就是我们的这个躯壳；“心”指妄想执着的妄心。我们的心总是住在这个躯壳上，执着它为“我”，这就是“身见”</w:t>
      </w:r>
    </w:p>
    <w:p>
      <w:pPr>
        <w:spacing w:before="0" w:after="80" w:line="259" w:lineRule="auto"/>
        <w:ind w:firstLine="360"/>
      </w:pPr>
      <w:r>
        <w:rPr>
          <w:rFonts w:ascii="Noto Serif CJK SC" w:hAnsi="Noto Serif CJK SC" w:eastAsia="Noto Serif CJK SC"/>
        </w:rPr>
        <w:t>，身见</w:t>
      </w:r>
    </w:p>
    <w:p>
      <w:pPr>
        <w:spacing w:before="0" w:after="80" w:line="259" w:lineRule="auto"/>
        <w:ind w:firstLine="360"/>
      </w:pPr>
      <w:r>
        <w:rPr>
          <w:rFonts w:ascii="Noto Serif CJK SC" w:hAnsi="Noto Serif CJK SC" w:eastAsia="Noto Serif CJK SC"/>
        </w:rPr>
        <w:t>居五种“见惑”之首。惑就是迷惑，所以这个躯壳就是“无明壳子”。色心大离体就是不再执着这个躯壳为我。“无明壳子”一旦打破，法身的妙用就显现出来了。我们学佛的人中，有不少人追求神通。求神通最不好，一有所求，就不能“于圆满法如量得解”、就不能“顿时得解脱”。也就是说，求神通障碍见性。</w:t>
      </w:r>
    </w:p>
    <w:p>
      <w:pPr>
        <w:spacing w:before="0" w:after="80" w:line="259" w:lineRule="auto"/>
        <w:ind w:firstLine="360"/>
      </w:pPr>
      <w:r>
        <w:rPr>
          <w:rFonts w:ascii="Noto Serif CJK SC" w:hAnsi="Noto Serif CJK SC" w:eastAsia="Noto Serif CJK SC"/>
        </w:rPr>
        <w:t>见性才是根本，但得本，不愁末。你只要安住在本性</w:t>
      </w:r>
    </w:p>
    <w:p>
      <w:pPr>
        <w:spacing w:before="0" w:after="80" w:line="259" w:lineRule="auto"/>
        <w:ind w:firstLine="360"/>
      </w:pPr>
      <w:r>
        <w:rPr>
          <w:rFonts w:ascii="Noto Serif CJK SC" w:hAnsi="Noto Serif CJK SC" w:eastAsia="Noto Serif CJK SC"/>
        </w:rPr>
        <w:t>上，时时刻刻做功夫，日日消减你的妄心妄习，损之又损、损之又损……啪！断开来了，神通妙用就自然现前了，这不是求来的。求来的神通没用，凡是有所求而得，都是有为法，都靠不住。有的人自称有神通，能预知未来，其实那是“依通”，他依靠一个“耳报神”。耳报神是什么？就是我们前面讲过的“灵鬼”啊！由于它过去世贪心重，造了大罪恶了，从而堕地狱受大苦。苦报受尽，出离地狱，由于贪习还在，又</w:t>
      </w:r>
    </w:p>
    <w:p>
      <w:pPr>
        <w:spacing w:before="0" w:after="80" w:line="259" w:lineRule="auto"/>
        <w:ind w:firstLine="360"/>
      </w:pPr>
      <w:r>
        <w:rPr>
          <w:rFonts w:ascii="Noto Serif CJK SC" w:hAnsi="Noto Serif CJK SC" w:eastAsia="Noto Serif CJK SC"/>
        </w:rPr>
        <w:t>生饿鬼道，常常依附在人的身上，吸取人的精血。人若心空无住，它就无法依附；人若追求神通，正好被它所乘。鬼有“鬼通”，你若被他所乘，它就会在你的耳边告诉你：明天有什么人来，有什么事情发生，第二天果然如此。你要是误认为有神通了，那就上它的当了，其实这和神通毫不相干。不能听它的，不能理睬它，不能依靠它。你若依靠它，就被它缠绕住，不能成道了。我们不能追求神通，须于一切时、一切处绵密用功，对一切境界不理不睬。如此久久精进行去，就会突然打开本来，能所双亡，根尘脱落，顿时解脱。根尘脱落就是“色心大离体”</w:t>
      </w:r>
    </w:p>
    <w:p>
      <w:pPr>
        <w:spacing w:before="0" w:after="80" w:line="259" w:lineRule="auto"/>
        <w:ind w:firstLine="360"/>
      </w:pPr>
      <w:r>
        <w:rPr>
          <w:rFonts w:ascii="Noto Serif CJK SC" w:hAnsi="Noto Serif CJK SC" w:eastAsia="Noto Serif CJK SC"/>
        </w:rPr>
        <w:t>；能所双亡，便没有能修</w:t>
      </w:r>
    </w:p>
    <w:p>
      <w:pPr>
        <w:spacing w:before="0" w:after="80" w:line="259" w:lineRule="auto"/>
        <w:ind w:firstLine="360"/>
      </w:pPr>
      <w:r>
        <w:rPr>
          <w:rFonts w:ascii="Noto Serif CJK SC" w:hAnsi="Noto Serif CJK SC" w:eastAsia="Noto Serif CJK SC"/>
        </w:rPr>
        <w:t>之人和所修之法。此时就“无有能修所修”。佛性本来就是圆满而具足一切的，它妙用无边，能显现万有。我们只要坚持努力做功夫，总有一天能够突然脱开，“无有能修所修”的境界朗然现前，那时一切神通妙</w:t>
      </w:r>
    </w:p>
    <w:p>
      <w:pPr>
        <w:spacing w:before="0" w:after="80" w:line="259" w:lineRule="auto"/>
        <w:ind w:firstLine="360"/>
      </w:pPr>
      <w:r>
        <w:rPr>
          <w:rFonts w:ascii="Noto Serif CJK SC" w:hAnsi="Noto Serif CJK SC" w:eastAsia="Noto Serif CJK SC"/>
        </w:rPr>
        <w:t>用不求而自得。我们要有坚固心，持之以恒，时时心</w:t>
      </w:r>
    </w:p>
    <w:p>
      <w:pPr>
        <w:spacing w:before="0" w:after="80" w:line="259" w:lineRule="auto"/>
        <w:ind w:firstLine="360"/>
      </w:pPr>
      <w:r>
        <w:rPr>
          <w:rFonts w:ascii="Noto Serif CJK SC" w:hAnsi="Noto Serif CJK SC" w:eastAsia="Noto Serif CJK SC"/>
        </w:rPr>
        <w:t>空无住，事事消归自性，才会圆满成就。</w:t>
      </w:r>
    </w:p>
    <w:p>
      <w:pPr>
        <w:spacing w:before="0" w:after="80" w:line="259" w:lineRule="auto"/>
        <w:ind w:firstLine="360"/>
      </w:pPr>
      <w:r>
        <w:rPr>
          <w:rFonts w:ascii="Noto Serif CJK SC" w:hAnsi="Noto Serif CJK SC" w:eastAsia="Noto Serif CJK SC"/>
        </w:rPr>
        <w:t>六、下机渐道凡夫的修定方法</w:t>
      </w:r>
    </w:p>
    <w:p>
      <w:pPr>
        <w:spacing w:before="0" w:after="80" w:line="259" w:lineRule="auto"/>
        <w:ind w:firstLine="360"/>
      </w:pPr>
      <w:r>
        <w:rPr>
          <w:rFonts w:ascii="Noto Serif CJK SC" w:hAnsi="Noto Serif CJK SC" w:eastAsia="Noto Serif CJK SC"/>
        </w:rPr>
        <w:t>“倘未得坚固，则是起现妄念、为他力所转之下机渐道凡夫。尚须舍愦闹、驰散处，以勤修具足之禅定固聚。否则，纵久修习，道验不生。未得坚固，就是没有坚固心，不能持之以恒。前面所讲的修行方法——不修之大修，是对上根人说的，他们根基很好，能够听从大手印的说教，努力作向上的功夫，这就是能得坚固。假如不是这样的人，不能坚持努力用功，那就是未得坚固。未能坚固的人，总是懈怠因循，总有不修的借口：或是近来身体不适、伤风咳嗽，或是今日事情太多、没有时间，或是环境嘈杂、太闹了……总之今天是不行了，等明天再说吧。就这样“明日复明日，明日何其多”，什么时候能够修行成就啊！这种人一定是“起现妄念，为他力所转”跟着妄想跑，随着境界动，那他就是“下机渐道凡夫”他的根机是下等的，适合走三大阿僧祇劫的渐修道路，今生也就是种种善根，这一世不容易成道了。但是，未得坚固之人，并非今生连一点成道的希望都没有。“尚须舍愦闹、驰散处，以勤修具足之禅定固聚。”内不随妄念转，外不为境界动，须要有具</w:t>
      </w:r>
    </w:p>
    <w:p>
      <w:pPr>
        <w:spacing w:before="0" w:after="80" w:line="259" w:lineRule="auto"/>
        <w:ind w:firstLine="360"/>
      </w:pPr>
      <w:r>
        <w:rPr>
          <w:rFonts w:ascii="Noto Serif CJK SC" w:hAnsi="Noto Serif CJK SC" w:eastAsia="Noto Serif CJK SC"/>
        </w:rPr>
        <w:t>足的定力，这种定力谓之“禅定固聚”。须要舍弃繁华热闹的地方，因为这种地方会引起他心绪纷乱。须要找一个安宁、清净的地方，精勤地修习禅定功夫，以获得必须具有的定力。他如果这样坚持用功，今生还是有希望修成的。否则“纵然久习，道验不生。在闹市里面，因无定力，心随境转，又不肯离开闹市到清净的地方去修禅定，那么，纵然是长时间地修习某个法门，也不会生起“道验”。这里所说的“道验”就是我们前面讲过的“空、乐、明”。不是说要摒除“空、乐、明”，要急呼“呸”字以揭去“空、乐、明”的皮壳吗？是的。那是要你直证“见宗”，不能执着“空、乐、明”，更不能认为得到“空、乐、明”就是成道。并不说“空、乐、明”不好，好是好，好事不如无。如果对“空、乐、明”生起求取、住着之心，就不可能了彻“自性大圆满根本道”；所以我们不详细讲“空、乐、明”。可是现在我们既然提到了“道验”这个问题，就稍微讲一点渐次法：坐禅习定，有粗住、细住、欲界定、未到定、初禅、二禅、三禅、四禅这八个阶段。所谓“道验”就是验证修到了哪个阶段。譬如念佛，若能够把心系在佛号上，而不会驰散，这就是“粗住”，才伏住了粗妄。进一步，心贴贴地不动了，和佛号打成一片，</w:t>
      </w:r>
    </w:p>
    <w:p>
      <w:pPr>
        <w:spacing w:before="0" w:after="80" w:line="259" w:lineRule="auto"/>
        <w:ind w:firstLine="360"/>
      </w:pPr>
      <w:r>
        <w:rPr>
          <w:rFonts w:ascii="Noto Serif CJK SC" w:hAnsi="Noto Serif CJK SC" w:eastAsia="Noto Serif CJK SC"/>
        </w:rPr>
        <w:t>心外无佛，佛外无心，就是“细住”，又伏住了细妄。再进一步，心里豁然开朗，身体像云、像影一样腾空了，觉得离开了坐处，这就是“欲界定”。所谓“三界”就是欲界、色界、无色界。地狱、饿鬼、畜生、人类，还有六层天，统属于欲界；再往上，初禅、二禅、三禅、四禅，这四层天属于色界；更往上属于空界天，分“空无边处、识无边处、无所有处、非想非非想处”四层。到了“欲界定”，再继续修习，如果身体世界忽然化空，这就是“未到定”，离开了欲界，还没有到色界，还不到初禅。功夫更进一步，内不见身心、外不见世界，就到了初禅。初禅具有“八触十功德”“八触”就是“动、痒、轻、重、冷、暖、滑、涩”。觉得身体没有了，但产生了这八种感觉。八种感觉不一定同时出现，但不外这八种。动，是动得飘飘然，超过了世间的狂欢；痒，是痒得欣欣然，超过了世间的欲乐……总之，八触都是很舒服、很快乐的感觉。离欲而生喜乐，所以初禅称为“离生喜乐地”“十功德”就是“空、明、定、慧、善心、柔软、喜、乐、解脱、相应”，这里面已经包括了“空、乐、明”。定者不乱、慧者不愚、喜者不忧，还有善心、柔软、解脱、相应，这都是极好的境界，所以称为“十功德”。舍弃初禅</w:t>
      </w:r>
    </w:p>
    <w:p>
      <w:pPr>
        <w:spacing w:before="0" w:after="80" w:line="259" w:lineRule="auto"/>
        <w:ind w:firstLine="360"/>
      </w:pPr>
      <w:r>
        <w:rPr>
          <w:rFonts w:ascii="Noto Serif CJK SC" w:hAnsi="Noto Serif CJK SC" w:eastAsia="Noto Serif CJK SC"/>
        </w:rPr>
        <w:t>八触十功德的觉受，才能进入二禅。二禅称为“定生喜乐地”，定中生起喜乐。舍弃二禅的“喜”，才能进入三禅。三禅称为“离喜妙乐地”，产生了超越欢喜的微妙快乐。舍弃一切觉受，才能进入四禅。四禅称为“舍念清净地”。此时清净平等，“空、乐、明”等等一切觉受都没有了。我们修的是大乘禅、圆顿禅，不是修上述渐次禅，当然不讲这一层层的功夫，但我们也没有离开这些。我们无论遇到什么境界，一概不理不睬，这些感受不久就过去了。我们是以见性为宗，不管这些事情。不管并不等于没有，这些过程还是有的，只不过是一闪而过罢了。恒河大手印是大乘佛法，把“空、乐、明”视为皮壳，必须把这皮壳揭掉，自性之相才能赤裸现前。如果是下机渐道凡夫，他的心不定，总是跟着境界跑。好色的人，看见年轻貌美的姑娘，他的心就跟着跑；贪吃的人，看到美食当前，他的心就动荡不安。他座上座下总是放野马，不要说直契“见宗”，就连“空、乐、明”也不会现前。所以说，这种人“纵久修习，道验不生”“故闭关修持，以免行仪上易生习性之染污，乃能于根本定之自地道验智（即道力证验之智）与后得</w:t>
      </w:r>
    </w:p>
    <w:p>
      <w:pPr>
        <w:spacing w:before="0" w:after="80" w:line="259" w:lineRule="auto"/>
        <w:ind w:firstLine="360"/>
      </w:pPr>
      <w:r>
        <w:rPr>
          <w:rFonts w:ascii="Noto Serif CJK SC" w:hAnsi="Noto Serif CJK SC" w:eastAsia="Noto Serif CJK SC"/>
        </w:rPr>
        <w:t>智（或出定之后得智）相融也。离开愦闹、弛散处，找一个安宁、清净的地方闭关修行，可以避免“行仪”被习性所污染。“行仪”就是行持和仪规。比如我们修心中心法，座下忘了观照，心为外境所转，这就污染了行持；座上提不起咒语，心随妄念迁流，这就污染了仪规。所谓“习性”就是“习以成性”</w:t>
      </w:r>
    </w:p>
    <w:p>
      <w:pPr>
        <w:spacing w:before="0" w:after="80" w:line="259" w:lineRule="auto"/>
        <w:ind w:firstLine="360"/>
      </w:pPr>
      <w:r>
        <w:rPr>
          <w:rFonts w:ascii="Noto Serif CJK SC" w:hAnsi="Noto Serif CJK SC" w:eastAsia="Noto Serif CJK SC"/>
        </w:rPr>
        <w:t>，习惯成自然了。凡夫最大的习性</w:t>
      </w:r>
    </w:p>
    <w:p>
      <w:pPr>
        <w:spacing w:before="0" w:after="80" w:line="259" w:lineRule="auto"/>
        <w:ind w:firstLine="360"/>
      </w:pPr>
      <w:r>
        <w:rPr>
          <w:rFonts w:ascii="Noto Serif CJK SC" w:hAnsi="Noto Serif CJK SC" w:eastAsia="Noto Serif CJK SC"/>
        </w:rPr>
        <w:t>就是对境生心，总是着相。譬如爱财的人看到一个发财的机会，心就怦怦乱跳，晚上就睡不好觉了。当年庞居士说：“金多乱人心”钱一多，心就乱了，于是把万贯家财沉于江底。他只要明心见性，不要这障碍修道的金银财宝。这是真修道人，以至后来得大成就。现在还有这样的人吗？当然不能说一个也没有，但确实是很少了。下机渐道凡夫，行仪上易生习性之污染，若能闭关修持，“乃能于根本定之自地道验智（即道力验证之智）与后得智（或出定之后得智）相融也。”根本定之自地道验智，就是根本智。根本智与后得智相融，就是前面讲的“子母光明相会”。这就是说，下机渐道凡夫，若能闭关修持，今生也能成就。这段文在“根本定之自地道验智”后面加了括号予以注解：即道力</w:t>
      </w:r>
    </w:p>
    <w:p>
      <w:pPr>
        <w:spacing w:before="0" w:after="80" w:line="259" w:lineRule="auto"/>
        <w:ind w:firstLine="360"/>
      </w:pPr>
      <w:r>
        <w:rPr>
          <w:rFonts w:ascii="Noto Serif CJK SC" w:hAnsi="Noto Serif CJK SC" w:eastAsia="Noto Serif CJK SC"/>
        </w:rPr>
        <w:t>证验智。证验就是验证，验证什么？修道人当然验证道力，这是验证道力的智慧。你用什么验证道力？除了“一念不生、了了分明的灵知”，还有什么！这就是明心见性的“性”啊！这就是根本智。“后得智”也有个注解：或出定之后得智。这里的“出”是“超越”的意思，超越了定与不定。这是妙用啊！后得智就是妙用。“闭关修持，虽有护持，依赖于根本定体之行持。闭关就要有人护持。护关的人有两种，一种是外护，一种是内护。外护负责你的饮食起居，你在关房内用功，不能出去买菜，也没功夫烧饭，就要有人护持你，这是外护。内护是指导你修行的，使你不入魔障，指示你证成大道。闭关修持，虽然有人护持，但主要还是“依赖于根本定体之行持”。根本定体，就是自性。自性本来是不生不灭、不垢不净、不增不减的，只因无始劫来，无明妄动，对境生心，从而沦入六道。解铃还须系铃人，还要靠自己努力修持，豁破无明，不能依赖他人。如果护关的人能够代替我们成道，那么，释迦牟尼佛、阿弥陀佛老早就把我们度光了，哪里还会有这么多的凡夫！生到西方极乐世界也</w:t>
      </w:r>
    </w:p>
    <w:p>
      <w:pPr>
        <w:spacing w:before="0" w:after="80" w:line="259" w:lineRule="auto"/>
        <w:ind w:firstLine="360"/>
      </w:pPr>
      <w:r>
        <w:rPr>
          <w:rFonts w:ascii="Noto Serif CJK SC" w:hAnsi="Noto Serif CJK SC" w:eastAsia="Noto Serif CJK SC"/>
        </w:rPr>
        <w:t>不那么容易，阿弥陀佛也不能把你拉了去，还要你精勤念佛，把爱根斩断，才能生西。印光大师说，生西要“娑婆印坏、净土文成”。你如果爱根不断，贪着金银财宝，恋着妻子儿女，分明是“娑婆印”未坏，那怎么能生西呢？所以，纵然是闭关修持，也不能依赖护关的人，还是靠自己努力用功，把我们自身本具的根本智慧打开，再与后得智相融，才能成道。</w:t>
      </w:r>
    </w:p>
    <w:p>
      <w:pPr>
        <w:pStyle w:val="Heading3"/>
      </w:pPr>
      <w:r>
        <w:rPr>
          <w:rFonts w:ascii="Noto Serif CJK SC" w:hAnsi="Noto Serif CJK SC" w:eastAsia="Noto Serif CJK SC"/>
        </w:rPr>
        <w:t>10.11 恒河大手印（第十一讲）</w:t>
      </w:r>
    </w:p>
    <w:p>
      <w:pPr>
        <w:spacing w:before="0" w:after="80" w:line="259" w:lineRule="auto"/>
        <w:ind w:firstLine="360"/>
      </w:pPr>
      <w:r>
        <w:rPr>
          <w:rFonts w:ascii="Noto Serif CJK SC" w:hAnsi="Noto Serif CJK SC" w:eastAsia="Noto Serif CJK SC"/>
        </w:rPr>
        <w:t>“然如不知长养后得智，使与行仪相合，则徒以对治，不能克他缘，致被妄想之缘牵入凡愚障中。后得智，是相对于根本智来讲的。得了根本智，就是“见宗”——明心见性，此后还要在境界上磨练，以起广大妙用。后得智，就是妙用。长养后得智，就是长时间不间断地养护、保任根本智，时时在境上磨</w:t>
      </w:r>
    </w:p>
    <w:p>
      <w:pPr>
        <w:spacing w:before="0" w:after="80" w:line="259" w:lineRule="auto"/>
        <w:ind w:firstLine="360"/>
      </w:pPr>
      <w:r>
        <w:rPr>
          <w:rFonts w:ascii="Noto Serif CJK SC" w:hAnsi="Noto Serif CJK SC" w:eastAsia="Noto Serif CJK SC"/>
        </w:rPr>
        <w:t>练，保护真心，以起无量妙用。行仪，就是行持（行</w:t>
      </w:r>
    </w:p>
    <w:p>
      <w:pPr>
        <w:spacing w:before="0" w:after="80" w:line="259" w:lineRule="auto"/>
        <w:ind w:firstLine="360"/>
      </w:pPr>
      <w:r>
        <w:rPr>
          <w:rFonts w:ascii="Noto Serif CJK SC" w:hAnsi="Noto Serif CJK SC" w:eastAsia="Noto Serif CJK SC"/>
        </w:rPr>
        <w:t>为规范）和仪规。譬如我们修心中心法，座下时时观照，不随念转、不为境迁，就是行持；每日至少两小时坐修，座上手印不散、咒语不停，就是仪规。对治，</w:t>
      </w:r>
    </w:p>
    <w:p>
      <w:pPr>
        <w:spacing w:before="0" w:after="80" w:line="259" w:lineRule="auto"/>
        <w:ind w:firstLine="360"/>
      </w:pPr>
      <w:r>
        <w:rPr>
          <w:rFonts w:ascii="Noto Serif CJK SC" w:hAnsi="Noto Serif CJK SC" w:eastAsia="Noto Serif CJK SC"/>
        </w:rPr>
        <w:t>是指前面讲过的，如淫欲心重就修不净观；如散乱心</w:t>
      </w:r>
    </w:p>
    <w:p>
      <w:pPr>
        <w:spacing w:before="0" w:after="80" w:line="259" w:lineRule="auto"/>
        <w:ind w:firstLine="360"/>
      </w:pPr>
      <w:r>
        <w:rPr>
          <w:rFonts w:ascii="Noto Serif CJK SC" w:hAnsi="Noto Serif CJK SC" w:eastAsia="Noto Serif CJK SC"/>
        </w:rPr>
        <w:t>重，就闭关专修禅定等等。</w:t>
      </w:r>
    </w:p>
    <w:p>
      <w:pPr>
        <w:spacing w:before="0" w:after="80" w:line="259" w:lineRule="auto"/>
        <w:ind w:firstLine="360"/>
      </w:pPr>
      <w:r>
        <w:rPr>
          <w:rFonts w:ascii="Noto Serif CJK SC" w:hAnsi="Noto Serif CJK SC" w:eastAsia="Noto Serif CJK SC"/>
        </w:rPr>
        <w:t>然而，如果不知道长养后得智，使之与我们的行</w:t>
      </w:r>
    </w:p>
    <w:p>
      <w:pPr>
        <w:spacing w:before="0" w:after="80" w:line="259" w:lineRule="auto"/>
        <w:ind w:firstLine="360"/>
      </w:pPr>
      <w:r>
        <w:rPr>
          <w:rFonts w:ascii="Noto Serif CJK SC" w:hAnsi="Noto Serif CJK SC" w:eastAsia="Noto Serif CJK SC"/>
        </w:rPr>
        <w:t>为规范和修行仪规结合在一起，仅仅用对治的方法来修持，那将是徒劳无功的，将不能克服外在因缘的侵袭。什么缘故呢？因为“不识本心，学法无益”。徒用对治法，不仅令人心烦，而且极易着相，不但不能克服外在因素（环境）的影响，而且还会导致被内在因素（妄想）所牵缠，从而落入“凡愚障”中。凡夫的愚昧，即“贪、嗔、痴”的痴，它会障碍成道，故称“凡愚障”</w:t>
      </w:r>
    </w:p>
    <w:p>
      <w:pPr>
        <w:spacing w:before="0" w:after="80" w:line="259" w:lineRule="auto"/>
        <w:ind w:firstLine="360"/>
      </w:pPr>
      <w:r>
        <w:rPr>
          <w:rFonts w:ascii="Noto Serif CJK SC" w:hAnsi="Noto Serif CJK SC" w:eastAsia="Noto Serif CJK SC"/>
        </w:rPr>
        <w:t>七、了彻法身，保任于惺惺寂寂</w:t>
      </w:r>
    </w:p>
    <w:p>
      <w:pPr>
        <w:spacing w:before="0" w:after="80" w:line="259" w:lineRule="auto"/>
        <w:ind w:firstLine="360"/>
      </w:pPr>
      <w:r>
        <w:rPr>
          <w:rFonts w:ascii="Noto Serif CJK SC" w:hAnsi="Noto Serif CJK SC" w:eastAsia="Noto Serif CJK SC"/>
        </w:rPr>
        <w:t>“故长久护养、了彻于后得，是为尤要。所以长久护养、了彻于后得智，在境界上保任磨练，尤其显得重要。那么怎样长久护养、了彻于后得智呢？“此无他法，只不离本定法身见，无‘能所、是非’分别，自然任运，保任于惺惺寂寂。此为无分别智止观、无为俱生法尔之自相、一切行持之心要。认识到法身本定，本是不来不去、无有动摇的。</w:t>
      </w:r>
    </w:p>
    <w:p>
      <w:pPr>
        <w:spacing w:before="0" w:after="80" w:line="259" w:lineRule="auto"/>
        <w:ind w:firstLine="360"/>
      </w:pPr>
      <w:r>
        <w:rPr>
          <w:rFonts w:ascii="Noto Serif CJK SC" w:hAnsi="Noto Serif CJK SC" w:eastAsia="Noto Serif CJK SC"/>
        </w:rPr>
        <w:t>这个正知见谓之“本定法身见”。契入这个正知见，便无“能修之人”，无“所修之法”，无是非，无分别，腾腾任运，任运腾腾，惺惺然而不乱，寂寂然而大定。大道无形，自性寂寥。法身如如不动，乃大定之体，非关你信不信，或是作不作入定功夫也。怎样长久护养、了彻于后得智呢？这没有别的方法，只有不舍离“本定法身见”，时时刻刻安住在本性上，于事境上磨练自己，不要着相，不要有“能与所，是与非”等等分别，这是最重要的。人总是妄想纷飞，对什么都去分别，这个好那个坏，这个是那个非，这个真那个假……在那里分别不休。你若能时时刻刻离开“能所、是非”等等分别，不住相、不粘境，一切都不可得，不可得也不可得，那就是本性时时朗然现前，就是时时不离“本定法身见”啊！“佛法无多子”，说起来很容易，但这不是听一听明白了就算数的，要落在实处。必须时时刻刻这样做功夫，才能落在实处。要“自然任运，保任于惺惺寂寂”。寂寂者，一念不生，有“不动”义，不动就是定；惺惺者，了了分明，有“观照”义，观照就是慧。保任于“一念不生、了了分明的灵知”，即是定、慧双融，定中有慧，慧中有定。慧中没有定是狂慧，定中没有慧是死定。所以，下机渐道凡夫只是闭关修定还不行，出</w:t>
      </w:r>
    </w:p>
    <w:p>
      <w:pPr>
        <w:spacing w:before="0" w:after="80" w:line="259" w:lineRule="auto"/>
        <w:ind w:firstLine="360"/>
      </w:pPr>
      <w:r>
        <w:rPr>
          <w:rFonts w:ascii="Noto Serif CJK SC" w:hAnsi="Noto Serif CJK SC" w:eastAsia="Noto Serif CJK SC"/>
        </w:rPr>
        <w:t>关后还要在事境上磨练，以长久护养、了彻于后得智。“自然任运”就是随缘；“保任于惺惺寂寂”就是不变。随缘不变，不变随缘，发了大财无所谓，穷得叮当响也无所谓；有粥吃粥，有饭吃饭，不起分别、取舍、攀缘之心。古德云：“惺惺寂寂是，惺惺妄想非；寂寂惺惺是，寂寂无记非”，这是“长久护养、了彻于后得智”的绝妙口诀，不但慧中寓定、定中寓慧，而且还防止了死定和狂慧。“此为无分别智止观、无为俱生法尔之自相、一切行持之心要。”这里讲的止观，并非天台宗的“摩诃止观”，或者别的什么止观法门，而是“无分别智止观”——没有分别的智慧所行的止观。寂寂就是止，惺惺就是观，止即是定，观即是慧。“无为”就是廓然无造作，“俱生”就是森罗万象，“法尔”就是本来</w:t>
      </w:r>
    </w:p>
    <w:p>
      <w:pPr>
        <w:spacing w:before="0" w:after="80" w:line="259" w:lineRule="auto"/>
        <w:ind w:firstLine="360"/>
      </w:pPr>
      <w:r>
        <w:rPr>
          <w:rFonts w:ascii="Noto Serif CJK SC" w:hAnsi="Noto Serif CJK SC" w:eastAsia="Noto Serif CJK SC"/>
        </w:rPr>
        <w:t>如此。无为、俱生、法尔三个词，活泼泼地烘托出法</w:t>
      </w:r>
    </w:p>
    <w:p>
      <w:pPr>
        <w:spacing w:before="0" w:after="80" w:line="259" w:lineRule="auto"/>
        <w:ind w:firstLine="360"/>
      </w:pPr>
      <w:r>
        <w:rPr>
          <w:rFonts w:ascii="Noto Serif CJK SC" w:hAnsi="Noto Serif CJK SC" w:eastAsia="Noto Serif CJK SC"/>
        </w:rPr>
        <w:t>身的无相之实相。</w:t>
      </w:r>
    </w:p>
    <w:p>
      <w:pPr>
        <w:spacing w:before="0" w:after="80" w:line="259" w:lineRule="auto"/>
        <w:ind w:firstLine="360"/>
      </w:pPr>
      <w:r>
        <w:rPr>
          <w:rFonts w:ascii="Noto Serif CJK SC" w:hAnsi="Noto Serif CJK SC" w:eastAsia="Noto Serif CJK SC"/>
        </w:rPr>
        <w:t>“一切行持之心要”就是一切修行</w:t>
      </w:r>
    </w:p>
    <w:p>
      <w:pPr>
        <w:spacing w:before="0" w:after="80" w:line="259" w:lineRule="auto"/>
        <w:ind w:firstLine="360"/>
      </w:pPr>
      <w:r>
        <w:rPr>
          <w:rFonts w:ascii="Noto Serif CJK SC" w:hAnsi="Noto Serif CJK SC" w:eastAsia="Noto Serif CJK SC"/>
        </w:rPr>
        <w:t>法门的核心。所有的修行法门都离不开惺惺寂寂、都离不开定慧交资、都离不开止观。念佛的人把心缘在佛号上，就不起别的念头了，这就是止；佛号听得字字分明、清清楚楚，这就是观。参禅的人，疑情笼罩全身，无暇生起妄念，这就是止；提起一句话头，了了分明，这就是观。我们修心中心法也是这样，结印、</w:t>
      </w:r>
    </w:p>
    <w:p>
      <w:pPr>
        <w:spacing w:before="0" w:after="80" w:line="259" w:lineRule="auto"/>
        <w:ind w:firstLine="360"/>
      </w:pPr>
      <w:r>
        <w:rPr>
          <w:rFonts w:ascii="Noto Serif CJK SC" w:hAnsi="Noto Serif CJK SC" w:eastAsia="Noto Serif CJK SC"/>
        </w:rPr>
        <w:t>持咒摄住了身心，这就是止；心念耳闻，听得清清楚楚、明明白白，这就是观。大手印教我们“自然任运，保任于惺惺寂寂”，寂寂就是止，惺惺就是观。明朝末年，密云圆悟禅师住持宁波天童寺。当时，天童寺外围有很多茅蓬，供精进参禅的和尚居住专修。有一年冬至时节，密云禅师令侍者给茅蓬里的和尚送棉衣。有一位茅蓬老宿对侍者说：“老僧自有娘生褂，不用寒衣。”侍者将此话汇报给密云禅师。密云禅师说：“此僧似有悟处，恐未实，更于语下搜看。就令侍者再去问：“娘未生前着何衣？”老宿答不出来了。密云禅师就嘱这位老宿参究“娘未生前着何衣”这个话头。三年后，这位老宿圆寂了，并没有参破话头、没有道出一句转语。火化后，舍利无数，好多人都惊叹：这么多舍利，这位老宿修行得很好啊！密云禅师说：“舍利十斛，不及转语一句。尔等试代答看。不仅赞叹舍利的人答不出，当时天童寺里的五百和尚谁也没有答出来。密云圆悟禅师叹道：“习道恒沙无一悟。”答不出，那是没有契入“无为俱生法尔之自相”的缘故，若契入如是实相，不用思索就答出来了。不妨答他：“才谢桃李嫩，又添菊梨新。”嫩嫩的桃花、李花刚刚凋谢，新鲜的菊花、梨花又相继开放了。这是什么意思呢？这是和盘托出“无为俱生法尔之自</w:t>
      </w:r>
    </w:p>
    <w:p>
      <w:pPr>
        <w:spacing w:before="0" w:after="80" w:line="259" w:lineRule="auto"/>
        <w:ind w:firstLine="360"/>
      </w:pPr>
      <w:r>
        <w:rPr>
          <w:rFonts w:ascii="Noto Serif CJK SC" w:hAnsi="Noto Serif CJK SC" w:eastAsia="Noto Serif CJK SC"/>
        </w:rPr>
        <w:t>相”啊。我们前面讲过无情说法、讲过“万法归一，一归何处”，一归何处啊？时时处处不离法身、时时处处不离自性。这些花卉都是无情，无情也能说法，这都没有离开我的法身啊！自性如如不动而又变化无穷，如如不动称为法身，变化无穷称为报身、化身，三身原来是一身。有的人总认为只有变化出很多人身才是化身，他不知道森罗万象、万象森罗都是我们的化身。日月星辰、山河大地、鸡鸭狗猫、桌子板凳、饮食起居、男女老少，都是“无为俱生法尔之自相”都是从一真法界流出，都是我们的化身。只因你妄想执着、刻意分别，才无端生出“我相、人相、众生相、寿者相”，从而把一尊大好天真佛埋葬在六道里，从无六道处幻现出六道轮回，从无苦处幻现出无边苦海。现在，只要你痛下决心、精勤修法，把无始劫来形成的执着、分别之习气去掉，便可当下成就、当处解脱。“如以分别心，入有作为之网者，无有解脱时也。有的人把神通作为成道的标准，以为有了神通才有作为，老在那里分别猜度：某某有神通，某某没神通。你自己有神通吗？你没有神通怎么能分辨别人有</w:t>
      </w:r>
    </w:p>
    <w:p>
      <w:pPr>
        <w:spacing w:before="0" w:after="80" w:line="259" w:lineRule="auto"/>
        <w:ind w:firstLine="360"/>
      </w:pPr>
      <w:r>
        <w:rPr>
          <w:rFonts w:ascii="Noto Serif CJK SC" w:hAnsi="Noto Serif CJK SC" w:eastAsia="Noto Serif CJK SC"/>
        </w:rPr>
        <w:t>没有呢？更重要的是，神通并不能作为解脱的标准。鬼神都有神通，难道它们都解脱了吗？如果它们都解脱了，为什么还作佛事超度它们呢？求神通就落在网中，落入了有作为之网。一旦以分别心落入网中，那就没有解脱的时候了。念佛也是为了保护我们本来光明的自体，也是为了去掉分别心。如果你在那里分别念佛遍数多少，疑来疑去的，我一天念三百遍是不是太少了？我才念了一年，能不能生西呀？这些都是分别心。念佛念得好不好关键在质量，憨山大师说：“口念弥陀心散乱，喊破喉咙亦枉然”</w:t>
      </w:r>
    </w:p>
    <w:p>
      <w:pPr>
        <w:spacing w:before="0" w:after="80" w:line="259" w:lineRule="auto"/>
        <w:ind w:firstLine="360"/>
      </w:pPr>
      <w:r>
        <w:rPr>
          <w:rFonts w:ascii="Noto Serif CJK SC" w:hAnsi="Noto Serif CJK SC" w:eastAsia="Noto Serif CJK SC"/>
        </w:rPr>
        <w:t>，质量不好，遍数再多也没用。要</w:t>
      </w:r>
    </w:p>
    <w:p>
      <w:pPr>
        <w:spacing w:before="0" w:after="80" w:line="259" w:lineRule="auto"/>
        <w:ind w:firstLine="360"/>
      </w:pPr>
      <w:r>
        <w:rPr>
          <w:rFonts w:ascii="Noto Serif CJK SC" w:hAnsi="Noto Serif CJK SC" w:eastAsia="Noto Serif CJK SC"/>
        </w:rPr>
        <w:t>把分别心去掉，分别心最坏，有了分别心，就落入有作为之网，不能生西了。念佛生西，尽管生而没有生，尽管去而没有去。这是无为法，无为而无所不为，没有去尽管去，没有生尽管生。所以净土宗的大祖师说：“生则决定生，去则实不去。”有生有灭、有来有去，都是分别心。佛法是无为法，应该去掉分别心。念佛须要深信、切愿、力行，不需要分别心。更不能争强斗胜，诽谤其他法门，那是更强的分别心，不但落入有作为之网，不能解脱，而且还招来谤法之咎。“此即法身自住之赤露智，本未曾迷之觉性心，</w:t>
      </w:r>
    </w:p>
    <w:p>
      <w:pPr>
        <w:spacing w:before="0" w:after="80" w:line="259" w:lineRule="auto"/>
        <w:ind w:firstLine="360"/>
      </w:pPr>
      <w:r>
        <w:rPr>
          <w:rFonts w:ascii="Noto Serif CJK SC" w:hAnsi="Noto Serif CJK SC" w:eastAsia="Noto Serif CJK SC"/>
        </w:rPr>
        <w:t>须决定护持相续。（以上是第二密义）上面所说无分别的止观，就是法身本来如是、无</w:t>
      </w:r>
    </w:p>
    <w:p>
      <w:pPr>
        <w:spacing w:before="0" w:after="80" w:line="259" w:lineRule="auto"/>
        <w:ind w:firstLine="360"/>
      </w:pPr>
      <w:r>
        <w:rPr>
          <w:rFonts w:ascii="Noto Serif CJK SC" w:hAnsi="Noto Serif CJK SC" w:eastAsia="Noto Serif CJK SC"/>
        </w:rPr>
        <w:t>住之住的智慧。它不从外来、不从人得，完全是自性</w:t>
      </w:r>
    </w:p>
    <w:p>
      <w:pPr>
        <w:spacing w:before="0" w:after="80" w:line="259" w:lineRule="auto"/>
        <w:ind w:firstLine="360"/>
      </w:pPr>
      <w:r>
        <w:rPr>
          <w:rFonts w:ascii="Noto Serif CJK SC" w:hAnsi="Noto Serif CJK SC" w:eastAsia="Noto Serif CJK SC"/>
        </w:rPr>
        <w:t>所开显的本有功德，一点也不曾遮盖，本来就赤裸裸地显露着，所以称为“法身自住之赤露智”。如果认真按照这无分别止观的法门，精勤修习，长久护养这“法身自住之赤露智”，一切大的神通不求而自得；如果有追求神通之心，就落入了有作为之网，不但不能解脱，就连神通也发不出来了；倘若你追求神通的分别心被精灵鬼妖所乘，引它附体的话，那就更不堪设想了。这“法身自住之赤露智”，就是“一念不生、了了分明的灵知”，就是本来没有迷悟的觉性心。“开示悟入出十界，万象天真无迷悟”，日月星辰、山河大地、男女老少、事事物物，都是天真自然，都具有佛性，法尔如是，没有迷也没有悟，故称之为“本未曾迷之觉性心”。觉性本不曾迷，也不存在什么悟，入佛界而不增，历地狱而不减。但因无明覆盖、妄执妄取，使佛性不能开显，假名为“迷”。只要努力修道，打破无明，在事上锻炼，除去对境生心、妄执妄取的习气，就能恢复自性天真，假名为“悟”。迷和悟都</w:t>
      </w:r>
    </w:p>
    <w:p>
      <w:pPr>
        <w:spacing w:before="0" w:after="80" w:line="259" w:lineRule="auto"/>
        <w:ind w:firstLine="360"/>
      </w:pPr>
      <w:r>
        <w:rPr>
          <w:rFonts w:ascii="Noto Serif CJK SC" w:hAnsi="Noto Serif CJK SC" w:eastAsia="Noto Serif CJK SC"/>
        </w:rPr>
        <w:t>是假名，只要我们把无明打破，那么迷也不可得、悟也不可得。佛性不属迷悟，即使为无明包裹，本性光明也依然存在，不曾增减一丝毫。“为学日益，为道日损”，修道人要损减的只是无明习气，天真佛性不曾迷悟、不曾增减。修行不成功，就是没有护持好这天真佛性。所以说“须决定护持相续”，这极为重要。决定，就是痛发大愿、下大决心；护持，就是不随念转、不为境迁，行住坐卧，不离这个，秒秒不离自性；相续，就是时时刻刻不能间断。假如断断续续地修，三天打鱼，两天晒网，进一步退两步，不能相续不断，就不能成道了。譬如我们修心中心法，若每日一座，才两个小时，还有二十二小时。若二十二小时放野马，只有两小时修定，时间比例还不到十分之一，那怎么能成道啊？更若今天修修、明天停停，那就更不能成道了。所以我们说，观照是正行、打座是助行。观照就是不随念转、不为境迁，以使自性秒秒不离，这就是为了护持相续啊！修净土也是如此，大势至菩萨教我们念佛方法：“都摄六根，净念相继”。相继就是相续，净念，是指念佛功夫纯熟，能念之心与所念之佛一时脱落，无能无所、无净无秽，天真佛性朗然现前，这才堪称“净念”。有的人弄错了，以为能够连续不断地念“南</w:t>
      </w:r>
    </w:p>
    <w:p>
      <w:pPr>
        <w:spacing w:before="0" w:after="80" w:line="259" w:lineRule="auto"/>
        <w:ind w:firstLine="360"/>
      </w:pPr>
      <w:r>
        <w:rPr>
          <w:rFonts w:ascii="Noto Serif CJK SC" w:hAnsi="Noto Serif CJK SC" w:eastAsia="Noto Serif CJK SC"/>
        </w:rPr>
        <w:t>无阿弥陀佛”就是净念相继了，其实差得很远。须知“口念弥陀心散乱，喊破喉咙亦枉然”啊！净土宗不是要求低，而是要求很高。现在有的人偷懒，不肯用功，马马虎虎地念几句佛号不“至心”，等于没念，就幻想生西。若不能生，那是阿弥陀佛的过错。还指示别人，不需要一心不乱。唉，一个竖穷三际、横亘十方、三根普被、利钝全收的大好净土宗，被他误解成这个样子，怎不令人痛心之至？</w:t>
      </w:r>
    </w:p>
    <w:p>
      <w:pPr>
        <w:spacing w:before="0" w:after="80" w:line="259" w:lineRule="auto"/>
        <w:ind w:firstLine="360"/>
      </w:pPr>
      <w:r>
        <w:rPr>
          <w:rFonts w:ascii="Noto Serif CJK SC" w:hAnsi="Noto Serif CJK SC" w:eastAsia="Noto Serif CJK SC"/>
        </w:rPr>
        <w:t>决定护持相续，这是第二密要义。那么第一密要</w:t>
      </w:r>
    </w:p>
    <w:p>
      <w:pPr>
        <w:spacing w:before="0" w:after="80" w:line="259" w:lineRule="auto"/>
        <w:ind w:firstLine="360"/>
      </w:pPr>
      <w:r>
        <w:rPr>
          <w:rFonts w:ascii="Noto Serif CJK SC" w:hAnsi="Noto Serif CJK SC" w:eastAsia="Noto Serif CJK SC"/>
        </w:rPr>
        <w:t>义是什么？就是前面讲过的“见宗”。大手印就是一真法界，一真法界就是我们的天真佛性，它无时不在、</w:t>
      </w:r>
    </w:p>
    <w:p>
      <w:pPr>
        <w:spacing w:before="0" w:after="80" w:line="259" w:lineRule="auto"/>
        <w:ind w:firstLine="360"/>
      </w:pPr>
      <w:r>
        <w:rPr>
          <w:rFonts w:ascii="Noto Serif CJK SC" w:hAnsi="Noto Serif CJK SC" w:eastAsia="Noto Serif CJK SC"/>
        </w:rPr>
        <w:t>无处不在，森罗万象、万象森罗都是它的变现。先要</w:t>
      </w:r>
    </w:p>
    <w:p>
      <w:pPr>
        <w:spacing w:before="0" w:after="80" w:line="259" w:lineRule="auto"/>
        <w:ind w:firstLine="360"/>
      </w:pPr>
      <w:r>
        <w:rPr>
          <w:rFonts w:ascii="Noto Serif CJK SC" w:hAnsi="Noto Serif CJK SC" w:eastAsia="Noto Serif CJK SC"/>
        </w:rPr>
        <w:t>见性，才能护持，若不见天真佛性，那你护持个什么呀？简要言之，第一是明心见性，第二是绵密保任，这就是第一密要义和第二密要义。</w:t>
      </w:r>
    </w:p>
    <w:p>
      <w:pPr>
        <w:spacing w:before="0" w:after="80" w:line="259" w:lineRule="auto"/>
        <w:ind w:firstLine="360"/>
      </w:pPr>
      <w:r>
        <w:rPr>
          <w:rFonts w:ascii="Noto Serif CJK SC" w:hAnsi="Noto Serif CJK SC" w:eastAsia="Noto Serif CJK SC"/>
        </w:rPr>
        <w:t>不离法身</w:t>
      </w:r>
    </w:p>
    <w:p>
      <w:pPr>
        <w:spacing w:before="0" w:after="80" w:line="259" w:lineRule="auto"/>
        <w:ind w:firstLine="360"/>
      </w:pPr>
      <w:r>
        <w:rPr>
          <w:rFonts w:ascii="Noto Serif CJK SC" w:hAnsi="Noto Serif CJK SC" w:eastAsia="Noto Serif CJK SC"/>
        </w:rPr>
        <w:t>一、认识“解脱体智”的重要性</w:t>
      </w:r>
    </w:p>
    <w:p>
      <w:pPr>
        <w:spacing w:before="0" w:after="80" w:line="259" w:lineRule="auto"/>
        <w:ind w:firstLine="360"/>
      </w:pPr>
      <w:r>
        <w:rPr>
          <w:rFonts w:ascii="Noto Serif CJK SC" w:hAnsi="Noto Serif CJK SC" w:eastAsia="Noto Serif CJK SC"/>
        </w:rPr>
        <w:t>“定，至行之要。如无解脱智之道力，唯住休息之行持，仍不能越色、无色界。因其未能克制贪嗔缘起及诸行业流。至行之要，意即至关重要的行持。“见、定、行”的“定”，就是至关重要的行持。解脱智，是指前面</w:t>
      </w:r>
    </w:p>
    <w:p>
      <w:pPr>
        <w:spacing w:before="0" w:after="80" w:line="259" w:lineRule="auto"/>
        <w:ind w:firstLine="360"/>
      </w:pPr>
      <w:r>
        <w:rPr>
          <w:rFonts w:ascii="Noto Serif CJK SC" w:hAnsi="Noto Serif CJK SC" w:eastAsia="Noto Serif CJK SC"/>
        </w:rPr>
        <w:t>讲过的见宗与保护。解脱智之道力，是指从本体之见</w:t>
      </w:r>
    </w:p>
    <w:p>
      <w:pPr>
        <w:spacing w:before="0" w:after="80" w:line="259" w:lineRule="auto"/>
        <w:ind w:firstLine="360"/>
      </w:pPr>
      <w:r>
        <w:rPr>
          <w:rFonts w:ascii="Noto Serif CJK SC" w:hAnsi="Noto Serif CJK SC" w:eastAsia="Noto Serif CJK SC"/>
        </w:rPr>
        <w:t>上起无量妙用的力量，这就是禅宗里讲的大机大用。在这里，“休息”指的是休心息念。休息之行持，就是压念不起——“搬石头压草”的功夫。唯住休息之行持，就是只停留在压念不起的阶段。我们前面提到过“欲界、色界、无色界”三界，这里的“色界、无色界”就是指的“四禅天”（色界）和“四空天”（无色界）。这段话的意思是：虽然说修定，乃至闭关专修定力，是至关重要的行持，但如果只是休心息念，而没有证体起用的力量，那还是世间禅定，尽管超越</w:t>
      </w:r>
    </w:p>
    <w:p>
      <w:pPr>
        <w:spacing w:before="0" w:after="80" w:line="259" w:lineRule="auto"/>
        <w:ind w:firstLine="360"/>
      </w:pPr>
      <w:r>
        <w:rPr>
          <w:rFonts w:ascii="Noto Serif CJK SC" w:hAnsi="Noto Serif CJK SC" w:eastAsia="Noto Serif CJK SC"/>
        </w:rPr>
        <w:t>了欲界，还没有超越色界和空界，还在六道的天道里。</w:t>
      </w:r>
    </w:p>
    <w:p>
      <w:pPr>
        <w:spacing w:before="0" w:after="80" w:line="259" w:lineRule="auto"/>
        <w:ind w:firstLine="360"/>
      </w:pPr>
      <w:r>
        <w:rPr>
          <w:rFonts w:ascii="Noto Serif CJK SC" w:hAnsi="Noto Serif CJK SC" w:eastAsia="Noto Serif CJK SC"/>
        </w:rPr>
        <w:t>这是什么缘故呢？“因未能克制贪嗔缘起及诸行</w:t>
      </w:r>
    </w:p>
    <w:p>
      <w:pPr>
        <w:spacing w:before="0" w:after="80" w:line="259" w:lineRule="auto"/>
        <w:ind w:firstLine="360"/>
      </w:pPr>
      <w:r>
        <w:rPr>
          <w:rFonts w:ascii="Noto Serif CJK SC" w:hAnsi="Noto Serif CJK SC" w:eastAsia="Noto Serif CJK SC"/>
        </w:rPr>
        <w:t>业流”。他能休心息念，“贪、嗔”可以暂时伏住，但生起贪嗔的条件还在。缘，就是条件。“贪嗔缘起”就是生起贪嗔的条件。为什么休心息念不能克制贪嗔缘起呢？因为他不认识本性，对境生心的习气还在。境界来了，就不得自由，被境所转了。譬如美女现前，你为了克制淫欲心，把她看成白骨骷髅、皮包脓血，也还是对治法。从根本说来，凡所有相，皆是虚妄，一切相都是真心显现的影子。若真心朗然现前，觅男女相了不可得。真心朗然现前，对境不失，就是解脱智之道力。若无此道力，就要为境界所惑、随境界而转。因惑而造业，因业而受报，因因果果，果果因因，六道轮回，无有出期，这就是“诸行业流”。住于休心息念之“定”，只能暂时伏住贪嗔，却不能克制贪嗔缘起，这在禅宗里叫做“冷水泡石头、死水不藏龙”一旦定力消退，习气泛起，贪嗔更甚，如石压草，石去草生，当然不能克制诸行业流了。“以未得决定心之道力故，于喜欲境顺缘生贪爱、逆境拂缘生嗔恨，如对病痛生苦受想等。</w:t>
      </w:r>
    </w:p>
    <w:p>
      <w:pPr>
        <w:spacing w:before="0" w:after="80" w:line="259" w:lineRule="auto"/>
        <w:ind w:firstLine="360"/>
      </w:pPr>
      <w:r>
        <w:rPr>
          <w:rFonts w:ascii="Noto Serif CJK SC" w:hAnsi="Noto Serif CJK SC" w:eastAsia="Noto Serif CJK SC"/>
        </w:rPr>
        <w:t>未得决定心之道力，即不认识本性。如果你认识了本性，晓得事物都是假的，晓得事物都是真心的影子，绝对不疑，对境就不动心、不着相了。因此我们必须实证本性。大手印指示我们见性，教导我们勤于保护，在境界上锻炼，在锻炼中实证。我们就要在锻炼中，把身心世界都化空，真正见到本性，那才有“决定心之道力”。若不锻炼，就不会有力量。你在这儿听听讲，此时好象很有力量，一出门马上就忘掉了，那有什么用处呢？还是要踏踏实实地做功夫。现介绍两种做功夫的方法：一种是听到开示，认识了本性后，时时刻刻保护它，“朝于斯，夕于斯，流离于斯，颠沛于斯”，时时刻刻保护它不动，才有念起就把它转过来，不跟它跑，长期坚持这样做。另一种是修个具体的法门，或念佛，或参禅，或修心中心法。不仅座上做功夫，座下也要做功夫，要时时观照，绵密保任，这样才会有效果。不然，看见美好的东西，你还是会动心的；碰到违逆的境遇，你还是会发怒怨恨的。这就是“于喜欲境顺缘生贪爱、逆境拂缘生嗔恨”“如对病痛生苦受想等。”现举几则病缘现前的例子，看看古德是怎样对待病缘的。马祖道一禅师是一位了不起的禅宗大祖师，世称“马大师”，他教导出百余位证成大道的弟子，分赴各地，教化天下。马</w:t>
      </w:r>
    </w:p>
    <w:p>
      <w:pPr>
        <w:spacing w:before="0" w:after="80" w:line="259" w:lineRule="auto"/>
        <w:ind w:firstLine="360"/>
      </w:pPr>
      <w:r>
        <w:rPr>
          <w:rFonts w:ascii="Noto Serif CJK SC" w:hAnsi="Noto Serif CJK SC" w:eastAsia="Noto Serif CJK SC"/>
        </w:rPr>
        <w:t>大师晚年生病了，当家师去慰问：“和尚近日尊候如何？”马大师说：“日面佛，月面佛。”这是什么意思啊？日面是白天，比喻健康时；月面是晚上，比喻生病时。佛者，觉也。白天在觉里晚上也在觉里，健康时是这样生病时也是这样。语虽只有六字，却简捷明了地道出马大师那“决定心之道力”。宋朝的慈明楚圆禅师也是一位了不起的禅宗大祖师，他晚年突然中风，嘴都歪斜了。他的侍者急得跺脚：“当奈何！平生呵佛骂祖，今乃尔。”这可怎么办哪！平时你呵佛骂祖，现在报应了。慈明禅师说：“无忧。为汝正之。你不必发愁，我给你把它正过来就是了。说着，用手把嘴搬正，那歪了的嘴立即就正常了。病痛也是业障，“了即业障本来空，未了应须还宿债”，业债在了道的大祖师身上，要受就受，要不受就不受。身体就象一所房子，总有坏的时候，能住就住，不能住舍掉它就是了。它若坏了，你还贪恋不舍，痛苦就来了，这痛苦是你自己找的。重云智晖禅师圆寂的时候，写了一首偈子给大家看：“我有一间舍，父母为修盖。住了八十年，近来觉损坏。早拟移别处，事涉有憎爱。待它摧毁时，彼此无妨碍。”写完，跏趺而逝。也不一定都是这样，再举一例：翠岩可真禅师行将涅槃的时候，示现极其痛苦的病相，在地下铺的席子上辗转</w:t>
      </w:r>
    </w:p>
    <w:p>
      <w:pPr>
        <w:spacing w:before="0" w:after="80" w:line="259" w:lineRule="auto"/>
        <w:ind w:firstLine="360"/>
      </w:pPr>
      <w:r>
        <w:rPr>
          <w:rFonts w:ascii="Noto Serif CJK SC" w:hAnsi="Noto Serif CJK SC" w:eastAsia="Noto Serif CJK SC"/>
        </w:rPr>
        <w:t>反侧，不停地翻来复去。他的侍者哭着说：“平生呵佛骂祖，今何为乃尔？”要不是你平时呵佛骂祖，现在怎么会这样呢？翠岩禅师盯着侍者看了一会儿，呵斥他：“汝亦作此见解邪？”你也是这种见解吗！于是翠岩禅师跏趺而坐，令侍者烧香。香烟才起，禅师就圆寂了。诸位，既然翠岩禅师有坐脱立亡的把握，为什么还示现那么痛苦的病相呢？他是在以身说法：痛苦即解脱，烦恼即菩提，生死即涅槃。他何曾“对病痛生苦受想”啊！你如果“对病痛生苦受想”，那就不得了了，病魔就起劲地折磨你。如果心不住在病痛上，“你痛你就痛好了，没关系，无所谓”，反而不觉得痛了。再如修心中心法，结手印手指很痛时，心不要想到手，注意力集中在咒上，忘记了手，就不觉得手痛了。但你一起欢喜心：“咦，手不痛了。”这么一想，马上手又痛起来了。所以，痛苦的感觉终归还是大脑接受不接受的问题。只要我们心空无住，有病也会好的，纵然痛也不觉得痛苦。净土宗是这样讲的：“临命终时，身无痛苦，心不颠倒，意不散乱”。身无痛苦，就是不为病所苦，不一定一点病也不生。能在生病时不想着病，只管念佛：“阿弥陀佛、阿弥陀佛、阿弥陀佛……”，注意力集中在佛号上，感觉不到痛苦，那</w:t>
      </w:r>
    </w:p>
    <w:p>
      <w:pPr>
        <w:spacing w:before="0" w:after="80" w:line="259" w:lineRule="auto"/>
        <w:ind w:firstLine="360"/>
      </w:pPr>
      <w:r>
        <w:rPr>
          <w:rFonts w:ascii="Noto Serif CJK SC" w:hAnsi="Noto Serif CJK SC" w:eastAsia="Noto Serif CJK SC"/>
        </w:rPr>
        <w:t>就是身无病苦。如果你心乱了，想着病痛，“哎哟，哎哟！”那就痛得要死了。假如你平时很用功，有很深的功力，那就没有什么病不病、痛不痛了。“心能转物即如来”，若真的作到心空无住，病也能转，就象慈明禅师，用手一搬，那因中风而歪了的嘴立即就</w:t>
      </w:r>
    </w:p>
    <w:p>
      <w:pPr>
        <w:spacing w:before="0" w:after="80" w:line="259" w:lineRule="auto"/>
        <w:ind w:firstLine="360"/>
      </w:pPr>
      <w:r>
        <w:rPr>
          <w:rFonts w:ascii="Noto Serif CJK SC" w:hAnsi="Noto Serif CJK SC" w:eastAsia="Noto Serif CJK SC"/>
        </w:rPr>
        <w:t>正常了。功夫稍浅点，也能不为病所苦。因此我们要</w:t>
      </w:r>
    </w:p>
    <w:p>
      <w:pPr>
        <w:spacing w:before="0" w:after="80" w:line="259" w:lineRule="auto"/>
        <w:ind w:firstLine="360"/>
      </w:pPr>
      <w:r>
        <w:rPr>
          <w:rFonts w:ascii="Noto Serif CJK SC" w:hAnsi="Noto Serif CJK SC" w:eastAsia="Noto Serif CJK SC"/>
        </w:rPr>
        <w:t>时时刻刻令心空净。假如我们心不空净，临终为病所逼，痛苦、难过，心就不安了。我见过很多修净土的人，临命终时，嘱他说：“你现在要努力念佛，这是关键时刻，你就要生西方了。关键时刻到了，赶快念佛吧。”你猜他怎么说，他说：“哎哟！还念什么佛啊！我都快痛死了，难过得要命，念不出来了。”他就是不念，因为他的心散乱了。我们现在用功念佛，是预备临命终时的一刹那时用的。能够在临命终时心不散乱，还这样“阿弥陀佛、阿弥陀佛……”，往生西方极乐世界就绝对有把握了。大家好好用功吧！这样的例子实在是太多了。</w:t>
      </w:r>
    </w:p>
    <w:p>
      <w:pPr>
        <w:pStyle w:val="Heading3"/>
      </w:pPr>
      <w:r>
        <w:rPr>
          <w:rFonts w:ascii="Noto Serif CJK SC" w:hAnsi="Noto Serif CJK SC" w:eastAsia="Noto Serif CJK SC"/>
        </w:rPr>
        <w:t>10.12 恒河大手印（第十二讲）</w:t>
      </w:r>
    </w:p>
    <w:p>
      <w:pPr>
        <w:spacing w:before="0" w:after="80" w:line="259" w:lineRule="auto"/>
        <w:ind w:firstLine="360"/>
      </w:pPr>
      <w:r>
        <w:rPr>
          <w:rFonts w:ascii="Noto Serif CJK SC" w:hAnsi="Noto Serif CJK SC" w:eastAsia="Noto Serif CJK SC"/>
        </w:rPr>
        <w:t>“所起一切，皆是自性功用显现。故认识于解脱体智为极要。前面刚刚讲过，不能“于喜境顺境生贪爱、逆境</w:t>
      </w:r>
    </w:p>
    <w:p>
      <w:pPr>
        <w:spacing w:before="0" w:after="80" w:line="259" w:lineRule="auto"/>
        <w:ind w:firstLine="360"/>
      </w:pPr>
      <w:r>
        <w:rPr>
          <w:rFonts w:ascii="Noto Serif CJK SC" w:hAnsi="Noto Serif CJK SC" w:eastAsia="Noto Serif CJK SC"/>
        </w:rPr>
        <w:t>拂缘生嗔恨，如对病痛生苦受想”，为什么不能这样想呢？因为“所起一切，皆是自性功用显现。</w:t>
      </w:r>
    </w:p>
    <w:p>
      <w:pPr>
        <w:spacing w:before="0" w:after="80" w:line="259" w:lineRule="auto"/>
        <w:ind w:firstLine="360"/>
      </w:pPr>
      <w:r>
        <w:rPr>
          <w:rFonts w:ascii="Noto Serif CJK SC" w:hAnsi="Noto Serif CJK SC" w:eastAsia="Noto Serif CJK SC"/>
        </w:rPr>
        <w:t>”不要</w:t>
      </w:r>
    </w:p>
    <w:p>
      <w:pPr>
        <w:spacing w:before="0" w:after="80" w:line="259" w:lineRule="auto"/>
        <w:ind w:firstLine="360"/>
      </w:pPr>
      <w:r>
        <w:rPr>
          <w:rFonts w:ascii="Noto Serif CJK SC" w:hAnsi="Noto Serif CJK SC" w:eastAsia="Noto Serif CJK SC"/>
        </w:rPr>
        <w:t>认为喜境顺缘好、逆境拂缘不好，健康好、生病不好。这不好的逆境拂缘乃至病痛是从什么地方来的呢？这都是自性的显现，没有自性，哪里会有这些境缘呢？我们要凛然一觉，了知这些境缘乃至嗔恨心都是自性的显现，自然就不嗔恨了！自性本身是不垢不净、不增不减、不来不去、不动不摇的。若无菩提自性，连烦恼也不会有，就象没有水就不会有波浪一样。正因为波浪本身就是水，所以说“烦恼即菩提”。我们修道，要时时凛觉，烦恼才起，就凛然一觉，一凛觉就回归到本位，自然朗然现前，烦恼立即了不可得，这就是解脱体智。“故认识于解脱体智为极要。”所以，对于解脱体智的认识是极为重要的。认灵知之心，不认妄念；认空寂之体，不认色身。妄念才起，立即凛觉，灵知之心现前，妄念当下瓦解冰消。不能认色身为我，执着了这个色壳子就麻烦了。色身就象一所房子，它不是“我”，只是暂时住住而已。我们要时时刻刻这样做功夫。</w:t>
      </w:r>
    </w:p>
    <w:p>
      <w:pPr>
        <w:spacing w:before="0" w:after="80" w:line="259" w:lineRule="auto"/>
        <w:ind w:firstLine="360"/>
      </w:pPr>
      <w:r>
        <w:rPr>
          <w:rFonts w:ascii="Noto Serif CJK SC" w:hAnsi="Noto Serif CJK SC" w:eastAsia="Noto Serif CJK SC"/>
        </w:rPr>
        <w:t>二、消除妄念的方法：不离法身</w:t>
      </w:r>
    </w:p>
    <w:p>
      <w:pPr>
        <w:spacing w:before="0" w:after="80" w:line="259" w:lineRule="auto"/>
        <w:ind w:firstLine="360"/>
      </w:pPr>
      <w:r>
        <w:rPr>
          <w:rFonts w:ascii="Noto Serif CJK SC" w:hAnsi="Noto Serif CJK SC" w:eastAsia="Noto Serif CJK SC"/>
        </w:rPr>
        <w:t>“如未得起灭（念）之要，则所渗漏之妄念皆轮回业因。故无论粗细妄念，均须起灭随无而善护修。即是不纵之使炽，亦不以念治念。唯不离自然本体以观照之，使不连续，如在水中画图，随画随消。起灭之要，就是念起念灭的关键要点。那么这个要点是什么呢？“青山原不动，白云任去来”，青山比喻自性，白云比喻妄念，自性不动不摇，妄念有起有灭。尽管念有起灭“识得不为冤”啊！识得，就是得了起灭之要。若不识得，起了妄念你还不知道，那就是未得起灭之要。“如未得起灭之要，则所渗漏之妄念皆轮回业因。”我们修心中心法强调“观照是正行，打坐是助行”，就是为了突出观照的作用，妄念</w:t>
      </w:r>
    </w:p>
    <w:p>
      <w:pPr>
        <w:spacing w:before="0" w:after="80" w:line="259" w:lineRule="auto"/>
        <w:ind w:firstLine="360"/>
      </w:pPr>
      <w:r>
        <w:rPr>
          <w:rFonts w:ascii="Noto Serif CJK SC" w:hAnsi="Noto Serif CJK SC" w:eastAsia="Noto Serif CJK SC"/>
        </w:rPr>
        <w:t>来了要看见它，立即凛然一觉，不睬念头。若看不见</w:t>
      </w:r>
    </w:p>
    <w:p>
      <w:pPr>
        <w:spacing w:before="0" w:after="80" w:line="259" w:lineRule="auto"/>
        <w:ind w:firstLine="360"/>
      </w:pPr>
      <w:r>
        <w:rPr>
          <w:rFonts w:ascii="Noto Serif CJK SC" w:hAnsi="Noto Serif CJK SC" w:eastAsia="Noto Serif CJK SC"/>
        </w:rPr>
        <w:t>它，分明是跟着妄念跑了，这就是“渗漏”。这些渗漏的妄念都是六道轮回的业因。跟着念头跑，必然随境转。着境之后就造业，造业之后就受报，以致六道轮回无有出期。就象水桶有个漏洞，自性妙用之水全被漏光，便堕落成六道凡夫了。堕落是业果，渗漏就是业因。《圆觉经》云：“居一切时不起妄念，于诸妄</w:t>
      </w:r>
    </w:p>
    <w:p>
      <w:pPr>
        <w:spacing w:before="0" w:after="80" w:line="259" w:lineRule="auto"/>
        <w:ind w:firstLine="360"/>
      </w:pPr>
      <w:r>
        <w:rPr>
          <w:rFonts w:ascii="Noto Serif CJK SC" w:hAnsi="Noto Serif CJK SC" w:eastAsia="Noto Serif CJK SC"/>
        </w:rPr>
        <w:t>心亦不息灭。”前半句就是教我们不渗漏，不放过妄念，凛然一觉使妄念不起。又恐我们错误理解，去做压念不起的“死定”功夫，立即接上后半句“于诸妄心亦不息灭。”也别把妄念消灭光。为什么呢？为了起无边妙用，度无量众生啊！真心若能做主，言谈话语、举手投足、起心动念等，都是自性的妙用。五通仙人问佛：“如何是那一通？”他有五通，佛有六通，那一通是什么呀？佛喊他的名字：“五通仙人！</w:t>
      </w:r>
    </w:p>
    <w:p>
      <w:pPr>
        <w:spacing w:before="0" w:after="80" w:line="259" w:lineRule="auto"/>
        <w:ind w:firstLine="360"/>
      </w:pPr>
      <w:r>
        <w:rPr>
          <w:rFonts w:ascii="Noto Serif CJK SC" w:hAnsi="Noto Serif CJK SC" w:eastAsia="Noto Serif CJK SC"/>
        </w:rPr>
        <w:t>”他答</w:t>
      </w:r>
    </w:p>
    <w:p>
      <w:pPr>
        <w:spacing w:before="0" w:after="80" w:line="259" w:lineRule="auto"/>
        <w:ind w:firstLine="360"/>
      </w:pPr>
      <w:r>
        <w:rPr>
          <w:rFonts w:ascii="Noto Serif CJK SC" w:hAnsi="Noto Serif CJK SC" w:eastAsia="Noto Serif CJK SC"/>
        </w:rPr>
        <w:t>应了一声。佛说：“那一通，你问我。”一喊一应、一问一答，活脱脱地显示出自性的妙用。这就是“那一通”——漏尽通。漏尽，就是一点也不渗漏，渗漏已经尽绝。所以，尽管真心像痴子，大智若愚，但若不起心动念，如何起无边妙用啊？若把波浪灭光，岂不成死水一潭了吗？是故“于诸妄心亦不息灭”。识得真心，真心做主，妄念就是妙用；不识真心，妄念做主，便是渗漏，便是轮回的业因。这就是“起灭之要”仍借青山、白云为喻，颂一颂这“起灭之要”“白云漫青山，青山依然在；青山自青山，岂受白云碍。“故无论粗细妄念，均须起灭随无而善护修。妄念有粗有细，粗妄和细妄有什么不同呢？粗妄，就是对境生心。于顺境而喜，于逆境而忧，不知不觉地跟着境界跑。我们要把这个粗妄先斩断，晓得一切外</w:t>
      </w:r>
    </w:p>
    <w:p>
      <w:pPr>
        <w:spacing w:before="0" w:after="80" w:line="259" w:lineRule="auto"/>
        <w:ind w:firstLine="360"/>
      </w:pPr>
      <w:r>
        <w:rPr>
          <w:rFonts w:ascii="Noto Serif CJK SC" w:hAnsi="Noto Serif CJK SC" w:eastAsia="Noto Serif CJK SC"/>
        </w:rPr>
        <w:t>境都是假的，如空花水月、了不可得。《金刚经》云：“一切有为法，如梦幻泡影，如露亦如电，应作如是观。”这里“应”有顺应、应付之义。对于顺、逆等</w:t>
      </w:r>
    </w:p>
    <w:p>
      <w:pPr>
        <w:spacing w:before="0" w:after="80" w:line="259" w:lineRule="auto"/>
        <w:ind w:firstLine="360"/>
      </w:pPr>
      <w:r>
        <w:rPr>
          <w:rFonts w:ascii="Noto Serif CJK SC" w:hAnsi="Noto Serif CJK SC" w:eastAsia="Noto Serif CJK SC"/>
        </w:rPr>
        <w:t>一切外境，尽管去应付，同时还要作如是观照，还要</w:t>
      </w:r>
    </w:p>
    <w:p>
      <w:pPr>
        <w:spacing w:before="0" w:after="80" w:line="259" w:lineRule="auto"/>
        <w:ind w:firstLine="360"/>
      </w:pPr>
      <w:r>
        <w:rPr>
          <w:rFonts w:ascii="Noto Serif CJK SC" w:hAnsi="Noto Serif CJK SC" w:eastAsia="Noto Serif CJK SC"/>
        </w:rPr>
        <w:t>把一切外境观成象做梦、幻相、水泡、影子、朝露、闪电那样了不可得。时时刻刻这样观照，久久就会不为外境所动，基本上把粗妄斩断了。在这之后，还有“串习”存在。串习是八识田里的习气种子，你不去想它，它也会自己跳出来，这叫“翻种子”。这种妄念比刚才说的“粗妄”细一些了，但还不是细妄。打坐的时候，更容易觉察到种子的翻腾，对此我们仍是不理不睬，这样就安然入定了。定中看见的才是细妄，</w:t>
      </w:r>
    </w:p>
    <w:p>
      <w:pPr>
        <w:spacing w:before="0" w:after="80" w:line="259" w:lineRule="auto"/>
        <w:ind w:firstLine="360"/>
      </w:pPr>
      <w:r>
        <w:rPr>
          <w:rFonts w:ascii="Noto Serif CJK SC" w:hAnsi="Noto Serif CJK SC" w:eastAsia="Noto Serif CJK SC"/>
        </w:rPr>
        <w:t>像是潜水暗流，涌涌地动。不深入禅定是根本看不见</w:t>
      </w:r>
    </w:p>
    <w:p>
      <w:pPr>
        <w:spacing w:before="0" w:after="80" w:line="259" w:lineRule="auto"/>
        <w:ind w:firstLine="360"/>
      </w:pPr>
      <w:r>
        <w:rPr>
          <w:rFonts w:ascii="Noto Serif CJK SC" w:hAnsi="Noto Serif CJK SC" w:eastAsia="Noto Serif CJK SC"/>
        </w:rPr>
        <w:t>细妄的。不管妄念是粗的或是细的，“均须起灭随无而善护修。”妄念来了，你必须觉察到它，然后凛然一觉，不去理睬它、不跟着它跑，它自然就化于无形。这就叫“起灭随无”，随着你的觉醒而化空了念起念灭。如果你觉察不到或者不凛觉，妄念总是动个不停，念念相续，没有间断，那就成为轮回的业因了。“善护修”就是好好地保护修正。保护什么？修正什么？保护灵明无住的真心，修正迁流不止的妄念。觉察到妄</w:t>
      </w:r>
    </w:p>
    <w:p>
      <w:pPr>
        <w:spacing w:before="0" w:after="80" w:line="259" w:lineRule="auto"/>
        <w:ind w:firstLine="360"/>
      </w:pPr>
      <w:r>
        <w:rPr>
          <w:rFonts w:ascii="Noto Serif CJK SC" w:hAnsi="Noto Serif CJK SC" w:eastAsia="Noto Serif CJK SC"/>
        </w:rPr>
        <w:t>念，要立即凛觉，立即“起灭随无”，不要跟着走一段路才去凛觉。有的人，妄念起了他也知道，但他舍不得停下，他说：让我再考虑考虑，先让我想想再凛觉。你既然已经晓得是妄念了，干嘛还想下去呢？这不是愚痴透顶吗？这分明是随着妄念迁流！不应该这样，要赶快凛然一觉，起灭随无。要时时地保护我们的真心，了了常知，无所住着，无所粘滞，这就是“善护修”“即是不纵之使炽，亦不以念治念。”纵是放纵，放野马，跟着念头跑。使炽，就是使念头炽然不停，由张三联想到李四，由李四联想到赵五……迁流不息。象大火燃烧，越烧越炽烈。放纵念头炽然不停地相续，就是“纵之使炽”。我们不能“纵之使炽”</w:t>
      </w:r>
    </w:p>
    <w:p>
      <w:pPr>
        <w:spacing w:before="0" w:after="80" w:line="259" w:lineRule="auto"/>
        <w:ind w:firstLine="360"/>
      </w:pPr>
      <w:r>
        <w:rPr>
          <w:rFonts w:ascii="Noto Serif CJK SC" w:hAnsi="Noto Serif CJK SC" w:eastAsia="Noto Serif CJK SC"/>
        </w:rPr>
        <w:t>，要</w:t>
      </w:r>
    </w:p>
    <w:p>
      <w:pPr>
        <w:spacing w:before="0" w:after="80" w:line="259" w:lineRule="auto"/>
        <w:ind w:firstLine="360"/>
      </w:pPr>
      <w:r>
        <w:rPr>
          <w:rFonts w:ascii="Noto Serif CJK SC" w:hAnsi="Noto Serif CJK SC" w:eastAsia="Noto Serif CJK SC"/>
        </w:rPr>
        <w:t>赶快转化它。怎样转？有两个办法，一个办法，就是自己心里想想看，“纵之使炽”有什么后果？那将是不堪设想的！那是六道轮回的业因，苦不堪言！赶快凛然一觉，使自性朗然现前。若妄念力强，凛觉也转化不了，就用第二个办法，赶快念佛或者赶快持咒，用佛念、正念代替妄念。这两个办法都是“不纵之使炽”，但切切不能“以念治念”。什么叫以念治念呢？起一个妄念来压原来的妄念：“噢，这个念头是妄念，不好不好，赶快别动。”这就叫以念治念。为什么以</w:t>
      </w:r>
    </w:p>
    <w:p>
      <w:pPr>
        <w:spacing w:before="0" w:after="80" w:line="259" w:lineRule="auto"/>
        <w:ind w:firstLine="360"/>
      </w:pPr>
      <w:r>
        <w:rPr>
          <w:rFonts w:ascii="Noto Serif CJK SC" w:hAnsi="Noto Serif CJK SC" w:eastAsia="Noto Serif CJK SC"/>
        </w:rPr>
        <w:t>念治念不好呢？有两个结果。一个是压不住妄念，恰成“妄念迁流”；另一个是纵然你能够治得一时，把念头压死了，就象“搬石压草，石去草生”。念头被压死了之后，变得如土木金石一样，死掉了。这样的“死定”是有时间性的，纵饶你能定几百年，几千年……待定力消退，妄念又来了，而且来势更猛，六道轮回依旧，还是不究竟。因此，我们不以念治念，不压死念头，我们是转换，凛然一觉把它转过来。力量不够时，就持咒、念佛。“唯不离自然本体以观照之，使不连续，如在水中画图，随画随消。”自然本体就是我们的天真佛性。佛性是不生不灭、不动不摇、不来不去、不增不减的。观照就是刚才讲的“凛然一觉”。只要凛然一觉，回归到自然本体就是了。我们要时时不离自然本体，妄念来了，就凛然一觉，使妄念不能连续。假如妄念来了，你还不知道，那就不行了。所以“观照”有两层意思：一个是妄念来了你要知道，一个就是凛然一觉。有一个比喻叫“如猫捕鼠”，就是把妄念比作老鼠。要有猫那样的警觉性，老鼠一露头，立即就发现了。这在禅宗里叫“照顾话头”，照顾就是看好它。这种“看好”之念是正念，做功夫正念不可失。正念就象衙门口的差人，挡住闲杂人等，不许进去。正念是佛</w:t>
      </w:r>
    </w:p>
    <w:p>
      <w:pPr>
        <w:spacing w:before="0" w:after="80" w:line="259" w:lineRule="auto"/>
        <w:ind w:firstLine="360"/>
      </w:pPr>
      <w:r>
        <w:rPr>
          <w:rFonts w:ascii="Noto Serif CJK SC" w:hAnsi="Noto Serif CJK SC" w:eastAsia="Noto Serif CJK SC"/>
        </w:rPr>
        <w:t>性的妙用。如果失去正念，要么是觉察不到妄念纷飞，要么是做死定功夫，变成土木金石。这是做功夫时的两条岔路。因此，禅宗要提起疑情，净土宗要执持佛号，密宗要持咒结印，大手印要我们“不离自然本体以观照之”观照的目的是什么呢？“使不连续”。就是不令妄念相续，把妄念斩断。所以我们说念佛的作用就是斩断妄念，佛的圣号就是一柄慧剑，“阿弥陀佛、阿弥陀佛……”，佛念现前，自然而然把妄念斩断于无形之中。假如一面念佛，一面妄念颠倒，那就不是念佛了。念佛的时候一定要有“止观”，一定要心念耳闻。心念佛号而妄念不起是止，耳闻佛号而了了分明是观。佛教里做任何功夫，目的都是令妄念不相连续。“如在水中画图，随画随消。”使妄念的起灭，就象在水面上画图一样，一边画一边随之消失，丝毫痕迹也不保留，起灭随无。“但妄念虽自灭，尚未为清净。以仅仅了知妄念，而尚不能断惑乱业流。妄念纵然不起来，自然灭掉了，但还不算清净。有人迷惑了：妄念灭了应该是清净了吧？为什么说还</w:t>
      </w:r>
    </w:p>
    <w:p>
      <w:pPr>
        <w:spacing w:before="0" w:after="80" w:line="259" w:lineRule="auto"/>
        <w:ind w:firstLine="360"/>
      </w:pPr>
      <w:r>
        <w:rPr>
          <w:rFonts w:ascii="Noto Serif CJK SC" w:hAnsi="Noto Serif CJK SC" w:eastAsia="Noto Serif CJK SC"/>
        </w:rPr>
        <w:t>不算清净呢？因为“仅仅了知妄念，而尚不能断惑乱业流”。仅仅了知妄念的境界，晓得这是妄念，而没有认识真心，那还不行。认识真心之后，才能断惑乱业流。惑乱，就是对境之后就迷惑了，心就乱了。看到金元宝，心乱动了，要发财呀；见到美色，心乱动了，淫欲之火烧身……这些都是惑乱。你明明知道这些都是影子、都是假的、都不可得，你就是不能断。为什么？因为你只是知道妄念的境界，而不认识真心。真心是什么，你不知道，所以没有力量，遇到境界还是要动心，故不能断惑乱的业流。我等凡夫，迷失本性，认物为己，追逐物境，造业受报，象流水一样不断。过去的业，就象种子种在八识田里面，怎样断它？只有证到真心，把根本斩断，才能断掉。所以，欲断惑乱业流，必须证到真心，仅仅了知妄念自灭是不够的。“必须在了知妄念自灭之同时，即识知显见自识之智性，则自然而住。“自识之智性”就是根本识，就是第八意识由迷而回归觉悟，转过来了。第八识一转，便是“庵摩罗识”，又称白净识。此即所谓“转识成智”，把第八意</w:t>
      </w:r>
    </w:p>
    <w:p>
      <w:pPr>
        <w:spacing w:before="0" w:after="80" w:line="259" w:lineRule="auto"/>
        <w:ind w:firstLine="360"/>
      </w:pPr>
      <w:r>
        <w:rPr>
          <w:rFonts w:ascii="Noto Serif CJK SC" w:hAnsi="Noto Serif CJK SC" w:eastAsia="Noto Serif CJK SC"/>
        </w:rPr>
        <w:t>识转成大圆镜智。</w:t>
      </w:r>
    </w:p>
    <w:p>
      <w:pPr>
        <w:spacing w:before="0" w:after="80" w:line="259" w:lineRule="auto"/>
        <w:ind w:firstLine="360"/>
      </w:pPr>
      <w:r>
        <w:rPr>
          <w:rFonts w:ascii="Noto Serif CJK SC" w:hAnsi="Noto Serif CJK SC" w:eastAsia="Noto Serif CJK SC"/>
        </w:rPr>
        <w:t>“显见”自识之智性，即明显地见</w:t>
      </w:r>
    </w:p>
    <w:p>
      <w:pPr>
        <w:spacing w:before="0" w:after="80" w:line="259" w:lineRule="auto"/>
        <w:ind w:firstLine="360"/>
      </w:pPr>
      <w:r>
        <w:rPr>
          <w:rFonts w:ascii="Noto Serif CJK SC" w:hAnsi="Noto Serif CJK SC" w:eastAsia="Noto Serif CJK SC"/>
        </w:rPr>
        <w:t>到大圆镜智，也就是自性朗然现前，也就是一念不生，了了分明的灵知真心朗然现前。这样，才能断惑乱的业流。“显见自识之智性”并不难，难在你不了解不认识它，即难在不“识知”它。“识知显见自识之智性”，在禅宗叫做“一把擒来”，在净土宗叫做“花开见佛悟无生”，在密宗叫作“证入悉地”必须在了知“妄念自灭”的同时，</w:t>
      </w:r>
    </w:p>
    <w:p>
      <w:pPr>
        <w:spacing w:before="0" w:after="80" w:line="259" w:lineRule="auto"/>
        <w:ind w:firstLine="360"/>
      </w:pPr>
      <w:r>
        <w:rPr>
          <w:rFonts w:ascii="Noto Serif CJK SC" w:hAnsi="Noto Serif CJK SC" w:eastAsia="Noto Serif CJK SC"/>
        </w:rPr>
        <w:t>“即识知显见</w:t>
      </w:r>
    </w:p>
    <w:p>
      <w:pPr>
        <w:spacing w:before="0" w:after="80" w:line="259" w:lineRule="auto"/>
        <w:ind w:firstLine="360"/>
      </w:pPr>
      <w:r>
        <w:rPr>
          <w:rFonts w:ascii="Noto Serif CJK SC" w:hAnsi="Noto Serif CJK SC" w:eastAsia="Noto Serif CJK SC"/>
        </w:rPr>
        <w:t>自识之智性”</w:t>
      </w:r>
    </w:p>
    <w:p>
      <w:pPr>
        <w:spacing w:before="0" w:after="80" w:line="259" w:lineRule="auto"/>
        <w:ind w:firstLine="360"/>
      </w:pPr>
      <w:r>
        <w:rPr>
          <w:rFonts w:ascii="Noto Serif CJK SC" w:hAnsi="Noto Serif CJK SC" w:eastAsia="Noto Serif CJK SC"/>
        </w:rPr>
        <w:t>。在没有妄念的时候，要认取真心，要</w:t>
      </w:r>
    </w:p>
    <w:p>
      <w:pPr>
        <w:spacing w:before="0" w:after="80" w:line="259" w:lineRule="auto"/>
        <w:ind w:firstLine="360"/>
      </w:pPr>
      <w:r>
        <w:rPr>
          <w:rFonts w:ascii="Noto Serif CJK SC" w:hAnsi="Noto Serif CJK SC" w:eastAsia="Noto Serif CJK SC"/>
        </w:rPr>
        <w:t>认取我们真正的佛性。佛性是智性——智慧之性，因为一切功夫，一切神通，一切妙用都是由它生起的，故称“智性”。只了知妄念起灭随无，不认取真心，</w:t>
      </w:r>
    </w:p>
    <w:p>
      <w:pPr>
        <w:spacing w:before="0" w:after="80" w:line="259" w:lineRule="auto"/>
        <w:ind w:firstLine="360"/>
      </w:pPr>
      <w:r>
        <w:rPr>
          <w:rFonts w:ascii="Noto Serif CJK SC" w:hAnsi="Noto Serif CJK SC" w:eastAsia="Noto Serif CJK SC"/>
        </w:rPr>
        <w:t>还不能断惑乱业流。必须认取真心，进一步了知妄心</w:t>
      </w:r>
    </w:p>
    <w:p>
      <w:pPr>
        <w:spacing w:before="0" w:after="80" w:line="259" w:lineRule="auto"/>
        <w:ind w:firstLine="360"/>
      </w:pPr>
      <w:r>
        <w:rPr>
          <w:rFonts w:ascii="Noto Serif CJK SC" w:hAnsi="Noto Serif CJK SC" w:eastAsia="Noto Serif CJK SC"/>
        </w:rPr>
        <w:t>从真心而起。妄心一断时，这一念不生而了了常知的是什么？这正是真心，正是“大圆镜智”。要在妄念断处，认识真心，体验真心。若不能一把擒来，就是“当面错过”，那就不能见性了。所谓“见性”者，明白也。明白妄心不可得，明白妄心是真心的妙用。于妄心息处，当下就“抓住”真心。不是用手去抓个什么东西，真心无形无相，“说似一物即不中”，并不是存在一个有相的东西等你去抓，而是要你体验它，认取它，肯定它。在妄心歇下来的时候，认取真心是</w:t>
      </w:r>
    </w:p>
    <w:p>
      <w:pPr>
        <w:spacing w:before="0" w:after="80" w:line="259" w:lineRule="auto"/>
        <w:ind w:firstLine="360"/>
      </w:pPr>
      <w:r>
        <w:rPr>
          <w:rFonts w:ascii="Noto Serif CJK SC" w:hAnsi="Noto Serif CJK SC" w:eastAsia="Noto Serif CJK SC"/>
        </w:rPr>
        <w:t>非常非常重要的。我曾再三提醒大家：在“前后际断”时，即前念已灭，后念未生时，这是什么？应在此时猛着精彩，认识真心、肯定真心，深信不疑，承当下来。认取真心之后，就不着相了，一切妄念都化为妙用。真心是没有形相的，凡有形相的都是假象、都是影子、都了不可得。既知如此，我们就不会去执著有相的东西了。这样才有力量，才能放舍有相、抛弃有相、不住著有相。若不认识真的，总被假的所迷惑。“假做真时真亦假”，因不认识真的，不免认取假的，那就“认贼做父”</w:t>
      </w:r>
    </w:p>
    <w:p>
      <w:pPr>
        <w:spacing w:before="0" w:after="80" w:line="259" w:lineRule="auto"/>
        <w:ind w:firstLine="360"/>
      </w:pPr>
      <w:r>
        <w:rPr>
          <w:rFonts w:ascii="Noto Serif CJK SC" w:hAnsi="Noto Serif CJK SC" w:eastAsia="Noto Serif CJK SC"/>
        </w:rPr>
        <w:t>，埋没了真心。这是个最最重要问</w:t>
      </w:r>
    </w:p>
    <w:p>
      <w:pPr>
        <w:spacing w:before="0" w:after="80" w:line="259" w:lineRule="auto"/>
        <w:ind w:firstLine="360"/>
      </w:pPr>
      <w:r>
        <w:rPr>
          <w:rFonts w:ascii="Noto Serif CJK SC" w:hAnsi="Noto Serif CJK SC" w:eastAsia="Noto Serif CJK SC"/>
        </w:rPr>
        <w:t>题。必须认识妄念从何而来？妄念是什么？妄念并不是坏东西，妄念是我们真心所起的妙用。不要怕妄念，只要不跟它跑，认清它的本来面目，不粘境，不住境，不着相，时时刻刻念起就觉，念起就断，一念断处，“自识之智性”就会朗然现前。所谓“无念”，未必是一个念头也不起。假如一个念头也不起，那就变成土木金石了，那是断灭、是无记，不是无念。无念者，念起不住也。僧问赵州：“初生孩子还具六识也无？”刚刚出生的婴儿，什么都不知道，总不会对境生心，妄想纷飞吧！婴儿是不是具有“眼耳鼻舌身意”六识呢？这实际上是以婴儿作喻，问什么是“无念”？赵</w:t>
      </w:r>
    </w:p>
    <w:p>
      <w:pPr>
        <w:spacing w:before="0" w:after="80" w:line="259" w:lineRule="auto"/>
        <w:ind w:firstLine="360"/>
      </w:pPr>
      <w:r>
        <w:rPr>
          <w:rFonts w:ascii="Noto Serif CJK SC" w:hAnsi="Noto Serif CJK SC" w:eastAsia="Noto Serif CJK SC"/>
        </w:rPr>
        <w:t>州答：“急水上打球子。”僧又问投子：“急水上打球子，意旨如何？”投子答：“念念不停留”。在很急的流水上打球，球能停得住吗？一下子就被冲跑了。“不停留”就是无住。可见念起无住就是无念，而不是一个念头也没有才叫无念。我们再三提示，一念断处，这了了分明的，就是我们的灵知之心，这就是真心、就是真如佛性。念佛，就是念这个佛。佛者，觉也。念佛，就是念念在觉，这是念佛的真谛。不明白这个真谛，迷迷糊糊地念佛，那等于没有念佛。我的师父（王骧陆上师）从前讲过，假如念佛的人很多年不得妙用、不得力量，那就赶快改修密宗，待修密得了相应、得了三昧之后，再回过头来念佛，就知道念佛的落处了。所以，我们学佛的人，要识得妄念的来处，于妄念歇处认取真心，这最重要。认取真心之后，“则自然而住”。无住之住，叫自然而住。自自然然、平平稳稳，惺惺寂寂、寂寂惺惺，不再被境界所动摇，不再为妄念所困扰。这样学佛，才是真正得力。不然的话，都是错用功。有的人说：我已经念了多少多少经，还要再念多少多少，我要还愿呀！做这些事正是大梦不醒，不是真用功，不是真学佛！真学佛就要认识本来无住的妙明真心，时时觉醒，处处无住，这才有成佛的希望。念了多少句佛，</w:t>
      </w:r>
    </w:p>
    <w:p>
      <w:pPr>
        <w:spacing w:before="0" w:after="80" w:line="259" w:lineRule="auto"/>
        <w:ind w:firstLine="360"/>
      </w:pPr>
      <w:r>
        <w:rPr>
          <w:rFonts w:ascii="Noto Serif CJK SC" w:hAnsi="Noto Serif CJK SC" w:eastAsia="Noto Serif CJK SC"/>
        </w:rPr>
        <w:t>念了多少部经，点点红点子，烧一烧，还还愿，有什么用处啊？如此着相，能成佛吗？不能的。“妄念灭处清净随得，更为重要（仅识妄念，不能断惑）在那妄念灭掉之处，本来清净的真心随即现前了。波浪歇下来不就是清净的水了吗？识取这个真心，更为重要。（仅仅识得妄念。不认取真心，不能断惑乱业流）。我们刚才已经讲了很多了。“念之起灭同时，如水上绘图，即绘即消，本皆清净。自起自灭，绵绵密密，相续不休，得任运矣。念头才生起，不梗在心头，即时便自灭，不留痕迹，叫做“念之起灭同时”。这与在水上画图很相似，念头才起，等于我们在水（心水）上一笔画过去了；念头自灭，等于水上画的图，痕迹没有了。所以说“即绘即消，本皆清净”。佛说：“吾四十九年住世，未曾说一字。”这就是随画随消，说完了等于没有说。禅宗说：“终日吃饭，未曾咬着一粒米；终年穿衣，未尝挂着一根纱。”他不是不吃饭、不是不穿衣，吃过、</w:t>
      </w:r>
    </w:p>
    <w:p>
      <w:pPr>
        <w:spacing w:before="0" w:after="80" w:line="259" w:lineRule="auto"/>
        <w:ind w:firstLine="360"/>
      </w:pPr>
      <w:r>
        <w:rPr>
          <w:rFonts w:ascii="Noto Serif CJK SC" w:hAnsi="Noto Serif CJK SC" w:eastAsia="Noto Serif CJK SC"/>
        </w:rPr>
        <w:t>穿过就完了，不去分别计较。心要这样空净才能成道。“自起自灭，绵绵密密，相续不休，得任运矣”妄念才起，就自然消灭掉了，这就是前边讲过的“青山原不动，白云任去来”。我这青山（真心）不动，任你这白云（妄念）来来去去。尽管来去，来过去过就没有了，这就叫“自起自灭”“绵绵密密，相续不休”是讲做功夫。做功夫难，就难在这一点上。绵，就是绵长，绵绵，就是长久坚持；密，就是不疏，密密，就是没有间断。绵绵密密，就是长时间不间断地如此行去。相续不休，就是连续不休止。做功夫要这样才行。我们果能这样做功夫，三年五年一定成功。我说三年五年，已经长了。从前我师父（王骧陆上师）讲过：一年半保证成就，不成就来问我。这是真的！我们假如能够“绵绵密密，相续不休”，怎么会不成就？决定能成就！坏就坏在不能“绵绵密密，相续不休”，都是修修停停，三天打鱼，两天晒网。这一段讲的很重要，我再重复一遍：在妄念停下来的时候，清清净净，了了分明的就是真如自性，除了这个之外，别的都不是。不要在那里怀疑：“这个不是吧？假如这个是，我怎么不发神通呢？”如果你这样想，那就坏了，那就着了神通这个魔了。你不是</w:t>
      </w:r>
    </w:p>
    <w:p>
      <w:pPr>
        <w:spacing w:before="0" w:after="80" w:line="259" w:lineRule="auto"/>
        <w:ind w:firstLine="360"/>
      </w:pPr>
      <w:r>
        <w:rPr>
          <w:rFonts w:ascii="Noto Serif CJK SC" w:hAnsi="Noto Serif CJK SC" w:eastAsia="Noto Serif CJK SC"/>
        </w:rPr>
        <w:t>想见神通吗？现在就显给你看：我在这儿讲话，不是神通吗？你在这儿听讲，不是神通吗？你走路到这里来，不是神通吗？这些都是神通，都是真如自性的妙用。真如自性就是神，没有隔碍就是通。心无所住，自然就通。不过我们现在的神通是小神通。只要我们“绵绵密密，相续不休”地保护真如自性，久久即发大神通。将来大神通发现，就靠今天这一点，就靠“识取真心”这一点。现在我们识取真心，就象小毛头（婴儿）刚生下来一样，还不能象大人那样起作用，所以要保护他。长大以后就能象大人一样地起作用了。大人等于是佛，我们现在等于是小孩子，我们求佛菩萨保护，也自己保护，他力自力一起来修，这就叫“长养圣胎”，长期养护它成长，长大后就能象佛一样起妙用了。如果你不保护，会怎样呢？这小孩了就会夭折，小毛头没有长成人就死掉了。如果你们听了之后不相信：“哎哟，恐怕这个不是吧。”不相信，另外去求，那就夭折、死掉了。你没有保护它，它就不能长</w:t>
      </w:r>
    </w:p>
    <w:p>
      <w:pPr>
        <w:spacing w:before="0" w:after="80" w:line="259" w:lineRule="auto"/>
        <w:ind w:firstLine="360"/>
      </w:pPr>
      <w:r>
        <w:rPr>
          <w:rFonts w:ascii="Noto Serif CJK SC" w:hAnsi="Noto Serif CJK SC" w:eastAsia="Noto Serif CJK SC"/>
        </w:rPr>
        <w:t>大，不能成佛，不能发大神通。认识这一点非常重要</w:t>
      </w:r>
    </w:p>
    <w:p>
      <w:pPr>
        <w:spacing w:before="0" w:after="80" w:line="259" w:lineRule="auto"/>
        <w:ind w:firstLine="360"/>
      </w:pPr>
      <w:r>
        <w:rPr>
          <w:rFonts w:ascii="Noto Serif CJK SC" w:hAnsi="Noto Serif CJK SC" w:eastAsia="Noto Serif CJK SC"/>
        </w:rPr>
        <w:t>啊！我师父（王骧陆上师）常常说：“大鹏金翅鸟，一翅千万里，全靠脚下一点劲。”大鹏金翅鸟的脚不点一点地，它就飞不起来。你们见过乡里人抓老鹰吗？刨一条窄窄的沟，比老鹰的身子还窄，沟里放几</w:t>
      </w:r>
    </w:p>
    <w:p>
      <w:pPr>
        <w:spacing w:before="0" w:after="80" w:line="259" w:lineRule="auto"/>
        <w:ind w:firstLine="360"/>
      </w:pPr>
      <w:r>
        <w:rPr>
          <w:rFonts w:ascii="Noto Serif CJK SC" w:hAnsi="Noto Serif CJK SC" w:eastAsia="Noto Serif CJK SC"/>
        </w:rPr>
        <w:t>只刚出壳不久的小鸡，小鸡叽叽地叫，老鹰眼睛很尖，在天上盘旋，嘿！下面有鸡了，就下来抓。身体不能进去，被卡在沟上，把爪子伸进去，爪子碰不到地，落空了，翅膀在两边“啪、啪”地拍，就是飞不起来，乡下人就把老鹰抓去了。它为什么飞不起来？因为它“脚跟不点地”。我们现在识取真心，就是脚跟点地。若不然，也飞不起来，不能起无边妙用了。我们果真能够绵绵密密，相续不休，那就“得任运矣”。随缘任运，自在逍遥。我们人有烦恼，就在于不得任运，这样那样的要求太多了。要发财、要升官、要儿女有出息……没完没了的要求。但是，你以前没有布施，怎么能发财呢？你以前没有为大众服务，怎么能升官呢？求之不得，就烦恼无穷。若是识取真心，知道一切事物都不可得，便随缘任运，自在逍遥了。要那些东西干什么？慢说得不到，即使能得到，也还是赤裸裸地来、赤裸裸地去，两手空空生、两手空空死！而你为达目的，不择手段，所造的种种业，却跟随着你，赶也赶不去，终究是要报应的。赶快觉醒吧！好好做功夫吧！只有这样，才能任运、自在、逍遥。</w:t>
      </w:r>
    </w:p>
    <w:p>
      <w:pPr>
        <w:spacing w:before="0" w:after="80" w:line="259" w:lineRule="auto"/>
        <w:ind w:firstLine="360"/>
      </w:pPr>
      <w:r>
        <w:rPr>
          <w:rFonts w:ascii="Noto Serif CJK SC" w:hAnsi="Noto Serif CJK SC" w:eastAsia="Noto Serif CJK SC"/>
        </w:rPr>
        <w:t>三、依于妄念，调修法身</w:t>
      </w:r>
    </w:p>
    <w:p>
      <w:pPr>
        <w:spacing w:before="0" w:after="80" w:line="259" w:lineRule="auto"/>
        <w:ind w:firstLine="360"/>
      </w:pPr>
      <w:r>
        <w:rPr>
          <w:rFonts w:ascii="Noto Serif CJK SC" w:hAnsi="Noto Serif CJK SC" w:eastAsia="Noto Serif CJK SC"/>
        </w:rPr>
        <w:t>“故于妄念起者任其起（《圆觉经》云：于诸妄心亦不息灭），应知其所起者，皆为本元清净性中之道行。功夫至此，毫无粘滞，妄念皆妙用恒沙之道行。以无念即有念、有念即无念，念而不念、不念而念。妄念要起，那就任它起，不压制它，这并不是放纵它，放纵是攀缘不息。“任其起”则毫无攀缘。括号里引了《圆觉经》的话“于诸妄心亦不息灭”，这句话前面已经讲过了。《圆觉经》是一连讲了四句话：“居一切时不起妄念，于诸妄心亦不息灭，住妄想境不加了知，于无了知不辨真实。”这四句话是粗、细、微细、极微细四步功夫。粗，就是第一句话，“居一切时不起妄念”，在任何时候都不起妄念，不攀缘外境，这是粗粗地讲，是初步用功。细，就是第二步，“于诸妄心亦不息灭”，为什么不息灭呀？前面我们讲过，是为了要起妙用，不能把妄念压死了。但要不跟它跑、不放纵它，这就要掌握好分寸，比较细了。第三步，“住妄想境不加了知”，住妄想境是什么意思啊？就是在这个既不压死、又不放纵的境界当中。其实，日月星辰、山河大地、人我众生、花鸟鱼</w:t>
      </w:r>
    </w:p>
    <w:p>
      <w:pPr>
        <w:spacing w:before="0" w:after="80" w:line="259" w:lineRule="auto"/>
        <w:ind w:firstLine="360"/>
      </w:pPr>
      <w:r>
        <w:rPr>
          <w:rFonts w:ascii="Noto Serif CJK SC" w:hAnsi="Noto Serif CJK SC" w:eastAsia="Noto Serif CJK SC"/>
        </w:rPr>
        <w:t>虫等等境界，都是“妄想境”，都是妄想所蕴积的。不是妄想蕴积，就没有这些人人我我的境界。因为我们不识得真如自性，无明妄动，追取境相，结果动出来这些境相。我们却继续认假作真，妄执妄取，这是多么迷惑啊！因惑而造业，因业而受报，从无六道处动出六道轮回，从无痛苦处动出无边苦海。你可能会说：“我觉得这些挺真实的，怎么没有觉出这是妄想境啊？”这就微细了。你的心粗，觉不到微细的境界，要作微细的功夫才行。微细的功夫怎么作呀？“住妄想境不加了知”，在既不压死妄想，又不放纵妄想的境界当中，不加了知。为什么不加了知呢？因为一切有相的东西都是妄想境，也都是真心所显现的。妄想境就是真心，真心就是妄想境。若无真心，哪来妄想境呢？就象无水便无波、无镜便无影一样。因此，就不要对这个妄想境分别取舍了，这就是“不加了知”第四步“于无了知不辨真实”。我们的心总是处在有与无、真与假等等相对之中，其实，这都是分别心在作怪。什么有无真假等等，统统是戏论。说有是“增益谤”它就是这样，你再说个“有”分明是“头上安头”，无端地“增益”它，那就等于是诽谤它。说无是“减损谤”，它本来就了不可得，何用减损？你再说个“无”，岂不是“减损谤”吗？说即有即无</w:t>
      </w:r>
    </w:p>
    <w:p>
      <w:pPr>
        <w:spacing w:before="0" w:after="80" w:line="259" w:lineRule="auto"/>
        <w:ind w:firstLine="360"/>
      </w:pPr>
      <w:r>
        <w:rPr>
          <w:rFonts w:ascii="Noto Serif CJK SC" w:hAnsi="Noto Serif CJK SC" w:eastAsia="Noto Serif CJK SC"/>
        </w:rPr>
        <w:t>是“相违谤”——自相矛盾。说非有非无是“戏论谤”有、无、即有即无、非有非无，四句全是谤法！真假等相对法，亦复如是——也都是这样。只有证得真如自性，才能离开种种相对。稍一走作，便落有无、真假等相对之中，这就极其微细了。“不辨真实”</w:t>
      </w:r>
    </w:p>
    <w:p>
      <w:pPr>
        <w:spacing w:before="0" w:after="80" w:line="259" w:lineRule="auto"/>
        <w:ind w:firstLine="360"/>
      </w:pPr>
      <w:r>
        <w:rPr>
          <w:rFonts w:ascii="Noto Serif CJK SC" w:hAnsi="Noto Serif CJK SC" w:eastAsia="Noto Serif CJK SC"/>
        </w:rPr>
        <w:t>，不要</w:t>
      </w:r>
    </w:p>
    <w:p>
      <w:pPr>
        <w:spacing w:before="0" w:after="80" w:line="259" w:lineRule="auto"/>
        <w:ind w:firstLine="360"/>
      </w:pPr>
      <w:r>
        <w:rPr>
          <w:rFonts w:ascii="Noto Serif CJK SC" w:hAnsi="Noto Serif CJK SC" w:eastAsia="Noto Serif CJK SC"/>
        </w:rPr>
        <w:t>去分别这个是真，那个是假了。真就是假，假就是真，即真即假，即假即真，非真非假，非假非真，亦真亦假，亦假亦真。比如我们修净土，如果说西方极乐世界是真，我们这个娑婆世界是假，那就错误了。若西方极乐世界是真，我们这里也真；若娑婆世界是假，西方极乐世界也假。怎么这样讲呢？因为一切事物都是一真法界所流出，都是真如自性的派生物，都是大圆觉海里的浪花。所谓“无不从此法界流，无不归还此法界。”此法界，就是大圆觉海。西方极乐世界是净土，因为它是阿弥陀佛的愿力和诸大菩萨的净心所感得；我们娑婆世界是秽土，因为它是我等众生着境造业所显现。着境造业也是真心的妙用啊！就真心来讲，全是真的；就影子来讲，全是假的。“凡所有相，皆是虚妄”，西方极乐世界也是真心的影子啊！识得真心妙体之后，生西方极乐世界就绝对有把握了。</w:t>
      </w:r>
    </w:p>
    <w:p>
      <w:pPr>
        <w:spacing w:before="0" w:after="80" w:line="259" w:lineRule="auto"/>
        <w:ind w:firstLine="360"/>
      </w:pPr>
      <w:r>
        <w:rPr>
          <w:rFonts w:ascii="Noto Serif CJK SC" w:hAnsi="Noto Serif CJK SC" w:eastAsia="Noto Serif CJK SC"/>
        </w:rPr>
        <w:t>“心</w:t>
      </w:r>
    </w:p>
    <w:p>
      <w:pPr>
        <w:spacing w:before="0" w:after="80" w:line="259" w:lineRule="auto"/>
        <w:ind w:firstLine="360"/>
      </w:pPr>
      <w:r>
        <w:rPr>
          <w:rFonts w:ascii="Noto Serif CJK SC" w:hAnsi="Noto Serif CJK SC" w:eastAsia="Noto Serif CJK SC"/>
        </w:rPr>
        <w:t>即是土，土即是心。随其心净，即佛土净。”所谓“生净土”其实是生我心中之净土，当然不费吹灰之力，</w:t>
      </w:r>
    </w:p>
    <w:p>
      <w:pPr>
        <w:spacing w:before="0" w:after="80" w:line="259" w:lineRule="auto"/>
        <w:ind w:firstLine="360"/>
      </w:pPr>
      <w:r>
        <w:rPr>
          <w:rFonts w:ascii="Noto Serif CJK SC" w:hAnsi="Noto Serif CJK SC" w:eastAsia="Noto Serif CJK SC"/>
        </w:rPr>
        <w:t>不用来来去去。所以大祖师有言：“生者决定生，去者实不去。“应知其所起者，皆为本元清净性中之道行。应该知道，我们所起的一切作用，所起的一切念头，所认识的一切事物，都是“本元清净性”中的“道行”本元清净性就是真如自性。道行就是修道的行为，这正是真如自性的妙用啊！应该知道，所起的一切，都是真如自性的妙用。“功夫至此，毫无粘滞，妄念皆妙用恒沙之道行。功夫至此，就是功夫到这种地步。什么地步啊？即清醒地了知其所起者，皆为本元清净性中之道行。若功夫至此，就毫无粘滞了。执着于妄心妄境不舍，谓之“粘”；于无上道停止不前，谓之“滞”。无粘，就不再住相，不再分别取舍，心里面自然空空荡荡。无粘必然无滞，必然在修行的大道上快速前进。那么，所起的念头便都是“妙用恒沙之道行”。恒河是印度的一条大河，河中的沙土很细，可以想象恒河中沙粒的数目多到何种程度。佛经里常用“恒河沙”比喻数量之多。妙用恒沙，意即无穷多的妙用。刚才讲过，道行就是修道的行为。俗云：某某大法师道行很深。是说他修行功底深厚。所以，道行也指修行的功底。到了这一地步，一丝一毫的粘滞都没有了，妄念就成了</w:t>
      </w:r>
    </w:p>
    <w:p>
      <w:pPr>
        <w:spacing w:before="0" w:after="80" w:line="259" w:lineRule="auto"/>
        <w:ind w:firstLine="360"/>
      </w:pPr>
      <w:r>
        <w:rPr>
          <w:rFonts w:ascii="Noto Serif CJK SC" w:hAnsi="Noto Serif CJK SC" w:eastAsia="Noto Serif CJK SC"/>
        </w:rPr>
        <w:t>道行，能起无量无边的妙用。“以无念即有念、有念即无念，念而不念，不念而念。”没有妄念不是很好么？刚才为什么说“妄念皆妙用恒沙之道行”呢？因为无念就是有念、有念就是无念，念而不念，不念而念。我们在前面讲《圆觉经》里四句话的时候，对于有无、真假等已经分析得够多了，在这里不再对“无念即有念……不念而念”作过多重复的解释。相信大家一定能够举一反三，正确理解。简言之：无念即有念，有什么念？有正念，正念就是“了了分明”。有念即无念，是无邪念，邪念就是“粘滞”之念。念而不念，就是“急水上打球子”——“念念不停留”。不念而念，就是“妄念灭处清净随得”。对照《圆觉经》的四句话：无念即有念——居一切时不起妄念（有一个“不起妄念”之念）有念即无念——于诸妄心亦不息灭，念而不念——住妄想境不加了知，不念而念——于无了知不辨真实（不辨别取舍，即清净正念）唐朝的庞居士作了个偈子：“有男不婚，有女不嫁，合家团栾头，共说无生话。”宋朝的杨杰居士，不让先贤，和了一首“男大须婚，女长须嫁，讨甚闲工夫？更说无生话！”海印信禅师见此两偈，也和了一首：“我无男婚，也无女嫁，困来便打眠，管甚无</w:t>
      </w:r>
    </w:p>
    <w:p>
      <w:pPr>
        <w:spacing w:before="0" w:after="80" w:line="259" w:lineRule="auto"/>
        <w:ind w:firstLine="360"/>
      </w:pPr>
      <w:r>
        <w:rPr>
          <w:rFonts w:ascii="Noto Serif CJK SC" w:hAnsi="Noto Serif CJK SC" w:eastAsia="Noto Serif CJK SC"/>
        </w:rPr>
        <w:t>生话。”见他三位古人如此，我也和了一首：“有男就婚，有女就嫁，子子复孙孙，是说无生话。”诸位，从这四首偈子，你能看出一丝一毫的“粘滞”吗？你如果问：“四偈读来，主张不同，到底该婚不该婚、该嫁不该嫁呀？”那是你自己粘滞于文词。“依文解义，三世佛冤！”我等也只好“将口挂壁”</w:t>
      </w:r>
    </w:p>
    <w:p>
      <w:pPr>
        <w:pStyle w:val="Heading3"/>
      </w:pPr>
      <w:r>
        <w:rPr>
          <w:rFonts w:ascii="Noto Serif CJK SC" w:hAnsi="Noto Serif CJK SC" w:eastAsia="Noto Serif CJK SC"/>
        </w:rPr>
        <w:t>10.13 恒河大手印（第十三讲）</w:t>
      </w:r>
    </w:p>
    <w:p>
      <w:pPr>
        <w:spacing w:before="0" w:after="80" w:line="259" w:lineRule="auto"/>
        <w:ind w:firstLine="360"/>
      </w:pPr>
      <w:r>
        <w:rPr>
          <w:rFonts w:ascii="Noto Serif CJK SC" w:hAnsi="Noto Serif CJK SC" w:eastAsia="Noto Serif CJK SC"/>
        </w:rPr>
        <w:t>“正起念时，亦不见有念可起，是名无念。非如一般人所想象者，一念不生名无念也。所谓无念，并不是一个念头也不起，而是尽管念起却无所住着、不滞停留。一般人所想象的“一念不生”的无念，那是压念不起。他们以为一个念头也没有，就是好功夫。其实死在那里，非但不能成道，成个土木金石倒有份在！不见当年六祖大师救卧轮禅师的公案吗？卧轮初以为压念不起是好功夫，故有偈子云：“卧轮有伎俩，能断百思想，对境心不起，菩提日日长。”六祖见他走入死胡同，故救他云：“慧能没伎俩，不断百思想，对境心数起，菩提作么长？”起心就是不起心，动念就是不动念，六祖无住啊！“对境心数起”就是起妙用，假如不起心动念，就是死在那里了，还能起什么妙用啊？还能给人说法吗？不能</w:t>
      </w:r>
    </w:p>
    <w:p>
      <w:pPr>
        <w:spacing w:before="0" w:after="80" w:line="259" w:lineRule="auto"/>
        <w:ind w:firstLine="360"/>
      </w:pPr>
      <w:r>
        <w:rPr>
          <w:rFonts w:ascii="Noto Serif CJK SC" w:hAnsi="Noto Serif CJK SC" w:eastAsia="Noto Serif CJK SC"/>
        </w:rPr>
        <w:t>了。菩提即为本性，它是不生不灭、不垢不净、不增不减的。在凡夫不减，即使在地狱也不少；在贤圣不增，即使成佛时也不多。古时候有人问一位大禅师：开悟之后怎样？大师答：也不增一分。又问：未开悟前呢？答：也不减一分。所以卧轮说：“菩提日日长”就错误了。“依于妄念，调修法身，则所现之妄念皆调现为自性之妙受用，即五毒妄念所现之粗者，皆能令具自性解脱之光力，明空成受用也。依妄念起灭，调修法身，就是说妄念起了，赶快觉醒，认识它，不跟它跑，而不是把妄念压死不动。就是要时时觉醒，时时观照，不要跟妄念跑。跟妄念跑了，着在境界上，那就不行了。所以，净土宗强调时时刻刻念佛，不是让你贪多，贪功德相，而是让你觉醒，认识法身，保护法身。我们做功夫，就要在妄念上修，没有第二个办法。念佛也好、持咒也好、参禅也好，目的都是调理这个妄念。所以，依于妄念调修法身，就是在妄念上做功夫，将妄念斩断，不让它相续不停。一切佛法都是调修法身，都是在妄念上做功夫。不要将念佛当做有相功德来做，那是错误的。</w:t>
      </w:r>
    </w:p>
    <w:p>
      <w:pPr>
        <w:spacing w:before="0" w:after="80" w:line="259" w:lineRule="auto"/>
        <w:ind w:firstLine="360"/>
      </w:pPr>
      <w:r>
        <w:rPr>
          <w:rFonts w:ascii="Noto Serif CJK SC" w:hAnsi="Noto Serif CJK SC" w:eastAsia="Noto Serif CJK SC"/>
        </w:rPr>
        <w:t>所以，莲池大师说：“声声唤醒主人公。”念佛就是把主人公唤醒，让你觉悟的。若晓得在妄念上做功夫，依于妄念调修法身，“则所现之妄念皆调现为自性之妙受用，即五毒妄念所现之粗者，皆能令具自性解脱之光力，明空成受用也。那么，所起之妄念，都调整为显现自性的微妙受用，即使是“色受想行识”五毒所现的粗妄念，也都能令它们具有自性解脱之道力和光明，入于光明空灵之境。也就是说能化“五蕴”之毒，为自性之妙受用，使之成为我们修证之工具、成佛之资粮。把我们的自心调理好，不住相、不住境、不烦恼，就得大受用了。妙受用者，就是微妙的感受，很受用。得受用很好，但贪享受就坏了，受用和享受，就相差一个字，却大有差别，而且是天壤之别。如果讲究吃得好、穿得好，交异性朋友、跳舞、看电影，灯红酒绿、纸醉金迷，一旦不具备这些条件，就作奸犯科以达到享受的目的，那就坏了，这就是贪享受。若一切时都是心空无住，安然自在，不去追逐外境，今天只有粥吃也很好，只有破草房住也无所谓，胸襟豁达，心安理得，知足常乐，随缘自在，这就是妙受用。晓得在妄念上做功夫，把我们的自性调理好，自然能得妙受用，</w:t>
      </w:r>
    </w:p>
    <w:p>
      <w:pPr>
        <w:spacing w:before="0" w:after="80" w:line="259" w:lineRule="auto"/>
        <w:ind w:firstLine="360"/>
      </w:pPr>
      <w:r>
        <w:rPr>
          <w:rFonts w:ascii="Noto Serif CJK SC" w:hAnsi="Noto Serif CJK SC" w:eastAsia="Noto Serif CJK SC"/>
        </w:rPr>
        <w:t>“一种平怀，泯然自尽”也！平怀，就是心</w:t>
      </w:r>
    </w:p>
    <w:p>
      <w:pPr>
        <w:spacing w:before="0" w:after="80" w:line="259" w:lineRule="auto"/>
        <w:ind w:firstLine="360"/>
      </w:pPr>
      <w:r>
        <w:rPr>
          <w:rFonts w:ascii="Noto Serif CJK SC" w:hAnsi="Noto Serif CJK SC" w:eastAsia="Noto Serif CJK SC"/>
        </w:rPr>
        <w:t>里没有丝毫的弯曲，平直坦率。泯然自尽，就是心里空荡荡的，没有半点烦恼。这是多么美好啊！所以学佛是得大受用、开大智慧的。学佛不是求什么东西，有所希求就坏了。求福报、求神通，那不是学佛；求财、求官，更不是学佛。一切都是假的，如空花水月，到头一场空啊！所以，我们要时时认识真心，要依于妄念调修法身，不要让妄念遮盖真心。识得妄念是真心所起的妙用，从而不住相，就会得真实受用，不起烦恼。反过来呢？若不知道依于妄念调修法身，那就烦恼无穷，欲壑难填了。有了一百想一千，有了一千想一万，有了一万想千万、亿万，永远没有满足的时候，烦恼痛苦也就无有了期了。“一切妄念，皆由自性通彻境中所起之妙用。</w:t>
      </w:r>
    </w:p>
    <w:p>
      <w:pPr>
        <w:spacing w:before="0" w:after="80" w:line="259" w:lineRule="auto"/>
        <w:ind w:firstLine="360"/>
      </w:pPr>
      <w:r>
        <w:rPr>
          <w:rFonts w:ascii="Noto Serif CJK SC" w:hAnsi="Noto Serif CJK SC" w:eastAsia="Noto Serif CJK SC"/>
        </w:rPr>
        <w:t>这是进一步解说妄念的缘起。妄念固然是由真心</w:t>
      </w:r>
    </w:p>
    <w:p>
      <w:pPr>
        <w:spacing w:before="0" w:after="80" w:line="259" w:lineRule="auto"/>
        <w:ind w:firstLine="360"/>
      </w:pPr>
      <w:r>
        <w:rPr>
          <w:rFonts w:ascii="Noto Serif CJK SC" w:hAnsi="Noto Serif CJK SC" w:eastAsia="Noto Serif CJK SC"/>
        </w:rPr>
        <w:t>所生起的，但若无境缘也无由生起。境缘就是“自性</w:t>
      </w:r>
    </w:p>
    <w:p>
      <w:pPr>
        <w:spacing w:before="0" w:after="80" w:line="259" w:lineRule="auto"/>
        <w:ind w:firstLine="360"/>
      </w:pPr>
      <w:r>
        <w:rPr>
          <w:rFonts w:ascii="Noto Serif CJK SC" w:hAnsi="Noto Serif CJK SC" w:eastAsia="Noto Serif CJK SC"/>
        </w:rPr>
        <w:t>通彻境”。我们在前面反复讲过，日月星辰、山河大地、人我众生、花鸟虫鱼，都是自性所显现。但同是</w:t>
      </w:r>
    </w:p>
    <w:p>
      <w:pPr>
        <w:spacing w:before="0" w:after="80" w:line="259" w:lineRule="auto"/>
        <w:ind w:firstLine="360"/>
      </w:pPr>
      <w:r>
        <w:rPr>
          <w:rFonts w:ascii="Noto Serif CJK SC" w:hAnsi="Noto Serif CJK SC" w:eastAsia="Noto Serif CJK SC"/>
        </w:rPr>
        <w:t>凡夫的境缘，为什么会有种种不同呢？那是因为业性</w:t>
      </w:r>
    </w:p>
    <w:p>
      <w:pPr>
        <w:spacing w:before="0" w:after="80" w:line="259" w:lineRule="auto"/>
        <w:ind w:firstLine="360"/>
      </w:pPr>
      <w:r>
        <w:rPr>
          <w:rFonts w:ascii="Noto Serif CJK SC" w:hAnsi="Noto Serif CJK SC" w:eastAsia="Noto Serif CJK SC"/>
        </w:rPr>
        <w:t>使然。凡夫不识自性，故而迷惑。因惑而造业，因业而受报。由共业感现山河大地，复由别业感现十二类</w:t>
      </w:r>
    </w:p>
    <w:p>
      <w:pPr>
        <w:spacing w:before="0" w:after="80" w:line="259" w:lineRule="auto"/>
        <w:ind w:firstLine="360"/>
      </w:pPr>
      <w:r>
        <w:rPr>
          <w:rFonts w:ascii="Noto Serif CJK SC" w:hAnsi="Noto Serif CJK SC" w:eastAsia="Noto Serif CJK SC"/>
        </w:rPr>
        <w:t>生。随其善恶之因不同，感现的境缘也不同。种种不同的境缘，都是在自性中感通、在自性中了彻的，无有实体，虚妄不实。就自性来说，因也在其中，果也在其中。自性是超越因果的，种种不同的境缘都是“自性通彻境”，此即所谓“第八识的相分”。而“第八识的见分”又对“相分”分别取舍，这种分别取舍即所谓的“妄念”。同是一个第八识——阿赖耶识，在迷即第八识，在悟即“如来藏心”。故而，若能“依于妄念，调修法身”——返迷归悟，则“一切妄念，皆由自性通彻境中所起之妙用”。妄念是真心所起的妙用啊！“以无取舍心护持之，因其生灭未能超越法身妙用王之境也。顾名思义，“妄念”是虚妄不实之念。因其对虚妄不实的外境分别取舍，故其“分别取舍”也是虚妄不实的。妄念虽“妄”，却是真心的妙用。一旦识取真心，就要好好地“护持之”。护是保护，持是维持，好好地保护它，维持其“作主”的地位，所以真心又称“主人翁”。怎样护持它呀？“以无取舍心护持之”要以对外境不取不舍的方法护持真心。对一切外境，</w:t>
      </w:r>
    </w:p>
    <w:p>
      <w:pPr>
        <w:spacing w:before="0" w:after="80" w:line="259" w:lineRule="auto"/>
        <w:ind w:firstLine="360"/>
      </w:pPr>
      <w:r>
        <w:rPr>
          <w:rFonts w:ascii="Noto Serif CJK SC" w:hAnsi="Noto Serif CJK SC" w:eastAsia="Noto Serif CJK SC"/>
        </w:rPr>
        <w:t>都不要起心分别：这个东西好，要取到它；那个东西不好，要舍弃它。不要有爱憎取舍之心，把这爱憎取舍之心拿掉，就是保护真心。我们之所以不得解脱，坏就坏在“爱、憎、取、舍”上。哎呀！这金子多好，要取到手！这地方不好，赶快远离。讲到这里，想起一则现代公案。杭州有个法师，他说：“讲《金刚经》的人虽然不少，但一句话就能把他们问倒。《金刚经》说无人相、无我相、无净相、无垢相，那么，这里有一泡大粪，你无相，把它吃掉吧！”这哪里是诘难讲《金刚经》者，这是在诘难《金刚经》的经义啊！其实他这问话很容易答。答他：“请你衔将来。”你不是让我吃掉它吗？那就请你用嘴把它衔过来吧！这是客气的答法，如果不客气，就震喝他：“嘿！你这法师竟然被一泡大粪埋掉了。</w:t>
      </w:r>
    </w:p>
    <w:p>
      <w:pPr>
        <w:spacing w:before="0" w:after="80" w:line="259" w:lineRule="auto"/>
        <w:ind w:firstLine="360"/>
      </w:pPr>
      <w:r>
        <w:rPr>
          <w:rFonts w:ascii="Noto Serif CJK SC" w:hAnsi="Noto Serif CJK SC" w:eastAsia="Noto Serif CJK SC"/>
        </w:rPr>
        <w:t>”他看见</w:t>
      </w:r>
    </w:p>
    <w:p>
      <w:pPr>
        <w:spacing w:before="0" w:after="80" w:line="259" w:lineRule="auto"/>
        <w:ind w:firstLine="360"/>
      </w:pPr>
      <w:r>
        <w:rPr>
          <w:rFonts w:ascii="Noto Serif CJK SC" w:hAnsi="Noto Serif CJK SC" w:eastAsia="Noto Serif CJK SC"/>
        </w:rPr>
        <w:t>这泡大粪，着相了，就等于被大粪埋掉了。这都是爱憎取舍分别之心在作怪啊！因此，我们不能对外境起爱憎取舍之心，这就是护持真心。</w:t>
      </w:r>
    </w:p>
    <w:p>
      <w:pPr>
        <w:spacing w:before="0" w:after="80" w:line="259" w:lineRule="auto"/>
        <w:ind w:firstLine="360"/>
      </w:pPr>
      <w:r>
        <w:rPr>
          <w:rFonts w:ascii="Noto Serif CJK SC" w:hAnsi="Noto Serif CJK SC" w:eastAsia="Noto Serif CJK SC"/>
        </w:rPr>
        <w:t>为何要这样护持真心呢？“因其生灭未能超越法</w:t>
      </w:r>
    </w:p>
    <w:p>
      <w:pPr>
        <w:spacing w:before="0" w:after="80" w:line="259" w:lineRule="auto"/>
        <w:ind w:firstLine="360"/>
      </w:pPr>
      <w:r>
        <w:rPr>
          <w:rFonts w:ascii="Noto Serif CJK SC" w:hAnsi="Noto Serif CJK SC" w:eastAsia="Noto Serif CJK SC"/>
        </w:rPr>
        <w:t>身妙用王之境也”。因妄念生灭没有能够超越“法身妙用王”的境界啊！法身的妙用是包容一切的，故而称“王”。妄念的生灭当然也在“法身妙用王”的境界之内，不出真心妙用的范围。所以，妄念尽管有生</w:t>
      </w:r>
    </w:p>
    <w:p>
      <w:pPr>
        <w:spacing w:before="0" w:after="80" w:line="259" w:lineRule="auto"/>
        <w:ind w:firstLine="360"/>
      </w:pPr>
      <w:r>
        <w:rPr>
          <w:rFonts w:ascii="Noto Serif CJK SC" w:hAnsi="Noto Serif CJK SC" w:eastAsia="Noto Serif CJK SC"/>
        </w:rPr>
        <w:t>有灭，只要我不跟你跑，不为你所牵，不为你所动，那就是护持真心了。“妄念虽具无明色相，而其自性未出智慧法身之清净中。《心经》云：“照见五蕴皆空”。五蕴又称五阴，就是“色、受、想、行、识”，色蕴属色法，色法有相。男女老少、山河大地、草木丛林都是色相。受、想、行、识是心法，心法无相。妄想属于心法，可是，为什么说妄念“具无明色相”呢？起妄念就是有住着、有执取。执取什么？执取色法虚妄的形象——执取色相。妄念一起，头脑中就有色相的影子，所以说妄念“具无明色相”</w:t>
      </w:r>
    </w:p>
    <w:p>
      <w:pPr>
        <w:spacing w:before="0" w:after="80" w:line="259" w:lineRule="auto"/>
        <w:ind w:firstLine="360"/>
      </w:pPr>
      <w:r>
        <w:rPr>
          <w:rFonts w:ascii="Noto Serif CJK SC" w:hAnsi="Noto Serif CJK SC" w:eastAsia="Noto Serif CJK SC"/>
        </w:rPr>
        <w:t>。其实，心法就是色法，色法就是心</w:t>
      </w:r>
    </w:p>
    <w:p>
      <w:pPr>
        <w:spacing w:before="0" w:after="80" w:line="259" w:lineRule="auto"/>
        <w:ind w:firstLine="360"/>
      </w:pPr>
      <w:r>
        <w:rPr>
          <w:rFonts w:ascii="Noto Serif CJK SC" w:hAnsi="Noto Serif CJK SC" w:eastAsia="Noto Serif CJK SC"/>
        </w:rPr>
        <w:t>法。离开真心哪有二法？但因无明之故，心法一动，就是色法的影子，故称“无明色相”。无明色相同样是虚妄的、不可得。假如你能“依于妄念，调修法身”则“所现之妄念皆调现为自性之妙受用”。为什么妄念能够翻成妙受用呢？因“其自性未出智慧法身之清净中”这里讲的“自性”，是“自身性质”的意思。妄念的自身性质是虚妄不实的，也可以说，妄念无自性，</w:t>
      </w:r>
    </w:p>
    <w:p>
      <w:pPr>
        <w:spacing w:before="0" w:after="80" w:line="259" w:lineRule="auto"/>
        <w:ind w:firstLine="360"/>
      </w:pPr>
      <w:r>
        <w:rPr>
          <w:rFonts w:ascii="Noto Serif CJK SC" w:hAnsi="Noto Serif CJK SC" w:eastAsia="Noto Serif CJK SC"/>
        </w:rPr>
        <w:t>犹如“空中华”——就好象看到虚空中有花朵。那是眼睛有毛病了，眼睛里长了翳，才会看到空中有花，其实空中是没有花的。眼里有翳，比喻自心的妄想执着；见空中花，比喻认虚作实，妄执妄取。这不但迷惑于虚空——不见真如实性，而且也不见实华生处——也不能了知妄念与妄境都是真心的妙用。无明、妄念皆如“空中华”（古时华、花二字通用），均无有实体，都是虚妄的。可是它为什么能生起来呢？就是因为我们具有灵明真心啊！真心如大海，妄念似浪花。</w:t>
      </w:r>
    </w:p>
    <w:p>
      <w:pPr>
        <w:spacing w:before="0" w:after="80" w:line="259" w:lineRule="auto"/>
        <w:ind w:firstLine="360"/>
      </w:pPr>
      <w:r>
        <w:rPr>
          <w:rFonts w:ascii="Noto Serif CJK SC" w:hAnsi="Noto Serif CJK SC" w:eastAsia="Noto Serif CJK SC"/>
        </w:rPr>
        <w:t>无大海便无海浪，无真心何来妄念？真心就是智慧法</w:t>
      </w:r>
    </w:p>
    <w:p>
      <w:pPr>
        <w:spacing w:before="0" w:after="80" w:line="259" w:lineRule="auto"/>
        <w:ind w:firstLine="360"/>
      </w:pPr>
      <w:r>
        <w:rPr>
          <w:rFonts w:ascii="Noto Serif CJK SC" w:hAnsi="Noto Serif CJK SC" w:eastAsia="Noto Serif CJK SC"/>
        </w:rPr>
        <w:t>身，真心本来就是清净的。所以，妄念的自身性质并没有超出“智慧法身之清净中”。证道歌云：“无明实性即佛性，幻化空身即法身”，无明的真实性质，就是真如佛性；如幻如化的“本来空”之身，就是智慧法身。因为虚妄的身心并没有超出清净智慧法身的范围。这就是实相、就是一真法界。“故于广大不断之光明所照中，妄念自性原空也。</w:t>
      </w:r>
    </w:p>
    <w:p>
      <w:pPr>
        <w:spacing w:before="0" w:after="80" w:line="259" w:lineRule="auto"/>
        <w:ind w:firstLine="360"/>
      </w:pPr>
      <w:r>
        <w:rPr>
          <w:rFonts w:ascii="Noto Serif CJK SC" w:hAnsi="Noto Serif CJK SC" w:eastAsia="Noto Serif CJK SC"/>
        </w:rPr>
        <w:t>“广大不断之光明”是什么？就是我们的智慧法</w:t>
      </w:r>
    </w:p>
    <w:p>
      <w:pPr>
        <w:spacing w:before="0" w:after="80" w:line="259" w:lineRule="auto"/>
        <w:ind w:firstLine="360"/>
      </w:pPr>
      <w:r>
        <w:rPr>
          <w:rFonts w:ascii="Noto Serif CJK SC" w:hAnsi="Noto Serif CJK SC" w:eastAsia="Noto Serif CJK SC"/>
        </w:rPr>
        <w:t>身。法身是广大无比、永远不断、光明无量的。《佛</w:t>
      </w:r>
    </w:p>
    <w:p>
      <w:pPr>
        <w:spacing w:before="0" w:after="80" w:line="259" w:lineRule="auto"/>
        <w:ind w:firstLine="360"/>
      </w:pPr>
      <w:r>
        <w:rPr>
          <w:rFonts w:ascii="Noto Serif CJK SC" w:hAnsi="Noto Serif CJK SC" w:eastAsia="Noto Serif CJK SC"/>
        </w:rPr>
        <w:t>说阿弥陀经》云：“彼佛光明无量，照十方国，无所障碍。是故号为阿弥陀。”阿弥陀就是无量光、无量寿。无量光就是空间之“广大”，无量寿就是时间之“不断”，阿弥陀就是“广大不断之光明”。我们修行，无论念佛、参禅、修密，都是修心。心空净了，就会光明大放。现在为什么不放光明？因为有无明遮盖，就象珍珠被污泥包裹，光明不见了。但是，虽不见还是有啊！其实，光明并没有离开我们，日常生活中，工作、作文章、创造发明等等，这些仍然是光明，仍然是法身的妙用，只是没有全部发挥出来罢了。在这个“广大不断之光明”的朗照之中，所有一切妄念的自身性质，原本都是空寂的。不要怕妄念，妄念息下去就是真心。妄念若起，要象水上画图一样随画随灭，不要有停留，不要有执着，立即凛然一觉，起灭随无。净土宗提佛号，禅宗起疑情，密宗持印咒，都是为了转化妄念、保护真心。如此绵密行去，不过几年功夫一定成就。怕的是我们不肯这样做，不肯绵绵密密地保护，而是任由妄念纷飞，并且纵之任之，让它象大火烧起来一样——纵之使炽，那就不能成就了。所以，只要认识妄念自性原空，不要怕它，它就是真心的妙用，就是道行。念佛、参禅、修密，其目的都是为了将妄念斩断，不随之流</w:t>
      </w:r>
    </w:p>
    <w:p>
      <w:pPr>
        <w:spacing w:before="0" w:after="80" w:line="259" w:lineRule="auto"/>
        <w:ind w:firstLine="360"/>
      </w:pPr>
      <w:r>
        <w:rPr>
          <w:rFonts w:ascii="Noto Serif CJK SC" w:hAnsi="Noto Serif CJK SC" w:eastAsia="Noto Serif CJK SC"/>
        </w:rPr>
        <w:t>浪。若无“渗漏之妄念”，就断了“轮回业因”“如是长久串习行持，则妄念自起调治，动静无分，得无坏住。朝于斯、夕于斯、流离于斯、颠沛于斯，时时刻刻做功夫，在在处处不妄记，就叫“长久串习”</w:t>
      </w:r>
    </w:p>
    <w:p>
      <w:pPr>
        <w:spacing w:before="0" w:after="80" w:line="259" w:lineRule="auto"/>
        <w:ind w:firstLine="360"/>
      </w:pPr>
      <w:r>
        <w:rPr>
          <w:rFonts w:ascii="Noto Serif CJK SC" w:hAnsi="Noto Serif CJK SC" w:eastAsia="Noto Serif CJK SC"/>
        </w:rPr>
        <w:t>。行</w:t>
      </w:r>
    </w:p>
    <w:p>
      <w:pPr>
        <w:spacing w:before="0" w:after="80" w:line="259" w:lineRule="auto"/>
        <w:ind w:firstLine="360"/>
      </w:pPr>
      <w:r>
        <w:rPr>
          <w:rFonts w:ascii="Noto Serif CJK SC" w:hAnsi="Noto Serif CJK SC" w:eastAsia="Noto Serif CJK SC"/>
        </w:rPr>
        <w:t>就是实行，实际去做；持是坚持，长恒如是。如果这样“长久串习行持”，则“妄念自起调治，动静无分，得无坏住”。自起调治，即不用你降服它，它自己就降服了。我们做功夫就象牧牛，一开始要时时刻刻地</w:t>
      </w:r>
    </w:p>
    <w:p>
      <w:pPr>
        <w:spacing w:before="0" w:after="80" w:line="259" w:lineRule="auto"/>
        <w:ind w:firstLine="360"/>
      </w:pPr>
      <w:r>
        <w:rPr>
          <w:rFonts w:ascii="Noto Serif CJK SC" w:hAnsi="Noto Serif CJK SC" w:eastAsia="Noto Serif CJK SC"/>
        </w:rPr>
        <w:t>管教，待调伏它了，不用管，它也服从你。到那时要</w:t>
      </w:r>
    </w:p>
    <w:p>
      <w:pPr>
        <w:spacing w:before="0" w:after="80" w:line="259" w:lineRule="auto"/>
        <w:ind w:firstLine="360"/>
      </w:pPr>
      <w:r>
        <w:rPr>
          <w:rFonts w:ascii="Noto Serif CJK SC" w:hAnsi="Noto Serif CJK SC" w:eastAsia="Noto Serif CJK SC"/>
        </w:rPr>
        <w:t>起念就起念，要不起念就不起念。起念是派用场，若不用它，便不起念，那就修成功了。凡夫作不得念头的主，不要它起还是要起，念头自己从心里跳出来，故称“妄念”。如果修行人也如此，那是功夫没做好，那就需要端正认识，好好用功。“动静无分”，即动也好，静也好，打坐也好，劳动也好，都没有分别，都是如此。我让你动念头，你就动；不让你动念头，你就不动，动静一如。正起念时，也不见有念从何而起，这就是时时刻刻无念可起，而不是死水一潭，一个念也没有，只是不住着。到这个地步，就“得无坏住”</w:t>
      </w:r>
    </w:p>
    <w:p>
      <w:pPr>
        <w:spacing w:before="0" w:after="80" w:line="259" w:lineRule="auto"/>
        <w:ind w:firstLine="360"/>
      </w:pPr>
      <w:r>
        <w:rPr>
          <w:rFonts w:ascii="Noto Serif CJK SC" w:hAnsi="Noto Serif CJK SC" w:eastAsia="Noto Serif CJK SC"/>
        </w:rPr>
        <w:t>就不会坏了。我们这个色身要坏的、要死的，缘尽便会四大分离，而法身是不会坏的。得无坏住，就成道了。大手印叫我们在心地上做功夫，不需要修什么别的法门，直接在心地上用功就行。时时观照，如水上画图，毫无住着。这样做功夫，久久妄念就自然调伏，那就结成道果，“得无坏住”了。所以，密宗的无上部修法和禅宗是一样的，禅宗也是叫你无修而修。故心地法门非常重要。“极其功用，虽现喜忧疑虑之妄念与凡夫同，然不似其成坏之实执，而集诸行业，随贪欲力成转移。极其功用，就是我们这样观照用功到了极点。这时候，“虽现喜忧疑虑之妄念与凡夫同”遇坏事忧虑，遇好事欢喜，做事情还有疑虑（但绝非疑师、疑法，绝非疑及根本），这些喜欢、忧愁、疑虑都是妄念，与凡夫的喜欢、忧愁、疑虑一个样。“然不似其成坏之实执”，然而，却不象凡夫那样，把所喜欢的、所忧愁的、所疑虑的境界执为实有。虽然也动一动“喜忧疑虑之妄念”，但他不死执，了知“凡所有相，皆是虚妄”，不认为有什么实体可成，有什么实体可坏。凡夫把妄想境界执以为实，心里一直不安，耿耿于怀，</w:t>
      </w:r>
    </w:p>
    <w:p>
      <w:pPr>
        <w:spacing w:before="0" w:after="80" w:line="259" w:lineRule="auto"/>
        <w:ind w:firstLine="360"/>
      </w:pPr>
      <w:r>
        <w:rPr>
          <w:rFonts w:ascii="Noto Serif CJK SC" w:hAnsi="Noto Serif CJK SC" w:eastAsia="Noto Serif CJK SC"/>
        </w:rPr>
        <w:t>朝朝暮暮都在心里盘算。烦恼啊、烦恼啊！凡夫的一生是在妄想和烦恼中度过的，这是多么苦啊！这就是迷惑。因惑而造业，因业而受报，就是“集诸行业，随贪欲力成转移”。凡夫自己作不得主，而是随着贪欲之力转移。真用功修行，“极其功用”的人，虽然也有“喜忧疑虑之妄念”，但是一转就过去了，不随着贪欲力转移，不是耿耿于怀，不是朝朝暮暮地盘算个不停；所以不同啊！他遇到悲伤的事情，也不是不哭泣；遇到喜欢的事情，也不是不欢笑。但呜呜一哭、哈哈一笑就过去了，心里还是平坦坦的。“极其功用”的人，并不是喜也不会笑，悲也不会哭，不是死人、木头人。功夫到了那个时候，喜笑怒骂都是佛法，都是道行！</w:t>
      </w:r>
    </w:p>
    <w:p>
      <w:pPr>
        <w:spacing w:before="0" w:after="80" w:line="259" w:lineRule="auto"/>
        <w:ind w:firstLine="360"/>
      </w:pPr>
      <w:r>
        <w:rPr>
          <w:rFonts w:ascii="Noto Serif CJK SC" w:hAnsi="Noto Serif CJK SC" w:eastAsia="Noto Serif CJK SC"/>
        </w:rPr>
        <w:t>四、修习大手印的要点及有可能出现的几种歧路</w:t>
      </w:r>
    </w:p>
    <w:p>
      <w:pPr>
        <w:spacing w:before="0" w:after="80" w:line="259" w:lineRule="auto"/>
        <w:ind w:firstLine="360"/>
      </w:pPr>
      <w:r>
        <w:rPr>
          <w:rFonts w:ascii="Noto Serif CJK SC" w:hAnsi="Noto Serif CJK SC" w:eastAsia="Noto Serif CJK SC"/>
        </w:rPr>
        <w:t>“当念生时，初识其妄念之相，其相随灭，如遇旧识之人；次则妄念必自灭，如蛇结自解，最后妄念无利无害而隐灭，如盗入空室，是为解法之最要妙。当妄念起来的时候，初初做功夫，只认识妄念的各种相貌，妄念之相随即消灭，就象遇到从前认得的人一样。但是，这个熟人离开之后，心里头还有影子。妄念虽然消灭了，影子还是有的。其次，功夫较前做得好了些，妄念必定自起自灭，象蛇打了个结自己也能解开——执着心松动了。功夫做到最后“妄念无利无害而隐灭”，既不是妄念生了有坏处，也不是妄念灭了有好处，而是无利无害，自然隐灭。妄念尽管起，我知道这是真心的妙用，因而不住，它自然就消灭了，不在妄念上起分别了。有的修行人喜欢分别：哎呀！我妄念不起了，有好处啊，功夫进步了；唉呀！我妄念又起了，有害有害，又退步了。其实妄念本无自性，并无好坏，只要我们认真地做功夫，最后就不会起“有利、有害”的分别心，妄念就会随时隐灭。“如盗入空室”就像盗贼进入空房间一样，没有东西可偷。“是为解法之最要妙”，这是解脱妄念最重要、最妙的方</w:t>
      </w:r>
    </w:p>
    <w:p>
      <w:pPr>
        <w:spacing w:before="0" w:after="80" w:line="259" w:lineRule="auto"/>
        <w:ind w:firstLine="360"/>
      </w:pPr>
      <w:r>
        <w:rPr>
          <w:rFonts w:ascii="Noto Serif CJK SC" w:hAnsi="Noto Serif CJK SC" w:eastAsia="Noto Serif CJK SC"/>
        </w:rPr>
        <w:t>法。由于这是“解法之最要妙”，所以下面再将这三个修行层次讲一遍。妄念起来了，首先识得它，不跟它跑，妄念随之而灭。但最初认识妄念的力量不够，妄念虽然灭了，我们心中不无它的影相，还是有的。</w:t>
      </w:r>
    </w:p>
    <w:p>
      <w:pPr>
        <w:spacing w:before="0" w:after="80" w:line="259" w:lineRule="auto"/>
        <w:ind w:firstLine="360"/>
      </w:pPr>
      <w:r>
        <w:rPr>
          <w:rFonts w:ascii="Noto Serif CJK SC" w:hAnsi="Noto Serif CJK SC" w:eastAsia="Noto Serif CJK SC"/>
        </w:rPr>
        <w:t>象遇到从前的熟人一样，他虽然已离去，但是我们心</w:t>
      </w:r>
    </w:p>
    <w:p>
      <w:pPr>
        <w:spacing w:before="0" w:after="80" w:line="259" w:lineRule="auto"/>
        <w:ind w:firstLine="360"/>
      </w:pPr>
      <w:r>
        <w:rPr>
          <w:rFonts w:ascii="Noto Serif CJK SC" w:hAnsi="Noto Serif CJK SC" w:eastAsia="Noto Serif CJK SC"/>
        </w:rPr>
        <w:t>中却翻腾起来：这人多年不见了，他过去怎样、现在如何。人虽离开，影子却在。妄念虽灭，影相犹存也。此为力量不充之故！其次，进一步认识妄念，晓得妄念必然自灭，力量较前充足了。但是，妄念的虚幻之相还在，而且停留一段时间才灭去，这如同“蛇结自解”一样。蛇是不会自己打结的，你若给它打一个结，经过一段时间，它会自己解开。功夫到此，“旧识之人”离去，也不会心起翻腾了，比较以前，又进一步了。再其次，认识到妄念无利无害，妄念起灭与我不相干。因为真心是不动不摇的，我的真心不因妄念起而损一分，不因妄念灭而增一分，真心无增无减，所以，妄念无利无害，任它随起随灭。认识到这一点最重要，做到这一点最好、最妙。假如我们起了妄念之后，还在心里盘旋，还丢不掉，还要再盘算盘算看，这是力量不充之故。很多人都是这样，晚上做了个梦，</w:t>
      </w:r>
    </w:p>
    <w:p>
      <w:pPr>
        <w:spacing w:before="0" w:after="80" w:line="259" w:lineRule="auto"/>
        <w:ind w:firstLine="360"/>
      </w:pPr>
      <w:r>
        <w:rPr>
          <w:rFonts w:ascii="Noto Serif CJK SC" w:hAnsi="Noto Serif CJK SC" w:eastAsia="Noto Serif CJK SC"/>
        </w:rPr>
        <w:t>醒过来还要再想想，这梦怎么、怎么样，还要讲给别人听听。假如我们能做到：知道这是个梦，不去管它，心里一点影子也不留，这就有力量了。如遇旧识、蛇结自解、盗入空室，这是我们对妄念的看法和消灭妄念之力量的不同层次。诸位能把妄念消灭在哪一层上，自己去考察考察看。“知修不知解，与禅天同。知道修行，知道不跟妄念跑，但不知道“一切妄念，皆自性通彻境中所起之妙用”，这就叫“知修不知解”。只知道修道，不知道真心是怎么一回事，不认得真心，就“与禅天同”。你这样勤做功夫，即使做到极点，定功颇深，而不识真心，也不过生初禅天、二禅天、三禅天、四禅天而已，还是不出色界。慢说解脱，连无色界也没有到达。“若不具如是解法妙要之修习，虽心能坚住禅定，亦落于上界之禅定。如果不具如是解法妙要之修习，就是“知修不知解”。虽心能坚住禅定，就是心能够不动，入定很深，</w:t>
      </w:r>
    </w:p>
    <w:p>
      <w:pPr>
        <w:spacing w:before="0" w:after="80" w:line="259" w:lineRule="auto"/>
        <w:ind w:firstLine="360"/>
      </w:pPr>
      <w:r>
        <w:rPr>
          <w:rFonts w:ascii="Noto Serif CJK SC" w:hAnsi="Noto Serif CJK SC" w:eastAsia="Noto Serif CJK SC"/>
        </w:rPr>
        <w:t>经一年、两年、三年，乃至一劫、两劫、千百万劫的时间而不动。“亦落于上界之禅定”，也不过落在四禅天或者四空天的禅定里。这还是色界、无色界的禅定，还在三界里，并非解脱。不认取真心，就不可能出三界，就与外道相同。外道为何不能出三界？因为他不知道真心是怎么一回事。外道执着阳神，认为阳神是真实不坏的。阳神就是佛教讲的“意生身”，就是第七意识（意根）所生之身，还是虚假的影子。《金刚经》云：“凡所有相，皆是虚妄”，一切有相的东西全是假的，阳神也是假的，不出三界，并不究竟。只有认取真如自性，努力保护它，这样修行，才能成大道。我们再三地讲：大家要保护好真如法体啊！要了了常知，时时无住，绵绵密密地保护它，久久自然证成大道，决定能成就。认取真心，就好象得到了米，再用火来烧，就能成饭。所谓用火来烧，就是时时保护它，处处不让妄念侵扰，不随妄念跑，心空无住，那么，结果一定成佛，这非常重要。若不这样修，纵然定功很深，入禅定的时间很久，也不能证成大道。现在很多人喜欢定功：哎哟，这个法师功夫很好，入定一星期了。噢，不、不！那个法师功夫更好，入定三个月了。我们在此要向他大喝一声：不行！那是死定，绝对不能证成大道！真正的禅定，是对境不迷惑，一切</w:t>
      </w:r>
    </w:p>
    <w:p>
      <w:pPr>
        <w:spacing w:before="0" w:after="80" w:line="259" w:lineRule="auto"/>
        <w:ind w:firstLine="360"/>
      </w:pPr>
      <w:r>
        <w:rPr>
          <w:rFonts w:ascii="Noto Serif CJK SC" w:hAnsi="Noto Serif CJK SC" w:eastAsia="Noto Serif CJK SC"/>
        </w:rPr>
        <w:t>时无住。坐在那里就定，下座就不定了，那能行吗？不行的。所以，不认取真如法体，盲修瞎练，决定不能成道。一定要认取真心，做功夫保护它，才能成就大道。这是我们学佛的人必须知道的、至关重要的原则问题。“如以了知妄念起住为足者，是与下劣狂惑无别。有些人做功夫，知道了妄念的起住之处，就满足了。他说：“噢，我晓得了。妄念起处、住处我都知道了。妄念从什么地方起呢？妄念从境界起，妄念是境界的反映。妄念住在什么地方？就住在境界上。妄念确是从境界起来的，没有境界，就没有妄念。</w:t>
      </w:r>
    </w:p>
    <w:p>
      <w:pPr>
        <w:spacing w:before="0" w:after="80" w:line="259" w:lineRule="auto"/>
        <w:ind w:firstLine="360"/>
      </w:pPr>
      <w:r>
        <w:rPr>
          <w:rFonts w:ascii="Noto Serif CJK SC" w:hAnsi="Noto Serif CJK SC" w:eastAsia="Noto Serif CJK SC"/>
        </w:rPr>
        <w:t>“心</w:t>
      </w:r>
    </w:p>
    <w:p>
      <w:pPr>
        <w:spacing w:before="0" w:after="80" w:line="259" w:lineRule="auto"/>
        <w:ind w:firstLine="360"/>
      </w:pPr>
      <w:r>
        <w:rPr>
          <w:rFonts w:ascii="Noto Serif CJK SC" w:hAnsi="Noto Serif CJK SC" w:eastAsia="Noto Serif CJK SC"/>
        </w:rPr>
        <w:t>本无生因境有”这是毗舍浮佛讲的。可是，境界从何而有呢？假若只知道妄念起住就满足了，“是与下劣狂惑无别”，那就和下劣狂惑没有差别。佛法是上妙之法，定而不狂，慧而不惑，下劣狂惑不是佛法。“以了知妄念起住为足者”是最下乘根器。你只知道妄念起住，有什么用？一定要认取真如法体，在法体上用功，时时处处观照保护，才能成道。只知道妄念起住而幻想成道，就象是以沙煮饭，千万劫也不能成饭的。</w:t>
      </w:r>
    </w:p>
    <w:p>
      <w:pPr>
        <w:spacing w:before="0" w:after="80" w:line="259" w:lineRule="auto"/>
        <w:ind w:firstLine="360"/>
      </w:pPr>
      <w:r>
        <w:rPr>
          <w:rFonts w:ascii="Noto Serif CJK SC" w:hAnsi="Noto Serif CJK SC" w:eastAsia="Noto Serif CJK SC"/>
        </w:rPr>
        <w:t>“或偏于空性求法身印契等等思量，然遇恶缘时，则所修持不能解除境缚，而反自现过失。以了知妄念起住为足者，当然是下等根性的人，因为他着境，以为境是实有。但是“偏于空性”也不行啊！著有当然不对，落空也不对。为什么？因为我们的法身是非空非有，即空即有，不是空也不是有，说有不对，说空也不对。“求法身印契”，印是印证，契是契合。求法身印契，就是要求与法身印证契合。你偏空了，与法身不相应，怎么能印证契合法身呢？所以，只能说这是“思量”。法身不落思量，一落思量，便违法身。着空、著有的种种思量，都与法身不相应。“然遇恶缘时，则所修持不能解除境缚，而反自现过失”。这些偏空的人，遇到恶缘、逆缘的时候，他所做的功夫，不能解除这些境界的束缚，就被这些境界捆住了。他的“空”只是思量，遇到事情就空不了啦！他的“空”是有个空在，这岂不成“有”了吗？从前，上海浦东有一位大老，他说：“你们说空、空，怎么还有山河大地、男女老少？”他把“空”理解为“什么都没有”了，这和我们理解的空不相同。我们</w:t>
      </w:r>
    </w:p>
    <w:p>
      <w:pPr>
        <w:spacing w:before="0" w:after="80" w:line="259" w:lineRule="auto"/>
        <w:ind w:firstLine="360"/>
      </w:pPr>
      <w:r>
        <w:rPr>
          <w:rFonts w:ascii="Noto Serif CJK SC" w:hAnsi="Noto Serif CJK SC" w:eastAsia="Noto Serif CJK SC"/>
        </w:rPr>
        <w:t>讲空，是空其相，不要住在相上，以不可得为空。“凡所有相，皆是虚妄”，只是不要着相，相还是有的，没有相怎么起妙用啊？这房子没有，我们怎么避风雨？这凳子没有，我们怎么安坐？“因缘所生法，我说即是空”，无自体、无自性为空，并不是没有相。思量“空”不顶用，遇到境界就空不了了。我们的自性是非空非有，即空即有，有就是空，空就是有。“有”之当体就不可得，这才是真空。执着偏空，而不认自性，就没有力量，就透不过境界。若认识自性，种种境界不过是自性的妙用。就象镜中之影、水上之波。认得镜子识得水，就不会被影子和波浪所迷惑，一切境界自然很容易空掉。若不识自性，那就空不掉了。我们第一要认识真如法体，这是最最重要的。所</w:t>
      </w:r>
    </w:p>
    <w:p>
      <w:pPr>
        <w:spacing w:before="0" w:after="80" w:line="259" w:lineRule="auto"/>
        <w:ind w:firstLine="360"/>
      </w:pPr>
      <w:r>
        <w:rPr>
          <w:rFonts w:ascii="Noto Serif CJK SC" w:hAnsi="Noto Serif CJK SC" w:eastAsia="Noto Serif CJK SC"/>
        </w:rPr>
        <w:t>以，明心见性是根本，不论你修什么宗，都以明心见</w:t>
      </w:r>
    </w:p>
    <w:p>
      <w:pPr>
        <w:spacing w:before="0" w:after="80" w:line="259" w:lineRule="auto"/>
        <w:ind w:firstLine="360"/>
      </w:pPr>
      <w:r>
        <w:rPr>
          <w:rFonts w:ascii="Noto Serif CJK SC" w:hAnsi="Noto Serif CJK SC" w:eastAsia="Noto Serif CJK SC"/>
        </w:rPr>
        <w:t>性为本，不明心见性是不行的。只是理解妄念起住，或者偏空，而不认识自性，遇到恶缘时，则所修持的功力解除不了境界的束缚，“而反自现过失”。凡夫不认识什么是真空，在恶逆境界显现而受阻碍时，就疑虑重重，因而毁谤佛法。他说：“这个应该是空的嘛！怎么空不了？还是有啊！那么，佛法说空是说错了。”四空天的天人就是这样，他修到了空定，空定的劫数一到，他就出定了，见到</w:t>
      </w:r>
    </w:p>
    <w:p>
      <w:pPr>
        <w:spacing w:before="0" w:after="80" w:line="259" w:lineRule="auto"/>
        <w:ind w:firstLine="360"/>
      </w:pPr>
      <w:r>
        <w:rPr>
          <w:rFonts w:ascii="Noto Serif CJK SC" w:hAnsi="Noto Serif CJK SC" w:eastAsia="Noto Serif CJK SC"/>
        </w:rPr>
        <w:t>外面的境界就起了怀疑：“咦，说是空的，怎么还是有啊！佛说法骗人，是骗子、骗子。”他还是着相，着相就造业，造业就受报。反过来毁谤佛法，就下地狱了。这就是“而反自现过失”。所以，我们要认识佛法的真谛，晓得佛性是怎么一回事，这是最重要的。佛性是非空非有，即空即有，亦空亦有。你要是着空落空，不认识本性去修，是修不成功的。其结果是造恶业，反而自己出现过失。</w:t>
      </w:r>
    </w:p>
    <w:p>
      <w:pPr>
        <w:spacing w:before="0" w:after="80" w:line="259" w:lineRule="auto"/>
        <w:ind w:firstLine="360"/>
      </w:pPr>
      <w:r>
        <w:rPr>
          <w:rFonts w:ascii="Noto Serif CJK SC" w:hAnsi="Noto Serif CJK SC" w:eastAsia="Noto Serif CJK SC"/>
        </w:rPr>
        <w:t>五、随妄本净</w:t>
      </w:r>
    </w:p>
    <w:p>
      <w:pPr>
        <w:spacing w:before="0" w:after="80" w:line="259" w:lineRule="auto"/>
        <w:ind w:firstLine="360"/>
      </w:pPr>
      <w:r>
        <w:rPr>
          <w:rFonts w:ascii="Noto Serif CJK SC" w:hAnsi="Noto Serif CJK SC" w:eastAsia="Noto Serif CJK SC"/>
        </w:rPr>
        <w:t>“起灭、自灭、定灭，皆是妄念自灭，随妄本净。妄念能生起，就能灭掉。灭掉的形式有三种：“起灭、自灭、定灭”。起灭：后一个妄念生起，就灭掉了前一个妄念；自灭：妄念自己灭掉了；定灭：做功夫入定，将妄念消灭。这几种妄念消灭的方式，有快慢之不同，有力量大小之差别。不论用什么办法消灭它，都是妄念自己消灭了，所以“皆是妄念自灭”。其实，妄念本身是虚妄不可得的，也没有什么灭不灭，不住着它，便视之为灭。妄念灭后，就“随妄本净”了，随着妄念的消灭，就是本来清净的真如法身了。经云：“息下狂心，即是菩提”。妄心是怎么起的？“心本无生因境有”（毗舍浮佛明言），妄心是因境而有的，没有外境就没有妄心。但是，境同心一样虚幻不可得，“心不自心，因境故心；境不自境，因心故境。”心与境相对而生，离一即无。所以先师骧陆公云：“境亦不有，同属幻影”。只要你了知一切外境，都如梦幻空花，无有实体，不去攀缘，不生妄念，那就神宁智清，灵光独耀，真心明净，如镜照物，无取无舍，无爱无憎，</w:t>
      </w:r>
    </w:p>
    <w:p>
      <w:pPr>
        <w:spacing w:before="0" w:after="80" w:line="259" w:lineRule="auto"/>
        <w:ind w:firstLine="360"/>
      </w:pPr>
      <w:r>
        <w:rPr>
          <w:rFonts w:ascii="Noto Serif CJK SC" w:hAnsi="Noto Serif CJK SC" w:eastAsia="Noto Serif CJK SC"/>
        </w:rPr>
        <w:t>了了分明而一念不生，一念不生而了了分明，当下就亲证真如法身，无需于息心之外更做什么笨拙的功夫了。你若真正认识真如法身，妄念就是真如法身的妙用，妄也就是净了。就象认识到波浪本身就是水，不着波浪相，那就不必等波浪平息，波浪当体就是水了。这是“随妄本净”的深刻含义。这里所讲的中心，就是要认识妄念，不要怕妄念。妄念就是真心的妙用。只要不跟它跑，就能把它斩断，</w:t>
      </w:r>
    </w:p>
    <w:p>
      <w:pPr>
        <w:spacing w:before="0" w:after="80" w:line="259" w:lineRule="auto"/>
        <w:ind w:firstLine="360"/>
      </w:pPr>
      <w:r>
        <w:rPr>
          <w:rFonts w:ascii="Noto Serif CJK SC" w:hAnsi="Noto Serif CJK SC" w:eastAsia="Noto Serif CJK SC"/>
        </w:rPr>
        <w:t>随妄本净。随着妄念的起灭，就是根本清净的真如法</w:t>
      </w:r>
    </w:p>
    <w:p>
      <w:pPr>
        <w:spacing w:before="0" w:after="80" w:line="259" w:lineRule="auto"/>
        <w:ind w:firstLine="360"/>
      </w:pPr>
      <w:r>
        <w:rPr>
          <w:rFonts w:ascii="Noto Serif CJK SC" w:hAnsi="Noto Serif CJK SC" w:eastAsia="Noto Serif CJK SC"/>
        </w:rPr>
        <w:t>身。真如法身本自清净，不因为有妄念，真如法身就不清净了。只要不跟妄念跑，不被它所左右，时时照顾真如法身，绵绵密密地保护，久久必然能够证成大道，证成佛果。</w:t>
      </w:r>
    </w:p>
    <w:p>
      <w:pPr>
        <w:pStyle w:val="Heading3"/>
      </w:pPr>
      <w:r>
        <w:rPr>
          <w:rFonts w:ascii="Noto Serif CJK SC" w:hAnsi="Noto Serif CJK SC" w:eastAsia="Noto Serif CJK SC"/>
        </w:rPr>
        <w:t>10.14 恒河大手印（第十四讲）</w:t>
      </w:r>
    </w:p>
    <w:p>
      <w:pPr>
        <w:spacing w:before="0" w:after="80" w:line="259" w:lineRule="auto"/>
        <w:ind w:firstLine="360"/>
      </w:pPr>
      <w:r>
        <w:rPr>
          <w:rFonts w:ascii="Noto Serif CJK SC" w:hAnsi="Noto Serif CJK SC" w:eastAsia="Noto Serif CJK SC"/>
        </w:rPr>
        <w:t>“此灭解相，即自解脱现量唯一之要。前面讲过随妄本净。妄从何而起？妄是随境而有的。假若没有境界，就不会有妄念。虽然跟着妄境起妄念，但是我们的真心，并不被污染，还是清净的。我们曾以珍珠为喻，比如珍珠被污泥包裹了，珍珠本身还是清净光明的，并不因为被污泥包裹，珍珠就变污黑了。把污泥去掉之后，珍珠还是光明依旧。所以，</w:t>
      </w:r>
    </w:p>
    <w:p>
      <w:pPr>
        <w:spacing w:before="0" w:after="80" w:line="259" w:lineRule="auto"/>
        <w:ind w:firstLine="360"/>
      </w:pPr>
      <w:r>
        <w:rPr>
          <w:rFonts w:ascii="Noto Serif CJK SC" w:hAnsi="Noto Serif CJK SC" w:eastAsia="Noto Serif CJK SC"/>
        </w:rPr>
        <w:t>只须认取真心，不必害怕妄念。息灭了对妄念的不正确认识，解开了怕妄念的心结，从而认取真心，谓之灭解相。“此灭解相，即自解脱现量唯一之要。”现量就是和盘托出，不加分别，如镜照物。照到圆物，就现圆相；照到方物，就现方相；照万两黄金，镜子不喜；照一泡大粪，镜子不恼。这就是现量。现量是随着客观事物的形象而显现，一点也不加妄心分别。如果分别这个好、那个坏；这个长，那个短；这个美，那个丑。便是比量。我们修解脱道，转第八识为大圆镜智，朗照十方，森罗万象都在我们真心里显现，丝毫不加爱憎取舍，这就是“解脱现量”。虽以镜子作喻，但也并不全似镜子。根据客观情况显形，这象镜子。然而，镜子没有分辨力，没有知觉性。我们有知觉性，知道是非、长短、得失，只是没有爱憎、取舍。恰如经所云：“善能分别诸法相，于第一义而不动。</w:t>
      </w:r>
    </w:p>
    <w:p>
      <w:pPr>
        <w:spacing w:before="0" w:after="80" w:line="259" w:lineRule="auto"/>
        <w:ind w:firstLine="360"/>
      </w:pPr>
      <w:r>
        <w:rPr>
          <w:rFonts w:ascii="Noto Serif CJK SC" w:hAnsi="Noto Serif CJK SC" w:eastAsia="Noto Serif CJK SC"/>
        </w:rPr>
        <w:t>”虽分别而不到心</w:t>
      </w:r>
    </w:p>
    <w:p>
      <w:pPr>
        <w:spacing w:before="0" w:after="80" w:line="259" w:lineRule="auto"/>
        <w:ind w:firstLine="360"/>
      </w:pPr>
      <w:r>
        <w:rPr>
          <w:rFonts w:ascii="Noto Serif CJK SC" w:hAnsi="Noto Serif CJK SC" w:eastAsia="Noto Serif CJK SC"/>
        </w:rPr>
        <w:t>里去，即是现量而比量。假如只有现量，那我们就成痴子、呆子了，连是非、好坏、长短也不知道，那怎么行啊？作功夫要活泼泼的，就是我们时时以现量真</w:t>
      </w:r>
    </w:p>
    <w:p>
      <w:pPr>
        <w:spacing w:before="0" w:after="80" w:line="259" w:lineRule="auto"/>
        <w:ind w:firstLine="360"/>
      </w:pPr>
      <w:r>
        <w:rPr>
          <w:rFonts w:ascii="Noto Serif CJK SC" w:hAnsi="Noto Serif CJK SC" w:eastAsia="Noto Serif CJK SC"/>
        </w:rPr>
        <w:t>心，作比量之用。比量就是所谓妄念了，因此我们要</w:t>
      </w:r>
    </w:p>
    <w:p>
      <w:pPr>
        <w:spacing w:before="0" w:after="80" w:line="259" w:lineRule="auto"/>
        <w:ind w:firstLine="360"/>
      </w:pPr>
      <w:r>
        <w:rPr>
          <w:rFonts w:ascii="Noto Serif CJK SC" w:hAnsi="Noto Serif CJK SC" w:eastAsia="Noto Serif CJK SC"/>
        </w:rPr>
        <w:t>懂得佛在《圆觉经》里说的“于诸妄心亦不息灭”这个道理。用着它时就用它，能用它便是妙用。这就是</w:t>
      </w:r>
    </w:p>
    <w:p>
      <w:pPr>
        <w:spacing w:before="0" w:after="80" w:line="259" w:lineRule="auto"/>
        <w:ind w:firstLine="360"/>
      </w:pPr>
      <w:r>
        <w:rPr>
          <w:rFonts w:ascii="Noto Serif CJK SC" w:hAnsi="Noto Serif CJK SC" w:eastAsia="Noto Serif CJK SC"/>
        </w:rPr>
        <w:t>“灭解相”的深刻含义。此灭解相，就是解脱现量，就是“唯一之要”，这是唯一重要的。认取真心，最为重要。真心在哪里？真心就在每个人面前放光。光明在哪里？东西我看到，声音我听到，香臭我闻到，种种境界我知道，这就是光明啊！有的人一味消灭妄念，但在妄念灭了之后，真心朗然现前时，他却不认取真心，而是继续作息念的功夫。这样作功夫，久久就死掉了，不得活泼泼的妙用，因为他不认取真心。我们前面讲过，只息妄念而不知本体，是没有用处的。要在妄念息处，识得本体，这才是唯一重要的事。“亦即自性大圆满殊胜法门不共之要妙。大圆满有具体的法可修，但这里说的是“自性大圆满”，自性本来就是圆满无缺的，本来就满虚空遍法界，虚空有多大，它就有多大，十方世界、一切众生都在自性中圆。无论是净土宗、密宗、禅宗、法相宗、天台宗、华严宗等等，都离不开这个妙明真心。“无不从此法界流，无不归还此法界。”此法界，就是一真法界、妙明真心。恒河大手印是直入“自性大圆满”的“殊胜法门”，殊者特别，胜者优胜，这是</w:t>
      </w:r>
    </w:p>
    <w:p>
      <w:pPr>
        <w:spacing w:before="0" w:after="80" w:line="259" w:lineRule="auto"/>
        <w:ind w:firstLine="360"/>
      </w:pPr>
      <w:r>
        <w:rPr>
          <w:rFonts w:ascii="Noto Serif CJK SC" w:hAnsi="Noto Serif CJK SC" w:eastAsia="Noto Serif CJK SC"/>
        </w:rPr>
        <w:t>特别优胜的法，别的法不能比，与别的法“不共”共者共同，不共就是不相同。这是密宗最高一乘的法，密宗里其他乘都不这样讲。最高的密法和禅宗是一个鼻孔出气。净土宗就不这样讲，净土宗强调一心念佛，往生西方极乐世界。到了西方极乐世界之后，在佛菩萨身边继续修行，证到不退转地——阿鞞跋致，这里面自有妙处，最后仍是会归一真法界，在这里就不多讲了。任何法门都有自己的妙处，都有自己的应化之机，最后都要会归一真法界。而恒河大手印则是真接契入，不绕弯子，与其他修法都不相同，也就是“自性大圆满殊胜法门不共之要妙”。要就是要点，妙就是微妙。不共之要妙，就是不同于其他法门的、独具的要点，独具的妙处。</w:t>
      </w:r>
    </w:p>
    <w:p>
      <w:pPr>
        <w:spacing w:before="0" w:after="80" w:line="259" w:lineRule="auto"/>
        <w:ind w:firstLine="360"/>
      </w:pPr>
      <w:r>
        <w:rPr>
          <w:rFonts w:ascii="Noto Serif CJK SC" w:hAnsi="Noto Serif CJK SC" w:eastAsia="Noto Serif CJK SC"/>
        </w:rPr>
        <w:t>“具此要妙，无论所生是何烦恼妄念，皆显为法</w:t>
      </w:r>
    </w:p>
    <w:p>
      <w:pPr>
        <w:spacing w:before="0" w:after="80" w:line="259" w:lineRule="auto"/>
        <w:ind w:firstLine="360"/>
      </w:pPr>
      <w:r>
        <w:rPr>
          <w:rFonts w:ascii="Noto Serif CJK SC" w:hAnsi="Noto Serif CJK SC" w:eastAsia="Noto Serif CJK SC"/>
        </w:rPr>
        <w:t>身。具此要妙，就是认识真心的妙用。具此要妙之后，“无论所生是何烦恼妄念，皆显为法身。”随便什么烦恼，如病痛、失恋、事业失败等等，也就是烦恼丛生、妄念纷扰时，全都显现为法身。因为“妄念与烦恼，皆法身本觉智慧相。”就象没有水就没有波浪一</w:t>
      </w:r>
    </w:p>
    <w:p>
      <w:pPr>
        <w:spacing w:before="0" w:after="80" w:line="259" w:lineRule="auto"/>
        <w:ind w:firstLine="360"/>
      </w:pPr>
      <w:r>
        <w:rPr>
          <w:rFonts w:ascii="Noto Serif CJK SC" w:hAnsi="Noto Serif CJK SC" w:eastAsia="Noto Serif CJK SC"/>
        </w:rPr>
        <w:t>样，若无真心，哪有烦恼妄念呢？烦恼妄念兴起的时候，也就是法身的显现。大家要晓得，这句话是非常重要的。在烦恼丛生、妄念纷扰的时候，马上认识到这是法身的妙用，烦恼妄念当下就会瓦解冰消。认识法身之后，就不跟妄念跑了；不认识法身，就会跟着妄念跑，烦恼无穷，乃至要自杀了。现在有些失恋的人，烦恼痛苦得不得了，要自杀，活不下去了。他不认识法身，不晓得烦恼妄念都是真心的妙用啊！《观世音菩萨普门品》说：“若有持是观世音菩萨名者，设入大火，火不能烧，由是菩萨威神力故；若为大水所漂，称其名号，即得浅处。”不管你烦恼之火有多大，妄念之浪有多高，只要一回光返照，称念“南无观世音菩萨”，噢！原来这是真心的妙用啊！那些烦恼、妄念马上就息下来了，这就是诀窍，最重要的诀窍。有不少人学佛多年就是不知道这个诀窍，他不认识真心，不知道真心在哪里。他找不到，怎么办？就到西方极乐世界去找，那何止万里之遥啊！其实真心就在你面前放光。大手印就是好，直接了当地告诉我们真心是什么。诸位有福报，机缘成熟，才能听到这个大法。我们听了这个大法之后，不要辜负自己，要时时保护真心，晓得妄念起处就是真心的妙用，从妄念上认取真心。这样做功夫，一年，两年，三、</w:t>
      </w:r>
    </w:p>
    <w:p>
      <w:pPr>
        <w:spacing w:before="0" w:after="80" w:line="259" w:lineRule="auto"/>
        <w:ind w:firstLine="360"/>
      </w:pPr>
      <w:r>
        <w:rPr>
          <w:rFonts w:ascii="Noto Serif CJK SC" w:hAnsi="Noto Serif CJK SC" w:eastAsia="Noto Serif CJK SC"/>
        </w:rPr>
        <w:t>五年，还不成道吗？绝对成功。上次讲过，我师父（王骧陆上师）说：“做功夫不要二三年，一年半就成功，若不成功，你来问我。”我们总是不肯做功夫，老是跟着习气跑，那怎么能成功呢？“妄念尽为智慧，逆缘成为助伴，烦恼成为道行。若具此“自性大圆满殊胜法门不共之要妙”，则“妄念尽为智慧”，正当妄念纷飞、烦恼丛生之时，凛然一转：噢！这是法身的妙用！能这么一转，就是大智慧。对境现量而比量，不着境、不粘境、不住境，并非不知好丑、不知是非，这就是智慧。如果分别之后就要取舍，住境粘心，跟着境界跑，难过得要死，被困住了，这就是妄念。其实妄念就是智慧，关键在于你知不知道。所以“于诸妄心也不息灭。”若真如法身作主，妄念就成为仆人、佣人。主人指挥佣人做事，便是“成所作智”。真心作主，前五识（眼耳鼻舌身）就转化为成所作智。真心指挥它们，你给我看看是什么东西，你给我听听是什么声音，你给我闻闻是香是臭，你给我尝尝是酸是甜……，见闻觉知都化为真心的妙用——妄念尽为智慧。“逆缘成为助伴”。大家都喜欢西方极乐世界，</w:t>
      </w:r>
    </w:p>
    <w:p>
      <w:pPr>
        <w:spacing w:before="0" w:after="80" w:line="259" w:lineRule="auto"/>
        <w:ind w:firstLine="360"/>
      </w:pPr>
      <w:r>
        <w:rPr>
          <w:rFonts w:ascii="Noto Serif CJK SC" w:hAnsi="Noto Serif CJK SC" w:eastAsia="Noto Serif CJK SC"/>
        </w:rPr>
        <w:t>西方极乐世界处处是顺缘，没有不如人意处。黄金为地、七宝池、八功德水、水鸟树林、风声鸟语，皆是法音宣流，都是好的，没有冤家对头。不象我们这个五浊恶世，烦恼冤家多得不得了。比如工作中有很多不如意处，这个人踩你一脚，那个人踢你一腿；家庭里也颇不顺心，你这样想她偏那样想，你这样做她偏那样做，家庭也充满吵闹纠纷！但是，你要晓得，这些逆缘是帮助你成道的伴侣，叫你警惕，不要住境。你晓得这些逆缘是苦，就产生出离心：唉呀！这个世界这么苦啊，赶快出苦吧！怎么出苦呢？认识真心，不跟境界跑，不然，你粘在这个世界上舍不得走，认为这个世界真适意、真舒服，就不学佛，不修法，那你不能成道了。我从前遇到一个法国华侨，他钞票很多，他家的仓库与铁路连接着，火车可以开进去。他也信佛法大做好事，回国探亲时总是到庙里布施。我对他讲：</w:t>
      </w:r>
    </w:p>
    <w:p>
      <w:pPr>
        <w:spacing w:before="0" w:after="80" w:line="259" w:lineRule="auto"/>
        <w:ind w:firstLine="360"/>
      </w:pPr>
      <w:r>
        <w:rPr>
          <w:rFonts w:ascii="Noto Serif CJK SC" w:hAnsi="Noto Serif CJK SC" w:eastAsia="Noto Serif CJK SC"/>
        </w:rPr>
        <w:t>“你信佛法，又肯布施，自己要是修持佛法</w:t>
      </w:r>
    </w:p>
    <w:p>
      <w:pPr>
        <w:spacing w:before="0" w:after="80" w:line="259" w:lineRule="auto"/>
        <w:ind w:firstLine="360"/>
      </w:pPr>
      <w:r>
        <w:rPr>
          <w:rFonts w:ascii="Noto Serif CJK SC" w:hAnsi="Noto Serif CJK SC" w:eastAsia="Noto Serif CJK SC"/>
        </w:rPr>
        <w:t>就更好了。光做好事、布施，是修善、修福，不能成道。你还要修慧，要福慧双修才能成道。所以你还须要修学佛法。”他说：“不要、不要，我太舒服太快乐了，我不需要吃苦修行。”他沉溺于福报，满足于现状，不想修行了。人尚如此，况天人乎？若遇到种种逆缘，吃尽了苦头，觉得很痛苦，那</w:t>
      </w:r>
    </w:p>
    <w:p>
      <w:pPr>
        <w:spacing w:before="0" w:after="80" w:line="259" w:lineRule="auto"/>
        <w:ind w:firstLine="360"/>
      </w:pPr>
      <w:r>
        <w:rPr>
          <w:rFonts w:ascii="Noto Serif CJK SC" w:hAnsi="Noto Serif CJK SC" w:eastAsia="Noto Serif CJK SC"/>
        </w:rPr>
        <w:t>就要发大心出苦了。要出苦，怎么办？赶快修学佛法，所以说“逆缘成为助伴”。逆缘帮助你在境上磨练，看你的心还住境不住境？你若真的心空，就无所谓顺逆，无所谓跟着跑不跑。普贤菩萨十大愿王里就有“恒顺众生”这一愿。恒顺众生，就是常常跟着众生跑。你喜欢吃辣的，好！我跟着你吃辣的；你喜欢吃甜的，好！我跟着你吃甜的；你想打球，好！我陪着你打球；你想跳舞，好！我陪着你跳舞；你要信耶稣教，好！我随着你信耶稣教。一切都无所谓。为什么？磨练真心嘛！我空无所得，一切都是真心的妙用。我跟你跑也是妙用，以便摄受你，这叫做“同事摄”</w:t>
      </w:r>
    </w:p>
    <w:p>
      <w:pPr>
        <w:spacing w:before="0" w:after="80" w:line="259" w:lineRule="auto"/>
        <w:ind w:firstLine="360"/>
      </w:pPr>
      <w:r>
        <w:rPr>
          <w:rFonts w:ascii="Noto Serif CJK SC" w:hAnsi="Noto Serif CJK SC" w:eastAsia="Noto Serif CJK SC"/>
        </w:rPr>
        <w:t>。菩萨行</w:t>
      </w:r>
    </w:p>
    <w:p>
      <w:pPr>
        <w:spacing w:before="0" w:after="80" w:line="259" w:lineRule="auto"/>
        <w:ind w:firstLine="360"/>
      </w:pPr>
      <w:r>
        <w:rPr>
          <w:rFonts w:ascii="Noto Serif CJK SC" w:hAnsi="Noto Serif CJK SC" w:eastAsia="Noto Serif CJK SC"/>
        </w:rPr>
        <w:t>四摄法，其中就有“同事摄”。有很多修道人不愿生西方极乐世界，为什么呢？因为西方极乐世界是顺缘，成道所需的时间太长。西方极乐世界的一天，等于我们这里一个大劫。一个大劫多少天？多得难以算计。一个大劫有四个中劫，一个中劫有二十个小劫，每个小劫有多长时间呢？假如人的寿命有八万四千岁，过一百年减一岁，减到寿命十岁时，过一百年又增加一岁，再增加到八万四千岁。这一增一减，就是一个小劫的时间。八十个这样的小劫是一个大劫。这是多少天？西方极乐世界的一天等于我们这里这么长的时间。再加上那边是顺缘，事事都随你的心，你</w:t>
      </w:r>
    </w:p>
    <w:p>
      <w:pPr>
        <w:spacing w:before="0" w:after="80" w:line="259" w:lineRule="auto"/>
        <w:ind w:firstLine="360"/>
      </w:pPr>
      <w:r>
        <w:rPr>
          <w:rFonts w:ascii="Noto Serif CJK SC" w:hAnsi="Noto Serif CJK SC" w:eastAsia="Noto Serif CJK SC"/>
        </w:rPr>
        <w:t>要怎么就怎么，你要住什么样的房子就有什么样的房子，穿什么衣服都有，用什么东西都有，所以习气不</w:t>
      </w:r>
    </w:p>
    <w:p>
      <w:pPr>
        <w:spacing w:before="0" w:after="80" w:line="259" w:lineRule="auto"/>
        <w:ind w:firstLine="360"/>
      </w:pPr>
      <w:r>
        <w:rPr>
          <w:rFonts w:ascii="Noto Serif CJK SC" w:hAnsi="Noto Serif CJK SC" w:eastAsia="Noto Serif CJK SC"/>
        </w:rPr>
        <w:t>容易断尽，成道所需的时间就长。因此，很多发大心</w:t>
      </w:r>
    </w:p>
    <w:p>
      <w:pPr>
        <w:spacing w:before="0" w:after="80" w:line="259" w:lineRule="auto"/>
        <w:ind w:firstLine="360"/>
      </w:pPr>
      <w:r>
        <w:rPr>
          <w:rFonts w:ascii="Noto Serif CJK SC" w:hAnsi="Noto Serif CJK SC" w:eastAsia="Noto Serif CJK SC"/>
        </w:rPr>
        <w:t>的菩萨说，你们去西方极乐世界，我就在娑婆世界磨练真心，在逆缘当中磨。这是大心菩萨精神，难能可贵啊！“丈夫自有冲天志，不向梵天净土行。”不到大梵天和净土去，这才是大丈夫气慨。如果你真具大丈夫气慨，就要经得起磨练。若经不起磨练，被魔王摄了去，做了魔子魔孙，那就完了。你如果经不起磨练的话，那还是到西方极乐世界去，那里比这里安稳得多。所以，法无定法，要看各人的气魄和各人的根基，没有一成不变的。我们现在修法作功夫，遇到逆境时，不要灰心，这是帮助你成道的助伴。我有个师兄弟，其妻信耶稣教，拉他到耶稣教堂。他说：“好、好，我陪你去。”听牧师讲完道之后，他对她说：“我陪你听牧师讲道，你也陪我去寺里，听听佛教大善知识讲佛法吧。”她说：“不去、不去，那是魔王。你也不许去，咱们回家。”他也就随着回家了。看起来这是逆缘，但是，他不怕。你磨不倒我，我随顺你，我心空空的，逍遥自在得很。所以，他们夫妻关系很好。她问：“你说我是魔王吗？”他答：“不，我说你很好，你是大菩萨。”她说：“我不是大菩萨，</w:t>
      </w:r>
    </w:p>
    <w:p>
      <w:pPr>
        <w:spacing w:before="0" w:after="80" w:line="259" w:lineRule="auto"/>
        <w:ind w:firstLine="360"/>
      </w:pPr>
      <w:r>
        <w:rPr>
          <w:rFonts w:ascii="Noto Serif CJK SC" w:hAnsi="Noto Serif CJK SC" w:eastAsia="Noto Serif CJK SC"/>
        </w:rPr>
        <w:t>我是天主、上帝。”他马上回答：“好、好！是天主、上帝。”这都是助伴，磨练你心空啊！有一首诗说得好：“空、空、空，空里得成功。根本栽培固，哪怕雪和风。”根本坚固了，不怕大雪和狂风，一切逆境来了都不怕，要知道这是我们的助道伴侣啊！逆缘也是好事，不要怕。“烦恼成为道行”。说到道行，有人说：白娘娘只有五百年道行，法海有一千年道行。其实那都是神话，根本没有什么白娘娘。如果我们会利用烦恼，在烦恼上醒悟：这是我真心的妙用！能够这样做，烦恼就帮助你成道，烦恼就成为道行了。越是烦恼大，越是道行高。你经得起烦恼的磨练，心空了，力量就大，就能在烦恼的烈火中锻炼成长，这就是“火中生莲终不坏”，这是了不得的功夫。水中莲花经不起火烧，火一烤就完结了，火中莲花生命力才强。“不舍轮回而住清净。轮回，即“天、人、阿修罗、地狱、饿鬼、畜生”六道轮回。真要彻了生死，未必是离开六道轮回。为什么？因为你如果只是住在界外净土——欲界、色</w:t>
      </w:r>
    </w:p>
    <w:p>
      <w:pPr>
        <w:spacing w:before="0" w:after="80" w:line="259" w:lineRule="auto"/>
        <w:ind w:firstLine="360"/>
      </w:pPr>
      <w:r>
        <w:rPr>
          <w:rFonts w:ascii="Noto Serif CJK SC" w:hAnsi="Noto Serif CJK SC" w:eastAsia="Noto Serif CJK SC"/>
        </w:rPr>
        <w:t>界、无色界之外的净土，那只是小乘阿罗汉。如果要</w:t>
      </w:r>
    </w:p>
    <w:p>
      <w:pPr>
        <w:spacing w:before="0" w:after="80" w:line="259" w:lineRule="auto"/>
        <w:ind w:firstLine="360"/>
      </w:pPr>
      <w:r>
        <w:rPr>
          <w:rFonts w:ascii="Noto Serif CJK SC" w:hAnsi="Noto Serif CJK SC" w:eastAsia="Noto Serif CJK SC"/>
        </w:rPr>
        <w:t>成佛，就要有大心菩萨的行为，在六道里度生，不舍</w:t>
      </w:r>
    </w:p>
    <w:p>
      <w:pPr>
        <w:spacing w:before="0" w:after="80" w:line="259" w:lineRule="auto"/>
        <w:ind w:firstLine="360"/>
      </w:pPr>
      <w:r>
        <w:rPr>
          <w:rFonts w:ascii="Noto Serif CJK SC" w:hAnsi="Noto Serif CJK SC" w:eastAsia="Noto Serif CJK SC"/>
        </w:rPr>
        <w:t>轮回。下面讲一个公案，有一位禅师圆寂后，有人问</w:t>
      </w:r>
    </w:p>
    <w:p>
      <w:pPr>
        <w:spacing w:before="0" w:after="80" w:line="259" w:lineRule="auto"/>
        <w:ind w:firstLine="360"/>
      </w:pPr>
      <w:r>
        <w:rPr>
          <w:rFonts w:ascii="Noto Serif CJK SC" w:hAnsi="Noto Serif CJK SC" w:eastAsia="Noto Serif CJK SC"/>
        </w:rPr>
        <w:t>他的弟子：“你师父生了什么净土？是西方极乐世界，或是东方净琉璃世界，还是兜率内院？”答：“我师父东方也不去、西方也不去。”问“东、西方都不去，那他到哪里去了？”答：“东家做牛，西家做马。</w:t>
      </w:r>
    </w:p>
    <w:p>
      <w:pPr>
        <w:spacing w:before="0" w:after="80" w:line="259" w:lineRule="auto"/>
        <w:ind w:firstLine="360"/>
      </w:pPr>
      <w:r>
        <w:rPr>
          <w:rFonts w:ascii="Noto Serif CJK SC" w:hAnsi="Noto Serif CJK SC" w:eastAsia="Noto Serif CJK SC"/>
        </w:rPr>
        <w:t>”问</w:t>
      </w:r>
    </w:p>
    <w:p>
      <w:pPr>
        <w:spacing w:before="0" w:after="80" w:line="259" w:lineRule="auto"/>
        <w:ind w:firstLine="360"/>
      </w:pPr>
      <w:r>
        <w:rPr>
          <w:rFonts w:ascii="Noto Serif CJK SC" w:hAnsi="Noto Serif CJK SC" w:eastAsia="Noto Serif CJK SC"/>
        </w:rPr>
        <w:t>者道：“你在骂你师父啊！”答者笑道：“哈哈，苍天、苍天！冤枉、冤枉！”其意思是：我在赞叹我的师父，你却说我在骂他，真是冤枉啊！我师父道行深、有把握，敢于“东家做牛，西家做马”，向异类中行，“不舍轮回而住清净”。你们有这个把握吗？我这是赞叹，而你却不知道。所以，这“苍天、苍天”大有妙处。赵州禅师，人称“赵州古佛”，说起话来妙得很，软绵绵的象团棉花，但是你捏不得。为什么？棉里藏针，一捏就扎手。有一次，他要到天台山去见阿弥陀佛。阿弥陀佛是谁？丰干禅师就是阿弥陀佛的化身。丰干禅师座下有寒山子、拾得子，是文殊菩萨、普贤菩萨的化身。赵州禅师走到天台山，刚刚下过雨，地下明显地印着很多牛蹄印。他看见一个童子，骑在牛背上吹笛子，这童子就是寒山子。童子问赵州：“上座还识牛么？”上座，是对僧人的尊称。他问赵州禅师：你还认得牛吗？要是答“认得”就上当了，那就</w:t>
      </w:r>
    </w:p>
    <w:p>
      <w:pPr>
        <w:spacing w:before="0" w:after="80" w:line="259" w:lineRule="auto"/>
        <w:ind w:firstLine="360"/>
      </w:pPr>
      <w:r>
        <w:rPr>
          <w:rFonts w:ascii="Noto Serif CJK SC" w:hAnsi="Noto Serif CJK SC" w:eastAsia="Noto Serif CJK SC"/>
        </w:rPr>
        <w:t>证明你还没超出着境粘心的凡夫境界。另一位禅师丹霞天然就曾问来僧：“甚处来？”僧云：“山下来。霞云：“吃饭了也未？”僧云：“吃饭了。”霞云：“将饭来与汝吃的人，还具眼么？”给你饭吃的那个人，长了眼睛没有？意思是，他看错了人，供养了你这个着境粘心的俗汉。赵州禅师是大手笔的宗师，不会上这个当。寒山子问：“上座还识牛么？”赵州答：“不识。这就象达摩祖师回答梁武帝一样。梁武帝问：“对朕者谁？”摩曰：“不识。”达摩祖师连自己也不认识吗？赵州禅师连牛也不认识吗？不是这个意思！在认识、不认识上着眼都错。达摩祖师答“不识”是针对问话中的那个“谁”</w:t>
      </w:r>
    </w:p>
    <w:p>
      <w:pPr>
        <w:spacing w:before="0" w:after="80" w:line="259" w:lineRule="auto"/>
        <w:ind w:firstLine="360"/>
      </w:pPr>
      <w:r>
        <w:rPr>
          <w:rFonts w:ascii="Noto Serif CJK SC" w:hAnsi="Noto Serif CJK SC" w:eastAsia="Noto Serif CJK SC"/>
        </w:rPr>
        <w:t>，赵州禅师答“不识”是针对问</w:t>
      </w:r>
    </w:p>
    <w:p>
      <w:pPr>
        <w:spacing w:before="0" w:after="80" w:line="259" w:lineRule="auto"/>
        <w:ind w:firstLine="360"/>
      </w:pPr>
      <w:r>
        <w:rPr>
          <w:rFonts w:ascii="Noto Serif CJK SC" w:hAnsi="Noto Serif CJK SC" w:eastAsia="Noto Serif CJK SC"/>
        </w:rPr>
        <w:t>话中的那个“牛”，二答同出一辙，都是扫荡一切粘滞、超越一切能所相对，不着在“谁”上、不着在“牛”上，将赤裸裸净洒洒的灵明真心和盘托出。寒山子听到赵州禅师答“不识”，就指着牛蹄印说：“此是五百罗汉游山。”赵州问：“既是罗汉，为甚么却作牛去？”寒山子说：“苍天、苍天！”这是什么意思？这是说，你这个人分别心炽盛。一切众生都是佛，都具如来智慧德相，你还从脚印上分别罗汉、牛啊！“苍天、苍天！”就把赵州禅师罩住了。赵州毕竟是大手笔宗师，善于在无法转身处转身，就象太极推手一样，四两拨</w:t>
      </w:r>
    </w:p>
    <w:p>
      <w:pPr>
        <w:spacing w:before="0" w:after="80" w:line="259" w:lineRule="auto"/>
        <w:ind w:firstLine="360"/>
      </w:pPr>
      <w:r>
        <w:rPr>
          <w:rFonts w:ascii="Noto Serif CJK SC" w:hAnsi="Noto Serif CJK SC" w:eastAsia="Noto Serif CJK SC"/>
        </w:rPr>
        <w:t>千斤，于是他哈哈大笑。寒山子问：“作甚么？”你笑什么？赵州说：“苍天、苍天！”意思是，你问“作甚么”，还是有个东西在啊！寒山子赞叹道：“这儿宛有大人之作。”你具有大丈夫的作略，具有解脱者的风范。宗下叫我们时时见性，在一切作用中见性，不跟境界跑。永嘉禅师说：“行亦禅，坐亦禅，语默动静体安然。”禅宗禅宗，处处是禅，时时皆宗，故云：“日日是好日”。所以，“不舍轮回而住清净”。本体清净，在在处处都是道场，还有轮回相可得么？</w:t>
      </w:r>
    </w:p>
    <w:p>
      <w:pPr>
        <w:spacing w:before="0" w:after="80" w:line="259" w:lineRule="auto"/>
        <w:ind w:firstLine="360"/>
      </w:pPr>
      <w:r>
        <w:rPr>
          <w:rFonts w:ascii="Noto Serif CJK SC" w:hAnsi="Noto Serif CJK SC" w:eastAsia="Noto Serif CJK SC"/>
        </w:rPr>
        <w:t>六、无功用行</w:t>
      </w:r>
    </w:p>
    <w:p>
      <w:pPr>
        <w:spacing w:before="0" w:after="80" w:line="259" w:lineRule="auto"/>
        <w:ind w:firstLine="360"/>
      </w:pPr>
      <w:r>
        <w:rPr>
          <w:rFonts w:ascii="Noto Serif CJK SC" w:hAnsi="Noto Serif CJK SC" w:eastAsia="Noto Serif CJK SC"/>
        </w:rPr>
        <w:t>“解脱染净缠缚，无功用修正而任运也。对污染、清净分别不休，就被染、净的概念缠住束住了。从这种缠缚中解脱出来，就是“解脱染净缠缚”《金刚经》云：“应无所住，而生其心”，应是随顺，无所住是不粘滞，随一切缘而不粘滞，生灵妙无住之心，这是“无功用修正”。八地以前的菩萨都是有功用修正，比如我们教大家时刻照顾本来，照顾就是有功用修正，但是你不照顾不行，习气重啊！一旦忘记掉，就又住相、住境了，又跟妄念跑了。所以，要时时刻刻注意观照，这是从有功用转化到无功用的方法。八地以上的菩萨，才能“无功用修正，而任运也。”修正者，就是不要散乱，时时刻刻正念昭昭，了了分明，惺惺寂寂，寂寂惺惺。无功用者，连观照之心都没有了，这才是“无功用修正”。诸位注意，不是现在让你马上做到，而是要从有功用到无功用。有功用修正时，不要认为这样修就满足了，就以为是修好了。我们要进步、进步、更进步，八地、九地、十地不算，等妙二觉还不算，要究竟觉——圆成佛果才能了手。所以，要努力做功夫，功夫做到最后才能</w:t>
      </w:r>
    </w:p>
    <w:p>
      <w:pPr>
        <w:spacing w:before="0" w:after="80" w:line="259" w:lineRule="auto"/>
        <w:ind w:firstLine="360"/>
      </w:pPr>
      <w:r>
        <w:rPr>
          <w:rFonts w:ascii="Noto Serif CJK SC" w:hAnsi="Noto Serif CJK SC" w:eastAsia="Noto Serif CJK SC"/>
        </w:rPr>
        <w:t>任运。要从“有功用修正”着手，不这样，怎么能到“无功用修正”的程度呢？那就要于妄念息处，识得真心，时时保护它，这点最重要。“如无此解法之道力，虽有至高之见地、甚深之修持，亦于心无利。“解法”就是认识法身。如果只知道死做功夫，或者道理讲得很好，但却不认识法身，就是“无此解法之道力”。若无此道力，“虽有至高之见地、甚深之修持，亦于心无利。”至高之见地，指道理懂得很多，讲得很好。甚深之修持，指打座功夫很好，入定很深。若不认识法身，只有这些是不行的。香严禅师原是百</w:t>
      </w:r>
    </w:p>
    <w:p>
      <w:pPr>
        <w:spacing w:before="0" w:after="80" w:line="259" w:lineRule="auto"/>
        <w:ind w:firstLine="360"/>
      </w:pPr>
      <w:r>
        <w:rPr>
          <w:rFonts w:ascii="Noto Serif CJK SC" w:hAnsi="Noto Serif CJK SC" w:eastAsia="Noto Serif CJK SC"/>
        </w:rPr>
        <w:t>丈禅师的弟子，他很聪明，对经论禅语样样通达，问</w:t>
      </w:r>
    </w:p>
    <w:p>
      <w:pPr>
        <w:spacing w:before="0" w:after="80" w:line="259" w:lineRule="auto"/>
        <w:ind w:firstLine="360"/>
      </w:pPr>
      <w:r>
        <w:rPr>
          <w:rFonts w:ascii="Noto Serif CJK SC" w:hAnsi="Noto Serif CJK SC" w:eastAsia="Noto Serif CJK SC"/>
        </w:rPr>
        <w:t>一答十，但却没有解法之道力，没有认识法身。百丈禅师圆寂之后，香严就去参问他的师兄沩山禅师。沩山禅师看到香严来了，对他说：“我闻汝在百丈先师处，问一答十，问十答百，此是汝聪明灵利，意解识想，生死根本。父母未生时，试道一句看！”香严被问住了，茫然无答。在经书上找，在他看过的文章里找，竟找不到一句答语。他为自己叹息：“画饼不可充饥”，屡次请求沩山禅师给他说破。沩山说：“我若</w:t>
      </w:r>
    </w:p>
    <w:p>
      <w:pPr>
        <w:spacing w:before="0" w:after="80" w:line="259" w:lineRule="auto"/>
        <w:ind w:firstLine="360"/>
      </w:pPr>
      <w:r>
        <w:rPr>
          <w:rFonts w:ascii="Noto Serif CJK SC" w:hAnsi="Noto Serif CJK SC" w:eastAsia="Noto Serif CJK SC"/>
        </w:rPr>
        <w:t>说似汝，汝以后骂我去。我说的是我的，终不干汝事。所以，若不具解法的道力，于修心没有什么实际利益。香严禅师遂将平日所看的文字烧掉，气愤地说：“此生不学佛法也。且作个长行粥饭僧，免役心神。便泣别沩山禅师，到一所荒废了的古寺庙（南阳忠国师遗迹）里住下，自耕自食。他烧却文字，不学佛法，扫掉了“至高之见地”；长行粥饭，免役心神，排除了“甚深之修持”。但“父母未生时”这个话头，他却时时处处没有忘记。禅宗参话头的修法，是由宋朝的大慧宗杲禅师力倡而风靡禅林。香严禅师是唐朝人，那时禅宗多用直指，参话头并没有广行。香严禅师可谓是开了“参话头”的端倪。他行也参、坐也参、下地耕田也参，正所谓“行住坐卧，不离这个”。他不但抛却了世间名利，出家学道，而且扫除了“开悟”“成道”等种种概念，置心一处。这样久久行去，好消息就要来了。有一天，他开荒种田，一锄头锄过去，锄到一块瓦砾，他拿起一掷，正好打在田边的竹子上，“啪啦”一声，震醒了生死大梦，顿时打开本来。噢！原来如此。这在禅宗谓之“破参”——参破了所参的话头。那么，父母未生时是什么面目啊？香严禅师没有说破。幸好他没说，不然，“父母未生时”以后就不能作为话头来参了。有了现成答案，就提不起疑情</w:t>
      </w:r>
    </w:p>
    <w:p>
      <w:pPr>
        <w:spacing w:before="0" w:after="80" w:line="259" w:lineRule="auto"/>
        <w:ind w:firstLine="360"/>
      </w:pPr>
      <w:r>
        <w:rPr>
          <w:rFonts w:ascii="Noto Serif CJK SC" w:hAnsi="Noto Serif CJK SC" w:eastAsia="Noto Serif CJK SC"/>
        </w:rPr>
        <w:t>了。到了宋朝，由于大慧禅师的提倡，参话头盛行。有一个和尚也参“父母未生时”这个话头。他不象香严禅师那样，烧却文字、不学佛法、长行粥饭、免役心神，他对至高之见地、甚深之修持扫得不尽，就不免役使心神，参话头过急。久久他变得疯颠了，嘴里念念叨叨，露宿街头巷尾，然而“父母未生前的本来面目”却时时处处没有忘记。有一天，他遇到两兄弟打架，叔叔出面劝阻。叔叔说：“你们父亲在世的时候，可是有面目的人啊……”有面目就是有面子、有威望。这和尚一听到“有面目”，就傻愣愣地挤进围观的人群，要找到这个面目。叔叔批评他的两个侄子：“你们却打架，象什么话？这么没面目！”这和尚一听到“没面目”，顿然虚空粉碎、大地平沉，真如实相朗然现前，他破参开悟了，从此不疯不颠，逍遥自在去也。“没面目”就是无相之实相，就是自性啊！只知道无相的理论，不见自性，落不到实处，任你说得天花乱坠、地涌金莲，也没有用。必须落实在心地深处，明见自性，才可透得过种种境界。香严禅师破参悟道之后，沐浴焚香，遥向沩山方向礼拜说：“和尚大慈，恩逾父母。当时若为我说破，何有今日之事！”乃有颂曰：</w:t>
      </w:r>
    </w:p>
    <w:p>
      <w:pPr>
        <w:spacing w:before="0" w:after="80" w:line="259" w:lineRule="auto"/>
        <w:ind w:firstLine="360"/>
      </w:pPr>
      <w:r>
        <w:rPr>
          <w:rFonts w:ascii="Noto Serif CJK SC" w:hAnsi="Noto Serif CJK SC" w:eastAsia="Noto Serif CJK SC"/>
        </w:rPr>
        <w:t>“一击忘所知，更不假修</w:t>
      </w:r>
    </w:p>
    <w:p>
      <w:pPr>
        <w:spacing w:before="0" w:after="80" w:line="259" w:lineRule="auto"/>
        <w:ind w:firstLine="360"/>
      </w:pPr>
      <w:r>
        <w:rPr>
          <w:rFonts w:ascii="Noto Serif CJK SC" w:hAnsi="Noto Serif CJK SC" w:eastAsia="Noto Serif CJK SC"/>
        </w:rPr>
        <w:t>持。动容扬古路，不堕悄然机。处处无踪迹，声色外威仪。诸方达道者，咸言上上机。”这个颂传到了沩山那里，沩山禅师对他的高足弟子仰山禅师说：“此子彻也。”仰山却说：“此是心机意识，著述得成。待某甲亲自勘过。”他要亲自考考香严。仰山见到香严，说：“和尚赞叹师弟发明大事，你试说看。”香严举出前颂，仰山说：“此是夙习记持而成。若有正悟，别更说看。”香严又颂曰：“去年贫，未是贫；今年贫，始是贫。去年贫，犹有卓锥之地；今年贫，锥也无。仰山说：“如来禅许师弟会，祖师禅未梦见在。”香严禅师又成一颂：“我有一机，瞬目视伊。若人不会，别唤沙弥。”仰山听后大喜，报告给沩山说：“且喜闲师弟会祖师禅也。”香严禅师法名智闲，故仰山称他“闲师弟”。他原是跟百丈禅师学禅，但后来在沩山禅师的激励下开悟，就成了沩山禅师的弟子。我们在这里不能扯得太远，这段公案就不再解释了，留给你们自己去透吧。别看现在这里有这么多人听讲，若无“解法之道力”，脚跟未必站得稳。一听人家说，我的法怎么好、怎么妙、怎么高超，一下子就滑过去了，他要学“至高之见地”。一听人家说，我的法多么多么有力量，能出多大多大的神通，马上就跟着跑了，他要学“甚</w:t>
      </w:r>
    </w:p>
    <w:p>
      <w:pPr>
        <w:spacing w:before="0" w:after="80" w:line="259" w:lineRule="auto"/>
        <w:ind w:firstLine="360"/>
      </w:pPr>
      <w:r>
        <w:rPr>
          <w:rFonts w:ascii="Noto Serif CJK SC" w:hAnsi="Noto Serif CJK SC" w:eastAsia="Noto Serif CJK SC"/>
        </w:rPr>
        <w:t>深之修持”。他不晓得真心是根本啊！“如无此解法之道力，虽有至高之见地、甚深之修持，亦于心无利。你那理论敌不得生死，你那神通算不上解脱。若不认识根本，没有用处。若不得漏尽通，即使发了五神通，也是妖通。不但不能解脱，还有入魔的危险。因为“无解法之道力……于心无利”啊！“烦恼力未退，非真实之道。为什么“解法之道力”这么重要呢？因为若无此道力，便不识无相之真心，那就是“烦恼力未退，非真实之道。”你心中的烦恼力没有退掉，总在烦恼当中，就不是真实解脱之大道。我们学佛，要认识根本，从而得此“解法之道力”，这才是“真实之道”，不能跟着邪魔外道走。跟邪魔外道走，将来会成魔子魔孙，而不会成佛的啊！“如得此自起自灭之妙要，虽毫无至高见地之持法与甚深修法之缘依，然其自性亦决能从二执之缠缚得解脱。我们认识到了妄念根本不可得，就不用去管它，</w:t>
      </w:r>
    </w:p>
    <w:p>
      <w:pPr>
        <w:spacing w:before="0" w:after="80" w:line="259" w:lineRule="auto"/>
        <w:ind w:firstLine="360"/>
      </w:pPr>
      <w:r>
        <w:rPr>
          <w:rFonts w:ascii="Noto Serif CJK SC" w:hAnsi="Noto Serif CJK SC" w:eastAsia="Noto Serif CJK SC"/>
        </w:rPr>
        <w:t>不用去压制它，任它自起自灭。在“起灭随无”之际，“随妄本净”，回光一瞥，一把擒来，从而识取真心，便得“此自起自灭之妙要”了。我们打坐的时候，念头来了不要去睬它，只管持咒，任它念头自起自灭。如果你要压住它，在心里念叨：“不要起、不要起”那你就会胸口发闷，很紧张、很难过、很不舒服。很多人胸口发闷就是这么回事，他太紧张了。只要不跟着念头跑，让它自起自灭，就会轻松爽快，久久则定，随着你念咒功夫的深入，慢慢地入定了，进而由定开慧。打坐时如此，平时也如此。就象在南京路、西藏路（上海繁华处）路口，人来人往、车来车去。他们来了与你不相干，你不拉他们，他们就过去了。念头起了你就让它起，它自起自灭，并不长久，自然就灭掉了。但如果念头来了，你不知道，那就坏了。分明是跟着妄念跑而不自知，分明是攀缘住着，哪里还是修行啊！所以，看见念头，不跟它跑，任它自起自灭，这非常重要。“如得此自起自灭之妙要，虽毫无至高见地之持法与甚深修法之缘依，然其自性亦决能从二执之缠缚得解脱。“至高见地之持法”，即前句讲的“至高之见地”“甚深修法之缘依”，即“甚深之修持”。有“至高之见地”可持、有“甚深之修持”可依，这都不可靠。</w:t>
      </w:r>
    </w:p>
    <w:p>
      <w:pPr>
        <w:spacing w:before="0" w:after="80" w:line="259" w:lineRule="auto"/>
        <w:ind w:firstLine="360"/>
      </w:pPr>
      <w:r>
        <w:rPr>
          <w:rFonts w:ascii="Noto Serif CJK SC" w:hAnsi="Noto Serif CJK SC" w:eastAsia="Noto Serif CJK SC"/>
        </w:rPr>
        <w:t>“解法之道力”，即“自起自灭之妙要”</w:t>
      </w:r>
    </w:p>
    <w:p>
      <w:pPr>
        <w:spacing w:before="0" w:after="80" w:line="259" w:lineRule="auto"/>
        <w:ind w:firstLine="360"/>
      </w:pPr>
      <w:r>
        <w:rPr>
          <w:rFonts w:ascii="Noto Serif CJK SC" w:hAnsi="Noto Serif CJK SC" w:eastAsia="Noto Serif CJK SC"/>
        </w:rPr>
        <w:t>，才是最重要</w:t>
      </w:r>
    </w:p>
    <w:p>
      <w:pPr>
        <w:spacing w:before="0" w:after="80" w:line="259" w:lineRule="auto"/>
        <w:ind w:firstLine="360"/>
      </w:pPr>
      <w:r>
        <w:rPr>
          <w:rFonts w:ascii="Noto Serif CJK SC" w:hAnsi="Noto Serif CJK SC" w:eastAsia="Noto Serif CJK SC"/>
        </w:rPr>
        <w:t>的。前句是说，若不得妙要，纵然具有高见、深修，也不得解脱。此句是说，得此妙要，就算不具高见深修，也能得解脱。这两句话，是从一反一正两个方面强调“解法之道力”的重要性。其实，得此妙要方称</w:t>
      </w:r>
    </w:p>
    <w:p>
      <w:pPr>
        <w:spacing w:before="0" w:after="80" w:line="259" w:lineRule="auto"/>
        <w:ind w:firstLine="360"/>
      </w:pPr>
      <w:r>
        <w:rPr>
          <w:rFonts w:ascii="Noto Serif CJK SC" w:hAnsi="Noto Serif CJK SC" w:eastAsia="Noto Serif CJK SC"/>
        </w:rPr>
        <w:t>至高之见地，具此道力才是甚深之修持。前述见地修</w:t>
      </w:r>
    </w:p>
    <w:p>
      <w:pPr>
        <w:spacing w:before="0" w:after="80" w:line="259" w:lineRule="auto"/>
        <w:ind w:firstLine="360"/>
      </w:pPr>
      <w:r>
        <w:rPr>
          <w:rFonts w:ascii="Noto Serif CJK SC" w:hAnsi="Noto Serif CJK SC" w:eastAsia="Noto Serif CJK SC"/>
        </w:rPr>
        <w:t>持之高深，是有相的、相对的高深；得此妙要、具此道力，才是超越的、离相的、绝对的高深。“然其自性亦决能从二执之缠缚得解脱”“二执”就是执两边，有好多种讲法。执好执坏、执有执无、执是执非、执空执有，还有人我执、法我执。二执很多啊！都是倒向两边的。“人我执”，认这个身体或这个思想为我。这是我，以我为主，你们都不要抵抗，都要依从我，都要执行我的意见，都要服从我的意志，贡高我慢全都来了。二乘，就是罗汉、辟支佛，他已除掉了“人我执”，但还有“法我执”——有法可修、有道可成。大乘空宗讲“空”，见地很高超，理论很细密。但却不能执着，执着了便是“执空”。大乘有宗，如法相宗，它是讲“有”的，见地也很高超，理论也很细密。但也不能执着，执着了便是“执有”人们多生历劫执着惯了，深受“二执”的缠绕束缚，即“二执之缠缚”。它捆住我们，使我们不得解脱。</w:t>
      </w:r>
    </w:p>
    <w:p>
      <w:pPr>
        <w:spacing w:before="0" w:after="80" w:line="259" w:lineRule="auto"/>
        <w:ind w:firstLine="360"/>
      </w:pPr>
      <w:r>
        <w:rPr>
          <w:rFonts w:ascii="Noto Serif CJK SC" w:hAnsi="Noto Serif CJK SC" w:eastAsia="Noto Serif CJK SC"/>
        </w:rPr>
        <w:t>但是，假如你得此“自起自灭之妙要”</w:t>
      </w:r>
    </w:p>
    <w:p>
      <w:pPr>
        <w:spacing w:before="0" w:after="80" w:line="259" w:lineRule="auto"/>
        <w:ind w:firstLine="360"/>
      </w:pPr>
      <w:r>
        <w:rPr>
          <w:rFonts w:ascii="Noto Serif CJK SC" w:hAnsi="Noto Serif CJK SC" w:eastAsia="Noto Serif CJK SC"/>
        </w:rPr>
        <w:t>，具此“解法</w:t>
      </w:r>
    </w:p>
    <w:p>
      <w:pPr>
        <w:spacing w:before="0" w:after="80" w:line="259" w:lineRule="auto"/>
        <w:ind w:firstLine="360"/>
      </w:pPr>
      <w:r>
        <w:rPr>
          <w:rFonts w:ascii="Noto Serif CJK SC" w:hAnsi="Noto Serif CJK SC" w:eastAsia="Noto Serif CJK SC"/>
        </w:rPr>
        <w:t>之道力”，它也捆不了多长时间，你一定能够从“二执之缠缚”中解脱出来。“如到金洲，求他石了不可得。金洲，纯是黄金的地方。有这种地方吗？何止是有！还有比这更好的地方。西方极乐世界就比金洲更好。在西方极乐世界，想找块石头是不可能的。楼台殿阁，也不是石头砖头造的，那是七宝合成，异常坚固，充满光明。你若到了“金洲”——纯是黄金的地方，根本无法找到一块不是黄金的其他石头——“求他石了不可得”。这比喻我们若是得了起灭之妙要、具有解法之道力，就象是到了金洲，除了黄金没有别的，比喻除了解脱没有别的，那就只能得解脱，得不到别的，是必定能成道的。“任何所起之动、静妄想，皆唯现成之真实定境。这句话的意思是：随便起什么妄想，动的妄想也好、静的妄想也好，都只能是现成的真实定境，已不是什么妄想了。就象“到金洲，求他石了不可得”一</w:t>
      </w:r>
    </w:p>
    <w:p>
      <w:pPr>
        <w:spacing w:before="0" w:after="80" w:line="259" w:lineRule="auto"/>
        <w:ind w:firstLine="360"/>
      </w:pPr>
      <w:r>
        <w:rPr>
          <w:rFonts w:ascii="Noto Serif CJK SC" w:hAnsi="Noto Serif CJK SC" w:eastAsia="Noto Serif CJK SC"/>
        </w:rPr>
        <w:t>样，到了这里，唯有真实定境，找不到什么妄想。为什么妄想能转为真实定境呢？那是因为得了起灭之妙要，具有解法之道力故也。你可能会问：妄想都是动的，还有静的妄想吗？是的。求静也是妄想，一味追求入定，一定要定几个劫，住在定上，有定境可得，这就是静的妄想。所以我们说，打坐的时候不要有入定的企盼。一上座就追求入定，正是“静妄想”。妄想一起，这一座就坐不好了。要随顺而入，不去管它定不定，总是持咒不停，一句顶着一句念咒，那就自然入定了。还有，明明知道环境不允许，条件不具备，偏要想到一个幽静的地方去修行，这也是“静妄想”“动妄想”就更多了，要这要那，都是动的妄想。尽管动的、静的妄想很多，但这些都是现成的真实定境。念起念灭，不睬它，时时识得真心，认取本来面目，不跟妄想跑，当然得解脱，当然是定境。我们讲过，并不是死坐在那里不动才是定，而是对境不迷惑，任何境界现前，我都心不动摇，这才是无出无入的大定。比如二八佳人、妙龄少女，她是什么东西？白骨骷髅、臭躯壳，臭得很，有什么好看？你为什么见之心动？为什么跟她跑？分明是淫欲心在作怪。“二八佳人体似酥，腰间仗剑斩凡夫。虽然不见人头</w:t>
      </w:r>
    </w:p>
    <w:p>
      <w:pPr>
        <w:spacing w:before="0" w:after="80" w:line="259" w:lineRule="auto"/>
        <w:ind w:firstLine="360"/>
      </w:pPr>
      <w:r>
        <w:rPr>
          <w:rFonts w:ascii="Noto Serif CJK SC" w:hAnsi="Noto Serif CJK SC" w:eastAsia="Noto Serif CJK SC"/>
        </w:rPr>
        <w:t>落，暗里摧尽骨髓枯。”淫欲是生死根本啊！诸位，若淫欲不断，西方极乐世界是生不去的。有人说，夫妻之间可是正淫啊！哈哈！夫妻正淫那只是随着你的习性，方便说说而已。知道你们夫妻的淫欲心一时断不了，故说夫妻正淫，意在不能邪淫。说到究竟处，正淫也要断！为什么？要生西方极乐世界，就要断除淫欲心。淫欲不断，不能清净，与净土不相应，怎么能生到净土去？淫欲心最坏，即使你发了神通，淫欲心一来，神通就没有了。云门禅师三世为王之后，神通一点都没有了。他前生作人王，三宫六院、七十二妃，女人太多，神通全失光了。西天有个大阿罗汉，肉身能飞行。国王请这个罗汉到王宫里应供，罗汉一下子就飞进了王宫。国王恭敬大阿罗汉，让王妃出来敬酒。这王妃长得非常漂亮，罗汉看见她，心动了一下。就这一下，神通没有了，不能飞回去了。这种例子还有很多，所以，淫欲心不能动啊！“复求迷乱自性者，了不可得。认取自性之后，时时处处绵密保任，久久就成道了。再反过来找迷乱自性的无明妄想，再也不可能找到了——“复求迷乱自性者，了不可得”。有人问，</w:t>
      </w:r>
    </w:p>
    <w:p>
      <w:pPr>
        <w:spacing w:before="0" w:after="80" w:line="259" w:lineRule="auto"/>
        <w:ind w:firstLine="360"/>
      </w:pPr>
      <w:r>
        <w:rPr>
          <w:rFonts w:ascii="Noto Serif CJK SC" w:hAnsi="Noto Serif CJK SC" w:eastAsia="Noto Serif CJK SC"/>
        </w:rPr>
        <w:t>我认识佛性，不迷了，成佛之后，还会不会再迷？你不必担心。《圆觉经》云：“譬如销金矿，金非销故有。虽复本来金，终以销成就。一成真金体，不复重为矿。这里的“销”，就是我们现在所说的冶炼。金矿本来就含金，并不是冶炼产生金，因为“金非销故有”比喻众生本具佛性，并不是原无佛性，因修而有。然而，虽然是恢复金矿中原有之金，终究是用冶炼的手段来成就的——“虽复本来金，终以销成就”。比喻众生虽具“本觉智”，根本是觉的，只因妄想执着，同时具有无明烦恼，所以，必须通过修行，得到“始觉智”，始觉合本觉，从而破无明、断烦恼，才能开显本具之佛性。“一成真金体，不复重为矿”。比喻一旦成道，就永远不会再迷了。</w:t>
      </w:r>
    </w:p>
    <w:p>
      <w:pPr>
        <w:spacing w:before="0" w:after="80" w:line="259" w:lineRule="auto"/>
        <w:ind w:firstLine="360"/>
      </w:pPr>
      <w:r>
        <w:rPr>
          <w:rFonts w:ascii="Noto Serif CJK SC" w:hAnsi="Noto Serif CJK SC" w:eastAsia="Noto Serif CJK SC"/>
        </w:rPr>
        <w:t>法尔真实即是真正大手印</w:t>
      </w:r>
    </w:p>
    <w:p>
      <w:pPr>
        <w:spacing w:before="0" w:after="80" w:line="259" w:lineRule="auto"/>
        <w:ind w:firstLine="360"/>
      </w:pPr>
      <w:r>
        <w:rPr>
          <w:rFonts w:ascii="Noto Serif CJK SC" w:hAnsi="Noto Serif CJK SC" w:eastAsia="Noto Serif CJK SC"/>
        </w:rPr>
        <w:t>一、大手印三要乃统一的整体</w:t>
      </w:r>
    </w:p>
    <w:p>
      <w:pPr>
        <w:pStyle w:val="Heading3"/>
      </w:pPr>
      <w:r>
        <w:rPr>
          <w:rFonts w:ascii="Noto Serif CJK SC" w:hAnsi="Noto Serif CJK SC" w:eastAsia="Noto Serif CJK SC"/>
        </w:rPr>
        <w:t>10.15 恒河大手印（第十五讲）</w:t>
      </w:r>
    </w:p>
    <w:p>
      <w:pPr>
        <w:spacing w:before="0" w:after="80" w:line="259" w:lineRule="auto"/>
        <w:ind w:firstLine="360"/>
      </w:pPr>
      <w:r>
        <w:rPr>
          <w:rFonts w:ascii="Noto Serif CJK SC" w:hAnsi="Noto Serif CJK SC" w:eastAsia="Noto Serif CJK SC"/>
        </w:rPr>
        <w:t>“见、定、行三要是三世佛之密意中心，一切乘之顶尖，故曰诸佛之母。我们前面讲过：“见”者，了知一真法界、法尔如来藏心，无量显现染净诸法，具足法尔平等性义。“见宗”才是正知见。“定”者，不是死定，而是活定。故空悲双融方为正定。“行”者，内不随妄念迁流，外不为境界所动，令心如河流，任运自然住，保任于惺惺寂寂。这才是正行。三要就是三个要点。“见、定、行三要，是三世佛之密意中心”，三世，就是过去世、现在世、未来世。三世佛之密意中心，就是自性真如、涅槃妙心、一真法界、妙明真心、真如实相、如来藏心、大圆觉海、如如、菩提、法身、佛性、总持、大佛顶、主人翁、无底钵、没弦琴、无尽灯、无根树、吹毛剑、无为国、摩尼珠、无钥锁，乃至泥牛、木马、心源、心印、心镜、心月、心珠等等。名虽多</w:t>
      </w:r>
    </w:p>
    <w:p>
      <w:pPr>
        <w:spacing w:before="0" w:after="80" w:line="259" w:lineRule="auto"/>
        <w:ind w:firstLine="360"/>
      </w:pPr>
      <w:r>
        <w:rPr>
          <w:rFonts w:ascii="Noto Serif CJK SC" w:hAnsi="Noto Serif CJK SC" w:eastAsia="Noto Serif CJK SC"/>
        </w:rPr>
        <w:t>般，意实一也。“密意”的“密”，是指无相可见，说不出来，无法可说，不是语言的对象。并不是故意保密，不告诉人。虽不可说，却是中心。此即是大乘佛教的“一实相印”，用它来判断是不是大乘佛教。若背离了这个宗旨，说不到这上头，就不是大乘佛教。《大集经》云：“末法亿亿人修行，罕一得道，唯依念佛，得度生死。”念者，今心也，即当前一念心。佛者，觉也，即真如自性、一实相印。见、定、行三要之行法，令心念念在觉，不离一实相印，正是“实相念佛”《观无量寿经》讲了十六种观法，修习这十六种观法也是念佛，谓之“观想念佛”，观观未离妙明真心。瞻视西方极乐世界、阿弥陀佛的圣相，妙相庄严，至心信乐，愿生彼国，也是念佛，谓之“观相念佛”，也在在未离妙明真心。执持阿弥陀佛圣号，心念耳闻，摄住烦乱之心，将妄念转换为佛念，一句“南无阿弥陀佛”贯彻始终，谓之“持名念佛”。持名念佛何曾离开真心半步！若口诵心不行，那就不是念佛。憨山大师云：“口念弥陀心散乱，喊破喉咙也枉然”！末法修行，若欲得度生死，唯依这“都摄六根，净念相继”的种种念佛法门。大手印最直接，正是实相念佛。正是三世佛之密意中心。“一切乘之顶尖”。密宗判定佛法共分九乘次第</w:t>
      </w:r>
    </w:p>
    <w:p>
      <w:pPr>
        <w:spacing w:before="0" w:after="80" w:line="259" w:lineRule="auto"/>
        <w:ind w:firstLine="360"/>
      </w:pPr>
      <w:r>
        <w:rPr>
          <w:rFonts w:ascii="Noto Serif CJK SC" w:hAnsi="Noto Serif CJK SC" w:eastAsia="Noto Serif CJK SC"/>
        </w:rPr>
        <w:t>——外三乘、内三乘、密三乘。恒河大手印、大圆满，统属最高一层，所以说“见、定、行三要”是一切乘之顶尖，象宝塔一样到了尖顶了。“故曰诸佛之母”这是十方三世诸佛之母，一切佛都是依此法而出世，一切法都是从这里派生出来。“如上三要乃自性大圆满之见、定、行、果，四者在自性了彻之境中，统摄为一面，行之最极心要。亦是即定即行之要。“自性大圆满之见、定、行、果”，指自性大圆满修行的四个阶段。如上三要者，即以上所论述的正见、正定、正行三要，它是三世佛之密意中心，即我</w:t>
      </w:r>
    </w:p>
    <w:p>
      <w:pPr>
        <w:spacing w:before="0" w:after="80" w:line="259" w:lineRule="auto"/>
        <w:ind w:firstLine="360"/>
      </w:pPr>
      <w:r>
        <w:rPr>
          <w:rFonts w:ascii="Noto Serif CJK SC" w:hAnsi="Noto Serif CJK SC" w:eastAsia="Noto Serif CJK SC"/>
        </w:rPr>
        <w:t>人之真如本性。而自性大圆满修行的目的是明心见</w:t>
      </w:r>
    </w:p>
    <w:p>
      <w:pPr>
        <w:spacing w:before="0" w:after="80" w:line="259" w:lineRule="auto"/>
        <w:ind w:firstLine="360"/>
      </w:pPr>
      <w:r>
        <w:rPr>
          <w:rFonts w:ascii="Noto Serif CJK SC" w:hAnsi="Noto Serif CJK SC" w:eastAsia="Noto Serif CJK SC"/>
        </w:rPr>
        <w:t>性，证成佛果。无有正见，就无有正定；无有正定，就无有正行，哪来正果？经云：因地不正，果遭迂曲。是故只有正见、正定、正行，方能证见真如佛性，结果成佛。所以说，见定行三要乃自性大圆满见、定、行、果。“四者”，指修行的四个阶段，即先树立解脱正见，然后修定以摄伏散乱之心，心定之后在事境上磨练（六度万行），最后证成佛果。“自性了彻之境”</w:t>
      </w:r>
    </w:p>
    <w:p>
      <w:pPr>
        <w:spacing w:before="0" w:after="80" w:line="259" w:lineRule="auto"/>
        <w:ind w:firstLine="360"/>
      </w:pPr>
      <w:r>
        <w:rPr>
          <w:rFonts w:ascii="Noto Serif CJK SC" w:hAnsi="Noto Serif CJK SC" w:eastAsia="Noto Serif CJK SC"/>
        </w:rPr>
        <w:t>即“自性大圆满”的心境。在这种心境中，见、定、行、果四者统摄为一面、化为一体，不可分开。这是修行的最极心要、最为关键之心髓、要点。“亦是即定即行之要”，行就是定，定就是行，即定即行，定和行是不能分开的。不但定和行如此，见、定、行三者也都不能分开，必须融为一体。因为只有“见”正确了之后，才晓得什么是无出无入的大定，不至于落入死定；才知道怎样修“无功用”行，避免走弯路，而直趋真如，结果成佛。“即是于何时了悟赤裸裸之智慧性，即何时得其自性智之见宗。赤裸裸之智慧性，就是我们的佛性，赤裸裸、净洒洒，无形无相，灵明寂照，毫无遮盖。佛性是大智慧，是无所不知、无所不能的大智慧。什么时候能够了悟这赤裸裸的智慧性，就在什么时候“得其自性智之见宗”。得其自性智之见宗，即识取了自性，契入了大圆镜智，见到了宗旨，也就是明心见性了。见宗之后，就不会向外求取，不会心外求法，不会再落入外道了。你那里有再大的神通显现，我这里也丝毫不动摇，脚跟站得很稳。如果没证到这个地步，就站不</w:t>
      </w:r>
    </w:p>
    <w:p>
      <w:pPr>
        <w:spacing w:before="0" w:after="80" w:line="259" w:lineRule="auto"/>
        <w:ind w:firstLine="360"/>
      </w:pPr>
      <w:r>
        <w:rPr>
          <w:rFonts w:ascii="Noto Serif CJK SC" w:hAnsi="Noto Serif CJK SC" w:eastAsia="Noto Serif CJK SC"/>
        </w:rPr>
        <w:t>稳脚跟，难免要动摇的。从前，南泉山下有一庵主，别人告诉他：“近日南泉和尚出世，何不去礼见？”南泉和尚出来说法度众了，你怎么不去拜见他呀？庵主说：“非但南泉出世，直饶千佛出兴，我亦不去。”意思是说，他已经识得本来，脚跟站得稳，不会动摇了。南泉禅师听到这件事，就令其弟子赵州禅师去考考他，看他脚跟是否真正点地。赵州去了就向庵主礼拜，庵主不睬他，坐在禅床上不动。赵州从西过东，又从东过西，庵主还是不睬他。这庵主脚跟站定了，任你活佛出世我也不睬。我已识取了自己的本来面目，了了分明，赤裸裸、净洒洒，一样东西都没有。我已了悟，还求什么东西？我已神通自在了，这自在逍遥就是大神通。诸位注意，自在逍遥就是大神通，不是什么稀奇古怪是大神通。赵州没办法了，“哗啦”一声，把庵主的帘子拽下来，说：“草贼大败。”你不敢讲话，你不是大丈夫，是草贼，你打了大败仗。庵主还是不睬他，赵州没办法了，只好败阵归山。回到山上对他师父讲，这个庵主是有道行，我怎么样、怎么样，他也不动。南泉禅师说：“我从来疑着这汉。”我早就怀疑他是不是真的脚跟点地，你没有问倒他，让我再去考考他。第二天，南泉禅师带着一个沙弥，拿了一瓶茶水、三</w:t>
      </w:r>
    </w:p>
    <w:p>
      <w:pPr>
        <w:spacing w:before="0" w:after="80" w:line="259" w:lineRule="auto"/>
        <w:ind w:firstLine="360"/>
      </w:pPr>
      <w:r>
        <w:rPr>
          <w:rFonts w:ascii="Noto Serif CJK SC" w:hAnsi="Noto Serif CJK SC" w:eastAsia="Noto Serif CJK SC"/>
        </w:rPr>
        <w:t>只茶杯，到了庵中往地上一掷，便说：“昨日的、昨日的。”庵主问：“昨日的，是什么？”昨天我如如不动，你那徒弟彻底没辙，那说明什么呀？这下狐狸尾巴露出来了，还有个“什么”要说明啊！南泉禅师在沙弥背上拍了一下，说：“赚我来，赚我来。”拂袖便回。我勘破你了，你还有东西在，还是动了，脚跟仍未点地，还差一大截呢！我们修行，必须站稳脚跟，任你什么气功，什么神通广大，你是外道，我不跟你跑。我修心地法门，我识得自性，我将来必定证成圣果。你不知道自性是什么，你终归不能证成圣果。我们曾讲过吕纯阳祖师的公案，他已成就了阳神，黄龙祖师却说他：“这守尸鬼。”吕纯阳说：“争奈囊中有长生不死药。”囊中是指身体里，你不是说我守尸鬼么，我守的这个尸里——囊中，有长生不死的药啊！这药是指修炼成的“金丹”——阳神。黄龙祖师说：“饶经八万劫，终是落空亡。”你还是要落空，不过比别人长寿些。阳神是第七识——末那识所显现的身体，叫意生身，是虚妄不实的。若不认识真心，还是落空亡。若认识真心，就逍遥自在，一点不住相了。先得漏尽通——道通，这才是真通，才是根本。道通得到了之后，不愁不得五神通，但得本，不愁末。这一点很重要，诸位要注</w:t>
      </w:r>
    </w:p>
    <w:p>
      <w:pPr>
        <w:spacing w:before="0" w:after="80" w:line="259" w:lineRule="auto"/>
        <w:ind w:firstLine="360"/>
      </w:pPr>
      <w:r>
        <w:rPr>
          <w:rFonts w:ascii="Noto Serif CJK SC" w:hAnsi="Noto Serif CJK SC" w:eastAsia="Noto Serif CJK SC"/>
        </w:rPr>
        <w:t>意了。即是：于何时了悟赤裸裸之智慧性，即何时得其自性智之见宗。“见与定虽分述，体实一也。见与定虽然分开来讲，但并不是两个，而是一体的。所谓“见”就是认识本来面目，有了正确的知见，才知道什么是无出无入的大定，才会有正定。反过来说，得了正定，才会有正确的知见。见与定都没有离开我们的自性，都是自性中所流出。从体上来讲，实在是一样东西。不仅见与定“体实一也”，见、定、行三者，也都是一体，都没有离开我们的妙明真心。</w:t>
      </w:r>
    </w:p>
    <w:p>
      <w:pPr>
        <w:spacing w:before="0" w:after="80" w:line="259" w:lineRule="auto"/>
        <w:ind w:firstLine="360"/>
      </w:pPr>
      <w:r>
        <w:rPr>
          <w:rFonts w:ascii="Noto Serif CJK SC" w:hAnsi="Noto Serif CJK SC" w:eastAsia="Noto Serif CJK SC"/>
        </w:rPr>
        <w:t>二、大手印乃九乘佛法之精髓</w:t>
      </w:r>
    </w:p>
    <w:p>
      <w:pPr>
        <w:spacing w:before="0" w:after="80" w:line="259" w:lineRule="auto"/>
        <w:ind w:firstLine="360"/>
      </w:pPr>
      <w:r>
        <w:rPr>
          <w:rFonts w:ascii="Noto Serif CJK SC" w:hAnsi="Noto Serif CJK SC" w:eastAsia="Noto Serif CJK SC"/>
        </w:rPr>
        <w:t>“如此行持自性大圆满本清净之无失要道者，实九乘之巅顶。“自性大圆满”，前面已经解释过了。“本清净”自性本来圆满、本来清净。“无失要道”，没有差错的，极其重要的修行之道。“如此行持自性大圆满本清净之无失要道者”，怎样行持啊？正象上面所说的“见、定、行三要”那样的修法。先要认识本体，然后从本体起修。识得妄念与烦恼正是本体的妙用，既不跟它跑，也不压制它，让它自起自灭、起灭随无。只须认得本体，把一切都摄归本体。就这样行持这个“无失要道”。偏离此道，就是有失。练气功的，很多人都走了岔路、出了偏差，这当然是失去了要道。有的人修禅，不知道正确的方法，也搞错了，追求死定，变成木头、石头了，这也有失要道。修净土也有修错的，他们把念佛当铜钱使，当钞票用，把佛号当成纸钱烧，烧到阎罗王那里去存库，准备死后到阎罗王那里领用。哪有这样的净土法门？这种人过去很多，现在也不少。他们大错特错。净土宗是往生西方极乐世界的，谁叫你到阎罗王那里去，这不是搞颠倒了么！这些都</w:t>
      </w:r>
    </w:p>
    <w:p>
      <w:pPr>
        <w:spacing w:before="0" w:after="80" w:line="259" w:lineRule="auto"/>
        <w:ind w:firstLine="360"/>
      </w:pPr>
      <w:r>
        <w:rPr>
          <w:rFonts w:ascii="Noto Serif CJK SC" w:hAnsi="Noto Serif CJK SC" w:eastAsia="Noto Serif CJK SC"/>
        </w:rPr>
        <w:t>是失去了要道。行持这个无失要道者，“实九乘之巅顶”</w:t>
      </w:r>
    </w:p>
    <w:p>
      <w:pPr>
        <w:spacing w:before="0" w:after="80" w:line="259" w:lineRule="auto"/>
        <w:ind w:firstLine="360"/>
      </w:pPr>
      <w:r>
        <w:rPr>
          <w:rFonts w:ascii="Noto Serif CJK SC" w:hAnsi="Noto Serif CJK SC" w:eastAsia="Noto Serif CJK SC"/>
        </w:rPr>
        <w:t>。前面讲</w:t>
      </w:r>
    </w:p>
    <w:p>
      <w:pPr>
        <w:spacing w:before="0" w:after="80" w:line="259" w:lineRule="auto"/>
        <w:ind w:firstLine="360"/>
      </w:pPr>
      <w:r>
        <w:rPr>
          <w:rFonts w:ascii="Noto Serif CJK SC" w:hAnsi="Noto Serif CJK SC" w:eastAsia="Noto Serif CJK SC"/>
        </w:rPr>
        <w:t>“一切乘之顶尖”时曾提到，密宗判定佛法共分九乘次第——外三乘、内三乘、密三乘。现把这九乘的内容稍微讲讲：外三乘是声闻乘、缘觉乘、菩萨乘，是指阿罗汉、辟支佛、菩萨所行之四谛、十二因缘、六度万行等法，泛指显教。内三乘是指作部、行部、瑜伽部三部修法。作部又称事业部，有增、息、怀、诛等等法门。这都是随顺众生的愿望而起用的法，也是“先以欲钩牵，后令入佛智”的方便接引法，并不究竟。行部的修法，目的是了生死、出苦海，才算进入了实修。从观想入手，修气、脉、明点，如颇哇法等等。瑜伽意即“相应”，瑜伽部的修法，事与理相应，言与行相应，上与诸佛相应，下与众生相应。从这里开出三个层次，就是密三乘。密三乘是嘛哈（摩诃）瑜伽、阿努瑜伽、阿底瑜伽。嘛哈瑜伽，意即大圆满相应，将观成的气脉等有相的东西化空，以与无相的法身相应。阿努瑜伽，意即无上圆满相应，以界智为趣入门，进一步把种种显现都化为一实相。阿底瑜伽，意即无比圆满相应，进而合三乘为一大密咒乘。“如此行持自性大圆满本体清净之无失要道者，实九乘之</w:t>
      </w:r>
    </w:p>
    <w:p>
      <w:pPr>
        <w:spacing w:before="0" w:after="80" w:line="259" w:lineRule="auto"/>
        <w:ind w:firstLine="360"/>
      </w:pPr>
      <w:r>
        <w:rPr>
          <w:rFonts w:ascii="Noto Serif CJK SC" w:hAnsi="Noto Serif CJK SC" w:eastAsia="Noto Serif CJK SC"/>
        </w:rPr>
        <w:t>巅顶”，这就是最上乘的法门了。大密咒无咒可念，大手印无印可结，至此，“无不从此法界流，无不归还此法界”了，故称“巅顶”“其余各乘之道，即随从而为此要道之台架与助伴。既然此无失要道是九乘之巅顶，是最上乘，那么“其余各乘之道”——其余的八乘，“即随从而为此要道之台架与助伴”，其余的各种法门，不过是随从，不过是这个要道的台架与助伴。台，就是台阶，只是阶梯而已，供我们踏着它上到顶层用的。架，就是架子，比如我们修盖房屋要搭个架子，不过是临时用一用。“助伴”，只是一种帮助，只是一种陪伴，不是正行。要成道，必须修这个“无失要道”，其它的法不过是台架与助伴。不修这个心地法门，就不能成道。若不认识真心，怎么能成道？若不知道真心起现妄念正是妙用，不知道妄念正是真心的本觉智慧相，只是压念不起，即使把妄念压死了，也是不能成道的。若了知妄念是怎么一回事，不怕它，任它自起自灭，起灭随无，不跟它跑。这是多么轻松、多么愉快啊，气也不闷了，脑也不涨了，久久必然证成大道。</w:t>
      </w:r>
    </w:p>
    <w:p>
      <w:pPr>
        <w:spacing w:before="0" w:after="80" w:line="259" w:lineRule="auto"/>
        <w:ind w:firstLine="360"/>
      </w:pPr>
      <w:r>
        <w:rPr>
          <w:rFonts w:ascii="Noto Serif CJK SC" w:hAnsi="Noto Serif CJK SC" w:eastAsia="Noto Serif CJK SC"/>
        </w:rPr>
        <w:t>“见本净之自性般若光明相时，则由定所生般若之功用更炽，如夏水瀑流。本净，就是本来清净。自性般若光明相，是指自性——般若大智慧，所显现的光明。不只是打坐时看到的光明，打坐时看到的光明是明亮的光。但我们这里所说的“光明”不一定是指明亮的光。一切妙用都是光明，比如脑子一转，这件事应该怎么做，这个人应该怎么接待，这也是光明，不一定非要看见亮光才是光明，一切妙用都是智慧光明相。</w:t>
      </w:r>
    </w:p>
    <w:p>
      <w:pPr>
        <w:spacing w:before="0" w:after="80" w:line="259" w:lineRule="auto"/>
        <w:ind w:firstLine="360"/>
      </w:pPr>
      <w:r>
        <w:rPr>
          <w:rFonts w:ascii="Noto Serif CJK SC" w:hAnsi="Noto Serif CJK SC" w:eastAsia="Noto Serif CJK SC"/>
        </w:rPr>
        <w:t>“见本净之自性</w:t>
      </w:r>
    </w:p>
    <w:p>
      <w:pPr>
        <w:spacing w:before="0" w:after="80" w:line="259" w:lineRule="auto"/>
        <w:ind w:firstLine="360"/>
      </w:pPr>
      <w:r>
        <w:rPr>
          <w:rFonts w:ascii="Noto Serif CJK SC" w:hAnsi="Noto Serif CJK SC" w:eastAsia="Noto Serif CJK SC"/>
        </w:rPr>
        <w:t>般若光明相时”，见到本来清净的真如佛性所起的智慧光明时，这时候“则由定所生般若之功用更炽”由正定而生起的妙智慧，功用更为广大了。炽，就是炽盛，就象火焰一样炽烈地燃烧。甚至不求神通，而神通自得。我们前面讲过，认识法身之后，时时刻刻保护用功，不跟妄念跑，不随境界走，这就是定，时时处处常摄在定，久久由定而生起智慧，功用就更广大了，“如夏水瀑流”，就象夏天的瀑布流水一样。夏天冰雪融化，水源充足，加之雨水很多，所以瀑布流水，源源不断，气势宏大。这是比喻般若智慧的无尽妙用。</w:t>
      </w:r>
    </w:p>
    <w:p>
      <w:pPr>
        <w:spacing w:before="0" w:after="80" w:line="259" w:lineRule="auto"/>
        <w:ind w:firstLine="360"/>
      </w:pPr>
      <w:r>
        <w:rPr>
          <w:rFonts w:ascii="Noto Serif CJK SC" w:hAnsi="Noto Serif CJK SC" w:eastAsia="Noto Serif CJK SC"/>
        </w:rPr>
        <w:t>“由空性之本住起现大悲入无方悲悯，亦法尔然也。法性、佛性，其性本空，故称空性。一切东西都具空性，都不可得，谓之“性空”。其性是空，是真空之本性。其空性，本来就不动不摇、不生不灭、不来不去、不增不减，这叫本住。“由空性之本住起现大悲”</w:t>
      </w:r>
    </w:p>
    <w:p>
      <w:pPr>
        <w:spacing w:before="0" w:after="80" w:line="259" w:lineRule="auto"/>
        <w:ind w:firstLine="360"/>
      </w:pPr>
      <w:r>
        <w:rPr>
          <w:rFonts w:ascii="Noto Serif CJK SC" w:hAnsi="Noto Serif CJK SC" w:eastAsia="Noto Serif CJK SC"/>
        </w:rPr>
        <w:t>，要起现大悲心，不能只顾自己了生死，还要</w:t>
      </w:r>
    </w:p>
    <w:p>
      <w:pPr>
        <w:spacing w:before="0" w:after="80" w:line="259" w:lineRule="auto"/>
        <w:ind w:firstLine="360"/>
      </w:pPr>
      <w:r>
        <w:rPr>
          <w:rFonts w:ascii="Noto Serif CJK SC" w:hAnsi="Noto Serif CJK SC" w:eastAsia="Noto Serif CJK SC"/>
        </w:rPr>
        <w:t>拯救广大众生。“入无方悲悯”，无方就是没有边际，无限广大。我们凡夫的悲悯是小悲悯，悲悯什么？悲悯自己的子女。我的儿子，乖乖，宝贝得不得了。别人的孩子，随他去吧，不管他。我孝养我的父母，别人的父母，不管、不管！悲悯的范围太小太小了。无方悲悯，就是不管哪一方，对十方世界的众生都有悲悯之心，发愿广度十方众生。“亦法尔然也”，这是自然而然的事。如果能够修行成就，自然入于无方悲悯，大悲心就会油然生起。有的人说，阿罗汉不具大悲心，其实并非如此。那是他还没有证到四果罗汉，到了第四果，他也会油然生起大悲心的。他初发心的时候，观三界如牢狱，视生死如冤家。就象现在有些修净土的人说：“我到了西方极乐世界就不再回来了，因为</w:t>
      </w:r>
    </w:p>
    <w:p>
      <w:pPr>
        <w:spacing w:before="0" w:after="80" w:line="259" w:lineRule="auto"/>
        <w:ind w:firstLine="360"/>
      </w:pPr>
      <w:r>
        <w:rPr>
          <w:rFonts w:ascii="Noto Serif CJK SC" w:hAnsi="Noto Serif CJK SC" w:eastAsia="Noto Serif CJK SC"/>
        </w:rPr>
        <w:t>这个世界太苦、太烦恼了。”如果真的生到西方极乐世界，他还是要回来的，为什么呢？他听了莲池海会佛菩萨宣说大法，就难为情了。成道就要广度众生，不度众生不能成道！他也会“入无方悲悯，亦法尔然也”。若证到第四果罗汉，他看到诸佛菩萨，都在六道里度众生，我怎么好坐在这里不动，挺难为情的。比如同在一个单位，大家都在劳动，你一个人坐在那里不动，不难为情吗？于是，他那“无缘大慈，同体大悲”之心就会油然生起，此谓之“回小向大”。回小向大，亦法尔然也。“空性与大悲双运要道现证时，如海诸行，一一自现作用，似日之与光。若真证到“空性”，就没有凡夫的私情了。凡夫的感情，是只顾自己妻子、儿女，别人的就不管了。心空了之后，般若大智慧朗然现前，凡夫的感情荡然无存。无情乃大情，大悲心自然就生起来了。这就是“空性与大悲双运”</w:t>
      </w:r>
    </w:p>
    <w:p>
      <w:pPr>
        <w:spacing w:before="0" w:after="80" w:line="259" w:lineRule="auto"/>
        <w:ind w:firstLine="360"/>
      </w:pPr>
      <w:r>
        <w:rPr>
          <w:rFonts w:ascii="Noto Serif CJK SC" w:hAnsi="Noto Serif CJK SC" w:eastAsia="Noto Serif CJK SC"/>
        </w:rPr>
        <w:t>，这就是“要道”——修道的要</w:t>
      </w:r>
    </w:p>
    <w:p>
      <w:pPr>
        <w:spacing w:before="0" w:after="80" w:line="259" w:lineRule="auto"/>
        <w:ind w:firstLine="360"/>
      </w:pPr>
      <w:r>
        <w:rPr>
          <w:rFonts w:ascii="Noto Serif CJK SC" w:hAnsi="Noto Serif CJK SC" w:eastAsia="Noto Serif CJK SC"/>
        </w:rPr>
        <w:t>点、成道的要点。现证就是朗然现前。这个空悲双运的要道朗然现前时，“如海诸行，一一自现作用”。大海是千百条江河汇归之处，一条条江河都有其不同的</w:t>
      </w:r>
    </w:p>
    <w:p>
      <w:pPr>
        <w:spacing w:before="0" w:after="80" w:line="259" w:lineRule="auto"/>
        <w:ind w:firstLine="360"/>
      </w:pPr>
      <w:r>
        <w:rPr>
          <w:rFonts w:ascii="Noto Serif CJK SC" w:hAnsi="Noto Serif CJK SC" w:eastAsia="Noto Serif CJK SC"/>
        </w:rPr>
        <w:t>作用。长江、黄河也还有很多支流，这些小支流也都有其不同的作用。这里可以行船、可以运输，那里可以灌溉、可以产米，还有的地方盛产鱼虾。这是比喻我们证得空性，遍起大悲之后，在六道轮回里救度众生，时时处处都能起现不同的妙行。“似日之与光”就象太阳和光那样不可分。有了太阳，才有光，你才</w:t>
      </w:r>
    </w:p>
    <w:p>
      <w:pPr>
        <w:spacing w:before="0" w:after="80" w:line="259" w:lineRule="auto"/>
        <w:ind w:firstLine="360"/>
      </w:pPr>
      <w:r>
        <w:rPr>
          <w:rFonts w:ascii="Noto Serif CJK SC" w:hAnsi="Noto Serif CJK SC" w:eastAsia="Noto Serif CJK SC"/>
        </w:rPr>
        <w:t>看见东西；若没有太阳，便在黑暗之中，你就看不见</w:t>
      </w:r>
    </w:p>
    <w:p>
      <w:pPr>
        <w:spacing w:before="0" w:after="80" w:line="259" w:lineRule="auto"/>
        <w:ind w:firstLine="360"/>
      </w:pPr>
      <w:r>
        <w:rPr>
          <w:rFonts w:ascii="Noto Serif CJK SC" w:hAnsi="Noto Serif CJK SC" w:eastAsia="Noto Serif CJK SC"/>
        </w:rPr>
        <w:t>东西了。空性与大悲的关系，就象太阳和光的关系一样不可分，有太阳才有光，无有太阳哪来光。太阳比喻空性，光比喻大悲，二者是紧密结合不可分的。“如是与福德资粮合作，广为利他之行，以圆成真实见宗，而为无染寂乐之助伴。证得空性，就是有了智慧；起现大悲，就是有了福德。广度众生、为众生服务，才有福德。如果只有智慧，没有福德，或者福德资粮不够，是不能成佛的。因为佛是“两足尊”，智慧具足、福德具足。所以，我们要福慧双修，只是修慧、修空，不修福，不为众</w:t>
      </w:r>
    </w:p>
    <w:p>
      <w:pPr>
        <w:spacing w:before="0" w:after="80" w:line="259" w:lineRule="auto"/>
        <w:ind w:firstLine="360"/>
      </w:pPr>
      <w:r>
        <w:rPr>
          <w:rFonts w:ascii="Noto Serif CJK SC" w:hAnsi="Noto Serif CJK SC" w:eastAsia="Noto Serif CJK SC"/>
        </w:rPr>
        <w:t>生做事，福德不圆满，就不能圆成佛果。阿罗汉发心</w:t>
      </w:r>
    </w:p>
    <w:p>
      <w:pPr>
        <w:spacing w:before="0" w:after="80" w:line="259" w:lineRule="auto"/>
        <w:ind w:firstLine="360"/>
      </w:pPr>
      <w:r>
        <w:rPr>
          <w:rFonts w:ascii="Noto Serif CJK SC" w:hAnsi="Noto Serif CJK SC" w:eastAsia="Noto Serif CJK SC"/>
        </w:rPr>
        <w:t>小，只顾自度，不度众生，不为众生服务，只是智慧具足，而福德不具足，故不能成佛，他必然会“回小</w:t>
      </w:r>
    </w:p>
    <w:p>
      <w:pPr>
        <w:spacing w:before="0" w:after="80" w:line="259" w:lineRule="auto"/>
        <w:ind w:firstLine="360"/>
      </w:pPr>
      <w:r>
        <w:rPr>
          <w:rFonts w:ascii="Noto Serif CJK SC" w:hAnsi="Noto Serif CJK SC" w:eastAsia="Noto Serif CJK SC"/>
        </w:rPr>
        <w:t>向大”的。“如是与福德资粮合作”，资是资本，粮是道粮，成道的资粮就象旅行的路费一样，必不可少。所以一定要发大心、发菩提心，福慧双修，才能圆成佛果。大菩萨初发心就是为了广度众生而发，他说：我学佛不是为自己，是为众生而学的。比如众生在大海里快要淹死了，我要去救他，但我不会游泳、不会救生术，那怎么救啊！我学佛自度就是先学游泳、学救生术。学会之后，本领大了，我就去度众生。自度只是手段，度生才是目的。学佛是为众生，不是为自己，这就是大心菩萨。如果发小心，只为自己跳出生死轮回，那就只能成就阿罗汉果，不能说是菩萨。这是大乘菩萨与小乘圣者的区别。证得智慧空性，与广度众生的福德资粮合作，“广为利他之行”。广为，就是要多多地做，而不是少做。利他之行，就是有利于众生的事情，要多多地做有利于众生的事。做一件好事倒是容易，长久地做就难了，天天不间断地做更难。比如观照，观照于一时，很容易，但要时时不忘，那就很难了。然而，世上无难事，只怕有心人。假若你能够不断地观照七天，在七天当中时时不忘记，那以后就不难了。《阿弥陀经》云：“若一日、若二日、若三日、若四日、若五日、若六日、</w:t>
      </w:r>
    </w:p>
    <w:p>
      <w:pPr>
        <w:spacing w:before="0" w:after="80" w:line="259" w:lineRule="auto"/>
        <w:ind w:firstLine="360"/>
      </w:pPr>
      <w:r>
        <w:rPr>
          <w:rFonts w:ascii="Noto Serif CJK SC" w:hAnsi="Noto Serif CJK SC" w:eastAsia="Noto Serif CJK SC"/>
        </w:rPr>
        <w:t>若七日，一心不乱，其人临命终时，阿弥陀佛与诸圣众，现在其前。”若能于七天之内时时不忘记，以后就不容易忘记了。广为利他之行，就是要多多地长久地做有利于众生的事，肯牺牲自己，帮助别人，“以圆成真实见宗，而为无染寂乐之助伴”。用“广为利他之行”来圆满成就“真实见宗”，来真实圆满你所见到的宗旨。下面解释一下“寂乐”，连乐也不可得，才叫寂乐。还有乐在就坏了，因为乐和苦是相对的，有乐就有苦，乐时苦在其中。寂乐，乐也不可得，哪会有苦？“极乐世界”即乐之极矣，乐也不可得了。世间禅定也是这样，二禅是喜、三禅是乐，到了四禅“舍念清净地”，乐也不可得，清净了。“无染寂乐”</w:t>
      </w:r>
    </w:p>
    <w:p>
      <w:pPr>
        <w:spacing w:before="0" w:after="80" w:line="259" w:lineRule="auto"/>
        <w:ind w:firstLine="360"/>
      </w:pPr>
      <w:r>
        <w:rPr>
          <w:rFonts w:ascii="Noto Serif CJK SC" w:hAnsi="Noto Serif CJK SC" w:eastAsia="Noto Serif CJK SC"/>
        </w:rPr>
        <w:t>就是从来不曾污染的寂乐，这正是妙明真心、一真法</w:t>
      </w:r>
    </w:p>
    <w:p>
      <w:pPr>
        <w:spacing w:before="0" w:after="80" w:line="259" w:lineRule="auto"/>
        <w:ind w:firstLine="360"/>
      </w:pPr>
      <w:r>
        <w:rPr>
          <w:rFonts w:ascii="Noto Serif CJK SC" w:hAnsi="Noto Serif CJK SC" w:eastAsia="Noto Serif CJK SC"/>
        </w:rPr>
        <w:t>界、大圆觉海。把“广为利他之行”作为“无染寂乐”的助伴，大悲伴随着空性，六度万行伴随着般若智慧。前面讲了很多怎样做功夫开智慧，只是开智慧还不够，还要“广为利他之行”，修福德。利他之行很多，在这里就不细细讲了。我们要尽力而为地帮助众生，所谓有钱出钱、有力出力，竭尽我们之所能，就算是能够帮助别人，说句好话，也是好的。</w:t>
      </w:r>
    </w:p>
    <w:p>
      <w:pPr>
        <w:spacing w:before="0" w:after="80" w:line="259" w:lineRule="auto"/>
        <w:ind w:firstLine="360"/>
      </w:pPr>
      <w:r>
        <w:rPr>
          <w:rFonts w:ascii="Noto Serif CJK SC" w:hAnsi="Noto Serif CJK SC" w:eastAsia="Noto Serif CJK SC"/>
        </w:rPr>
        <w:t>三、总结大手印三要</w:t>
      </w:r>
    </w:p>
    <w:p>
      <w:pPr>
        <w:spacing w:before="0" w:after="80" w:line="259" w:lineRule="auto"/>
        <w:ind w:firstLine="360"/>
      </w:pPr>
      <w:r>
        <w:rPr>
          <w:rFonts w:ascii="Noto Serif CJK SC" w:hAnsi="Noto Serif CJK SC" w:eastAsia="Noto Serif CJK SC"/>
        </w:rPr>
        <w:t>“三要者：知自心相，依妄念缘境、念之随起，而观察自心本相，认知法身自性（这是见）三要者，即见、定、</w:t>
      </w:r>
    </w:p>
    <w:p>
      <w:pPr>
        <w:spacing w:before="0" w:after="80" w:line="259" w:lineRule="auto"/>
        <w:ind w:firstLine="360"/>
      </w:pPr>
      <w:r>
        <w:rPr>
          <w:rFonts w:ascii="Noto Serif CJK SC" w:hAnsi="Noto Serif CJK SC" w:eastAsia="Noto Serif CJK SC"/>
        </w:rPr>
        <w:t>行三要也。这段话是讲</w:t>
      </w:r>
    </w:p>
    <w:p>
      <w:pPr>
        <w:spacing w:before="0" w:after="80" w:line="259" w:lineRule="auto"/>
        <w:ind w:firstLine="360"/>
      </w:pPr>
      <w:r>
        <w:rPr>
          <w:rFonts w:ascii="Noto Serif CJK SC" w:hAnsi="Noto Serif CJK SC" w:eastAsia="Noto Serif CJK SC"/>
        </w:rPr>
        <w:t>“见”知自心相，即知道自己的真心相貌。真心有没有相貌？真心无相，叫做空性。所谓知自心相，就是了知“我、人、众生、寿者”等概念根本就没有，一切都了不可得，荡然无住，万法皆空。同时还要知道真心是妙用无边的，妄念与烦恼都是它所起的妙用。依“妄念缘境、念之随起”而观察自心本相。妄念是从什么地方来的？缘境而起。妄念是随着外境而起现的，这就是妄念的缘起。依照妄念的缘起来观察自心本相。妄念是因境界而有的，假如光有境界，没有真心，妄念也起不来。比如，境界是风，真心是水，妄念是波浪。若没有水，光有风，也起不了波浪。缘境而起的妄念是因为有真心才能起，所以根据妄念的缘起能够观察到自心本相。就象见波浪即是见到水一样，从而“认知法身自相”。我们的真心——法身本</w:t>
      </w:r>
    </w:p>
    <w:p>
      <w:pPr>
        <w:spacing w:before="0" w:after="80" w:line="259" w:lineRule="auto"/>
        <w:ind w:firstLine="360"/>
      </w:pPr>
      <w:r>
        <w:rPr>
          <w:rFonts w:ascii="Noto Serif CJK SC" w:hAnsi="Noto Serif CJK SC" w:eastAsia="Noto Serif CJK SC"/>
        </w:rPr>
        <w:t>来是无相的，但是，境界一来，真心缘境界就会起现妄念。通过起妄念，可以反证真心，可以认知法身无</w:t>
      </w:r>
    </w:p>
    <w:p>
      <w:pPr>
        <w:spacing w:before="0" w:after="80" w:line="259" w:lineRule="auto"/>
        <w:ind w:firstLine="360"/>
      </w:pPr>
      <w:r>
        <w:rPr>
          <w:rFonts w:ascii="Noto Serif CJK SC" w:hAnsi="Noto Serif CJK SC" w:eastAsia="Noto Serif CJK SC"/>
        </w:rPr>
        <w:t>相的自相。光有眼球，是不能看见东西的。由于本性</w:t>
      </w:r>
    </w:p>
    <w:p>
      <w:pPr>
        <w:spacing w:before="0" w:after="80" w:line="259" w:lineRule="auto"/>
        <w:ind w:firstLine="360"/>
      </w:pPr>
      <w:r>
        <w:rPr>
          <w:rFonts w:ascii="Noto Serif CJK SC" w:hAnsi="Noto Serif CJK SC" w:eastAsia="Noto Serif CJK SC"/>
        </w:rPr>
        <w:t>的妙用，借眼球这个工具生起视觉，才能看见东西。如果这无相的法身不生起视觉，那就视而不见了。生病了，脚很痛，哎呀！痛死人了！这也是真心的妙用，无相的法身通过神经系统这个工具生起触觉，才能觉得疼痛。要不然，你怎么知道脚有毛病。若无真心，既不会感觉到痛，也不会喊痛。通过妄念的缘起，从而认识真心的，这就叫“见”。恒河大手印反复反复地讲这个大手印见。我也在这里反反复复地解释，诸位要是还不知道，那就不行了。其实并不是听不懂、不知道，而是还有疑在。这就是大乘佛教的“一实相印”啊！诸位不要再怀疑了。“融妄念为法身妙用，熟识法身。（这是定）我们讲的“定”，并不是死坐在那里不动。那怎么样“定”呢？就这样定——“融妄念为法身妙用，熟识法身”。把这妄念和法身妙用融为一体，法身妙用就是妄念，妄念就是法身妙用，无二无别。仍以波浪和水为喻，不仅波浪息下来完全是水，即使波浪不</w:t>
      </w:r>
    </w:p>
    <w:p>
      <w:pPr>
        <w:spacing w:before="0" w:after="80" w:line="259" w:lineRule="auto"/>
        <w:ind w:firstLine="360"/>
      </w:pPr>
      <w:r>
        <w:rPr>
          <w:rFonts w:ascii="Noto Serif CJK SC" w:hAnsi="Noto Serif CJK SC" w:eastAsia="Noto Serif CJK SC"/>
        </w:rPr>
        <w:t>息下来也完全是水。为什么一开始要讲波浪息下来呢？因为那样有个“静”在，容易认取。认取之后，还要打掉这个静相，才算了手。众生着相惯了，认识有相的心路走熟了，体认无相的心路还很生疏。这就须要一个“生处转熟、熟处转生”的过程，佛教八万四千法门都是这种过程。大手印最直捷，直指“融妄念为法身妙用”。你若能直下承当，那就是“一念越三祇”，就直下“熟识法身”了，这才真是无出无入的大定。这时候你就不怕妄念了，妄念尽管起好了，这都是法身的妙用，只要不理不睬，不住境、不执着，时时处处这样观照，慢慢就熟识法身了。你可能会说：“咦！你怎么还是讲修行过程？这样观照并不是直捷熟识法身啊。”对！那是因为你没有直下承当，我不得不这样说。你若真的承当不疑，还观什么照啊？！诸位承当此事大须仔细，真的假不了，假的真不了，“如人饮水，冷暖自知”，你自己心里最清楚。若不能承当不疑，还是要在行住坐卧中时时刻刻观照。说话是妙用，做工作也是妙用，事事都这样看，熟透了就只认法身、不认外境了，那就叫证成大道，那时连观照也不要了。“于念灭上，坚固而定，念无连续，法身之见不</w:t>
      </w:r>
    </w:p>
    <w:p>
      <w:pPr>
        <w:spacing w:before="0" w:after="80" w:line="259" w:lineRule="auto"/>
        <w:ind w:firstLine="360"/>
      </w:pPr>
      <w:r>
        <w:rPr>
          <w:rFonts w:ascii="Noto Serif CJK SC" w:hAnsi="Noto Serif CJK SC" w:eastAsia="Noto Serif CJK SC"/>
        </w:rPr>
        <w:t>忘。（这是行）这段文字前、后两句话，是讲“行”的。恒河大手印的行法，在在未离妙明真心，是最上乘的行法。若从粗浅的层次理解，很可能领会错。我们试从两个层次分析这段话。第一层：“于念灭上，坚固而定。”于念灭上，就是在一念断处，在妄念停歇的时候。坚固而定，就是心不动摇，安然入定。“念无连续，法身之见不忘。念无连续，就是一念不生，是“止”；法身之见不忘，就是了了分明，是“观”。你一定能听得出来，这样解释是在讲打坐入定的功夫、止观的功夫。我们讲恒河大手印已经讲得不少了，你一定会说：“这好象不</w:t>
      </w:r>
    </w:p>
    <w:p>
      <w:pPr>
        <w:spacing w:before="0" w:after="80" w:line="259" w:lineRule="auto"/>
        <w:ind w:firstLine="360"/>
      </w:pPr>
      <w:r>
        <w:rPr>
          <w:rFonts w:ascii="Noto Serif CJK SC" w:hAnsi="Noto Serif CJK SC" w:eastAsia="Noto Serif CJK SC"/>
        </w:rPr>
        <w:t>是恒河大手印所主张的行法，但这段话不就是这样讲</w:t>
      </w:r>
    </w:p>
    <w:p>
      <w:pPr>
        <w:spacing w:before="0" w:after="80" w:line="259" w:lineRule="auto"/>
        <w:ind w:firstLine="360"/>
      </w:pPr>
      <w:r>
        <w:rPr>
          <w:rFonts w:ascii="Noto Serif CJK SC" w:hAnsi="Noto Serif CJK SC" w:eastAsia="Noto Serif CJK SC"/>
        </w:rPr>
        <w:t>的么？”其实不是这个意思。这是粗粗地理解字面意思，或者说，是这段话的表层意思。“依文解义，三世佛冤”，现在我们再深入一层，深入内涵，解释这段话。第二层：“于念灭上，坚固而定”，并非一念不生谓之念灭。因为“妄念与烦恼，皆法身本觉智慧相”若能一念回光，认取法身，则妄念已不再是妄念。认法身不认妄念，就是“念灭”。于念灭上，坚固而定，</w:t>
      </w:r>
    </w:p>
    <w:p>
      <w:pPr>
        <w:spacing w:before="0" w:after="80" w:line="259" w:lineRule="auto"/>
        <w:ind w:firstLine="360"/>
      </w:pPr>
      <w:r>
        <w:rPr>
          <w:rFonts w:ascii="Noto Serif CJK SC" w:hAnsi="Noto Serif CJK SC" w:eastAsia="Noto Serif CJK SC"/>
        </w:rPr>
        <w:t>就是在“认法身不认妄念”这样的认识基础上，坚定、牢固地认取法身，此即是无出无入的大定。“念无连续，法身之见不忘”</w:t>
      </w:r>
    </w:p>
    <w:p>
      <w:pPr>
        <w:spacing w:before="0" w:after="80" w:line="259" w:lineRule="auto"/>
        <w:ind w:firstLine="360"/>
      </w:pPr>
      <w:r>
        <w:rPr>
          <w:rFonts w:ascii="Noto Serif CJK SC" w:hAnsi="Noto Serif CJK SC" w:eastAsia="Noto Serif CJK SC"/>
        </w:rPr>
        <w:t>，若忘记了“妄念与烦恼，皆法</w:t>
      </w:r>
    </w:p>
    <w:p>
      <w:pPr>
        <w:spacing w:before="0" w:after="80" w:line="259" w:lineRule="auto"/>
        <w:ind w:firstLine="360"/>
      </w:pPr>
      <w:r>
        <w:rPr>
          <w:rFonts w:ascii="Noto Serif CJK SC" w:hAnsi="Noto Serif CJK SC" w:eastAsia="Noto Serif CJK SC"/>
        </w:rPr>
        <w:t>身本觉智慧相”，则妄念又是妄念了，即是念有连续，忘失了法身。若时时处处警觉，坚固地认取法身，则当念便是无念，就是念无连续，法身之见不忘。前句讲的是“念灭”——认取法身，即见宗、明心见性。若能“坚固而定”，则一劳永逸矣。若未得坚固，则有后句。后句便是绵密保任的观照之行法。《金刚经》云：“应无所住，而生其心”，这里的应，是指应事、应物、应万机。人来客往，还是要顺应，难免要起心动念，但这是本性的妙用，只要不住着，不跟念跑就是了。正起念时，也不见有念可起，这叫坚固而定。并不是一个念头不起，死在那里不动。我们利用妄念，待人接物，处理日常事情，并不是跟着妄念跑。我们的真心仍然是不住不随，不动不摇。念无连续，就是不要让妄念连续不断，攀缘不息。由张三联想到李四，由李四联想赵五，由赵五联想到王六……妄念纷飞不停息，那就坏了。此时要凛然一觉，</w:t>
      </w:r>
    </w:p>
    <w:p>
      <w:pPr>
        <w:spacing w:before="0" w:after="80" w:line="259" w:lineRule="auto"/>
        <w:ind w:firstLine="360"/>
      </w:pPr>
      <w:r>
        <w:rPr>
          <w:rFonts w:ascii="Noto Serif CJK SC" w:hAnsi="Noto Serif CJK SC" w:eastAsia="Noto Serif CJK SC"/>
        </w:rPr>
        <w:t>不去睬它，妄念就被斩断了。昨天有人问我参禅的问</w:t>
      </w:r>
    </w:p>
    <w:p>
      <w:pPr>
        <w:spacing w:before="0" w:after="80" w:line="259" w:lineRule="auto"/>
        <w:ind w:firstLine="360"/>
      </w:pPr>
      <w:r>
        <w:rPr>
          <w:rFonts w:ascii="Noto Serif CJK SC" w:hAnsi="Noto Serif CJK SC" w:eastAsia="Noto Serif CJK SC"/>
        </w:rPr>
        <w:t>题，他说他喜欢参禅，参究“念佛是谁？”，但总是提不起疑情。我对他说：参禅就要提起疑情，提不起</w:t>
      </w:r>
    </w:p>
    <w:p>
      <w:pPr>
        <w:spacing w:before="0" w:after="80" w:line="259" w:lineRule="auto"/>
        <w:ind w:firstLine="360"/>
      </w:pPr>
      <w:r>
        <w:rPr>
          <w:rFonts w:ascii="Noto Serif CJK SC" w:hAnsi="Noto Serif CJK SC" w:eastAsia="Noto Serif CJK SC"/>
        </w:rPr>
        <w:t>疑情就糟糕了。要么换个方法，念头来了，你就问它从何而来，并不是理睬念头，而是穷追它的起处。念头息下去时，你就问它到什么地方去，并不是留住念头，而是看着它的灭处。如猫捕鼠，猫伏在老鼠洞口，老鼠刚一冒头，猫立即扑上去。老鼠喻妄念，你时时警觉如猫，妄念一露头，立即追究它的来处。妄念息下，你就看着它的灭处。这就是参禅法门，目的也是使“念无连续”。这样久久用功，念有连续由熟变生，念无连续由生变熟。功夫成熟，触机遇缘，能看之心、所看之念于一刹那化于无形，“嚯”地一声，能所双亡，根尘脱落，那你就证成大道了。所谓“法身之见不忘”，这仍然是在作功夫，时时处处警觉，不要忘记法身。这是“见、定、行”之行，还在修行的位置上。顿证大道之际，法身之见也不可得。从前有和尚善讲《维摩诘所说经》，洞山禅师问他：“不可以智知，不可以识识，唤作什么语？”他答：“赞法身语。”洞山禅师说：“唤作法身，早是赞了也。”把它叫做法身，就早已赞颂过它了，再说个“不可以智知，不可以识识”的赞词，更是头上安头，多此一举。这是到家人语。洞山禅师平时总是教导学人“行鸟道”，鸟道，就是狭路、羊肠小道。僧问洞山：“师寻常教学人行鸟道，未审如何是鸟道？”</w:t>
      </w:r>
    </w:p>
    <w:p>
      <w:pPr>
        <w:spacing w:before="0" w:after="80" w:line="259" w:lineRule="auto"/>
        <w:ind w:firstLine="360"/>
      </w:pPr>
      <w:r>
        <w:rPr>
          <w:rFonts w:ascii="Noto Serif CJK SC" w:hAnsi="Noto Serif CJK SC" w:eastAsia="Noto Serif CJK SC"/>
        </w:rPr>
        <w:t>洞山禅师答：“不逢一人。”大道，车水马龙，人多得很，行大道比喻杂念丛生、妄念纷飞。鸟道，狭僻小径，常无人行，行鸟道比喻心若止水、一念不生。僧又问：“如何行？”洞山说：“直须足下无私去。</w:t>
      </w:r>
    </w:p>
    <w:p>
      <w:pPr>
        <w:spacing w:before="0" w:after="80" w:line="259" w:lineRule="auto"/>
        <w:ind w:firstLine="360"/>
      </w:pPr>
      <w:r>
        <w:rPr>
          <w:rFonts w:ascii="Noto Serif CJK SC" w:hAnsi="Noto Serif CJK SC" w:eastAsia="Noto Serif CJK SC"/>
        </w:rPr>
        <w:t>”行</w:t>
      </w:r>
    </w:p>
    <w:p>
      <w:pPr>
        <w:spacing w:before="0" w:after="80" w:line="259" w:lineRule="auto"/>
        <w:ind w:firstLine="360"/>
      </w:pPr>
      <w:r>
        <w:rPr>
          <w:rFonts w:ascii="Noto Serif CJK SC" w:hAnsi="Noto Serif CJK SC" w:eastAsia="Noto Serif CJK SC"/>
        </w:rPr>
        <w:t>鸟道指的是心路历程，足下无私是指心地无私，心地无私天地宽。为什么会妄念纷飞、执着不舍呢？皆因一己之私利而起。若心地无私，觅妄念了不可得矣。这僧又问：“只如行鸟道，莫便是本来面目否？”洞山反问：“??黎因甚颠倒？”这僧说：“甚么处是学人颠倒？”洞山禅师说：“若不是颠倒，因甚么却认奴做郎？”本来面目是主人，行鸟道是修行方法，只是妙用、是仆人，不是主人。若把“行鸟道”看成本来面目，这是唤奴作郎，岂不是颠倒么！这僧又问：“如何是本来面目？”洞山禅师说：“不行鸟道。”若说到本来面目上，连鸟道也不要行了。所以说，“于念灭上，坚固而定，念无连续，法身之见不忘”</w:t>
      </w:r>
    </w:p>
    <w:p>
      <w:pPr>
        <w:spacing w:before="0" w:after="80" w:line="259" w:lineRule="auto"/>
        <w:ind w:firstLine="360"/>
      </w:pPr>
      <w:r>
        <w:rPr>
          <w:rFonts w:ascii="Noto Serif CJK SC" w:hAnsi="Noto Serif CJK SC" w:eastAsia="Noto Serif CJK SC"/>
        </w:rPr>
        <w:t>，只是行</w:t>
      </w:r>
    </w:p>
    <w:p>
      <w:pPr>
        <w:spacing w:before="0" w:after="80" w:line="259" w:lineRule="auto"/>
        <w:ind w:firstLine="360"/>
      </w:pPr>
      <w:r>
        <w:rPr>
          <w:rFonts w:ascii="Noto Serif CJK SC" w:hAnsi="Noto Serif CJK SC" w:eastAsia="Noto Serif CJK SC"/>
        </w:rPr>
        <w:t>法。确切说来，这句话是不究竟的，还不是本来面目，还是在“行鸟道”，尚在途中。待功夫做熟了，“嚯”地一声打开本来，法身之见也不可得，就“不行鸟道”了，也根本不曾行什么鸟道。</w:t>
      </w:r>
    </w:p>
    <w:p>
      <w:pPr>
        <w:spacing w:before="0" w:after="80" w:line="259" w:lineRule="auto"/>
        <w:ind w:firstLine="360"/>
      </w:pPr>
      <w:r>
        <w:rPr>
          <w:rFonts w:ascii="Noto Serif CJK SC" w:hAnsi="Noto Serif CJK SC" w:eastAsia="Noto Serif CJK SC"/>
        </w:rPr>
        <w:t>四、大手印要中要</w:t>
      </w:r>
    </w:p>
    <w:p>
      <w:pPr>
        <w:spacing w:before="0" w:after="80" w:line="259" w:lineRule="auto"/>
        <w:ind w:firstLine="360"/>
      </w:pPr>
      <w:r>
        <w:rPr>
          <w:rFonts w:ascii="Noto Serif CJK SC" w:hAnsi="Noto Serif CJK SC" w:eastAsia="Noto Serif CJK SC"/>
        </w:rPr>
        <w:t>“心注眼，眼注空，为一切要中要。（须参仰兑修法）“心注眼，眼注空”。我们平时作功夫，心要警觉，心看着眼睛，所谓“心眼”。白居易晚年有诗句：“何以度心眼，一句阿弥陀。”就提到“心眼”。眼睛看着空，即心眼观空。就是把一切空掉，一切都不可得。看到任何东西都不挂在心上，等于没有看到。尽管见而无所见，不是把眼睛闭起来不见；尽管闻而无所闻，不是把耳朵塞住不闻。“不是不见，不是不闻，了了觉之，不着见闻。”这样作功夫，决定能成大道。“为一切要中要”</w:t>
      </w:r>
    </w:p>
    <w:p>
      <w:pPr>
        <w:spacing w:before="0" w:after="80" w:line="259" w:lineRule="auto"/>
        <w:ind w:firstLine="360"/>
      </w:pPr>
      <w:r>
        <w:rPr>
          <w:rFonts w:ascii="Noto Serif CJK SC" w:hAnsi="Noto Serif CJK SC" w:eastAsia="Noto Serif CJK SC"/>
        </w:rPr>
        <w:t>，这是一切心要中的心要。修法要</w:t>
      </w:r>
    </w:p>
    <w:p>
      <w:pPr>
        <w:spacing w:before="0" w:after="80" w:line="259" w:lineRule="auto"/>
        <w:ind w:firstLine="360"/>
      </w:pPr>
      <w:r>
        <w:rPr>
          <w:rFonts w:ascii="Noto Serif CJK SC" w:hAnsi="Noto Serif CJK SC" w:eastAsia="Noto Serif CJK SC"/>
        </w:rPr>
        <w:t>有诀窍，这是所有诀窍当中的最重要的诀窍。这个</w:t>
      </w:r>
    </w:p>
    <w:p>
      <w:pPr>
        <w:spacing w:before="0" w:after="80" w:line="259" w:lineRule="auto"/>
        <w:ind w:firstLine="360"/>
      </w:pPr>
      <w:r>
        <w:rPr>
          <w:rFonts w:ascii="Noto Serif CJK SC" w:hAnsi="Noto Serif CJK SC" w:eastAsia="Noto Serif CJK SC"/>
        </w:rPr>
        <w:t>“要</w:t>
      </w:r>
    </w:p>
    <w:p>
      <w:pPr>
        <w:spacing w:before="0" w:after="80" w:line="259" w:lineRule="auto"/>
        <w:ind w:firstLine="360"/>
      </w:pPr>
      <w:r>
        <w:rPr>
          <w:rFonts w:ascii="Noto Serif CJK SC" w:hAnsi="Noto Serif CJK SC" w:eastAsia="Noto Serif CJK SC"/>
        </w:rPr>
        <w:t>中要”，可以参照“仰兑”所说。仰兑，是密宗的一个法派。意即一切法不可分，五趣众生都是清净身。清净身就是法身，天、人、畜生、饿鬼、地狱之身，都是清净法身。正如永嘉禅师《证道歌》所云：“无明实性即佛性，幻化空身即法身。”这是到家人语。密宗修到无上部，便与禅宗合辙，所以说禅宗是“大密宗”</w:t>
      </w:r>
    </w:p>
    <w:p>
      <w:pPr>
        <w:pStyle w:val="Heading3"/>
      </w:pPr>
      <w:r>
        <w:rPr>
          <w:rFonts w:ascii="Noto Serif CJK SC" w:hAnsi="Noto Serif CJK SC" w:eastAsia="Noto Serif CJK SC"/>
        </w:rPr>
        <w:t>10.16 恒河大手印（第十六讲）</w:t>
      </w:r>
    </w:p>
    <w:p>
      <w:pPr>
        <w:spacing w:before="0" w:after="80" w:line="259" w:lineRule="auto"/>
        <w:ind w:firstLine="360"/>
      </w:pPr>
      <w:r>
        <w:rPr>
          <w:rFonts w:ascii="Noto Serif CJK SC" w:hAnsi="Noto Serif CJK SC" w:eastAsia="Noto Serif CJK SC"/>
        </w:rPr>
        <w:t>“非经密乘第四灌顶之大手印，不能称为大手印。这里是讲密宗关于“灌顶”的规定。我们稍微解释一下“灌顶”的由来。灌顶是古印度的一种风俗习</w:t>
      </w:r>
    </w:p>
    <w:p>
      <w:pPr>
        <w:spacing w:before="0" w:after="80" w:line="259" w:lineRule="auto"/>
        <w:ind w:firstLine="360"/>
      </w:pPr>
      <w:r>
        <w:rPr>
          <w:rFonts w:ascii="Noto Serif CJK SC" w:hAnsi="Noto Serif CJK SC" w:eastAsia="Noto Serif CJK SC"/>
        </w:rPr>
        <w:t>惯。太子即王位的时候，就要给他举行灌顶仪式。要</w:t>
      </w:r>
    </w:p>
    <w:p>
      <w:pPr>
        <w:spacing w:before="0" w:after="80" w:line="259" w:lineRule="auto"/>
        <w:ind w:firstLine="360"/>
      </w:pPr>
      <w:r>
        <w:rPr>
          <w:rFonts w:ascii="Noto Serif CJK SC" w:hAnsi="Noto Serif CJK SC" w:eastAsia="Noto Serif CJK SC"/>
        </w:rPr>
        <w:t>用四大海的水，把珠宝、香料、珍奇之物放在海水里面。然后骑上大象，顺着象牙把水灌到太子头上。用这种形式祝福国王安乐、健康、长寿，祝福国家太平、国富民强、人寿年丰。灌顶是吉祥的象征。释迦牟尼佛恒顺众生，顺应这种风俗，也给大众灌顶。于是，灌顶仪规就在佛教里流传下来了，密宗就很讲究灌</w:t>
      </w:r>
    </w:p>
    <w:p>
      <w:pPr>
        <w:spacing w:before="0" w:after="80" w:line="259" w:lineRule="auto"/>
        <w:ind w:firstLine="360"/>
      </w:pPr>
      <w:r>
        <w:rPr>
          <w:rFonts w:ascii="Noto Serif CJK SC" w:hAnsi="Noto Serif CJK SC" w:eastAsia="Noto Serif CJK SC"/>
        </w:rPr>
        <w:t>顶。但这里讲的“第四灌顶”是怎么回事啊？密宗讲</w:t>
      </w:r>
    </w:p>
    <w:p>
      <w:pPr>
        <w:spacing w:before="0" w:after="80" w:line="259" w:lineRule="auto"/>
        <w:ind w:firstLine="360"/>
      </w:pPr>
      <w:r>
        <w:rPr>
          <w:rFonts w:ascii="Noto Serif CJK SC" w:hAnsi="Noto Serif CJK SC" w:eastAsia="Noto Serif CJK SC"/>
        </w:rPr>
        <w:t>究四种灌顶、五个地方，下面解释一下：第一种灌顶：光明灌顶。放光照佛子的头顶。第二种灌顶：甘露灌顶。用甘露水给佛子灌顶。第三种灌顶：种子灌顶。观想一个种子密咒，观想到行人的心里去。第四种灌顶：执印灌顶。手结印契，加持于行人的五个地方。这五个地方就是五方佛，故第四灌顶又称“五方</w:t>
      </w:r>
    </w:p>
    <w:p>
      <w:pPr>
        <w:spacing w:before="0" w:after="80" w:line="259" w:lineRule="auto"/>
        <w:ind w:firstLine="360"/>
      </w:pPr>
      <w:r>
        <w:rPr>
          <w:rFonts w:ascii="Noto Serif CJK SC" w:hAnsi="Noto Serif CJK SC" w:eastAsia="Noto Serif CJK SC"/>
        </w:rPr>
        <w:t>佛灌顶”第一个：中央。大日如来（有的经上说，是阿弥陀如来）。表示法界体性智。在行人的额头上。</w:t>
      </w:r>
    </w:p>
    <w:p>
      <w:pPr>
        <w:spacing w:before="0" w:after="80" w:line="259" w:lineRule="auto"/>
        <w:ind w:firstLine="360"/>
      </w:pPr>
      <w:r>
        <w:rPr>
          <w:rFonts w:ascii="Noto Serif CJK SC" w:hAnsi="Noto Serif CJK SC" w:eastAsia="Noto Serif CJK SC"/>
        </w:rPr>
        <w:t>第二个：南方。宝生如来。表示平等性智。在行</w:t>
      </w:r>
    </w:p>
    <w:p>
      <w:pPr>
        <w:spacing w:before="0" w:after="80" w:line="259" w:lineRule="auto"/>
        <w:ind w:firstLine="360"/>
      </w:pPr>
      <w:r>
        <w:rPr>
          <w:rFonts w:ascii="Noto Serif CJK SC" w:hAnsi="Noto Serif CJK SC" w:eastAsia="Noto Serif CJK SC"/>
        </w:rPr>
        <w:t>人的右肩上。</w:t>
      </w:r>
    </w:p>
    <w:p>
      <w:pPr>
        <w:spacing w:before="0" w:after="80" w:line="259" w:lineRule="auto"/>
        <w:ind w:firstLine="360"/>
      </w:pPr>
      <w:r>
        <w:rPr>
          <w:rFonts w:ascii="Noto Serif CJK SC" w:hAnsi="Noto Serif CJK SC" w:eastAsia="Noto Serif CJK SC"/>
        </w:rPr>
        <w:t>第三个：北方。不空如来。表示成所作智。在行</w:t>
      </w:r>
    </w:p>
    <w:p>
      <w:pPr>
        <w:spacing w:before="0" w:after="80" w:line="259" w:lineRule="auto"/>
        <w:ind w:firstLine="360"/>
      </w:pPr>
      <w:r>
        <w:rPr>
          <w:rFonts w:ascii="Noto Serif CJK SC" w:hAnsi="Noto Serif CJK SC" w:eastAsia="Noto Serif CJK SC"/>
        </w:rPr>
        <w:t>人的左肩上。第四个：东方。阿閦如来（不动如来）。表示大圆镜智。在行人的心上。第五个：西方。阿弥陀如来（有的经上说，是大日如来）表示妙观察智。在行人的咽喉。举行五方佛灌顶仪式，在行人的额、右肩、左肩、心、喉五处加持，叫做“第四灌顶”。密宗规定：必须经过第四灌顶的仪式，才算是受了大手印这个法。若没受过第四灌顶，就不能算是大手印。其实，这种人间的灌顶仪式只是个形式而已。真正的灌顶，要等到你证到等觉菩萨，受十方诸佛的灌顶，那才是真正的灌顶。印度是佛教的诞生地，印度国王传位的时候采用灌顶的形式，释迦牟尼佛也用这种形式给大家灌顶。于是，灌顶仪规就在密宗里流传下来了。现在，密宗传法时都要为学人灌顶。</w:t>
      </w:r>
    </w:p>
    <w:p>
      <w:pPr>
        <w:spacing w:before="0" w:after="80" w:line="259" w:lineRule="auto"/>
        <w:ind w:firstLine="360"/>
      </w:pPr>
      <w:r>
        <w:rPr>
          <w:rFonts w:ascii="Noto Serif CJK SC" w:hAnsi="Noto Serif CJK SC" w:eastAsia="Noto Serif CJK SC"/>
        </w:rPr>
        <w:t>“真实法尔，即是真正大手印。不修不整不散乱，即其最上法门也。“真实”，只有真如佛性才谈得上真实，故称“实相”。实相无相，无相而无不相。“法尔”，本来如此。我们的佛性，本来就是如此真实，与修行无关，本来就光明无量、妙用无穷。因为被无明遮盖，便起现为凡夫（这也是妙用）。真实不虚、法尔本然，“即是真正大手印。”大手印就是一真法界，就是我们的妙明真心，这是真正的大手印。第四灌顶只是形式，未必是真正的大手印；结个手印、修个法，也未必是真正</w:t>
      </w:r>
    </w:p>
    <w:p>
      <w:pPr>
        <w:spacing w:before="0" w:after="80" w:line="259" w:lineRule="auto"/>
        <w:ind w:firstLine="360"/>
      </w:pPr>
      <w:r>
        <w:rPr>
          <w:rFonts w:ascii="Noto Serif CJK SC" w:hAnsi="Noto Serif CJK SC" w:eastAsia="Noto Serif CJK SC"/>
        </w:rPr>
        <w:t>的大手印。真正大手印就是我们的真心，它是不需要</w:t>
      </w:r>
    </w:p>
    <w:p>
      <w:pPr>
        <w:spacing w:before="0" w:after="80" w:line="259" w:lineRule="auto"/>
        <w:ind w:firstLine="360"/>
      </w:pPr>
      <w:r>
        <w:rPr>
          <w:rFonts w:ascii="Noto Serif CJK SC" w:hAnsi="Noto Serif CJK SC" w:eastAsia="Noto Serif CJK SC"/>
        </w:rPr>
        <w:t>修的，它是根本没有修整、没有散乱的。若有散乱才需要修整，它没有散乱，修整什么呀？“不修不整不散乱，即其最上法门也”，这就是最上乘的法门。这个法门，就是当下认识真心，这才算真正得到大手印。当下认识真心，保护真心，使真心不跟境界跑，这是密宗最上乘的法门，禅宗也是如此。禅宗学人问师父：如何是佛？师父说：我给你讲，恐怕你不会相信。弟子说：师父讲诚实话，我怎么敢不相信呢？师父说：你若相信，你就是佛。弟子当下了悟：噢，原来如此！弟子承当之后，绵密保任，几年功夫就证成大道。他</w:t>
      </w:r>
    </w:p>
    <w:p>
      <w:pPr>
        <w:spacing w:before="0" w:after="80" w:line="259" w:lineRule="auto"/>
        <w:ind w:firstLine="360"/>
      </w:pPr>
      <w:r>
        <w:rPr>
          <w:rFonts w:ascii="Noto Serif CJK SC" w:hAnsi="Noto Serif CJK SC" w:eastAsia="Noto Serif CJK SC"/>
        </w:rPr>
        <w:t>之所以能成道，是因为能直下承当，作功夫绵密保任。密宗的最上法门和禅宗一样，它也这么讲，你现在知冷、知热、知疼、知痒……这知觉性，就是你的真心，你时时保护它就行了。你要知道一切境界都是法身的妙用，通过境界识得真心。真心如镜，境界似影，只认镜子，不认影子。这样作功夫，就是最上乘的大手印，就是最圆满的法门，就是最快的成佛之道。‘空、乐、明（明又称智慧），空即无念，故又称‘乐、明、无念’</w:t>
      </w:r>
    </w:p>
    <w:p>
      <w:pPr>
        <w:spacing w:before="0" w:after="80" w:line="259" w:lineRule="auto"/>
        <w:ind w:firstLine="360"/>
      </w:pPr>
      <w:r>
        <w:rPr>
          <w:rFonts w:ascii="Noto Serif CJK SC" w:hAnsi="Noto Serif CJK SC" w:eastAsia="Noto Serif CJK SC"/>
        </w:rPr>
        <w:t>我们在前面讲</w:t>
      </w:r>
    </w:p>
    <w:p>
      <w:pPr>
        <w:spacing w:before="0" w:after="80" w:line="259" w:lineRule="auto"/>
        <w:ind w:firstLine="360"/>
      </w:pPr>
      <w:r>
        <w:rPr>
          <w:rFonts w:ascii="Noto Serif CJK SC" w:hAnsi="Noto Serif CJK SC" w:eastAsia="Noto Serif CJK SC"/>
        </w:rPr>
        <w:t>“道验”的时候讲过“空、乐、明”是在用功修道的过程中自然生起的三种觉受。明不一定是亮光，是指心光发露，所以明又称智慧。没有妄念而了了分明，心空如洗，就是“空”的觉受。“空即无念，故又称乐、明、无念”，有时候也把“空、乐、明”称之为“乐、明、无念”。乐者，轻安快乐。</w:t>
      </w:r>
    </w:p>
    <w:p>
      <w:pPr>
        <w:spacing w:before="0" w:after="80" w:line="259" w:lineRule="auto"/>
        <w:ind w:firstLine="360"/>
      </w:pPr>
      <w:r>
        <w:rPr>
          <w:rFonts w:ascii="Noto Serif CJK SC" w:hAnsi="Noto Serif CJK SC" w:eastAsia="Noto Serif CJK SC"/>
        </w:rPr>
        <w:t>这种快乐不是任何世间快乐能够比拟的。明者，真心</w:t>
      </w:r>
    </w:p>
    <w:p>
      <w:pPr>
        <w:spacing w:before="0" w:after="80" w:line="259" w:lineRule="auto"/>
        <w:ind w:firstLine="360"/>
      </w:pPr>
      <w:r>
        <w:rPr>
          <w:rFonts w:ascii="Noto Serif CJK SC" w:hAnsi="Noto Serif CJK SC" w:eastAsia="Noto Serif CJK SC"/>
        </w:rPr>
        <w:t>妙明。佛性光明大放，般若智慧显发，必是光明磊落、潇洒自在。无念者，未必一个念头也没有，有念而不住，当体即空，谓之“无念”前面讲“道验”的时候已讲了很多，这里就不再</w:t>
      </w:r>
    </w:p>
    <w:p>
      <w:pPr>
        <w:spacing w:before="0" w:after="80" w:line="259" w:lineRule="auto"/>
        <w:ind w:firstLine="360"/>
      </w:pPr>
      <w:r>
        <w:rPr>
          <w:rFonts w:ascii="Noto Serif CJK SC" w:hAnsi="Noto Serif CJK SC" w:eastAsia="Noto Serif CJK SC"/>
        </w:rPr>
        <w:t>多说了。“不起修正心，又绝无散乱，以守护自心。如是无住、无缘、任运，而不违越自心明净本体者，即同手执明灯，照破黑暗。即是善守护三昧耶。不起修正心，即刚才所讲的“不修不整”；又绝无散乱，即刚才所讲的“不散乱”。不修不整不散乱，即其最上法门也。“以守护自心”，以此最上法门来守护妙明真心。妙明真心，就是本觉智慧，它本来无相，本来无住，本来不动。它遍虚空、满法界，本来没有散乱。无论上天堂还是下地狱，它都是常恒不变的。因此，我们在做保任功夫，即守护自心时，不要起任何对治、取舍、修正之心，时时处处放下一切，空灵无住，方与真心契合。这样才能证成大道。无住者，没有执着；无缘者，没有攀缘；任运者，随顺环境。一切都是应因缘而起，不要随着缘起而动心。环境是怎么样，我就怎么样。环境变化，我就跟着变化。不要加上任何主见，随顺一切因缘。如果你要自作主张，要这样，要那样，或者勉勉强强地随顺，那就不行了。“如是无住、无缘、任运，而不违越自心明净本体者”，象这样无住、无缘、任运，即不违</w:t>
      </w:r>
    </w:p>
    <w:p>
      <w:pPr>
        <w:spacing w:before="0" w:after="80" w:line="259" w:lineRule="auto"/>
        <w:ind w:firstLine="360"/>
      </w:pPr>
      <w:r>
        <w:rPr>
          <w:rFonts w:ascii="Noto Serif CJK SC" w:hAnsi="Noto Serif CJK SC" w:eastAsia="Noto Serif CJK SC"/>
        </w:rPr>
        <w:t>越自心明净本体（即自性也）。违越，就是违背、越轨。自性本来是不动不摇的，你却动摇不定；自性本来是不来不去的，你却来去不停；自性本来是不生不灭的，你却生灭不已。这就是违越自心明净本体！自性本来是不生不灭，不垢不净，不来不去，不增不减的，你却动动摇摇、来来去去、生生灭灭，不相应啊！我们要时时刻刻与本性相应，无住、无缘、任运，在在处处不违越自心明净本体。若能这样的话，“即同手执明灯，照破黑暗”，就象是手里拿着一盏明灯，黑暗都被照破，眼前一片光明。前途坑坑洼洼也不怕，夜间走路也不怕。要想不跌入深坑，就要照破黑暗。不然的话，前面有坑，你也不知道啊！所以，我们面对境界不要动心。“塞翁失马，焉知非福”“福兮祸所倚，祸兮福所伏”。如果你看到很好的发财机会，心就动了，这发财机会很可能害了你。为什么这样讲？若你发了财，绑票的来了，把你绑去，敲诈勒索，岂不成了坏事！唐朝的庞蕴居士，他把万贯家财都沉到湘水里去了。他说：“金多乱人心。</w:t>
      </w:r>
    </w:p>
    <w:p>
      <w:pPr>
        <w:spacing w:before="0" w:after="80" w:line="259" w:lineRule="auto"/>
        <w:ind w:firstLine="360"/>
      </w:pPr>
      <w:r>
        <w:rPr>
          <w:rFonts w:ascii="Noto Serif CJK SC" w:hAnsi="Noto Serif CJK SC" w:eastAsia="Noto Serif CJK SC"/>
        </w:rPr>
        <w:t>”财宝一多，心</w:t>
      </w:r>
    </w:p>
    <w:p>
      <w:pPr>
        <w:spacing w:before="0" w:after="80" w:line="259" w:lineRule="auto"/>
        <w:ind w:firstLine="360"/>
      </w:pPr>
      <w:r>
        <w:rPr>
          <w:rFonts w:ascii="Noto Serif CJK SC" w:hAnsi="Noto Serif CJK SC" w:eastAsia="Noto Serif CJK SC"/>
        </w:rPr>
        <w:t>里就乱，也惹人眼红，扰得你不能安稳。它是祸水，不要它！如果我们只认妙明真心，不随境界走，不被金钱、美色等所迷，佛性就会时时现前，心就不乱了。往生西方极乐世界也一定要“一心不乱”，心一乱，</w:t>
      </w:r>
    </w:p>
    <w:p>
      <w:pPr>
        <w:spacing w:before="0" w:after="80" w:line="259" w:lineRule="auto"/>
        <w:ind w:firstLine="360"/>
      </w:pPr>
      <w:r>
        <w:rPr>
          <w:rFonts w:ascii="Noto Serif CJK SC" w:hAnsi="Noto Serif CJK SC" w:eastAsia="Noto Serif CJK SC"/>
        </w:rPr>
        <w:t>就不能往生了。我们要时时处处无住、无缘、任运，与自性心净本体不相违越，就象手执明灯，照破黑暗一样。若能这样，“即是善守护三昧耶”。三昧耶是什么？就是平等、誓愿、不违越。平等者，佛与一切众生都是平等的，自心明净本体完全一样，没有高、低的差别。本来没有苦海，只因众生妄执妄取，才幻现出无边苦海。誓愿者，要使大家都从苦海中解脱出来，要发大誓愿救度众生。要向地藏王菩萨学习，“地狱不空，誓不成佛”；要向普贤菩萨学习，恒顺众生，和众生一起在六道里滚。不违越，刚才已经讲过，这里不再重复了。我们要时时处处警觉，不要为境所迷，时时处处除垢障，把我们污染的习惯除掉。如果稍微受点挫折，就打退堂鼓，哎哟！这太苦了，手又痛，脚又麻，不修了、不修了。心里闷，好难过，还是散散漫漫的好，去看看戏，或者和朋友聊聊吧。看着、聊着，不知不觉就到三恶道里去了。真要了生死，就要发大誓愿，不能怕吃苦，要于行住坐卧中努力用功。仅靠两小时，</w:t>
      </w:r>
    </w:p>
    <w:p>
      <w:pPr>
        <w:spacing w:before="0" w:after="80" w:line="259" w:lineRule="auto"/>
        <w:ind w:firstLine="360"/>
      </w:pPr>
      <w:r>
        <w:rPr>
          <w:rFonts w:ascii="Noto Serif CJK SC" w:hAnsi="Noto Serif CJK SC" w:eastAsia="Noto Serif CJK SC"/>
        </w:rPr>
        <w:t>三、四小时的打坐还不够，还要时时刻刻警觉，不为</w:t>
      </w:r>
    </w:p>
    <w:p>
      <w:pPr>
        <w:spacing w:before="0" w:after="80" w:line="259" w:lineRule="auto"/>
        <w:ind w:firstLine="360"/>
      </w:pPr>
      <w:r>
        <w:rPr>
          <w:rFonts w:ascii="Noto Serif CJK SC" w:hAnsi="Noto Serif CJK SC" w:eastAsia="Noto Serif CJK SC"/>
        </w:rPr>
        <w:t>境界所迷，保护清净的本性。这就是“善守护三昧耶”“如分别执着，岂唯违犯三昧耶？！</w:t>
      </w:r>
    </w:p>
    <w:p>
      <w:pPr>
        <w:spacing w:before="0" w:after="80" w:line="259" w:lineRule="auto"/>
        <w:ind w:firstLine="360"/>
      </w:pPr>
      <w:r>
        <w:rPr>
          <w:rFonts w:ascii="Noto Serif CJK SC" w:hAnsi="Noto Serif CJK SC" w:eastAsia="Noto Serif CJK SC"/>
        </w:rPr>
        <w:t>反过来说，假若还是分别不息、执着不舍，那岂止是“违犯三昧耶”？那不仅仅是违犯三昧耶，而是六道轮回的种子、地狱的种子。分别执着，分明是妄心乱动、不肯放下一己私利。这样修法，如何与虚阔大道相应？诸位注意！不分别绝不是不知好丑，我们讲的是不能“分别不息”，不能念念相续、刹不住车。起用的时候善恶分明、是非宛然，用过之后便无有粘滞，无有爱憎取舍，不留痕迹。若能如是，即现量而</w:t>
      </w:r>
    </w:p>
    <w:p>
      <w:pPr>
        <w:spacing w:before="0" w:after="80" w:line="259" w:lineRule="auto"/>
        <w:ind w:firstLine="360"/>
      </w:pPr>
      <w:r>
        <w:rPr>
          <w:rFonts w:ascii="Noto Serif CJK SC" w:hAnsi="Noto Serif CJK SC" w:eastAsia="Noto Serif CJK SC"/>
        </w:rPr>
        <w:t>比量、比量而现量，这并不是分别。是好、是坏，心</w:t>
      </w:r>
    </w:p>
    <w:p>
      <w:pPr>
        <w:spacing w:before="0" w:after="80" w:line="259" w:lineRule="auto"/>
        <w:ind w:firstLine="360"/>
      </w:pPr>
      <w:r>
        <w:rPr>
          <w:rFonts w:ascii="Noto Serif CJK SC" w:hAnsi="Noto Serif CJK SC" w:eastAsia="Noto Serif CJK SC"/>
        </w:rPr>
        <w:t>里清楚得很，但并不是偏爱好人、厌恶坏人，我们希望坏人转化为好人，希望好人更向上。从前，僧团里有一个人偷东西，这就犯了“不偷盗”戒，并且再一再二地犯，当家师要把他赶出僧团。他痛哭流涕、哀求忏悔。因为他不是初犯，所以当家师不听他忏悔，坚持要把他赶出去。可是方丈和尚却要留他，再给他一个改过的机会。当家师和一些正直的修行人对方丈说：“你如果留他，我们就都离开这里。”方丈说：“你们就是都走，我也要留他。”当家师说：“走归走，但话要说明白。你留他、不留我们，难道我们这么多人里面，就没有一个好的，还比不上一个犯戒僧吗？”方丈说：“正是因为你们每一个都</w:t>
      </w:r>
    </w:p>
    <w:p>
      <w:pPr>
        <w:spacing w:before="0" w:after="80" w:line="259" w:lineRule="auto"/>
        <w:ind w:firstLine="360"/>
      </w:pPr>
      <w:r>
        <w:rPr>
          <w:rFonts w:ascii="Noto Serif CJK SC" w:hAnsi="Noto Serif CJK SC" w:eastAsia="Noto Serif CJK SC"/>
        </w:rPr>
        <w:t>比他强，我才留他，不留你们。你们到哪儿都还可以继续修行。他若走掉，谁会收留他？他除了堕落，还会有别的结果吗？”一席话说得大家深为感动，都不走了。那犯戒僧更是感动，从此一心学好，不但再不偷盗，而且努力用功修行，日后也得了成就。所以，不分别绝不是黑白不分、是非不辨。而是无缘大慈、同体大悲，不为一己私利而爱憎取舍。这就是现量而比量、比量而现量，虽然现量没有分别，而比量还是知道好丑。我们的佛性是有知觉的，不象木头、石头，但却不可有分别执着。如果分别执着，岂止是违犯三昧耶，那是六道轮回的种子，甚至要下地狱的。分别执着，后患无穷啊！“永离分别执着，无所住而生其心者，乃能见彻三藏一切教义真谛而无余也。上面讲了，假如不离开分别执着，不但违犯三昧耶，而且后患无穷，所以要“永离分别执着”。你纵然家财万贯，也执着不得，你能保得住吗？保不住啊！因为你总要死的，你死掉之后一分钱也带不走，还是两手空空而去。终归要放下的，舍不得放也要放。何不聪明点，现在就放下，从而得大智慧，得大受用呢？</w:t>
      </w:r>
    </w:p>
    <w:p>
      <w:pPr>
        <w:spacing w:before="0" w:after="80" w:line="259" w:lineRule="auto"/>
        <w:ind w:firstLine="360"/>
      </w:pPr>
      <w:r>
        <w:rPr>
          <w:rFonts w:ascii="Noto Serif CJK SC" w:hAnsi="Noto Serif CJK SC" w:eastAsia="Noto Serif CJK SC"/>
        </w:rPr>
        <w:t>慢说死时，即使在眼前，你也未必能保得住它。释迦佛说，钱财是“五家所共”。不是你自己的，是你跟五家所共有的。哪五家？水、火、盗贼、国王、亲属。你的财产可以被大水冲完，被大火烧光，被盗贼抢去，被国王没收，被亲属争夺。哪是你自己的啊？一旦五家来取，不管你放不放，总是要放下的。所以，我们放聪明一些，不要再分别执着了。要“永离分别执着，无所住而生其心”，于一切时、一切处都无分别执着，谓之“永离”。心不贪着、意不粘滞，谓之“无所住”并非心如死灰，而是活泼泼地妙用现前，谓之“而生其心”果然如此者，“乃能见彻三藏一切教义真谛而无余也”。我们果真能做到一切时、一切处都无所住着，而生起灵明、活泼的妙用真心，就能彻底明见佛法的真谛，通达无余。假使我们做死功夫，“枯木倚寒岩，三冬无暖气”，最多证成阿罗汉果，那还在变易生死里。为什么呢？因为他住在界外净土里不动，死在那里，这又是一重生死。凡夫是分段生死，罗汉是变易生死。所以，我们要生起无住心，生起妙用无边之心。《金刚经》云：“应无所住，而生其心”，六祖大师就</w:t>
      </w:r>
    </w:p>
    <w:p>
      <w:pPr>
        <w:spacing w:before="0" w:after="80" w:line="259" w:lineRule="auto"/>
        <w:ind w:firstLine="360"/>
      </w:pPr>
      <w:r>
        <w:rPr>
          <w:rFonts w:ascii="Noto Serif CJK SC" w:hAnsi="Noto Serif CJK SC" w:eastAsia="Noto Serif CJK SC"/>
        </w:rPr>
        <w:t>是从这里开悟的。针对神秀的偈子“身如菩提树，心</w:t>
      </w:r>
    </w:p>
    <w:p>
      <w:pPr>
        <w:spacing w:before="0" w:after="80" w:line="259" w:lineRule="auto"/>
        <w:ind w:firstLine="360"/>
      </w:pPr>
      <w:r>
        <w:rPr>
          <w:rFonts w:ascii="Noto Serif CJK SC" w:hAnsi="Noto Serif CJK SC" w:eastAsia="Noto Serif CJK SC"/>
        </w:rPr>
        <w:t>如明镜台；时时勤拂拭，勿使惹尘埃。”六祖大师作</w:t>
      </w:r>
    </w:p>
    <w:p>
      <w:pPr>
        <w:spacing w:before="0" w:after="80" w:line="259" w:lineRule="auto"/>
        <w:ind w:firstLine="360"/>
      </w:pPr>
      <w:r>
        <w:rPr>
          <w:rFonts w:ascii="Noto Serif CJK SC" w:hAnsi="Noto Serif CJK SC" w:eastAsia="Noto Serif CJK SC"/>
        </w:rPr>
        <w:t>偈曰：“菩提本无树，明镜亦非台。本来无一物，何处惹尘埃。”神秀大师是执著有，六祖大师此偈偏空。你说有，我就说空，其实两个人都是偏见，所以五祖说“亦未见性”。有人认为，这是五祖恐怕拥护神秀的人加害六祖而故意假说的。其实这不是假说，如果是假说，五祖为什么还叫六祖三更入方丈，再给他开示？五祖给六祖讲《金刚经》，讲到“应无所住，而生其心”，六祖言下大悟。啊，原来自性本来就是活泼泼的，不是空无一物，不是死在那里不动啊！六祖感慨地说：“何期自性本自清净，何期自性本不生灭，何期自性本自具足，何期自性本无动摇，何期自性能生万法。”六祖连说了五个“何期”，他活转过来了。在此之前，六祖惠能大师所解，其实是偏空、是死的。“本来无一物，何处惹尘埃”，空到极点了，这也不是究竟。五祖看他是块好料子，便用手中的杖子击碓三下而去，暗示他三更入室，为他讲《金刚经》，使他恍然大悟。所以，我们不要作死功夫，要作活功夫，要时时刻刻起妙用。“渠今正是我”，都是我的影子，都是我的妙用。但“我今不是渠”，也不能执着在妙用上。我们不怕众生、不怕有魔，这都是妙用，并不是空无所有。有人说，《金刚经》是讲空，空无所有，那是</w:t>
      </w:r>
    </w:p>
    <w:p>
      <w:pPr>
        <w:spacing w:before="0" w:after="80" w:line="259" w:lineRule="auto"/>
        <w:ind w:firstLine="360"/>
      </w:pPr>
      <w:r>
        <w:rPr>
          <w:rFonts w:ascii="Noto Serif CJK SC" w:hAnsi="Noto Serif CJK SC" w:eastAsia="Noto Serif CJK SC"/>
        </w:rPr>
        <w:t>错误理解，不对！《金刚经》是讲妙用无边，是显现真心的。西方极乐世界就是有的，就有这样美好的世界：黄金为地，七宝莲池，八功德水，风声鸟语，宣说法音。就是这么好，当然是真有，怎么会没有？但这是妙有、不是实有，本来没有，是阿弥陀佛、莲池海会佛菩萨愿力所化。顽空是错误的，实有也是错误的。真空妙有，空而不空、有而不有，不空而空、不有而有。若能这样，就是“永离分别执着”，就是“无所住而生其心”“乃能见彻三藏一切教义真谛而无余也”。三藏十二部佛法，浩瀚无边的教义，统统能明了于心。三藏十二部无一不是描绘真心的，你领会了真心，就掌握了真谛。你就是家里人，不再是门外汉，自己家里的东西，你当然是一目了然而无所余。三藏十二部经，没有什么地方疑而不明，没有什么地方不能解释，统统地知道，没有剩余的东西了。“无作之修，以观心为最要。“无作之修”，就是无功用行。将心修心，是有功用行，就是有修行之心、有心来修行。有功用行是初步，慢慢地过渡到无功用行，即“无作之修”。无作之修，“以观心为最要”，观心最为重要。我们前面</w:t>
      </w:r>
    </w:p>
    <w:p>
      <w:pPr>
        <w:spacing w:before="0" w:after="80" w:line="259" w:lineRule="auto"/>
        <w:ind w:firstLine="360"/>
      </w:pPr>
      <w:r>
        <w:rPr>
          <w:rFonts w:ascii="Noto Serif CJK SC" w:hAnsi="Noto Serif CJK SC" w:eastAsia="Noto Serif CJK SC"/>
        </w:rPr>
        <w:t>讲过，观心就是警觉地看着念头起处。念头来了，问</w:t>
      </w:r>
    </w:p>
    <w:p>
      <w:pPr>
        <w:spacing w:before="0" w:after="80" w:line="259" w:lineRule="auto"/>
        <w:ind w:firstLine="360"/>
      </w:pPr>
      <w:r>
        <w:rPr>
          <w:rFonts w:ascii="Noto Serif CJK SC" w:hAnsi="Noto Serif CJK SC" w:eastAsia="Noto Serif CJK SC"/>
        </w:rPr>
        <w:t>它从什么地方来；念头息下去了，问它到什么地方去。观心就是观照，观察它、照住它，这样，念头就不会乱起乱灭、迁流不息了。若不观照，妄想纷飞、思虑万千，你反而习以为常，不觉得乱，这怎么能行啊？所以要警觉，要看好它。真心、妄心，你要弄清。观照之心，还是妄心，因为这也是起心动念。没有真心，就不会生起这个妄心，妄心是真心所起的、是真心的妙用。正用的时候，即正观心的时候，不要分别它是真心、妄心。用到妄心不动的时候，能观之心、所观之念，就会一时脱落，那就“能所双亡”了，能观之心、所观之念都没有了。若不观照，就不会能所双亡，就不会脱开，所以一定要观照。念佛也是观照、也是止观，“阿弥陀佛，阿弥陀佛……”，行人的思想被佛号摄住，思想不动了，这就是止。自己念、自己听，听得了了分明，这就是观。纵然不出声，心念阿弥陀佛，也听得清清楚楚，这就是照。照顾佛号、不杂用心，是止；照见佛号、明明历历，是观。观心，不是观肉团心，而是观心念。我们修心中心法，也是观心。座上持咒、心念耳闻，念得字字清晰，听得了了分明。座下观照，警觉念头起处，如猫捕鼠。一起念就看见，不随念转、不为境迁。念起即知，就是禅宗所说的“识</w:t>
      </w:r>
    </w:p>
    <w:p>
      <w:pPr>
        <w:spacing w:before="0" w:after="80" w:line="259" w:lineRule="auto"/>
        <w:ind w:firstLine="360"/>
      </w:pPr>
      <w:r>
        <w:rPr>
          <w:rFonts w:ascii="Noto Serif CJK SC" w:hAnsi="Noto Serif CJK SC" w:eastAsia="Noto Serif CJK SC"/>
        </w:rPr>
        <w:t>得”，识得不为冤啊！有人说，我不念佛还好，还没妄念，一念佛就坏了，妄念多得不得了。念佛念坏了吗？不是的！其实你没念佛时，心里乱得很，你没觉察到罢了！你跟着妄念、跟着境界跑，一直在六道轮回里转。现在你念佛了，心静了下来，看见了妄念、看见了轮回之因，这是大好事！就象一间房子有个小洞，一缕阳光照进来，你看见那一道光线里灰尘飞扬。没有光线的地方，看不见灰尘。其实处处都是灰尘，经阳光一照，它就显现了。所以看见念头是好事，这是慧光初显。你希望一下子就不起念，正如希望一步登天一样，哪有那么快啊？这是学人的通病，都想一下子成功，一下子成佛，没有这么容易。说难也不难，晓得方法之后就去做，今天做、明天做、后天做，几年功夫一定能成功。想一下子就成功、一天就成功，没有这样的事。我们修心中心法，有的人每天坐两个小时，还觉得难过，勉强坐几天，就坚持不下去了，这就坏在没有恒心。于是，就改为散心念佛了，嘴里“阿弥陀佛、阿弥陀佛……”，心里却是妄想纷飞，这样行吗？这等于没有念佛，不行的！</w:t>
      </w:r>
    </w:p>
    <w:p>
      <w:pPr>
        <w:spacing w:before="0" w:after="80" w:line="259" w:lineRule="auto"/>
        <w:ind w:firstLine="360"/>
      </w:pPr>
      <w:r>
        <w:rPr>
          <w:rFonts w:ascii="Noto Serif CJK SC" w:hAnsi="Noto Serif CJK SC" w:eastAsia="Noto Serif CJK SC"/>
        </w:rPr>
        <w:t>五、见修行果</w:t>
      </w:r>
    </w:p>
    <w:p>
      <w:pPr>
        <w:pStyle w:val="Heading3"/>
      </w:pPr>
      <w:r>
        <w:rPr>
          <w:rFonts w:ascii="Noto Serif CJK SC" w:hAnsi="Noto Serif CJK SC" w:eastAsia="Noto Serif CJK SC"/>
        </w:rPr>
        <w:t>10.17 恒河大手印（第十七讲）</w:t>
      </w:r>
    </w:p>
    <w:p>
      <w:pPr>
        <w:spacing w:before="0" w:after="80" w:line="259" w:lineRule="auto"/>
        <w:ind w:firstLine="360"/>
      </w:pPr>
      <w:r>
        <w:rPr>
          <w:rFonts w:ascii="Noto Serif CJK SC" w:hAnsi="Noto Serif CJK SC" w:eastAsia="Noto Serif CJK SC"/>
        </w:rPr>
        <w:t>“超离一切边见、执着、遍计，方为真正见中之王。（见）大家都是有边见的。什么是边见啊？执有、执无，这是有无边；执好、执坏，这是好坏边。还有长短、是非、得失、空有等等很多种边见。凡是相对，都有两边，都是边见。边见就是凡夫的相对之见。什么是执着？盯在一桩事情上放不下、脱不开，就是执着。什么是遍计？就是普遍地计度、算计，没一样东西放得下，样样都要。这就是法相宗所讲的“遍计所执性”六道轮回的凡夫个个都是如此，没有一个凡夫不计较。有的人嘴上说，这个他不要，那个他不要，别信他，其实他样样都想要。“鱼，吾所欲也；熊掌，亦吾所欲也”，鱼和熊掌他都想要。他如果说，有一样东西他不要，那是他明知“不可兼得”罢了。其实，</w:t>
      </w:r>
    </w:p>
    <w:p>
      <w:pPr>
        <w:spacing w:before="0" w:after="80" w:line="259" w:lineRule="auto"/>
        <w:ind w:firstLine="360"/>
      </w:pPr>
      <w:r>
        <w:rPr>
          <w:rFonts w:ascii="Noto Serif CJK SC" w:hAnsi="Noto Serif CJK SC" w:eastAsia="Noto Serif CJK SC"/>
        </w:rPr>
        <w:t>皆不可得也！唉，都是普遍计着啊！我们修行人就要</w:t>
      </w:r>
    </w:p>
    <w:p>
      <w:pPr>
        <w:spacing w:before="0" w:after="80" w:line="259" w:lineRule="auto"/>
        <w:ind w:firstLine="360"/>
      </w:pPr>
      <w:r>
        <w:rPr>
          <w:rFonts w:ascii="Noto Serif CJK SC" w:hAnsi="Noto Serif CJK SC" w:eastAsia="Noto Serif CJK SC"/>
        </w:rPr>
        <w:t>把这些东西放下，一切放下，放不下不行！放下就是超离，“超离一切边见、执着、遍计，方为真正见中之王”，这样做，才是正知见，才是见中之王。为什么呢？因为只有这样做，才与我们的本性相应。“见”</w:t>
      </w:r>
    </w:p>
    <w:p>
      <w:pPr>
        <w:spacing w:before="0" w:after="80" w:line="259" w:lineRule="auto"/>
        <w:ind w:firstLine="360"/>
      </w:pPr>
      <w:r>
        <w:rPr>
          <w:rFonts w:ascii="Noto Serif CJK SC" w:hAnsi="Noto Serif CJK SC" w:eastAsia="Noto Serif CJK SC"/>
        </w:rPr>
        <w:t>就是要识得我们的本性，要识得我们的本来面目。你不这样“见”，怎么能够识得本性呢？要把一切边见、执着、遍计，统统放下，统统远离，统统超越，才是真正见中之王。“修，必于自心明体毫不散乱，方为真正修中之王。（修）见、定、行，刚才讲的是“见”，现在讲“定”定就是“修”</w:t>
      </w:r>
    </w:p>
    <w:p>
      <w:pPr>
        <w:spacing w:before="0" w:after="80" w:line="259" w:lineRule="auto"/>
        <w:ind w:firstLine="360"/>
      </w:pPr>
      <w:r>
        <w:rPr>
          <w:rFonts w:ascii="Noto Serif CJK SC" w:hAnsi="Noto Serif CJK SC" w:eastAsia="Noto Serif CJK SC"/>
        </w:rPr>
        <w:t>“必于自心明体毫不散乱，方为真正修</w:t>
      </w:r>
    </w:p>
    <w:p>
      <w:pPr>
        <w:spacing w:before="0" w:after="80" w:line="259" w:lineRule="auto"/>
        <w:ind w:firstLine="360"/>
      </w:pPr>
      <w:r>
        <w:rPr>
          <w:rFonts w:ascii="Noto Serif CJK SC" w:hAnsi="Noto Serif CJK SC" w:eastAsia="Noto Serif CJK SC"/>
        </w:rPr>
        <w:t>中之王”，自心明体，就是我们自己的本性，它是光明无量、智慧无穷的，所以叫明体，光明就在我们的本体上。必须丝毫不散乱，丝毫不为外境所引诱而离开自性本体。如果跟着境界跑，胡思乱想，那就散乱了。要时时刻刻在本性上看得真切，保持得住。这样才是真正修中之王。我们大家都是习惯于跟着境界跑，跑了十万八千里后才晓得：哎哟！我怎么跟妄念跑那么远啊，拉回来！可是已经觉得太迟了。禅宗里有句话：“不怕念起，只怕觉迟。”就是告诉我们要时时警惕觉照，不随妄念转。如果跟着妄念跑了很远、很久了，你才知道，那就不好了。念尽管起，但一起我就能看见它。一看见它，不理睬它，就照破了。照</w:t>
      </w:r>
    </w:p>
    <w:p>
      <w:pPr>
        <w:spacing w:before="0" w:after="80" w:line="259" w:lineRule="auto"/>
        <w:ind w:firstLine="360"/>
      </w:pPr>
      <w:r>
        <w:rPr>
          <w:rFonts w:ascii="Noto Serif CJK SC" w:hAnsi="Noto Serif CJK SC" w:eastAsia="Noto Serif CJK SC"/>
        </w:rPr>
        <w:t>破就是毫不散乱，这才是真正修中之王。“行，必安住于自心明体，无作无求，方为真正行中之王。（行）</w:t>
      </w:r>
    </w:p>
    <w:p>
      <w:pPr>
        <w:spacing w:before="0" w:after="80" w:line="259" w:lineRule="auto"/>
        <w:ind w:firstLine="360"/>
      </w:pPr>
      <w:r>
        <w:rPr>
          <w:rFonts w:ascii="Noto Serif CJK SC" w:hAnsi="Noto Serif CJK SC" w:eastAsia="Noto Serif CJK SC"/>
        </w:rPr>
        <w:t>行，就是行持。怎么样行持啊？“必安住于自心</w:t>
      </w:r>
    </w:p>
    <w:p>
      <w:pPr>
        <w:spacing w:before="0" w:after="80" w:line="259" w:lineRule="auto"/>
        <w:ind w:firstLine="360"/>
      </w:pPr>
      <w:r>
        <w:rPr>
          <w:rFonts w:ascii="Noto Serif CJK SC" w:hAnsi="Noto Serif CJK SC" w:eastAsia="Noto Serif CJK SC"/>
        </w:rPr>
        <w:t>明体，无作无求，方为真正行中之王”，这里又一次提到自心明体。必须安住在这个光明无量、智慧无穷的本体上，“无作无求”。无作，就是不要有意做作，一切任运随缘。有人在修法的时候，不去如法地修，总是自作聪明地加点什么东西上去，这就是有意做作。无求，就是对什么都不追求。不求神通，不求入定。越追求入定，就越入不了定；越追求神通，就越不现神通。因为你起了妄念，遮蔽了心光。要“无作无求”才对，这样才是“真正行中之王”。若不这样修行，纵然努力修，也不能成道；因为，你不知道自心明体是什么，就象用沙来煮饭一样，终不能成就。先要知道自心明体是怎么一回事，再保护这个自心明体。念佛也好，持咒也好，观照也好，目的都是保护这个自心明体。这是先决条件，非常重要。这样用功，一定能成就，故称“行中之王”。若不知道自心明体是怎么一回事，则尽是盲修瞎练，总归是在外面兜圈</w:t>
      </w:r>
    </w:p>
    <w:p>
      <w:pPr>
        <w:spacing w:before="0" w:after="80" w:line="259" w:lineRule="auto"/>
        <w:ind w:firstLine="360"/>
      </w:pPr>
      <w:r>
        <w:rPr>
          <w:rFonts w:ascii="Noto Serif CJK SC" w:hAnsi="Noto Serif CJK SC" w:eastAsia="Noto Serif CJK SC"/>
        </w:rPr>
        <w:t>子，达不到中心，终究不能成道。“若言果道，必于圣凡、上下、涅槃、生死皆无希求、无所住，真正无上之随缘不变、不变随缘，寂而恒照、照而恒寂，等同诸佛，方是果也。（果）恒河大手印一直强调“见、定、行”三要，这是为了什么呢？是为了证成圣果。见定行只是手段，证成圣果才是目的。“若言果道”，若要说怎么样才算证成圣果，“必于圣凡、上下、涅槃、生死皆无希求”圣也好、凡也好，上也好、下也好，涅槃也好、生死也好，这些都是我们的妄心分别。我们本来就是佛，本来就没有离开大道。我们的本体是不生不灭、不垢不净、不增不减的，“心、佛、众生”三无差别，还有什么圣和凡、上和下、生死和涅槃呢？究竟处没有这些相对，你还希求什么呢？真正证到了本体，就无圣无凡，圣人、凡夫都是一体，都是本来的光明自性。既然无圣无凡，还有什么上下呢？也就没有我在上、你在下，或者你在上、我在下；没有贡高我慢，大家平等一如，上、下本来就不可得。涅而不生，槃而不灭，本体从来就不生不灭，还有什么涅槃可言呢？既然没有涅槃，又有什么生死呢？所以说本来就没有生</w:t>
      </w:r>
    </w:p>
    <w:p>
      <w:pPr>
        <w:spacing w:before="0" w:after="80" w:line="259" w:lineRule="auto"/>
        <w:ind w:firstLine="360"/>
      </w:pPr>
      <w:r>
        <w:rPr>
          <w:rFonts w:ascii="Noto Serif CJK SC" w:hAnsi="Noto Serif CJK SC" w:eastAsia="Noto Serif CJK SC"/>
        </w:rPr>
        <w:t>死，再说个了生脱死岂不是多余！一切都根本没有，还追求什么？所以说“皆无希求”“无所住”，真正的涅槃是“无所住处涅槃”。我们以前讲过，涅槃有四种：一自性涅槃。自性就是我们的真心，它本来不生不灭，本来涅槃。二有余涅槃。小乘圣人所证，还有变易生死未了，故称“有余”三无余涅槃。变易生死也了了，一切东西都没有了。这是小乘教中佛所证的涅槃。四无所住处涅槃。佛也不可得，这才是真正涅槃，所谓“生死涅槃等空花”者是也。至此，什么东西都可以有，什么地方都可以在，无所不有、无所不在，“从来真是妄，而今妄皆真。但复本时性，更无一法新。”无所住，连涅槃也不住，那就处处可住了。我们前面讲过，圆寂后往生什么地方啊？西方极乐世界、东方净琉璃世界、还是兜率内院？“应无所住”，有所住就错了。佛根本无相，一切随缘，恒顺众生，跟众生滚，什么地方有缘，就到什么地方度众生，没有一定的处所。地藏菩萨就不生净土，而是在地狱里度众生，“地狱不空，誓不成佛”。你以为地藏菩萨没有成佛吗？你以为地藏菩萨不在净土吗？其实，地狱本来就是空的，地藏菩萨早已成佛，时时处处都在净土之中。在众生看来，是地狱，因众生有地狱心（贪嗔痴炽盛之心）之故。地</w:t>
      </w:r>
    </w:p>
    <w:p>
      <w:pPr>
        <w:spacing w:before="0" w:after="80" w:line="259" w:lineRule="auto"/>
        <w:ind w:firstLine="360"/>
      </w:pPr>
      <w:r>
        <w:rPr>
          <w:rFonts w:ascii="Noto Serif CJK SC" w:hAnsi="Noto Serif CJK SC" w:eastAsia="Noto Serif CJK SC"/>
        </w:rPr>
        <w:t>藏菩萨没有地狱心，处处都是净土。“无所住”，就是“真正无上之随缘不变、不变随缘。”随缘不变，即随一切众生之缘。众生在天上，我就到天上；众生在地狱，我就到地狱。上天也好，入地也好，本性是不变的。上天也不多一分、清净一分，下地也不减少一分、污秽一分。比如金子，随缘打成戒指、打成项链、打成镯子，随缘变不同形相，但金子的本体不变，金子还是金子。不变随缘，金子本体虽不变，但形相可以改变，这正是妙用，真心具足无量妙用。随缘不变是本体，不变随缘是妙用。“寂而恒照，照而恒寂”，寂，寂然不动，本体是寂然不</w:t>
      </w:r>
    </w:p>
    <w:p>
      <w:pPr>
        <w:spacing w:before="0" w:after="80" w:line="259" w:lineRule="auto"/>
        <w:ind w:firstLine="360"/>
      </w:pPr>
      <w:r>
        <w:rPr>
          <w:rFonts w:ascii="Noto Serif CJK SC" w:hAnsi="Noto Serif CJK SC" w:eastAsia="Noto Serif CJK SC"/>
        </w:rPr>
        <w:t>动的；照，照了万法，能照万法就是妙用。这也是讲</w:t>
      </w:r>
    </w:p>
    <w:p>
      <w:pPr>
        <w:spacing w:before="0" w:after="80" w:line="259" w:lineRule="auto"/>
        <w:ind w:firstLine="360"/>
      </w:pPr>
      <w:r>
        <w:rPr>
          <w:rFonts w:ascii="Noto Serif CJK SC" w:hAnsi="Noto Serif CJK SC" w:eastAsia="Noto Serif CJK SC"/>
        </w:rPr>
        <w:t>本体和妙用。我们前面讲过觉照，时时要觉悟、警觉，不要跟境界跑。到后面觉也不要了，还有觉在，就是有作为。要无作为，才称“无为”。功夫成熟了，不用提起觉照，自然觉照。不提觉照，就是寂；自然觉照，就是照。这就是“寂而恒照”“照而恒寂”呢？尽管起妙用，本体仍是如如不动。功夫到这里才算到家，还有觉照在，那就还没到家。但也不是一下子就能这样，总是要经过提起觉照的阶段。要觉照、觉照、再觉照，把它照熟了，就象人在空气中，忘记了还有空气。“如入芝兰之室，久闻不知其香”，浑化相忘了。</w:t>
      </w:r>
    </w:p>
    <w:p>
      <w:pPr>
        <w:spacing w:before="0" w:after="80" w:line="259" w:lineRule="auto"/>
        <w:ind w:firstLine="360"/>
      </w:pPr>
      <w:r>
        <w:rPr>
          <w:rFonts w:ascii="Noto Serif CJK SC" w:hAnsi="Noto Serif CJK SC" w:eastAsia="Noto Serif CJK SC"/>
        </w:rPr>
        <w:t>象诸佛一样“随缘不变、不变随缘”；象诸佛一样，“寂而恒照、照而恒寂”，这就是等同诸佛。“等同诸佛，方是果也”，这样才算得上证果。我们开始用功的时候，就要知道本性是什么。知道本性之后，要时常观心、时常觉照。这样作功夫，就能证成佛果。若不觉照、不作功夫，怎么证果呢？一步登天是不可能的，生下来就成佛的人是没有的。因为他的无明还在，总是着相。婴儿一有知觉，就知道身体要紧，他也是私心蛮重的。他有东西，也不肯给你，你如果拿</w:t>
      </w:r>
    </w:p>
    <w:p>
      <w:pPr>
        <w:spacing w:before="0" w:after="80" w:line="259" w:lineRule="auto"/>
        <w:ind w:firstLine="360"/>
      </w:pPr>
      <w:r>
        <w:rPr>
          <w:rFonts w:ascii="Noto Serif CJK SC" w:hAnsi="Noto Serif CJK SC" w:eastAsia="Noto Serif CJK SC"/>
        </w:rPr>
        <w:t>他的东西，他就哭闹。这都是无明之故啊！所以，要</w:t>
      </w:r>
    </w:p>
    <w:p>
      <w:pPr>
        <w:spacing w:before="0" w:after="80" w:line="259" w:lineRule="auto"/>
        <w:ind w:firstLine="360"/>
      </w:pPr>
      <w:r>
        <w:rPr>
          <w:rFonts w:ascii="Noto Serif CJK SC" w:hAnsi="Noto Serif CJK SC" w:eastAsia="Noto Serif CJK SC"/>
        </w:rPr>
        <w:t>证成道果，就须从开正知见起步。第一步，“啪——”打开本来了，啊！这是我的自性！第二步，时时处处用功保护它。第三步就是证果。你们今天果真能认取自性，再去念佛，必然得大受用。这时念佛跟从前念佛不同了。从前念佛不知道“念”是怎么一回事，只知道向西方追求。现在明白了：噢！这声声佛号是念我的自性，使我自心清净。“阿弥陀佛、阿弥陀佛……”，把自心的污秽都扫除掉，把自心的执着、烦恼都连根断除，那你念佛就得真正受用了。所以，开正知见非常重要，“见”为第一。“见”正了，才能得正定，这时修法才算是正行。</w:t>
      </w:r>
    </w:p>
    <w:p>
      <w:pPr>
        <w:spacing w:before="0" w:after="80" w:line="259" w:lineRule="auto"/>
        <w:ind w:firstLine="360"/>
      </w:pPr>
      <w:r>
        <w:rPr>
          <w:rFonts w:ascii="Noto Serif CJK SC" w:hAnsi="Noto Serif CJK SC" w:eastAsia="Noto Serif CJK SC"/>
        </w:rPr>
        <w:t>六、修行的必要性</w:t>
      </w:r>
    </w:p>
    <w:p>
      <w:pPr>
        <w:spacing w:before="0" w:after="80" w:line="259" w:lineRule="auto"/>
        <w:ind w:firstLine="360"/>
      </w:pPr>
      <w:r>
        <w:rPr>
          <w:rFonts w:ascii="Noto Serif CJK SC" w:hAnsi="Noto Serif CJK SC" w:eastAsia="Noto Serif CJK SC"/>
        </w:rPr>
        <w:t>“无念并非无记（此是无始无明）“无念”并不是无记。无记是什么呢？就是象木头、石头一样，一个念头都没有，即所谓“无记空”无记空就是“灭受想定”，灭掉了“受”和“想”，不接受外界的任何信息，没有任何思想活动了。无记空是“无始无明”，不是好东西，不要把它当成好东西看。有的人追求这个东西、崇拜这个东西。哎哟！某某功夫好，他能入定一个星期不动；嗨！某某功夫更好，他一个月都没动；哎呀！某某已经坐三年啦！这些都是无记空，饶你能入定八万四千劫，充其量也不过是“非想非非想处定”，那还是世间禅定，还在六道轮回里，并没有解脱。成佛是修成活佛，活活泼泼地起灵活妙用，并不是死坐在那里不动。死坐在那里不动有什么用处呢？唐朝的玄奘法师到印度取经，走到喜玛拉雅山一带，发现山上有紫云结盖，知道山里一定有人修道。于是，大家就去寻找。山上原来有个洞，年深日久，树倒下草生起，山洞被掩没了。找啊、找啊，突然有人发现象有个洞，就在那里试着挖挖看。挖进去，果</w:t>
      </w:r>
    </w:p>
    <w:p>
      <w:pPr>
        <w:spacing w:before="0" w:after="80" w:line="259" w:lineRule="auto"/>
        <w:ind w:firstLine="360"/>
      </w:pPr>
      <w:r>
        <w:rPr>
          <w:rFonts w:ascii="Noto Serif CJK SC" w:hAnsi="Noto Serif CJK SC" w:eastAsia="Noto Serif CJK SC"/>
        </w:rPr>
        <w:t>然是个洞，有一个人坐在里面。玄奘的弟子说，这人死掉了，你看他冷冰冰的，只剩下皮包的骨头架子了。玄奘法师摸摸他的胸口还有点热，这就说明他没死，第八识还没有走。第八识是“暖寿识”，胸口还有点暖气，说明他还有寿命在。玄奘法师敲敲引罄，这道者出定了。道者睁开眼一看：啊！佛来了，来给我说法啦。他坐在这里就是等释迦佛出世为他说法，所以一见玄奘法师，以为是释迦佛来接引他、来度脱他。玄奘法师说：我不是释迦佛，释迦佛已经圆寂多年了。释迦佛出世相当于周昭王时期，唐玄奘是唐朝李世民时期，已经过了很长时间了。这个道者哭了：唉！我错过机会了，我在等释迦佛出世来度我，想不到佛已经圆寂了。玄奘法师说：你不要哭，释迦佛的佛法还在，我就是到佛国求取真经的，将来回震旦大振佛法。你这身体没有用了，坐了一千多年了（他入定是一千多年，不是三年、五年）不能用了，再换一个身体吧！</w:t>
      </w:r>
    </w:p>
    <w:p>
      <w:pPr>
        <w:spacing w:before="0" w:after="80" w:line="259" w:lineRule="auto"/>
        <w:ind w:firstLine="360"/>
      </w:pPr>
      <w:r>
        <w:rPr>
          <w:rFonts w:ascii="Noto Serif CJK SC" w:hAnsi="Noto Serif CJK SC" w:eastAsia="Noto Serif CJK SC"/>
        </w:rPr>
        <w:t>你赶快到震旦投胎，待你长大，我也该回来了。你要</w:t>
      </w:r>
    </w:p>
    <w:p>
      <w:pPr>
        <w:spacing w:before="0" w:after="80" w:line="259" w:lineRule="auto"/>
        <w:ind w:firstLine="360"/>
      </w:pPr>
      <w:r>
        <w:rPr>
          <w:rFonts w:ascii="Noto Serif CJK SC" w:hAnsi="Noto Serif CJK SC" w:eastAsia="Noto Serif CJK SC"/>
        </w:rPr>
        <w:t>到高楼大院琉璃瓦的地方去投胎，小地方不要去。这道者就投胎去了，投到尉迟恭家里，成了小王子。这道者一入定就是一千多年，他功夫应该是很好的吧。不行！这种灭受想定没有用，这是搬石头压草，石去草生，反而更甚。他长大以后，着相、淫乱，闯下大</w:t>
      </w:r>
    </w:p>
    <w:p>
      <w:pPr>
        <w:spacing w:before="0" w:after="80" w:line="259" w:lineRule="auto"/>
        <w:ind w:firstLine="360"/>
      </w:pPr>
      <w:r>
        <w:rPr>
          <w:rFonts w:ascii="Noto Serif CJK SC" w:hAnsi="Noto Serif CJK SC" w:eastAsia="Noto Serif CJK SC"/>
        </w:rPr>
        <w:t>祸，被打入太庙，要杀他的头了。尉迟恭是功臣，他家是封王的，要杀王子，就先打入太庙。但是，如果出家做和尚，就可以不杀头，他只好出家做和尚了。但是，女人、乐队、好吃好玩的，他还要带着，这些东西拉了三大车。人们讽刺他为“三车和尚”。后来，玄奘法师点醒他的前生，他翻然醒悟，“三车”都不要了。他就是玄奘的大弟子窥基法师，后来成就很高，是法相宗第二代传人。所以，我们要活泼泼地作功夫，死坐在那里没用处，真定是对境不惑。无论什么事情发生，我的心都不乱；什么女色来到面前，我的心都不动；再多的财宝也不能使我动心。这才是真定。假若对境心动，再压下去，还不是真定，还有生灭心在啊！初果罗汉为什么还会七生天上、七生人间呢？就是因为他还有生灭心。念头来了，立即警觉，马上就灭掉，这也是生灭心啊，有生灭就要七返人天！我们作功夫，要作真正的功夫，时时处处保护真心不失。无念并不是无记，弄明白这一点，非常重要。“更别于外凡。更和外道、凡夫不同。心外求法，就是外道。外</w:t>
      </w:r>
    </w:p>
    <w:p>
      <w:pPr>
        <w:spacing w:before="0" w:after="80" w:line="259" w:lineRule="auto"/>
        <w:ind w:firstLine="360"/>
      </w:pPr>
      <w:r>
        <w:rPr>
          <w:rFonts w:ascii="Noto Serif CJK SC" w:hAnsi="Noto Serif CJK SC" w:eastAsia="Noto Serif CJK SC"/>
        </w:rPr>
        <w:t>道也讲究无念，但他那无念是死的。凡夫所修的气功，没有离开执着，他也讲无念。他的无念更不是真正的无念。他执着在气上，这个气到什么地方了，一会到百会、一会到丹田、一会又到涌泉，大周天、小周天等等，这些东西能算无念吗？所以，我们所讲的无念，不同于外道、凡夫的无念，与他们那些功夫毫不相干。“由不觉而始觉，始觉即同本觉生出之子光明，而合母光明也。我们大家作功夫都是“由不觉而始觉”，以前不</w:t>
      </w:r>
    </w:p>
    <w:p>
      <w:pPr>
        <w:spacing w:before="0" w:after="80" w:line="259" w:lineRule="auto"/>
        <w:ind w:firstLine="360"/>
      </w:pPr>
      <w:r>
        <w:rPr>
          <w:rFonts w:ascii="Noto Serif CJK SC" w:hAnsi="Noto Serif CJK SC" w:eastAsia="Noto Serif CJK SC"/>
        </w:rPr>
        <w:t>觉悟，通过入道修行，开始觉悟了。我现在给大家讲</w:t>
      </w:r>
    </w:p>
    <w:p>
      <w:pPr>
        <w:spacing w:before="0" w:after="80" w:line="259" w:lineRule="auto"/>
        <w:ind w:firstLine="360"/>
      </w:pPr>
      <w:r>
        <w:rPr>
          <w:rFonts w:ascii="Noto Serif CJK SC" w:hAnsi="Noto Serif CJK SC" w:eastAsia="Noto Serif CJK SC"/>
        </w:rPr>
        <w:t>法，就是希望大家开始觉悟。始觉发出的慧光，“即同本觉生出之子光明”，本觉就是我们的佛性。本觉是“母光明”，始觉为“子光明”，子光明是母光明所生，就象是母亲生出儿子一样。“而合母光明也”，就是始觉合于本觉。子母相合就成道了，子母不相合就不能成道。要时时刻刻观照，不要着外境，这是始觉合于本觉的过程。始觉和本觉融为一体，就是子母相合。比如，我们修心中心法，第四印就是“如来母印”母能生子，子母相合，从而证成大道。净土宗也是这样讲：“十方如来怜念众生，如母忆子，若子逃逝，</w:t>
      </w:r>
    </w:p>
    <w:p>
      <w:pPr>
        <w:spacing w:before="0" w:after="80" w:line="259" w:lineRule="auto"/>
        <w:ind w:firstLine="360"/>
      </w:pPr>
      <w:r>
        <w:rPr>
          <w:rFonts w:ascii="Noto Serif CJK SC" w:hAnsi="Noto Serif CJK SC" w:eastAsia="Noto Serif CJK SC"/>
        </w:rPr>
        <w:t>虽忆何为？子若忆母，如母忆时，母子历生，不相违远。”这段话是大势至菩萨讲的。我们念佛的时候，佛就是母，我们是子，佛总是时时刻刻接引我们。假如儿子忆念母亲，就象母亲忆念儿子一样，那么，子母相合，成道就很快。三藏十二部经，都是同一鼻孔出气。要把这个总纲抓住，真正领会了，则三藏十二部经都能通达。若没有抓住总纲，断章取义，就会支离破碎，无所适从。所以，要时时刻刻见到本性，这最要紧。“虽立见宗，亦非不修所能证。虽然我们确立了“见宗”，有了正确的知见，明</w:t>
      </w:r>
    </w:p>
    <w:p>
      <w:pPr>
        <w:spacing w:before="0" w:after="80" w:line="259" w:lineRule="auto"/>
        <w:ind w:firstLine="360"/>
      </w:pPr>
      <w:r>
        <w:rPr>
          <w:rFonts w:ascii="Noto Serif CJK SC" w:hAnsi="Noto Serif CJK SC" w:eastAsia="Noto Serif CJK SC"/>
        </w:rPr>
        <w:t>明白白地知道本性是怎么一回事，知道用这本性来修</w:t>
      </w:r>
    </w:p>
    <w:p>
      <w:pPr>
        <w:spacing w:before="0" w:after="80" w:line="259" w:lineRule="auto"/>
        <w:ind w:firstLine="360"/>
      </w:pPr>
      <w:r>
        <w:rPr>
          <w:rFonts w:ascii="Noto Serif CJK SC" w:hAnsi="Noto Serif CJK SC" w:eastAsia="Noto Serif CJK SC"/>
        </w:rPr>
        <w:t>行才能成道。但是，这并不是不要修行。不修道，能证道吗？不能啊！故云“亦非不修所能证”，也并不是说不修行就能证道的。“金沙具金质，但未即成金。必须炼冶工夫也。金沙，含有黄金的沙子，也就是含金的矿藏。“金沙具金质”，从本质上讲，金沙里面含有黄金，具有</w:t>
      </w:r>
    </w:p>
    <w:p>
      <w:pPr>
        <w:spacing w:before="0" w:after="80" w:line="259" w:lineRule="auto"/>
        <w:ind w:firstLine="360"/>
      </w:pPr>
      <w:r>
        <w:rPr>
          <w:rFonts w:ascii="Noto Serif CJK SC" w:hAnsi="Noto Serif CJK SC" w:eastAsia="Noto Serif CJK SC"/>
        </w:rPr>
        <w:t>黄金的质地。“但未即成金”，虽然含金，但它还不完全是纯粹的黄金，还有沙子等杂质掺和在里面。“必须炼冶工夫也”，必须要一个冶炼的过程，把沙子等杂质去掉，才能够成为纯金。比喻一切众生（金沙）虽然都有如来智慧德相，都具足佛性（具金质），但还有无明在，还有妄想执着，并不是果地佛啊！换句话说，众生虽具佛性，但还不是佛（但未即成金）必须要一个修行的过程（必须炼冶工夫也），豁然打破无明，进而除尽妄想执着，才能成佛。这段话是以冶炼金矿为喻，意在强调修行的重要。怎么修呢？看取下文。</w:t>
      </w:r>
    </w:p>
    <w:p>
      <w:pPr>
        <w:spacing w:before="0" w:after="80" w:line="259" w:lineRule="auto"/>
        <w:ind w:firstLine="360"/>
      </w:pPr>
      <w:r>
        <w:rPr>
          <w:rFonts w:ascii="Noto Serif CJK SC" w:hAnsi="Noto Serif CJK SC" w:eastAsia="Noto Serif CJK SC"/>
        </w:rPr>
        <w:t>七、三修门</w:t>
      </w:r>
    </w:p>
    <w:p>
      <w:pPr>
        <w:spacing w:before="0" w:after="80" w:line="259" w:lineRule="auto"/>
        <w:ind w:firstLine="360"/>
      </w:pPr>
      <w:r>
        <w:rPr>
          <w:rFonts w:ascii="Noto Serif CJK SC" w:hAnsi="Noto Serif CJK SC" w:eastAsia="Noto Serif CJK SC"/>
        </w:rPr>
        <w:t>“三修门：身修，离诸作为，如世间无益之事及其他出世之行法等，唯安闲宽坦令身安住。三修门，指的是身修、口修、意修。密宗讲究三密加持，是指身、口、意。三修门也是指身、口、意。第一就是“身修”，是建立在我们这个血肉之躯——身体上的修持方法。“离诸作为”，就是要远离种种作为，“如世间无益之事”这个世界上没有益处的事情，比如搓麻将，这事没有益处，把宝贵的光阴都唐丧了、浪费了。诸位当中喜欢搓麻将的可能不算太少，还会以“三缺一”为借口，天天四合一，大战几回。这样不行！无益之事不能做。不做世间无益之事，这本身就是修行——身修。“及其他出世之行法等”</w:t>
      </w:r>
    </w:p>
    <w:p>
      <w:pPr>
        <w:spacing w:before="0" w:after="80" w:line="259" w:lineRule="auto"/>
        <w:ind w:firstLine="360"/>
      </w:pPr>
      <w:r>
        <w:rPr>
          <w:rFonts w:ascii="Noto Serif CJK SC" w:hAnsi="Noto Serif CJK SC" w:eastAsia="Noto Serif CJK SC"/>
        </w:rPr>
        <w:t>，出世修</w:t>
      </w:r>
    </w:p>
    <w:p>
      <w:pPr>
        <w:spacing w:before="0" w:after="80" w:line="259" w:lineRule="auto"/>
        <w:ind w:firstLine="360"/>
      </w:pPr>
      <w:r>
        <w:rPr>
          <w:rFonts w:ascii="Noto Serif CJK SC" w:hAnsi="Noto Serif CJK SC" w:eastAsia="Noto Serif CJK SC"/>
        </w:rPr>
        <w:t>行的方法很多，如果今天修这个，明天修那个，也不行。要一门深入，受持一个法，一直修到底。今天听</w:t>
      </w:r>
    </w:p>
    <w:p>
      <w:pPr>
        <w:spacing w:before="0" w:after="80" w:line="259" w:lineRule="auto"/>
        <w:ind w:firstLine="360"/>
      </w:pPr>
      <w:r>
        <w:rPr>
          <w:rFonts w:ascii="Noto Serif CJK SC" w:hAnsi="Noto Serif CJK SC" w:eastAsia="Noto Serif CJK SC"/>
        </w:rPr>
        <w:t>张三说这个法好，就修这个法；明天听李四说那个法</w:t>
      </w:r>
    </w:p>
    <w:p>
      <w:pPr>
        <w:spacing w:before="0" w:after="80" w:line="259" w:lineRule="auto"/>
        <w:ind w:firstLine="360"/>
      </w:pPr>
      <w:r>
        <w:rPr>
          <w:rFonts w:ascii="Noto Serif CJK SC" w:hAnsi="Noto Serif CJK SC" w:eastAsia="Noto Serif CJK SC"/>
        </w:rPr>
        <w:t>好，又去修那个法。这样朝三暮四，虽然所修的都是出世之妙法，也不会有效果，因为你心不专一，不能与妙法相应。何况，有很多法是无益之法。比如，念一个咒，可以在刀上钻个洞，这就是无益之法，于解</w:t>
      </w:r>
    </w:p>
    <w:p>
      <w:pPr>
        <w:spacing w:before="0" w:after="80" w:line="259" w:lineRule="auto"/>
        <w:ind w:firstLine="360"/>
      </w:pPr>
      <w:r>
        <w:rPr>
          <w:rFonts w:ascii="Noto Serif CJK SC" w:hAnsi="Noto Serif CJK SC" w:eastAsia="Noto Serif CJK SC"/>
        </w:rPr>
        <w:t>脱无益。你一看能在刀上钻个洞，高兴了，好，我就修这个法。修这个有什么用处？我曾听一位和尚讲过他自己出家的因缘：未出家前他是个打拳的，跟他的娘舅练拳、学剑。有一天，他在四川边界看到两个西藏小喇嘛抽鸦片。他看不惯，就去干涉：“哎！你们是出家人，怎么抽起鸦片来了？”小喇嘛说：“别看我们抽鸦片，我们有法术的。”他问：“你们有什么法术？”小喇嘛看他带着刀，便说：“用你带的刀砍我，我一念咒你就砍不动。”他听了感到很新奇，忙问：“真有这个法？”小喇嘛答：“当然有，不信就试试看。不过，你先等我把鸦片抽好。”一会儿，抽好了，“来，我念咒，你砍。”其实他不敢真砍，这把刀很锋利，把手砍断就不好收场了。他用刀背砍，！刀弹了起来。“哎哟，你怎么把我的刀弹起来了？”小喇嘛说：“你就是用刀刃砍，我也不怕。“真不怕？”“当然不怕。“砍断了，我不管！“不用你管，你砍好了。这一次他是真用刀刃砍的，刀又被弹了起来。他服了，心想：佛法真不错，比我练的这功夫还要好。他就是以这个因缘学佛法的。其实这是无益之法，学了没有用处。“唯安闲宽坦令身安住。”只有安安闲闲、宽宽坦坦地令身安住，没有任何挂碍，不是紧张忙碌。</w:t>
      </w:r>
    </w:p>
    <w:p>
      <w:pPr>
        <w:spacing w:before="0" w:after="80" w:line="259" w:lineRule="auto"/>
        <w:ind w:firstLine="360"/>
      </w:pPr>
      <w:r>
        <w:rPr>
          <w:rFonts w:ascii="Noto Serif CJK SC" w:hAnsi="Noto Serif CJK SC" w:eastAsia="Noto Serif CJK SC"/>
        </w:rPr>
        <w:t>《心</w:t>
      </w:r>
    </w:p>
    <w:p>
      <w:pPr>
        <w:spacing w:before="0" w:after="80" w:line="259" w:lineRule="auto"/>
        <w:ind w:firstLine="360"/>
      </w:pPr>
      <w:r>
        <w:rPr>
          <w:rFonts w:ascii="Noto Serif CJK SC" w:hAnsi="Noto Serif CJK SC" w:eastAsia="Noto Serif CJK SC"/>
        </w:rPr>
        <w:t>经》云：“无挂碍故，无有恐怖，远离颠倒梦想，究竟涅槃。”有挂碍就会恐怖、就会颠倒梦想。无挂碍，心空空的，胸怀就宽阔平坦。所以“君子坦荡荡，小人常戚戚”。小人患得患失，经常戚戚然不可终日；君子胸怀坦荡、安闲自在。诸位注意，安闲宽坦令身安住，就是身修。假如心里总是患得患失的，那就不相应了。安安闲闲、宽宽坦坦，令身安住，心里没烦恼，没有牵挂，总是心平气和、轻松愉快，身体就会好，病也不大生了。这样住在世间，才可以用功修法。这是身修。“语修，无益之世间语及咒诵均止，安静如谷。</w:t>
      </w:r>
    </w:p>
    <w:p>
      <w:pPr>
        <w:spacing w:before="0" w:after="80" w:line="259" w:lineRule="auto"/>
        <w:ind w:firstLine="360"/>
      </w:pPr>
      <w:r>
        <w:rPr>
          <w:rFonts w:ascii="Noto Serif CJK SC" w:hAnsi="Noto Serif CJK SC" w:eastAsia="Noto Serif CJK SC"/>
        </w:rPr>
        <w:t>三修门的第二门就是语修，是言谈话语方面的修</w:t>
      </w:r>
    </w:p>
    <w:p>
      <w:pPr>
        <w:spacing w:before="0" w:after="80" w:line="259" w:lineRule="auto"/>
        <w:ind w:firstLine="360"/>
      </w:pPr>
      <w:r>
        <w:rPr>
          <w:rFonts w:ascii="Noto Serif CJK SC" w:hAnsi="Noto Serif CJK SC" w:eastAsia="Noto Serif CJK SC"/>
        </w:rPr>
        <w:t>持。说笑话、奉承某人、贬抑某事等等，这些世间的闲话都是于修解脱道没有益的，都是无益之世间语。就某人某事争论是非长短，更是戏论。藏密的黑教里，有好多咒语并非修解脱道，都是治人的，那就是无益之咒诵。这些东西都不要去说它、不要去念它。“无益之世间语及咒诵均止”，我们学佛法、修解脱道，必须一门深入，其它东西都不要去瞎弄。世间无益的</w:t>
      </w:r>
    </w:p>
    <w:p>
      <w:pPr>
        <w:spacing w:before="0" w:after="80" w:line="259" w:lineRule="auto"/>
        <w:ind w:firstLine="360"/>
      </w:pPr>
      <w:r>
        <w:rPr>
          <w:rFonts w:ascii="Noto Serif CJK SC" w:hAnsi="Noto Serif CJK SC" w:eastAsia="Noto Serif CJK SC"/>
        </w:rPr>
        <w:t>话不要讲，无益的咒语、课诵也不要去念。我们要做到“三少”：要心中事少，口中语少，腹中食少。人有个坏毛病，事情做完了，一有空闲，就张三、李四、王二麻子说个不停。修解脱道，那样是不行的。你默默不语，不是挺好的吗？“安静如谷”，话不要多说，心里安安静静的，就象空幽幽的山谷一样。“幽谷回声话晚烟”，你有问题问我，我就详详细细地、不厌其烦答复你；没问题时并不去思考分别，心里放教空荡荡的——“太虚饮光消契阔”“意修，离戏论思量、比对心想，即观想作意亦止。（恰恰用心时，恰恰无心用）</w:t>
      </w:r>
    </w:p>
    <w:p>
      <w:pPr>
        <w:spacing w:before="0" w:after="80" w:line="259" w:lineRule="auto"/>
        <w:ind w:firstLine="360"/>
      </w:pPr>
      <w:r>
        <w:rPr>
          <w:rFonts w:ascii="Noto Serif CJK SC" w:hAnsi="Noto Serif CJK SC" w:eastAsia="Noto Serif CJK SC"/>
        </w:rPr>
        <w:t>三修门的第三门就是意修，是思想意识方面的修</w:t>
      </w:r>
    </w:p>
    <w:p>
      <w:pPr>
        <w:spacing w:before="0" w:after="80" w:line="259" w:lineRule="auto"/>
        <w:ind w:firstLine="360"/>
      </w:pPr>
      <w:r>
        <w:rPr>
          <w:rFonts w:ascii="Noto Serif CJK SC" w:hAnsi="Noto Serif CJK SC" w:eastAsia="Noto Serif CJK SC"/>
        </w:rPr>
        <w:t>持。心里装着成套的与解脱道无关的空理论放不下，有什么用啊？分析它、推论它，是“戏论”；思念它、评价它，是“思量”。应该“离戏论思量、比对心想”心里空空净净，远离戏论思量，还要远离比对心想。样样东西都拿来对比一下，比较什么呢？到底是我好，还是你好；是我长，还是你长。这种居心是不平等的，正是妄想分别，这种“比对心想”更要远离。</w:t>
      </w:r>
    </w:p>
    <w:p>
      <w:pPr>
        <w:spacing w:before="0" w:after="80" w:line="259" w:lineRule="auto"/>
        <w:ind w:firstLine="360"/>
      </w:pPr>
      <w:r>
        <w:rPr>
          <w:rFonts w:ascii="Noto Serif CJK SC" w:hAnsi="Noto Serif CJK SC" w:eastAsia="Noto Serif CJK SC"/>
        </w:rPr>
        <w:t>“即观想作意亦止”。观想是修行的方法，我们在前面已提到过。想个什么东西，还是有作为之修。比如“观想念佛”，想阿弥陀佛在我头顶上，观我自己就是阿弥陀佛。观想都是作意的，即有所作为地鼓</w:t>
      </w:r>
    </w:p>
    <w:p>
      <w:pPr>
        <w:spacing w:before="0" w:after="80" w:line="259" w:lineRule="auto"/>
        <w:ind w:firstLine="360"/>
      </w:pPr>
      <w:r>
        <w:rPr>
          <w:rFonts w:ascii="Noto Serif CJK SC" w:hAnsi="Noto Serif CJK SC" w:eastAsia="Noto Serif CJK SC"/>
        </w:rPr>
        <w:t>动思想意识。连这种观想、这种作意也要停止。只要</w:t>
      </w:r>
    </w:p>
    <w:p>
      <w:pPr>
        <w:spacing w:before="0" w:after="80" w:line="259" w:lineRule="auto"/>
        <w:ind w:firstLine="360"/>
      </w:pPr>
      <w:r>
        <w:rPr>
          <w:rFonts w:ascii="Noto Serif CJK SC" w:hAnsi="Noto Serif CJK SC" w:eastAsia="Noto Serif CJK SC"/>
        </w:rPr>
        <w:t>好好观照就行了，念头一起就看见，看见后不睬它，不跟它跑。观想是渐次法，观想成功之后，还要再用功把观成的相破掉，才能见到本性。我师父（王骧陆上师）对此有个比喻：比如身上生了一大片疮，用药来医治，于是，疮口收敛、收敛、再收敛，最后敛成一个小口，乃至敛成一个点。其他地方都平复了，只剩下这一个点，比喻观想成功了。但这一个点也是个疮啊！若不除去，以后还会复发的。所以进一步要把观成的相破掉，这样才可以一劳永逸，才算是真的证入法身。相不破，本性不能显现。所以说观想法要多跨一道门坎。凡是有相密部都须多跨一道门坎，最后都要把相破掉。相怎么破？还须进一步做功夫，把这相观大，大、大……大到无边无际，相就没有了。反过来，把它观小，小、小……小到什么都没有。一个是放大，一个是缩小，就这样把它破掉。相破掉后，就见到了本性，但多跨一道门坎。大手印是最直接的大乘心地法门，不要这些过程。所以，说“即观想作</w:t>
      </w:r>
    </w:p>
    <w:p>
      <w:pPr>
        <w:spacing w:before="0" w:after="80" w:line="259" w:lineRule="auto"/>
        <w:ind w:firstLine="360"/>
      </w:pPr>
      <w:r>
        <w:rPr>
          <w:rFonts w:ascii="Noto Serif CJK SC" w:hAnsi="Noto Serif CJK SC" w:eastAsia="Noto Serif CJK SC"/>
        </w:rPr>
        <w:t>意亦止”。大手印不走这条路，不跨这一道道门坎。念一起就看见，看见后不睬它，保护真心就是了。括号里这句话是从懒融禅师的偈子里摘出来的，以对“意修”作个注解。懒融禅师的偈子很好，大家都喜欢引用，大多引用四句：“恰恰用心时，恰恰无心用；无心恰恰用，常用恰恰无”。完整的偈子是八句：“恰恰用心时，恰恰无心用。曲谈名相劳，直说无繁重；无心恰恰用，常用恰恰无。今说无心处，不与有心殊。”做功夫正在用心时，却不见有念可起，就是“恰恰用心时，恰恰无心用”。拐弯抹角大谈佛教名相，劳心费力；直指心源，不说余话，便没有那么繁琐、那么沉重。这就是“曲谈名相劳，直说无繁重”。大道无形、真心无相，虽然无形无相，却时时处处都在起作用；事事物物虽然都是它的妙用，觅它本身却又了不可得。这就是“无心恰恰用，常用恰恰无”。如今我们直接指出这个“无心”，直接说它，便又和“有心”没有什么不同，即“今说无心处，不与有心殊”</w:t>
      </w:r>
    </w:p>
    <w:p>
      <w:pPr>
        <w:spacing w:before="0" w:after="80" w:line="259" w:lineRule="auto"/>
        <w:ind w:firstLine="360"/>
      </w:pPr>
      <w:r>
        <w:rPr>
          <w:rFonts w:ascii="Noto Serif CJK SC" w:hAnsi="Noto Serif CJK SC" w:eastAsia="Noto Serif CJK SC"/>
        </w:rPr>
        <w:t>八、立证无上正觉道</w:t>
      </w:r>
    </w:p>
    <w:p>
      <w:pPr>
        <w:spacing w:before="0" w:after="80" w:line="259" w:lineRule="auto"/>
        <w:ind w:firstLine="360"/>
      </w:pPr>
      <w:r>
        <w:rPr>
          <w:rFonts w:ascii="Noto Serif CJK SC" w:hAnsi="Noto Serif CJK SC" w:eastAsia="Noto Serif CJK SC"/>
        </w:rPr>
        <w:t>“自顶至足，空如竹筒。心等虚空，超绝一切分别，离沉、掉、无记，而令等、持、惺、寂。灵明无取舍执着，住于本妙明净体性中，即大手印定。“自顶至足，空如竹筒”，就是从头顶到脚下，空空地象一个竹筒，整个身心空无一物，没有一样东西。你看那竹筒，把它放到水上，就顺水漂流，随弯就折，无论高高低低、沉沉浮浮，它都不管。一个浪</w:t>
      </w:r>
    </w:p>
    <w:p>
      <w:pPr>
        <w:spacing w:before="0" w:after="80" w:line="259" w:lineRule="auto"/>
        <w:ind w:firstLine="360"/>
      </w:pPr>
      <w:r>
        <w:rPr>
          <w:rFonts w:ascii="Noto Serif CJK SC" w:hAnsi="Noto Serif CJK SC" w:eastAsia="Noto Serif CJK SC"/>
        </w:rPr>
        <w:t>头把它打下去，它马上又浮起来了，随缘沉浮。修行</w:t>
      </w:r>
    </w:p>
    <w:p>
      <w:pPr>
        <w:spacing w:before="0" w:after="80" w:line="259" w:lineRule="auto"/>
        <w:ind w:firstLine="360"/>
      </w:pPr>
      <w:r>
        <w:rPr>
          <w:rFonts w:ascii="Noto Serif CJK SC" w:hAnsi="Noto Serif CJK SC" w:eastAsia="Noto Serif CJK SC"/>
        </w:rPr>
        <w:t>成就的人，就是这样，“随缘放旷任沉浮，化作春泥群芳护。“心等虚空，超绝一切分别”，胸怀要象虚空一样辽阔，不分美丑，什么都可以容纳。虚空当中什么东西都有，高楼大厦砌起来，虚空没说容不下。你把房子拆了，虚空也没宽敞；你把房子扩大，虚空也不狭窄。飞机飞上去，虚空不管；乌云密布、电闪雷鸣，虚空不曾动过声色，它不在乎。我们的真心本来就象</w:t>
      </w:r>
    </w:p>
    <w:p>
      <w:pPr>
        <w:spacing w:before="0" w:after="80" w:line="259" w:lineRule="auto"/>
        <w:ind w:firstLine="360"/>
      </w:pPr>
      <w:r>
        <w:rPr>
          <w:rFonts w:ascii="Noto Serif CJK SC" w:hAnsi="Noto Serif CJK SC" w:eastAsia="Noto Serif CJK SC"/>
        </w:rPr>
        <w:t>虚空一样，不曾动过。现在我们认取真心，就要“心</w:t>
      </w:r>
    </w:p>
    <w:p>
      <w:pPr>
        <w:spacing w:before="0" w:after="80" w:line="259" w:lineRule="auto"/>
        <w:ind w:firstLine="360"/>
      </w:pPr>
      <w:r>
        <w:rPr>
          <w:rFonts w:ascii="Noto Serif CJK SC" w:hAnsi="Noto Serif CJK SC" w:eastAsia="Noto Serif CJK SC"/>
        </w:rPr>
        <w:t>等虚空，超绝一切分别”。无论遇到什么事情，我都无所谓。虚空能容万物，我也能容万物。十方世界在</w:t>
      </w:r>
    </w:p>
    <w:p>
      <w:pPr>
        <w:spacing w:before="0" w:after="80" w:line="259" w:lineRule="auto"/>
        <w:ind w:firstLine="360"/>
      </w:pPr>
      <w:r>
        <w:rPr>
          <w:rFonts w:ascii="Noto Serif CJK SC" w:hAnsi="Noto Serif CJK SC" w:eastAsia="Noto Serif CJK SC"/>
        </w:rPr>
        <w:t>虚空当中，十方世界也在我心中。无所住处涅槃，什么地方都能去，并不局限在一个地方。胸怀象虚空一样的博大，象虚空一样的宽广，象虚空一样的无住，象虚空一样的无著。虚空中并非无物，却毫无挂碍。“超绝一切分别”，就是把一切分别取舍的思想都超越断绝了。分别取舍都是妄念，是妄念都要绝断。“离沉、掉、无记，而令等、持、惺、寂”，离就是离开。沉，是昏沉、打瞌睡。“懒牛上路睡事多”就象那懒牛，不上路睡事倒不来，一上路就瞌睡起来了。有的人不打坐还好，一打坐就昏沉，呼、呼地睡。掉是掉举、妄念多。坐在那里七上八下地打妄想。这样做功夫绝对不行。我们要做到不昏沉、不掉举，但也不能落入无记。无记就是连正念也没有了，象块木头、石头，这样也不行。要了了分明，正念昭昭。我们常说观心、观心，要观住它，不能落入无记，正念还是要有的。等即平等、持即均持，惺惺就是观、就是慧，寂寂就是止、就是定。所谓“定慧等持”，就是寂寂和惺惺均等，没有偏高或偏低。不是惺惺多些、寂寂少些，或者寂寂多些、惺惺少些，而是等量、均持。既是了了分明，又是寂然不动；既是寂然不动，又是了了分明。定和慧一体，定中有慧，慧中有定。只有一</w:t>
      </w:r>
    </w:p>
    <w:p>
      <w:pPr>
        <w:spacing w:before="0" w:after="80" w:line="259" w:lineRule="auto"/>
        <w:ind w:firstLine="360"/>
      </w:pPr>
      <w:r>
        <w:rPr>
          <w:rFonts w:ascii="Noto Serif CJK SC" w:hAnsi="Noto Serif CJK SC" w:eastAsia="Noto Serif CJK SC"/>
        </w:rPr>
        <w:t>体，才可能等持。“灵明无取舍执着”，真心灵明：即灵光独耀、迥脱根尘，灵光寂照、了了分明，没有取、没有舍，更没有执着，灵活明利，如水上擒葫芦，左擒左转，右擒右转，总是擒不到它。前面将它比喻为“空如竹筒”，竹筒和葫芦一样，漂在水上灵明无比，擒不到它。要没有取舍、没有执着，才能灵明。取、舍和执着都要彻底放下。“住于本妙明净体性中，即大手印定”，在什么地方安住啊？在“本妙明净体性”中安住。真心本来</w:t>
      </w:r>
    </w:p>
    <w:p>
      <w:pPr>
        <w:spacing w:before="0" w:after="80" w:line="259" w:lineRule="auto"/>
        <w:ind w:firstLine="360"/>
      </w:pPr>
      <w:r>
        <w:rPr>
          <w:rFonts w:ascii="Noto Serif CJK SC" w:hAnsi="Noto Serif CJK SC" w:eastAsia="Noto Serif CJK SC"/>
        </w:rPr>
        <w:t>妙用无边，本来光明无量，本来清净无染，这是真心</w:t>
      </w:r>
    </w:p>
    <w:p>
      <w:pPr>
        <w:spacing w:before="0" w:after="80" w:line="259" w:lineRule="auto"/>
        <w:ind w:firstLine="360"/>
      </w:pPr>
      <w:r>
        <w:rPr>
          <w:rFonts w:ascii="Noto Serif CJK SC" w:hAnsi="Noto Serif CJK SC" w:eastAsia="Noto Serif CJK SC"/>
        </w:rPr>
        <w:t>的体性。在真心本体上安住，正是“无所住”。因为真心本体没有形相，无相怎么住啊？“无所住”而住，“即大手印定”。现在人们常谈大手印，什么是大手印？真心本体就是大手印。诸位明确了没有？不要再问大手印怎么结印啊？是左手、右手？真心本体就是大手印。妙用无边、光明无量、清净无染，无所住而住，就是大手印定。“常如此修，忽于刹那间，如暗室灯燃，光明开朗。</w:t>
      </w:r>
    </w:p>
    <w:p>
      <w:pPr>
        <w:spacing w:before="0" w:after="80" w:line="259" w:lineRule="auto"/>
        <w:ind w:firstLine="360"/>
      </w:pPr>
      <w:r>
        <w:rPr>
          <w:rFonts w:ascii="Noto Serif CJK SC" w:hAnsi="Noto Serif CJK SC" w:eastAsia="Noto Serif CJK SC"/>
        </w:rPr>
        <w:t>刚才讲的是身、口、意三修门。“常如此修”，常常这样修，就会突然猛着精彩。“忽于刹那间，如暗室灯燃，光明开朗”，刹那之间，就象黑暗的房间里突然亮起了灯，心光发露，豁然开朗。这是怎么回事？这是开悟了、桶底脱落了、打开本来了。这是打开了一大光明藏，心光朗照乾坤，十方世界都在你心中圆。不到这个地步，纵有悟处，也只能算是“心开一线”只有一线光明，还不能算数。到了这个地步，就象大爆炸，“轰隆”一声，虚空粉碎、大地平沉，人、我、世界，统统消陨无余。这种情况什么时候来呢？不得而知，时节因缘到了，“啪”地一下就脱开了。没有一定的场所，不一定在什么地方。一定在家里面吗？一定在打坐的时间吗？都不一定！有时候是在路上，有时候是在公共场所，有时候是在睡梦当中，它都可能显现。功夫成熟了，时节因缘到了，它自然显现，这叫做“水到渠成”。流水涌了进来，渠道自然成功。若没有水，渠道就不算成功。你只要常常这样做功夫，时节因缘一到，忽然之间它就来了。这个“忽然”非常重要，不是指定哪个时候。如果有一个时候，你们就有等待心了，不可“将心待悟”啊！不能等待开悟，一有等待心就坏了，它就永远不来，永远不得开悟了。</w:t>
      </w:r>
    </w:p>
    <w:p>
      <w:pPr>
        <w:spacing w:before="0" w:after="80" w:line="259" w:lineRule="auto"/>
        <w:ind w:firstLine="360"/>
      </w:pPr>
      <w:r>
        <w:rPr>
          <w:rFonts w:ascii="Noto Serif CJK SC" w:hAnsi="Noto Serif CJK SC" w:eastAsia="Noto Serif CJK SC"/>
        </w:rPr>
        <w:t>我们修心中心法的人，要注意了：不要记座数！不要</w:t>
      </w:r>
    </w:p>
    <w:p>
      <w:pPr>
        <w:spacing w:before="0" w:after="80" w:line="259" w:lineRule="auto"/>
        <w:ind w:firstLine="360"/>
      </w:pPr>
      <w:r>
        <w:rPr>
          <w:rFonts w:ascii="Noto Serif CJK SC" w:hAnsi="Noto Serif CJK SC" w:eastAsia="Noto Serif CJK SC"/>
        </w:rPr>
        <w:t>念叨我已坐了几百座，还差多少就满千座了。不要记啦，赶快放下，记次数是不行的，这是等待心，要不得！脱开的景象是忽然之间爆发的，作功夫成熟了，自然会爆发。不要有等待心，还是努力地修吧！一听到我说“轰隆”一声，你们不要认为就象听到打雷的声音。不是的，只是有这么一个意境，你觉得“轰隆”一声，别人是听不到的。最重要的是好好做功夫。做功夫，它自然会来；不做功夫，它就不会来。你期待它，等着它，有了这个等待心，它也不会来。“涅槃自性，俱生本觉之智光，全体毕现。立证无上正觉道。“涅槃自性”是什么呢？就是本来不生不灭的自性。“俱生本觉之智光”。俱生，与我们的生命同时生起。本觉，本来就觉，不是某个时候才开始觉。俱生本觉之智光，就是自心本具、本来就有的智慧光明。“全体毕现”，完完全全的、丝毫无隐的显现出来了，也就是亲自证见。现在，我讲你听，你是从耳朵听进去的，是从耳门所入。“从门入者，不是家珍”要自己证到这个地步，“啪”地一下，打开本来，亲</w:t>
      </w:r>
    </w:p>
    <w:p>
      <w:pPr>
        <w:spacing w:before="0" w:after="80" w:line="259" w:lineRule="auto"/>
        <w:ind w:firstLine="360"/>
      </w:pPr>
      <w:r>
        <w:rPr>
          <w:rFonts w:ascii="Noto Serif CJK SC" w:hAnsi="Noto Serif CJK SC" w:eastAsia="Noto Serif CJK SC"/>
        </w:rPr>
        <w:t>证一回，那才算数。“立证无上正觉道”，立即证到了至高无上的正觉大道——无上正等正觉。这时候你就会知道：说生死、讲涅槃，什么彻底不彻底、究竟不究竟……统统是戏论！这时候你就可以现身说法，于有缘众生，“皆令入无余涅槃而灭度之”诸位！用功吧！努力前进吧！努力用功！努力前进！</w:t>
      </w:r>
    </w:p>
    <w:p>
      <w:pPr>
        <w:pStyle w:val="Heading2"/>
      </w:pPr>
      <w:r>
        <w:rPr>
          <w:rFonts w:ascii="Noto Serif CJK SC" w:hAnsi="Noto Serif CJK SC" w:eastAsia="Noto Serif CJK SC"/>
        </w:rPr>
        <w:t>11. 元音老人1997年在美国加州法印寺的开示 / Full Chinese Source Text</w:t>
      </w:r>
    </w:p>
    <w:p>
      <w:pPr>
        <w:spacing w:before="0" w:after="80" w:line="259" w:lineRule="auto"/>
      </w:pPr>
      <w:r>
        <w:rPr>
          <w:rFonts w:ascii="Noto Serif CJK SC" w:hAnsi="Noto Serif CJK SC" w:eastAsia="Noto Serif CJK SC"/>
        </w:rPr>
        <w:t>Status: full Chinese source body inserted from the verified Awakening to Reality source page titled “元音老人97年在美国加州法印寺的开示”.</w:t>
      </w:r>
    </w:p>
    <w:p>
      <w:pPr>
        <w:spacing w:before="0" w:after="80" w:line="259" w:lineRule="auto"/>
      </w:pPr>
      <w:r>
        <w:rPr>
          <w:rFonts w:ascii="Noto Serif CJK SC" w:hAnsi="Noto Serif CJK SC" w:eastAsia="Noto Serif CJK SC"/>
        </w:rPr>
        <w:t>在美国加州法印寺的开示</w:t>
      </w:r>
    </w:p>
    <w:p>
      <w:pPr>
        <w:spacing w:before="0" w:after="80" w:line="259" w:lineRule="auto"/>
      </w:pPr>
      <w:r>
        <w:rPr>
          <w:rFonts w:ascii="Noto Serif CJK SC" w:hAnsi="Noto Serif CJK SC" w:eastAsia="Noto Serif CJK SC"/>
        </w:rPr>
        <w:t>元音老人1997年在美国加州法印寺的开示磁带整理</w:t>
      </w:r>
    </w:p>
    <w:p>
      <w:pPr>
        <w:spacing w:before="0" w:after="80" w:line="259" w:lineRule="auto"/>
      </w:pPr>
      <w:r>
        <w:rPr>
          <w:rFonts w:ascii="Noto Serif CJK SC" w:hAnsi="Noto Serif CJK SC" w:eastAsia="Noto Serif CJK SC"/>
        </w:rPr>
        <w:t>妙輝轉載整理</w:t>
      </w:r>
    </w:p>
    <w:p>
      <w:pPr>
        <w:spacing w:before="0" w:after="80" w:line="259" w:lineRule="auto"/>
        <w:ind w:firstLine="360"/>
      </w:pPr>
      <w:r>
        <w:rPr>
          <w:rFonts w:ascii="Noto Serif CJK SC" w:hAnsi="Noto Serif CJK SC" w:eastAsia="Noto Serif CJK SC"/>
        </w:rPr>
        <w:t>诸位大善知识：</w:t>
      </w:r>
    </w:p>
    <w:p>
      <w:pPr>
        <w:spacing w:before="0" w:after="80" w:line="259" w:lineRule="auto"/>
        <w:ind w:firstLine="360"/>
      </w:pPr>
      <w:r>
        <w:rPr>
          <w:rFonts w:ascii="Noto Serif CJK SC" w:hAnsi="Noto Serif CJK SC" w:eastAsia="Noto Serif CJK SC"/>
        </w:rPr>
        <w:t>讲到佛法本来无话可说。因为一切众生皆具如来智慧德相，凡有言说皆非实意，佛说法犹为“拈黄叶止小儿啼”。法无定法，佛说法是应病予药，生什么病吃什么药，没有一定，对症予药都是良药，所以各种法门宗派一律平等，无有高下。</w:t>
      </w:r>
    </w:p>
    <w:p>
      <w:pPr>
        <w:spacing w:before="0" w:after="80" w:line="259" w:lineRule="auto"/>
        <w:ind w:firstLine="360"/>
      </w:pPr>
      <w:r>
        <w:rPr>
          <w:rFonts w:ascii="Noto Serif CJK SC" w:hAnsi="Noto Serif CJK SC" w:eastAsia="Noto Serif CJK SC"/>
        </w:rPr>
        <w:t>近代由于时局环境变化之故，众生根机比较陋劣，业障深重。深重之故，根性比较差，修法看来还是以净土最为恰当，契理契机，最适合众生修证。净土法门非常简宜便当，只持一句“阿弥陀佛”就可以解决一切问题。一句“阿弥陀佛”可以把三藏十二部经文包括在内，把一切宗都包括含藏，确实是三根普摄，八教圆赅的好法。可惜现在的一些净土学人没有专心致志地持这句圣号，在大陆流传着一个很不好的说法，说什么“散心念佛，带业往生”，这就是说，可以一面念佛，一面动脑筋讲废话，这样可以带着业障往生西方。假如真是如此便当，莲池大师就不会在后来说：“念佛者多，生西者少，何也？念佛心不痛切故！”为什么念佛者多，生西者少呢？因为我们念佛的心不是虔诚的、真心实意的、痛切的，而是马马虎虎、敷敷衍衍，故而憨山大师说：“口念弥陀心散乱，喊破喉咙也徒然。”你心里乱七八糟的，念佛喊破喉咙也没有用。这种“散心念佛，带业往生”的说法很不好。在大陆还流传着一个更不好的说法，说什么“只要我们相信阿弥陀佛，不用念佛，临命终时，也可以往生西方极乐世界”。越传越坏，那个是散心念佛，这个连散心念佛也不要了。这样乱传，把佛法都破坏了，他自己还以为找到了窍门。</w:t>
      </w:r>
    </w:p>
    <w:p>
      <w:pPr>
        <w:spacing w:before="0" w:after="80" w:line="259" w:lineRule="auto"/>
        <w:ind w:firstLine="360"/>
      </w:pPr>
      <w:r>
        <w:rPr>
          <w:rFonts w:ascii="Noto Serif CJK SC" w:hAnsi="Noto Serif CJK SC" w:eastAsia="Noto Serif CJK SC"/>
        </w:rPr>
        <w:t>我们说，不论净土宗、禅宗还是密宗，都要好好用功，不好好用功，光靠他力而没有自力，是不能成功的。常言道：“不经一番寒彻骨，哪得梅花扑鼻香。”我们念佛要死心塌地、老老实实，如憨山大师教导我们：“念佛如推重车上山，极力追顶。”一字接一字、一句接一句，字字清爽，这样才得力。紫柏禅师说：我们念佛是否可以生西方，自己就可以检查，怎么检查呢？在两头检查，一头顺境，一头逆境。顺境时你高兴得不得了，念佛之心忘到脑后去了，没有佛念了；逆境之时，烦恼光火，佛念也没有了，这两头做不了主，跟着境界跑，临命终时就很危险。因为正念提不起，临命终时四大分散，非常痛苦，特别是风大分散，身体就象刀一层一层刮掉一样，痛苦不堪。那时人昏迷不醒，你佛号还提得起吗？所以释迦牟尼佛教导我们：“执持名号，若一日、若二日、若三日、若四日、若五日、若六日、若七日，一心不乱。”“执”就是抓得紧，“持”就是锲而不舍，就是佛号和我们的心契合到一块，心佛不两分，心佛打成一片，心即是佛，佛就是心，契合一致。这样才能一日至七日，自始至终，一心不乱。所以我们专心致志念佛非常重要。</w:t>
      </w:r>
    </w:p>
    <w:p>
      <w:pPr>
        <w:spacing w:before="0" w:after="80" w:line="259" w:lineRule="auto"/>
        <w:ind w:firstLine="360"/>
      </w:pPr>
      <w:r>
        <w:rPr>
          <w:rFonts w:ascii="Noto Serif CJK SC" w:hAnsi="Noto Serif CJK SC" w:eastAsia="Noto Serif CJK SC"/>
        </w:rPr>
        <w:t>念佛往生西方极乐世界，是否需要念佛三昧，这是一个关键问题，必须搞清爽。有的人说：“我们往生西方是靠他力，靠阿弥陀佛的愿力接引生西的，不是靠自己，不需要。”殊不知，要他力先需自力，自己一点力量没有，光靠他力办不到。比如世间的事，请人帮忙办事，自己一点本事没有，光靠他人能成功吗？佛法就是世法，世法就是佛法，世法如此，佛法何尝不是如此呢？所以依靠他力，自己先要有相当力量。印光大师曾经说，念佛要“切切提撕”。“提”就是聚精会神，把这句佛号提到心中。“撕”就是撕破，就是念佛时要带参究，“阿弥陀佛，阿弥陀佛，阿弥陀佛......”佛号是从何处念出来的？！念佛者是谁？！看起来象参话头，其实净土就是禅。印光大师说：“须向这一念‘南无阿弥陀佛’上，重重体究，切切提撕，越究越切，愈提愈亲。及至力极功纯，豁然和念脱落，证入无念无不念境界”。“豁然和念脱落”者，就是念佛念到无可念处了。念佛的心本来是妄心，妄心不动的时候，佛号就念不出来了，能念之心和所念之佛号一时脱落，这就撕破了。印光大师还说：“功夫至此，念佛法得，感应道交，正好着力。其相如云散长空，青天彻露，亲见本来，本无所见。无见是真见，有见即随尘。到此则山色溪声，咸是第一义谛；鸦鸣鹊噪，无非最上真乘。活泼泼应诸法，而不住一法；光皎皎照诸境，而了无一物。语其用，如旭日之东升，圆明朗照；语其体，犹皓月之西落，清净寂灭。即照即寂，即寂即照，双存双泯，绝待圆融。譬若雪覆千山，海吞万派，唯是一色，了无异味，无罣无碍，自在自如。论其利益，现在则未离娑婆，常预海会；临终则一登上品，顿证佛乘。唯有家里人，方知家里事。语于门外汉，遭谤定无疑。”本体无相，说似一物即不中。然而，启用的时候，则如东升之旭日，普照大千，光吞万象。我们的真如佛性就是这样的妙体妙用，念佛就可以证到。</w:t>
      </w:r>
    </w:p>
    <w:p>
      <w:pPr>
        <w:spacing w:before="0" w:after="80" w:line="259" w:lineRule="auto"/>
        <w:ind w:firstLine="360"/>
      </w:pPr>
      <w:r>
        <w:rPr>
          <w:rFonts w:ascii="Noto Serif CJK SC" w:hAnsi="Noto Serif CJK SC" w:eastAsia="Noto Serif CJK SC"/>
        </w:rPr>
        <w:t>净土宗普遍有这样的一句话：“花开见佛悟无生。”这是说我们精勤用功，念佛念得好，念到妄心断掉，佛号脱落，心花就开敷了。我们的肉团心象莲花一样，上面圆圆的，下面尖尖的。用莲花表示心，一是形象，二是表示其“出污泥而不染”。我们虽然在娑婆世界，在一切烦恼当中，常住真心也一尘不染。只要我们努力用功，专心念佛，心清净了，心花就会开敷。我们的肉团心在两种情况下可以开：一种是入三昧定时，它可以开放，开放的越大，我们见到的光明就越大。另一种是在断气的时候，最后一口气一吐出去，触到心胞边的死穴，我们的肉团心就开敷了，第八识就走了，人也死掉了。第八识是最后走，法相宗说：“去后来先做主公。”去是后去，来是先来。我们做功夫做得好，心花开放，就能见到我们的自性佛。阿弥陀佛就是自性佛。因为千佛万佛共一体，没有两样。就象电灯光，光光相摄，互不妨碍。所以见到自性佛就是见到阿弥陀佛。“花开见佛悟无生”这句话就是叫我们把功夫做好，那么，当下心花就会开放，当下就能够见到自性佛。心里清净了，当下就是西方极乐世界。《弥陀经》里面就有“于彼国土，若已生、若今生、若当生。”这是说我们生西方不一定死下来，当下就可以往生，这就看我们怎么做功夫了。</w:t>
      </w:r>
    </w:p>
    <w:p>
      <w:pPr>
        <w:spacing w:before="0" w:after="80" w:line="259" w:lineRule="auto"/>
        <w:ind w:firstLine="360"/>
      </w:pPr>
      <w:r>
        <w:rPr>
          <w:rFonts w:ascii="Noto Serif CJK SC" w:hAnsi="Noto Serif CJK SC" w:eastAsia="Noto Serif CJK SC"/>
        </w:rPr>
        <w:t>念佛三昧证到了，就是禅宗，就是密宗。密宗靠身口意三密加持，打开秘密宝藏，净土念佛号也等于持咒，打开我们自己的本性，也就是打开秘密宝藏。修法时都是身口意三密加持，我们跏趺而坐，手结法界定印，手脚不动，这样身体就不容易动，这叫身密。口念佛号不停，叫口密。念诵时不能随便讲话，一些人很不好，一边念佛一边讲废话，张家长李家短，媳妇怎么不好，女儿怎么好，这个心还能一致吗？口密就是念佛号绵密不断，念到妄想断处，佛号念不出来的时候才正好。这个时候往往有人害怕：“哎呀，怎么没有念了？佛号也没有了，我要离开佛了吧？我要落空了吧？”其实这个时候正好，他不知道此时乃心佛道交打成一片的时候。本来很好，要走进去了，要入念佛三昧了，一害怕就退回来了。念佛时，心不散乱、意不颠倒，就是意密。我们念佛要知道这种境界。因此说，净士宗就是禅宗，打开本来见到自性，不就是禅宗所说的“正法眼藏，涅槃妙心”吗？不就是密宗所说的“打开密秘宝藏”吗？所以净土宗、禅宗、密宗完全一样，没有两样。</w:t>
      </w:r>
    </w:p>
    <w:p>
      <w:pPr>
        <w:spacing w:before="0" w:after="80" w:line="259" w:lineRule="auto"/>
        <w:ind w:firstLine="360"/>
      </w:pPr>
      <w:r>
        <w:rPr>
          <w:rFonts w:ascii="Noto Serif CJK SC" w:hAnsi="Noto Serif CJK SC" w:eastAsia="Noto Serif CJK SC"/>
        </w:rPr>
        <w:t>讲到禅宗更好理解了。其他宗不免在外面兜兜圈子，禅宗则直下见性，直指人心，见性成佛，一点圈子也不用兜。诞生王子，将来一定继承王位成佛。可惜末法时代的人根机陋劣，不能当下直接见性。禅宗大祖师们看我们根机不好，就不给我们直指了，而是叫我们参话头。我直指叫你见性你不信，你以为：“见性就这么便当吗？”其实我们的佛性不在别处，而是时时在我们面门放光，我们能见、能说、能闻、能行、能做事，这一切都是佛性的妙用，离开佛性我们就不能动。我们能看见东西的不是眼睛，而是佛性的作用。</w:t>
      </w:r>
    </w:p>
    <w:p>
      <w:pPr>
        <w:spacing w:before="0" w:after="80" w:line="259" w:lineRule="auto"/>
        <w:ind w:firstLine="360"/>
      </w:pPr>
      <w:r>
        <w:rPr>
          <w:rFonts w:ascii="Noto Serif CJK SC" w:hAnsi="Noto Serif CJK SC" w:eastAsia="Noto Serif CJK SC"/>
        </w:rPr>
        <w:t>现在科学家也说，能看见东西的不是眼睛，是大脑视神经的作用。如果大脑视神经坏了，眼睛再好也看不到，视神经起了大作用。但是他只说对了一半，为什么？视神经只是电线，眼睛是电灯泡，假如我们一口气不来了，尽管眼睛还在，大脑还在，但是你看不到东西，这是什么缘故呢？因为佛性离开了你，断了电。电没有相，我们通过电灯泡可以看到电的作用。</w:t>
      </w:r>
    </w:p>
    <w:p>
      <w:pPr>
        <w:spacing w:before="0" w:after="80" w:line="259" w:lineRule="auto"/>
        <w:ind w:firstLine="360"/>
      </w:pPr>
      <w:r>
        <w:rPr>
          <w:rFonts w:ascii="Noto Serif CJK SC" w:hAnsi="Noto Serif CJK SC" w:eastAsia="Noto Serif CJK SC"/>
        </w:rPr>
        <w:t>能看到东西就是佛性的妙用。释迦佛正月初八夜睹明星悟道，他怎么悟道的呢？他心空了，突然明白：“我能看到星星，这是什么在起作用呢？”这是佛性的作用。世间的一切都是佛性的显现，离开佛性一切都没有。能看到一切就是佛性妙用。那么众生都能见能闻，这不是和佛一样吗？他们怎么不知道呢？众生虽然有和佛一样的智慧德相，但由于颠倒妄想执着之故而迷失了本性，对外界的欲望盖住了本性光明，淹没了本性光明。这在宗下说：“只为亲切甚，反令荐得迟。”因为太亲近了，常在你面门放光，你反而不见。就象用手蒙住你的眼睛，就看不到了。我们时时都在佛性的妙用当中，自己反倒不知道。</w:t>
      </w:r>
    </w:p>
    <w:p>
      <w:pPr>
        <w:spacing w:before="0" w:after="80" w:line="259" w:lineRule="auto"/>
        <w:ind w:firstLine="360"/>
      </w:pPr>
      <w:r>
        <w:rPr>
          <w:rFonts w:ascii="Noto Serif CJK SC" w:hAnsi="Noto Serif CJK SC" w:eastAsia="Noto Serif CJK SC"/>
        </w:rPr>
        <w:t>有的人学佛法求神通，他不知道我们时时都在神通当中，我们穿衣吃饭就是神通啊！“不对不对，人人都能穿衣吃饭，怎么是神通呢？”其实每个人都是大神通。你一口气不来了，你还能穿衣吃饭吗？穿衣的是谁？吃饭的是谁？这不是佛性的妙用吗？可惜我们心有所著而不通，停留在某些事物上，停留在某些念头上，不肯放下。所以虽有神用而不通，这是住相之故。晓得一切相都是性所显现的、变现的影子，而不住着它，利用它而不被它所用，那就悟道了。祖师们说：“坐在饭箩边，饿死人无数。”坐在饭箩边，饿了就盛饭吃好了，为什么视而不见乃至饿死呢？时时在佛性的妙用当中而不知，却另求所谓的神通。他以为只有天眼通、天耳通、神足通、宿命通、他心通才是真正的神通，其实那些都是佛性的妙用。佛性无所不能，所以叫神，但是你有执着就不通了。世间的财、色、名、食、睡等等一切都是假的，空花水月，眼翳之花，眼睛有病之故。水中月亮的影子捞得到吗？所以不要去捞。都是习气深重之故，一时放不下来，佛就教我们一个念佛法门：“阿弥陀佛，阿弥陀佛，阿弥陀佛......”用佛号转换妄心，把执着的习气转光，叫你不要再执着恋着，再追求。八识田里的种子清净了，就能转识成智了。</w:t>
      </w:r>
    </w:p>
    <w:p>
      <w:pPr>
        <w:spacing w:before="0" w:after="80" w:line="259" w:lineRule="auto"/>
        <w:ind w:firstLine="360"/>
      </w:pPr>
      <w:r>
        <w:rPr>
          <w:rFonts w:ascii="Noto Serif CJK SC" w:hAnsi="Noto Serif CJK SC" w:eastAsia="Noto Serif CJK SC"/>
        </w:rPr>
        <w:t>禅宗参话头就是这个道理。参“念佛是谁”，若说是“我”念佛，什么是“我”？身体是我吗？如果一口气不来了，他不能动了，还能念吗？思想是我吗？毗舍浮佛说：“心本无生因境有。”心就是思想，它本来没有，因为反映外面的客观世界才有，它是六尘落谢的影子。身不是你，思想也不是你，那么，什么是你呢？在这上面起个大疑问，把你所有的妄想都隔断了，到外不能入、内不能出时，你真正不动了，好消息就来了。时节因缘一到，“啪”地一下就打开了。禅宗就用这个妙法帮你打开。</w:t>
      </w:r>
    </w:p>
    <w:p>
      <w:pPr>
        <w:spacing w:before="0" w:after="80" w:line="259" w:lineRule="auto"/>
        <w:ind w:firstLine="360"/>
      </w:pPr>
      <w:r>
        <w:rPr>
          <w:rFonts w:ascii="Noto Serif CJK SC" w:hAnsi="Noto Serif CJK SC" w:eastAsia="Noto Serif CJK SC"/>
        </w:rPr>
        <w:t>历代禅宗大德本来是直接指示学人见性悟道的，但到了宋朝以后，人心渐渐陋劣，就开了参话头的修法。因为直接指示太便当了，便当之故而不肯，还以为见性悟道就要发神通。假若你没有神通，那么你就没有悟道。用神通来衡量是不是悟道。其实开悟和神通是两码事，就象开悟和入定是两码事一样，你定功很好，能到初禅、二禅、三禅、四禅，但是没有开悟的还不在少数，因为他住在定里面了。初禅喜、二禅乐、三禅妙乐、四禅清净，住在清净里不开悟的，有的是。发神通是开悟吗？外道都有神通，外道开悟了吗？罗汉都有神通，罗汉见性开悟了吗？没有。他只断了人我执，法我执还未除。所以是开悟和神通两码事。从前，古人根机很深厚，有的人是先发神通后开悟，这是报通，有前世修的基础，今世有报偿了。先通后悟还好，若住在神通上，要成魔的，反而不好。</w:t>
      </w:r>
    </w:p>
    <w:p>
      <w:pPr>
        <w:spacing w:before="0" w:after="80" w:line="259" w:lineRule="auto"/>
        <w:ind w:firstLine="360"/>
      </w:pPr>
      <w:r>
        <w:rPr>
          <w:rFonts w:ascii="Noto Serif CJK SC" w:hAnsi="Noto Serif CJK SC" w:eastAsia="Noto Serif CJK SC"/>
        </w:rPr>
        <w:t>我们常常举近代的一个例子。张献忠造反的时候，破山祖师在四川双慧堂开堂说法，他是浙江宁波天童山密云圆悟禅师的弟子。他开悟前可以出意生身，常常出意生身抓乡人的鸭子，被密云圆悟禅师斥责为：“神通虽不无，佛法未梦见”。什么是意生身呢？意生身是佛教的说法，道家称为阳神。第七识意根，是第六识的根子，第七识出来了就叫意生身。它是影象，是识神，不是我们的本来面目，不是佛性真如妙体，而道家却认为是本来面目，所以道家不究竟。有三种意生身：三昧乐正受意生身、觉法自性性意生身、种类俱生无行作意生身。第一种意生身不开悟也可以出来，若打坐功夫做得好，深入禅定，六根清净了，眼耳鼻舌身意清净了，不动了，第七识就可以自由出来了。因为第七识是传达识，它接受外面六识的影子消息，然后传到第八识含藏识里面。前面六识不动了，没有东西传给它，压住它，它就自然出来了。第一种意生身叫“三昧乐正受意生身”，深入三昧，快乐无比，这种乐不是世间任何快乐可以比拟的。有句话说：“好个风流画不成”，这个时候无法形容，无法描绘。这个时候不动了，第七识就可以自由出来，形成“三昧乐正受意生身”。后面两种意生身，须到五地以上。五地称为“难胜地”，这一关更难透过。参禅开悟的人才登初地，要一地、二地、三地.……十地上上升进。五地这一关很难透过。我们执着的习气很深，并不是开悟了习气就光了，八识田里的习气种子还很多。这些习气有见惑思惑的不同。</w:t>
      </w:r>
    </w:p>
    <w:p>
      <w:pPr>
        <w:spacing w:before="0" w:after="80" w:line="259" w:lineRule="auto"/>
        <w:ind w:firstLine="360"/>
      </w:pPr>
      <w:r>
        <w:rPr>
          <w:rFonts w:ascii="Noto Serif CJK SC" w:hAnsi="Noto Serif CJK SC" w:eastAsia="Noto Serif CJK SC"/>
        </w:rPr>
        <w:t>见惑就是知见不正，见有五种：身见、边见、邪见、见取见、戒禁取见。身见认为身体是我，我要享受，享受就需要钱，乃至为了搞到钱不择手段，偷抢砸都来了，搞得社会不得安宁。所以身见第一不好。边见就是关于死后有没有，有的说有，有的说没有，两边倒。邪见就是拨无因果，说没有因果、没有地狱，坏事尽管做，这是邪见。见取见就是不正确的见解，却认为是正确的，而传播到世上来，毒害很多人。戒禁取见，就是邪戒。这些都是知见不正，但这些都容易除，知见正就可以断掉。</w:t>
      </w:r>
    </w:p>
    <w:p>
      <w:pPr>
        <w:spacing w:before="0" w:after="80" w:line="259" w:lineRule="auto"/>
        <w:ind w:firstLine="360"/>
      </w:pPr>
      <w:r>
        <w:rPr>
          <w:rFonts w:ascii="Noto Serif CJK SC" w:hAnsi="Noto Serif CJK SC" w:eastAsia="Noto Serif CJK SC"/>
        </w:rPr>
        <w:t>下面简略说说“五住烦恼”：（一）见一处住地，即上述见惑。（二）欲爱住地，即欲界之烦恼。（三）色爱住地，即色界之烦恼。（四）有爱住地，即无色界之烦恼。（五）无明住地，即三界一切之无明，又称“无明惑”。中间三种称为“思惑”。后面的这四种，需要我们开悟之后断除。</w:t>
      </w:r>
    </w:p>
    <w:p>
      <w:pPr>
        <w:spacing w:before="0" w:after="80" w:line="259" w:lineRule="auto"/>
        <w:ind w:firstLine="360"/>
      </w:pPr>
      <w:r>
        <w:rPr>
          <w:rFonts w:ascii="Noto Serif CJK SC" w:hAnsi="Noto Serif CJK SC" w:eastAsia="Noto Serif CJK SC"/>
        </w:rPr>
        <w:t>先说三种思惑：第一种是欲爱住地烦恼，欲界众生淫欲心很重，其它色相（如声色犬马之好）也都爱。有爱就有住，有住就有烦恼，就要遭果报。要把欲界烦恼除掉。第二种是色爱住地烦恼，色界超过我们欲界。欲界天有六层，超上去是色界四禅天，四禅天有四层，禅天的景相比我们欲界更精细微妙，更加好看，更让人留恋忘返。打坐修法的定功，初禅喜，二禅乐，三禅妙乐，四禅清净，很容易让人粘著在上边，住在清净里面走不出来，如陷阱一样陷住你。也要把它打掉、消掉。第三种是无色界的有爱住地烦恼，无色界听起来没有色相，其实还是有相，但它更加精细，近于邻虚，我们肉眼看不到。</w:t>
      </w:r>
    </w:p>
    <w:p>
      <w:pPr>
        <w:spacing w:before="0" w:after="80" w:line="259" w:lineRule="auto"/>
        <w:ind w:firstLine="360"/>
      </w:pPr>
      <w:r>
        <w:rPr>
          <w:rFonts w:ascii="Noto Serif CJK SC" w:hAnsi="Noto Serif CJK SC" w:eastAsia="Noto Serif CJK SC"/>
        </w:rPr>
        <w:t>把三界爱住烦恼消光，还有无始无明，叫一念无明，就是我们有生以来的与佛性俱生的无明。佛性和无明不是二分的，不是先有佛性后有无明，有佛性的时候就有无明，叫俱生无明。把前面的见、思二惑除光了，才能够除这个无明住地烦恼。无明住地是法我，前面是人我。人我除了，再除法我。所以做功夫并不那么简单，不是一下子能了。禅宗开悟以后不能了生死，因为开悟之后还有法我烦恼未了，还有生死往来。</w:t>
      </w:r>
    </w:p>
    <w:p>
      <w:pPr>
        <w:spacing w:before="0" w:after="80" w:line="259" w:lineRule="auto"/>
        <w:ind w:firstLine="360"/>
      </w:pPr>
      <w:r>
        <w:rPr>
          <w:rFonts w:ascii="Noto Serif CJK SC" w:hAnsi="Noto Serif CJK SC" w:eastAsia="Noto Serif CJK SC"/>
        </w:rPr>
        <w:t>有些净土宗行人常常因此排谤禅宗，说禅宗不好：“开悟见性了还不能了生死，还是我净土宗好，一到西方一切都解决了。”还举了很多例子，什么五祖戒、草堂青。五祖戒是云门宗第三代传人，再来投胎成了苏东坡，苏东坡开悟了吗？了生死了吗？草堂青再来投胎成了曾鲁公，见性成功了吗？没有。“所以还是我净土宗好。”其实，各宗有各宗的立场，不要彼此排谤。禅宗要发大愿，此时不悟来世进一步修，有宏誓大愿维持之故，人身不失，善根不断。只要打开本来、见到本性，纵然分段生死不了，顶多七生天上七返人间，就了了分段生死，这是最差的。好一点的三返人天，就了了分段生死。更好一点的一生就成功了。所以功夫要看各人怎么做。不是参禅开悟就了事了，因习气深重之故。禅宗要破三关，见性开悟破初关，断见惑，思惑还未了。就象我们要进这个禅堂，身子没有进来，头先伸进来了，看到了禅堂的情形，但人还没有真正进来。还要除习气，把爱住烦恼去掉，才能登堂入室，入法身正位，这叫破重关。这时候是什么景象呢？做到了一切顺境没有一丝喜爱之心，一切逆境没有一丝烦恼之意，因为都是假相嘛，都是影子嘛，都不可得，有什么欢喜烦恼呢？他心真空净了，一点不动了，毫无住着。假若境界来了，他还有住着，都不算。做到这里，你就自然发起神通了。</w:t>
      </w:r>
    </w:p>
    <w:p>
      <w:pPr>
        <w:spacing w:before="0" w:after="80" w:line="259" w:lineRule="auto"/>
        <w:ind w:firstLine="360"/>
      </w:pPr>
      <w:r>
        <w:rPr>
          <w:rFonts w:ascii="Noto Serif CJK SC" w:hAnsi="Noto Serif CJK SC" w:eastAsia="Noto Serif CJK SC"/>
        </w:rPr>
        <w:t>法相宗说：“发起初心欢喜地，俱生犹自现缠眠。远行地后纯无漏，观察圆明照大千。”“发起初地欢喜地”就是打开本来，见到了本来面目。初地称为欢喜地。“俱生犹自现缠眠”，开悟之后，还有俱生的我执、法执缠住你，捆住你，不叫你悟无生。还有种子在，遇缘还要发起现行。也就是还有执着。现行就是逐境造业，所以还不行。“远行地后纯无漏”，远行地是第七地，远行地后就是第八地。到了第八地才叫无漏位，才是真无为。“观察圆明照大千”，一定要历境炼心，在境上磨练，把执着的习气消光，才能够了分段生死，才能够发神通，天眼通、天耳通、神足通、宿命通、他心通一时俱发。</w:t>
      </w:r>
    </w:p>
    <w:p>
      <w:pPr>
        <w:spacing w:before="0" w:after="80" w:line="259" w:lineRule="auto"/>
        <w:ind w:firstLine="360"/>
      </w:pPr>
      <w:r>
        <w:rPr>
          <w:rFonts w:ascii="Noto Serif CJK SC" w:hAnsi="Noto Serif CJK SC" w:eastAsia="Noto Serif CJK SC"/>
        </w:rPr>
        <w:t>《大日经》是密宗的根本经典，它说得很清爽：“菩萨住此，勤除五盖，不久即五通齐发。”菩萨住此，住在什么地方？住在开悟的地方、见到本性的地方。勤除五盖，就是再用功在事上锻炼，把爱住烦恼除掉。这样，你就能登堂入室、五通俱发了。所以神通不可求，求也求不来，求得来的都是假的、附体的。现在很多人都说自己有神通，其实都是假的。为什么？真神通是心真空净了，一点儿不着相才能发神通。你现在炫耀卖弄自己，那不是住相吗？住相怎么能发起神通呢？你说有神通，那肯定是附体的。现在大陆传说，有几个人有神通，其实都是假的、附体的，不要上当。只有心真空净了，不住相了，才能发神通。他不为名闻、不为利养、不炫耀自己，炫耀自己干吗？真人不露相，露相非真人。很多人因为求神通，结果上了神通的当，受了骗。台湾籍有很多人，都讹传有什么神通，其实都是假的。意大利、美国、澳大利亚等五国专家曾先后到大陆的西安、成都、上海等地进行实地考察，对所谓有神通的人进行了当场测验，结果没有一个是真的。后来他们在上海专门做了一个专题报告，说你们中国的特异功能都是假的、骗人的。所以不要上他们的当。我们学佛法要真正在心地上用功，“是心是佛、是心作佛”。要在心地上用功，不要在身体上用功。</w:t>
      </w:r>
    </w:p>
    <w:p>
      <w:pPr>
        <w:spacing w:before="0" w:after="80" w:line="259" w:lineRule="auto"/>
        <w:ind w:firstLine="360"/>
      </w:pPr>
      <w:r>
        <w:rPr>
          <w:rFonts w:ascii="Noto Serif CJK SC" w:hAnsi="Noto Serif CJK SC" w:eastAsia="Noto Serif CJK SC"/>
        </w:rPr>
        <w:t>讲到密宗更是五花八门，密宗有藏密、东密、唐密。可是唐密现在没有了，因为明朝的皇帝怕密宗行人搞神通，把他们的皇帝位搞掉了，就取消禁止密宗的流行传播。唐朝时惠果法师将密法传给了日本的空海法师，空海法师回日本后在高义山建立了密宗道场，至今日本密法较盛。因为日本皇帝弘扬密法，他曾经遍请诸山长老，召开无遮大会，让大家称性直谈，不必遮掩隐藏，因为我皇帝也要修佛法，我看看哪一宗最好就修那一宗。诸山长老都说了自己的立场长处，最后空海法师说，你们各宗都好，但是离开密法你们都不存在了，因为哪一宗能离开密咒呢？净土宗要念大悲咒、十小咒、往生咒，其他宗也离不开密咒。有的禅宗行人说，我们靠自力参禅，不用念咒，别的法靠他力，才需要念咒。但是憨山大师说：禅宗历代祖师均秘密持明。是的，没有一个大祖师不持咒。这是什么缘故呢？因为参禅参到后来，八识种子翻腾起来的时候，难受得不得了，立也不是，坐也不是，卧也不是，走也不是。只有靠密咒的力量，靠佛菩萨加持的力量，才能把种子消掉，所以都秘密持明。这句话正确吗？非常正确。现代的虚云老和尚坐禅的地方就写着六字大明咒，宋朝大慧宗杲禅师就持过大随求陀罗尼“嗡吗呢达哩轰啪吐”。我们心中心法的法本里就有这个咒。这个密咒的力量非常大，消灾、去障、长寿、随心所欲、心想事成。看起来历代祖师均秘密持咒，都离不开持咒。日本天皇选择了密宗，所以日本密法能流传延续至今。</w:t>
      </w:r>
    </w:p>
    <w:p>
      <w:pPr>
        <w:spacing w:before="0" w:after="80" w:line="259" w:lineRule="auto"/>
        <w:ind w:firstLine="360"/>
      </w:pPr>
      <w:r>
        <w:rPr>
          <w:rFonts w:ascii="Noto Serif CJK SC" w:hAnsi="Noto Serif CJK SC" w:eastAsia="Noto Serif CJK SC"/>
        </w:rPr>
        <w:t>现在想学密宗的人，有的到日本学东密，有的到西藏学藏密，其实中国内地也有密法，只是后来不传了，断了。我们传的心中心密法，唐密里就有。但我们修的这个不是由唐密哪位祖师传承下来的。还有的人问：“你们修的心中心密法是不是由诺那活佛传的？”诺那活佛到内地，是曾传过心中心密法，但他在上海只传一个人：袁希廉。他说这是无相密，不好修，一般人不能修。故而传的人很少。日本西藏都有这个法，但他们不轻易传，所以大家不知道。别以为我们传的心中心密法是自己创造的，其实不是，心中心法唐朝就有，大藏经里有其法本，叫《佛心经品亦通大随求陀罗尼》。亦通就是和大随求菩萨的密咒相通，这是一切佛心中心的陀罗尼，是诸佛共同的密咒，加持力特别强。我们所修的心中心密法是我们师公大愚法师在庐山东林寺修般舟三昧时得到的。</w:t>
      </w:r>
    </w:p>
    <w:p>
      <w:pPr>
        <w:spacing w:before="0" w:after="80" w:line="259" w:lineRule="auto"/>
        <w:ind w:firstLine="360"/>
      </w:pPr>
      <w:r>
        <w:rPr>
          <w:rFonts w:ascii="Noto Serif CJK SC" w:hAnsi="Noto Serif CJK SC" w:eastAsia="Noto Serif CJK SC"/>
        </w:rPr>
        <w:t>净土宗有二种三昧：一种是念佛三昧，就是盘腿打坐念佛，深入禅定，深入三昧；一种是般舟三昧，就是在屋子里，一天到晚、一刻不停地走，不吃不睡地经行，一般人身体吃不消。但我们师公是发了大愿：我既然出家修行，就要修难行之行，只要有一口气在，就要把这个法修下去，除死方休。他艰苦修行忍耐，双腿肿得不能再走了，就用双手爬行，双手肿得不能再爬了，就用身子滚动，经过此番坚苦卓绝的奋斗，偷心死尽，泯然深入大定，感普贤菩萨现身为其摩顶受记，并告诉他：心中心法假佛菩萨加持之力，容易明心见性，你要好好地修，成功之后广传大众，以补禅宗之不足。</w:t>
      </w:r>
    </w:p>
    <w:p>
      <w:pPr>
        <w:spacing w:before="0" w:after="80" w:line="259" w:lineRule="auto"/>
        <w:ind w:firstLine="360"/>
      </w:pPr>
      <w:r>
        <w:rPr>
          <w:rFonts w:ascii="Noto Serif CJK SC" w:hAnsi="Noto Serif CJK SC" w:eastAsia="Noto Serif CJK SC"/>
        </w:rPr>
        <w:t>我们现在大多数禅和子，参话头起不了疑请，“念佛是谁？“谁”念的佛？他在“谁”字上提不起疑情，参话头成了念话头：“念佛是谁，念佛是谁......”若这样，还不如念阿弥陀佛圣号，因为念阿弥陀佛圣号有佛菩萨的加持力量，念话头则全靠自力。现在的禅宗行人不是悟道传法，而是法卷传法。太虚大师曾无限感慨地说：“现在禅宗儿孙，都是法卷传法，而不是明心见性后传法。所谓临济宗几世孙，皆一张空纸而已，何曾悟心来！”言之，能不令人痛心！什么是法卷呢？就象条幅画一样，卷着的。打开来，就见上面写着“正法眼藏”四个大字。释迦佛把“正法眼藏，涅槃妙心”传给了摩诃迦叶尊者。所以法卷上就写着：第一代祖师摩诃迦叶尊者，第二代祖师是...，临济宗现在第四十五代是我的名字，你叫张三，我传给你了，就在法卷上写上“第四十六代祖师张三”，然后把这个法卷给你。张三明心见性了么？若未明心见性是不应该把法卷传给他的。太虚大师所说的“法卷传法”就是指的这个。</w:t>
      </w:r>
    </w:p>
    <w:p>
      <w:pPr>
        <w:spacing w:before="0" w:after="80" w:line="259" w:lineRule="auto"/>
        <w:ind w:firstLine="360"/>
      </w:pPr>
      <w:r>
        <w:rPr>
          <w:rFonts w:ascii="Noto Serif CJK SC" w:hAnsi="Noto Serif CJK SC" w:eastAsia="Noto Serif CJK SC"/>
        </w:rPr>
        <w:t>普贤著萨早就发过大愿，当来在真修行人面前现身说法。如，《法华经▪普贤菩萨劝发品》云：“若后世，后五百岁，浊恶世中，比丘、比丘尼、优婆塞、优婆夷，求索者、受持者、读诵者、书写者，欲修习是《法华经》，于三七日中，应一心精进。满三七日已，我当乘六牙白象，与无量菩萨而自围绕，以一切众生所喜见身，现其人前，而为说法，示教利喜。”由于我们的师公难行能行、难忍能忍，故能感得普贤菩萨现身，灌顶传授心中心密法。普贤菩萨嘱咐我们师公，就用这个法来弥补现在禅宗的不足吧。</w:t>
      </w:r>
    </w:p>
    <w:p>
      <w:pPr>
        <w:spacing w:before="0" w:after="80" w:line="259" w:lineRule="auto"/>
        <w:ind w:firstLine="360"/>
      </w:pPr>
      <w:r>
        <w:rPr>
          <w:rFonts w:ascii="Noto Serif CJK SC" w:hAnsi="Noto Serif CJK SC" w:eastAsia="Noto Serif CJK SC"/>
        </w:rPr>
        <w:t>靠自力提不起疑情，就靠佛菩萨的加持之力吧。密法就是靠佛菩萨慈悲的加持之力，什么样的加持力呢？一个是密咒，一个是手印。咒就是佛菩萨在禅定中将自己的心化成的符号，比喻为我们打电报时的密电码。我们发电报，把密电码发过去，对方就能收到。手印比喻为天线。我们的心和佛菩萨的心沟通，我们把密咒传过去，佛菩萨就给我们加持力量，所以这个法加持力量强。心中心又心是诸佛共同的心，有手印的传导，更容易和佛菩萨沟通，所以这个法力量非常大，见性比较容易。佛法各时代有各时代的因缘，普贤菩萨观察因缘，看到心中心法可以出世大弘，就叫我们师公好好地修，修成功以后下山广传大众。这个法在西藏、日本一般不轻易传，很秘密，所以普贤菩萨叫我们师公出世广传。其实许多法中国都有，并不缺少。只是由于皇帝的阻挠、取消，而失传了。</w:t>
      </w:r>
    </w:p>
    <w:p>
      <w:pPr>
        <w:spacing w:before="0" w:after="80" w:line="259" w:lineRule="auto"/>
        <w:ind w:firstLine="360"/>
      </w:pPr>
      <w:r>
        <w:rPr>
          <w:rFonts w:ascii="Noto Serif CJK SC" w:hAnsi="Noto Serif CJK SC" w:eastAsia="Noto Serif CJK SC"/>
        </w:rPr>
        <w:t>禅宗是大乘佛教中最好、最快、最圆融的法。现在的人根机差，反而向西藏学习藏地的密法，这实在是迷头认影。禅宗是密法的最高层部分，西藏悟道的大宝法王说：“汉地有高深的密法、大圆满的密法。”小喇嘛不知道：“汉地有什么密法？”“就是禅，禅宗是最高深的密法。”他说的一点儿不假、十分正确。因为密宗最高层的密法，譬如白教的大手印、红教的大圆满，讲到后面用功的方法、成道的证量，和禅宗完全一样，毫无二致。但是西藏人根机差，一下子不能接受这个法，他要按九乘次第修，内三乘、外三乘、密三乘。</w:t>
      </w:r>
    </w:p>
    <w:p>
      <w:pPr>
        <w:spacing w:before="0" w:after="80" w:line="259" w:lineRule="auto"/>
        <w:ind w:firstLine="360"/>
      </w:pPr>
      <w:r>
        <w:rPr>
          <w:rFonts w:ascii="Noto Serif CJK SC" w:hAnsi="Noto Serif CJK SC" w:eastAsia="Noto Serif CJK SC"/>
        </w:rPr>
        <w:t>所谓外三乘者，就是先修显教的经文，把经文研究透彻、清楚之后，再进行实修。内三乘就是生起的修法，他先修事业部，如何消障、如何治病、如何发财。密宗确有财神法，许多华侨修密法，要求传给他财神法：“先让我发发财吧。”为什么修密法能够发财呢？因为佛著萨慈悲，佛经有“先以欲勾牵，后令入佛智”之说。欲者，就是满足你的欲望要求，引你进门：“噢！佛法这么好，这么灵验，我要发财就发财了。”《观世音菩萨普门品》说：“若有女人，设欲求男，礼拜供养观世音菩萨，便生福德智慧之男。设欲求女，便生端正有相之女，宿植德本，众人爱敬。”药师琉璃光佛也是如此，你要当官、发财、求子等愿望都一一满足，同样也是“先以欲勾牵，后令入佛智”。当你知道这是观世音菩萨赐给我的，这是药师琉璃光佛赐给我的，你就时时念佛、敬菩萨、做善事、学经文、修法证道。</w:t>
      </w:r>
    </w:p>
    <w:p>
      <w:pPr>
        <w:spacing w:before="0" w:after="80" w:line="259" w:lineRule="auto"/>
        <w:ind w:firstLine="360"/>
      </w:pPr>
      <w:r>
        <w:rPr>
          <w:rFonts w:ascii="Noto Serif CJK SC" w:hAnsi="Noto Serif CJK SC" w:eastAsia="Noto Serif CJK SC"/>
        </w:rPr>
        <w:t>西藏人为什么先要这些呢？他要先有感应，才能引起他们的信仰，没有感应他们不相信。藏人文化水平低，很执着，他不能一开始就理解，他先要有感应，所以他须要修这样的法。这曾引起了汉地佛教学子的共愤，指责密法是鬼神法。弘一大师也说过密法是鬼神法。后来他看了密宗的全文，才知道了密法是如何由浅入深、由小至大，一步一步证道的，才知道密宗的修法完备、圆满无缺。他惊叹：“密法真好！真好！”所以他写了一篇《忏悔文》，现在还在。所以如果不懂密法，不要妄加评论，以免造罪。</w:t>
      </w:r>
    </w:p>
    <w:p>
      <w:pPr>
        <w:spacing w:before="0" w:after="80" w:line="259" w:lineRule="auto"/>
        <w:ind w:firstLine="360"/>
      </w:pPr>
      <w:r>
        <w:rPr>
          <w:rFonts w:ascii="Noto Serif CJK SC" w:hAnsi="Noto Serif CJK SC" w:eastAsia="Noto Serif CJK SC"/>
        </w:rPr>
        <w:t>一开始西藏人是修事业部，事业部修完才能修生起次第，观想自己是什么本尊，放什么光，观想自己的气脉明点，以便把自己的注意力专注在气脉明点的相上，把你的心摄住，引你入定。生起次第观想成功了，再把它化掉，然后再修圆满次第。修圆满次第就必须把生起次第的相化掉。因为我们的佛性是无相可见的，是一法不立、一尘不染的，有相的东西都不是。《金刚经》说：“凡所有相，皆是虚妄。”“若以色见我，以音声求我，是人行邪道，不能见如来。”你着相了，见到相了，坏了，那你就见不到本性了。为什么？因为报身佛、化身佛不是真佛。佛有三十二相，八十随形好。释迦佛是应化身佛，报身是卢舍那佛，这都不是真佛。“报化非真佛，亦非说法者”，有相的都不是。法身佛是真佛，法身佛不说法，法身佛无相。你要成道，就一定要证到法身。不证到法身怎么能成道呢？法身是根本，报化身不是根本。你若着相怎么能证到法身呢？因为法身无相。证到法身，这个相才能化掉。比如我们身上生了疮，用药之后，它慢慢地聚，聚成一个。这一个还是毒啊，再消掉才能痊愈。有相的都不是，一定要把一切相都消掉、化掉。不管你是参禅、念佛还是修密，到最后都是豁然之间一个大爆炸，根尘脱落，能所双亡，一尘不染，一法不立。象观世音菩萨最后“生灭灭已，寂灭现前”。生灭就是一切有相的思想念头，都是有生有灭的，这些东西都消亡了，所谓“虚空粉碎，大地平沉”，物我均消，一切都没有。这时我们的本心才能真正显现出来，不到这个地步，你的本心显现不出来，被相遮盖住了，所以我们不要着相。</w:t>
      </w:r>
    </w:p>
    <w:p>
      <w:pPr>
        <w:spacing w:before="0" w:after="80" w:line="259" w:lineRule="auto"/>
        <w:ind w:firstLine="360"/>
      </w:pPr>
      <w:r>
        <w:rPr>
          <w:rFonts w:ascii="Noto Serif CJK SC" w:hAnsi="Noto Serif CJK SC" w:eastAsia="Noto Serif CJK SC"/>
        </w:rPr>
        <w:t>我们参禅念佛持咒时，一定不要有别的思想，我赶快入定开悟啊、见佛啊，都不要有，这些都是妄想。即使我们见佛了也不要执着，若执着会成魔的。我们上海有个人很用功，很刻苦，他看到佛在他面前现身，边上还有天女散花，“噢，好看！”他又想到：“有时不是真佛现前，是魔变现的，我怎么辨别他呢？”他就不敢看了。后来他对师父说：“我打坐时看到一个佛像非常庄严，旁边还有天女散花，但不知他是真假，请师父告诉我辨别的方法。”他师父是修藏密黄教的，就告诉他：“如果再见到他时，你就对他念“嗡啊哄”，如果是真佛他就不为所动，如果是假的他就站不住，逃走变形。”嗡啊哄会放出蓝光、白光、红光，非常有力。“谢谢师父教我方法。”他非常开心，回家后开始打坐，又见到佛像了，而且身边天女散花。开心啦，于是他就对着佛“嗡啊哄”地念了几十遍，佛像不动，“是真佛，还有天女散花给我看，我的功夫真不错啊！”后来那个佛变成了血盆大口，青面獠牙，张开双臂抓他，吓得他魂飞天外，发神经病死了。所以精进当中，见一切相赶快不要执着，禅宗有句话叫：“佛来佛斩、魔来魔斩”，都不可得。《楞严经》讲五十种心魔，就是色、受、想、行、识五蕴，每一蕴有十种魔，这些魔看起来都是神通。其实不是神通，而是五蕴之变现，不能执着，不能住着。你一住相，就变成遮盖自性妙体光明的障碍，叫阴魔。阴魔就是障碍，阴就是遮蔽，遮盖本性光明现不出来。所以我们一点儿都不能着相，不管你修什么宗都是如此。他的师父应该教给他另外的法，为什么？因为他住相了。这也难怪，我看到黄教的人修起密法来大多都很住相。我们不应该住相。</w:t>
      </w:r>
    </w:p>
    <w:p>
      <w:pPr>
        <w:spacing w:before="0" w:after="80" w:line="259" w:lineRule="auto"/>
        <w:ind w:firstLine="360"/>
      </w:pPr>
      <w:r>
        <w:rPr>
          <w:rFonts w:ascii="Noto Serif CJK SC" w:hAnsi="Noto Serif CJK SC" w:eastAsia="Noto Serif CJK SC"/>
        </w:rPr>
        <w:t>藏密分几步走，先修生起次第，然后修圆满相应，再修大圆满相应。第二步是无上圆满相应，第三步是无比圆满相应，层次越修越高，最后见道证道而成佛。但是功夫不能一步登天，西藏人修几十年才能相应。我们心中心法相当于最后的无比圆满相应，这在西藏不能一下子传授，他一定要先修加行，磕大头，念百字明（就是金刚萨埵的密咒，消业障的），修上师供，念四饭依......这样左一个十万，右一个十万，诸多十万加起来要十多年，就这样在外面兜圈子，走弯路。</w:t>
      </w:r>
    </w:p>
    <w:p>
      <w:pPr>
        <w:spacing w:before="0" w:after="80" w:line="259" w:lineRule="auto"/>
        <w:ind w:firstLine="360"/>
      </w:pPr>
      <w:r>
        <w:rPr>
          <w:rFonts w:ascii="Noto Serif CJK SC" w:hAnsi="Noto Serif CJK SC" w:eastAsia="Noto Serif CJK SC"/>
        </w:rPr>
        <w:t>我们心中心法属于禅密，它以禅为体，叫你直下见性，直接指示我们见性。明心见性这一关都以为很难：“那是圣人的事吧，是佛菩萨的事吧，我们凡夫做不到吧。”其实他会错了，我们人人都可以悟道，为什么？因为一切众生皆具无漏自性，都和佛一样具有无漏自性，不缺少一点儿，在圣不增，在凡不减。只是我们被自己的妄心、外境遮盖住了，不知道了，迷了。经过指点就可以见到，他常在我们面门放光啊，一刻也未曾离开我们，只是我们不知道而已。</w:t>
      </w:r>
    </w:p>
    <w:p>
      <w:pPr>
        <w:spacing w:before="0" w:after="80" w:line="259" w:lineRule="auto"/>
        <w:ind w:firstLine="360"/>
      </w:pPr>
      <w:r>
        <w:rPr>
          <w:rFonts w:ascii="Noto Serif CJK SC" w:hAnsi="Noto Serif CJK SC" w:eastAsia="Noto Serif CJK SC"/>
        </w:rPr>
        <w:t>我们常举这个例子：黄山谷是宋朝和苏东坡齐名的文学家，诗词写得都好。他的师父晦堂叫他参孔夫子的一句话：“二三子，吾无隐乎尔。”----我传道还有隐藏吗？没有隐藏啊！我跟你们开诚布公，和盘托出，直接指示，一点儿隐藏都没有。儒家的传道不象武术的老师，教徒弟的时候还保留一手。黄山谷想：这太好懂了，我是儒学大家，孔子说的话我还会不知道意思吗？便告诉晦堂这句话是什么意思，晦堂予以一一否认。黄山谷心里有点不高兴、不耐烦了：“孔夫子讲的我怎会不懂，难道还不如你和尚懂？我要回家了。”他回家了，但在半路又寻思：“晦堂祖师是五百人的大善知识，有那么多的人侍从左右，他不会欺骗耍弄我，可这句话到底是什么意思呢？”他就参，参了两年多也不知道是什么意思。后来他和晦堂祖师郊游，忽然吹来一阵桂花香，他脱口而说：“好一阵木樨香。”晦堂祖师应机一点：“吾无隐乎尔！”----我没有隐藏啊！黄山谷恍然大悟：“这个能见桂花能闻香的是谁啊？！它没有隐藏啊！时时在我面门放光啊！只是我以前不知道，这下子彻底明白了。</w:t>
      </w:r>
    </w:p>
    <w:p>
      <w:pPr>
        <w:spacing w:before="0" w:after="80" w:line="259" w:lineRule="auto"/>
        <w:ind w:firstLine="360"/>
      </w:pPr>
      <w:r>
        <w:rPr>
          <w:rFonts w:ascii="Noto Serif CJK SC" w:hAnsi="Noto Serif CJK SC" w:eastAsia="Noto Serif CJK SC"/>
        </w:rPr>
        <w:t>大家都是追逐外境，因贪、嗔、痴、慢、疑之故，把自己的本性光明盖住不现了。其实我们的本性时时放光，我们时时能见到它。怎么见到呢？见相啊，诸如山河大地、草木丛林、男女老幼、饮食起居，我们时时都能见到，见相就是见性，因为相是性变现的，离开佛性就没有相。比如我们盖大楼，事先需要动脑筋设计图纸，然后依样施工。那么，这栋楼不就是心性变现的吗？！它离开佛性了吗？！我们见到这栋楼不就是见性了吗？！明心见性，我们的肉眼就能见道。只要时时不着相，就能透过相而见性。这些相都是佛性变现的影子，不要执着，要见性，这些都是妙心。你不就时时见性了吗？！你时时见性，保护得好，你就要成大道了。我祝愿大家都能圆证大道。</w:t>
      </w:r>
    </w:p>
    <w:p>
      <w:pPr>
        <w:pStyle w:val="Heading1"/>
      </w:pPr>
      <w:r>
        <w:rPr>
          <w:rFonts w:ascii="Noto Serif CJK SC" w:hAnsi="Noto Serif CJK SC" w:eastAsia="Noto Serif CJK SC"/>
        </w:rPr>
        <w:t>Appendix A - 恒河大手印 lecture split verification</w:t>
      </w:r>
    </w:p>
    <w:p>
      <w:pPr>
        <w:spacing w:before="0" w:after="80" w:line="259" w:lineRule="auto"/>
      </w:pPr>
      <w:r>
        <w:rPr>
          <w:rFonts w:ascii="Noto Serif CJK SC" w:hAnsi="Noto Serif CJK SC" w:eastAsia="Noto Serif CJK SC"/>
        </w:rPr>
        <w:t>01. 第一讲: included in section 10.1; extracted segment length 12,757 characters.</w:t>
      </w:r>
    </w:p>
    <w:p>
      <w:pPr>
        <w:spacing w:before="0" w:after="80" w:line="259" w:lineRule="auto"/>
      </w:pPr>
      <w:r>
        <w:rPr>
          <w:rFonts w:ascii="Noto Serif CJK SC" w:hAnsi="Noto Serif CJK SC" w:eastAsia="Noto Serif CJK SC"/>
        </w:rPr>
        <w:t>02. 第二讲: included in section 10.2; extracted segment length 14,937 characters.</w:t>
      </w:r>
    </w:p>
    <w:p>
      <w:pPr>
        <w:spacing w:before="0" w:after="80" w:line="259" w:lineRule="auto"/>
      </w:pPr>
      <w:r>
        <w:rPr>
          <w:rFonts w:ascii="Noto Serif CJK SC" w:hAnsi="Noto Serif CJK SC" w:eastAsia="Noto Serif CJK SC"/>
        </w:rPr>
        <w:t>03. 第三讲: included in section 10.3; extracted segment length 11,608 characters.</w:t>
      </w:r>
    </w:p>
    <w:p>
      <w:pPr>
        <w:spacing w:before="0" w:after="80" w:line="259" w:lineRule="auto"/>
      </w:pPr>
      <w:r>
        <w:rPr>
          <w:rFonts w:ascii="Noto Serif CJK SC" w:hAnsi="Noto Serif CJK SC" w:eastAsia="Noto Serif CJK SC"/>
        </w:rPr>
        <w:t>04. 第四讲: included in section 10.4; extracted segment length 18,820 characters.</w:t>
      </w:r>
    </w:p>
    <w:p>
      <w:pPr>
        <w:spacing w:before="0" w:after="80" w:line="259" w:lineRule="auto"/>
      </w:pPr>
      <w:r>
        <w:rPr>
          <w:rFonts w:ascii="Noto Serif CJK SC" w:hAnsi="Noto Serif CJK SC" w:eastAsia="Noto Serif CJK SC"/>
        </w:rPr>
        <w:t>05. 第五讲: included in section 10.5; extracted segment length 12,965 characters.</w:t>
      </w:r>
    </w:p>
    <w:p>
      <w:pPr>
        <w:spacing w:before="0" w:after="80" w:line="259" w:lineRule="auto"/>
      </w:pPr>
      <w:r>
        <w:rPr>
          <w:rFonts w:ascii="Noto Serif CJK SC" w:hAnsi="Noto Serif CJK SC" w:eastAsia="Noto Serif CJK SC"/>
        </w:rPr>
        <w:t>06. 第六讲: included in section 10.6; extracted segment length 19,783 characters.</w:t>
      </w:r>
    </w:p>
    <w:p>
      <w:pPr>
        <w:spacing w:before="0" w:after="80" w:line="259" w:lineRule="auto"/>
      </w:pPr>
      <w:r>
        <w:rPr>
          <w:rFonts w:ascii="Noto Serif CJK SC" w:hAnsi="Noto Serif CJK SC" w:eastAsia="Noto Serif CJK SC"/>
        </w:rPr>
        <w:t>07. 第七讲: included in section 10.7; extracted segment length 5,947 characters.</w:t>
      </w:r>
    </w:p>
    <w:p>
      <w:pPr>
        <w:spacing w:before="0" w:after="80" w:line="259" w:lineRule="auto"/>
      </w:pPr>
      <w:r>
        <w:rPr>
          <w:rFonts w:ascii="Noto Serif CJK SC" w:hAnsi="Noto Serif CJK SC" w:eastAsia="Noto Serif CJK SC"/>
        </w:rPr>
        <w:t>08. 第八讲: included in section 10.8; extracted segment length 11,378 characters.</w:t>
      </w:r>
    </w:p>
    <w:p>
      <w:pPr>
        <w:spacing w:before="0" w:after="80" w:line="259" w:lineRule="auto"/>
      </w:pPr>
      <w:r>
        <w:rPr>
          <w:rFonts w:ascii="Noto Serif CJK SC" w:hAnsi="Noto Serif CJK SC" w:eastAsia="Noto Serif CJK SC"/>
        </w:rPr>
        <w:t>09. 第九讲: included in section 10.9; extracted segment length 7,600 characters.</w:t>
      </w:r>
    </w:p>
    <w:p>
      <w:pPr>
        <w:spacing w:before="0" w:after="80" w:line="259" w:lineRule="auto"/>
      </w:pPr>
      <w:r>
        <w:rPr>
          <w:rFonts w:ascii="Noto Serif CJK SC" w:hAnsi="Noto Serif CJK SC" w:eastAsia="Noto Serif CJK SC"/>
        </w:rPr>
        <w:t>10. 第十讲: included in section 10.10; extracted segment length 7,539 characters.</w:t>
      </w:r>
    </w:p>
    <w:p>
      <w:pPr>
        <w:spacing w:before="0" w:after="80" w:line="259" w:lineRule="auto"/>
      </w:pPr>
      <w:r>
        <w:rPr>
          <w:rFonts w:ascii="Noto Serif CJK SC" w:hAnsi="Noto Serif CJK SC" w:eastAsia="Noto Serif CJK SC"/>
        </w:rPr>
        <w:t>11. 第十一讲: included in section 10.11; extracted segment length 7,027 characters.</w:t>
      </w:r>
    </w:p>
    <w:p>
      <w:pPr>
        <w:spacing w:before="0" w:after="80" w:line="259" w:lineRule="auto"/>
      </w:pPr>
      <w:r>
        <w:rPr>
          <w:rFonts w:ascii="Noto Serif CJK SC" w:hAnsi="Noto Serif CJK SC" w:eastAsia="Noto Serif CJK SC"/>
        </w:rPr>
        <w:t>12. 第十二讲: included in section 10.12; extracted segment length 9,632 characters.</w:t>
      </w:r>
    </w:p>
    <w:p>
      <w:pPr>
        <w:spacing w:before="0" w:after="80" w:line="259" w:lineRule="auto"/>
      </w:pPr>
      <w:r>
        <w:rPr>
          <w:rFonts w:ascii="Noto Serif CJK SC" w:hAnsi="Noto Serif CJK SC" w:eastAsia="Noto Serif CJK SC"/>
        </w:rPr>
        <w:t>13. 第十三讲: included in section 10.13; extracted segment length 9,170 characters.</w:t>
      </w:r>
    </w:p>
    <w:p>
      <w:pPr>
        <w:spacing w:before="0" w:after="80" w:line="259" w:lineRule="auto"/>
      </w:pPr>
      <w:r>
        <w:rPr>
          <w:rFonts w:ascii="Noto Serif CJK SC" w:hAnsi="Noto Serif CJK SC" w:eastAsia="Noto Serif CJK SC"/>
        </w:rPr>
        <w:t>14. 第十四讲: included in section 10.14; extracted segment length 11,018 characters.</w:t>
      </w:r>
    </w:p>
    <w:p>
      <w:pPr>
        <w:spacing w:before="0" w:after="80" w:line="259" w:lineRule="auto"/>
      </w:pPr>
      <w:r>
        <w:rPr>
          <w:rFonts w:ascii="Noto Serif CJK SC" w:hAnsi="Noto Serif CJK SC" w:eastAsia="Noto Serif CJK SC"/>
        </w:rPr>
        <w:t>15. 第十五讲: included in section 10.15; extracted segment length 10,538 characters.</w:t>
      </w:r>
    </w:p>
    <w:p>
      <w:pPr>
        <w:spacing w:before="0" w:after="80" w:line="259" w:lineRule="auto"/>
      </w:pPr>
      <w:r>
        <w:rPr>
          <w:rFonts w:ascii="Noto Serif CJK SC" w:hAnsi="Noto Serif CJK SC" w:eastAsia="Noto Serif CJK SC"/>
        </w:rPr>
        <w:t>16. 第十六讲: included in section 10.16; extracted segment length 6,422 characters.</w:t>
      </w:r>
    </w:p>
    <w:p>
      <w:pPr>
        <w:spacing w:before="0" w:after="80" w:line="259" w:lineRule="auto"/>
      </w:pPr>
      <w:r>
        <w:rPr>
          <w:rFonts w:ascii="Noto Serif CJK SC" w:hAnsi="Noto Serif CJK SC" w:eastAsia="Noto Serif CJK SC"/>
        </w:rPr>
        <w:t>17. 第十七讲: included in section 10.17; extracted segment length 10,681 characters.</w:t>
      </w:r>
    </w:p>
    <w:p>
      <w:pPr>
        <w:pStyle w:val="Heading1"/>
      </w:pPr>
      <w:r>
        <w:rPr>
          <w:rFonts w:ascii="Noto Serif CJK SC" w:hAnsi="Noto Serif CJK SC" w:eastAsia="Noto Serif CJK SC"/>
        </w:rPr>
        <w:t>Appendix B - Audit log</w:t>
      </w:r>
    </w:p>
    <w:p>
      <w:pPr>
        <w:spacing w:before="0" w:after="80" w:line="259" w:lineRule="auto"/>
      </w:pPr>
      <w:r>
        <w:t>Started from the previously rebuilt DOCX and the uploaded base draft. The previous rebuilt file was not complete because 恒河大手印 was present as one collapsed body and the 1997 法印寺 item still needed its full Chinese body.</w:t>
      </w:r>
    </w:p>
    <w:p>
      <w:pPr>
        <w:spacing w:before="0" w:after="80" w:line="259" w:lineRule="auto"/>
      </w:pPr>
      <w:r>
        <w:rPr>
          <w:rFonts w:ascii="Noto Serif CJK SC" w:hAnsi="Noto Serif CJK SC" w:eastAsia="Noto Serif CJK SC"/>
        </w:rPr>
        <w:t>Read previous rebuilt DOCX: 3,276 paragraphs; 564,260 paragraph characters.</w:t>
      </w:r>
    </w:p>
    <w:p>
      <w:pPr>
        <w:spacing w:before="0" w:after="80" w:line="259" w:lineRule="auto"/>
      </w:pPr>
      <w:r>
        <w:rPr>
          <w:rFonts w:ascii="Noto Serif CJK SC" w:hAnsi="Noto Serif CJK SC" w:eastAsia="Noto Serif CJK SC"/>
        </w:rPr>
        <w:t>Preserved sections 1-9 from the rebuilt full-text document: biography/source reference, 悟心铭浅释, 禅净密互融互通的修法, 禅海微澜, 如何消除贪嗔痴慢疑, 成佛的诀窍, 传心中心法灌顶时之开示, 略论明心见性, and 佛法修证心要问答集.</w:t>
      </w:r>
    </w:p>
    <w:p>
      <w:pPr>
        <w:spacing w:before="0" w:after="80" w:line="259" w:lineRule="auto"/>
      </w:pPr>
      <w:r>
        <w:rPr>
          <w:rFonts w:ascii="Noto Serif CJK SC" w:hAnsi="Noto Serif CJK SC" w:eastAsia="Noto Serif CJK SC"/>
        </w:rPr>
        <w:t>Parsed the existing 大手印浅释 / 恒河大手印 full source body and located all 17 lecture starts using distinctive verified start phrases.</w:t>
      </w:r>
    </w:p>
    <w:p>
      <w:pPr>
        <w:spacing w:before="0" w:after="80" w:line="259" w:lineRule="auto"/>
      </w:pPr>
      <w:r>
        <w:rPr>
          <w:rFonts w:ascii="Noto Serif CJK SC" w:hAnsi="Noto Serif CJK SC" w:eastAsia="Noto Serif CJK SC"/>
        </w:rPr>
        <w:t>Inserted explicit section headings for 恒河大手印 第一讲 through 第十七讲, plus a separate preface section. Removed the prior limitation note that the exact 17 bodies were not extracted.</w:t>
      </w:r>
    </w:p>
    <w:p>
      <w:pPr>
        <w:spacing w:before="0" w:after="80" w:line="259" w:lineRule="auto"/>
      </w:pPr>
      <w:r>
        <w:t>Inserted the 1997 法印寺 Chinese body from the verified AtR source page lines 40-80.</w:t>
      </w:r>
    </w:p>
    <w:p>
      <w:pPr>
        <w:spacing w:before="0" w:after="80" w:line="259" w:lineRule="auto"/>
      </w:pPr>
      <w:r>
        <w:rPr>
          <w:rFonts w:ascii="Noto Serif CJK SC" w:hAnsi="Noto Serif CJK SC" w:eastAsia="Noto Serif CJK SC"/>
        </w:rPr>
        <w:t>No missing Chinese was back-translated from English. The only manual insertion was direct Chinese source text copied from the verified web source for the 1997 法印寺 item.</w:t>
      </w:r>
    </w:p>
    <w:p>
      <w:pPr>
        <w:spacing w:before="0" w:after="80" w:line="259" w:lineRule="auto"/>
      </w:pPr>
      <w:r>
        <w:rPr>
          <w:rFonts w:ascii="Noto Serif CJK SC" w:hAnsi="Noto Serif CJK SC" w:eastAsia="Noto Serif CJK SC"/>
        </w:rPr>
        <w:t>Generated this final DOCX and separate audit log, then rendered the DOCX to PDF/PNG for layout verification.</w:t>
      </w:r>
    </w:p>
    <w:sectPr w:rsidR="00FC693F" w:rsidRPr="0006063C" w:rsidSect="00034616">
      <w:pgSz w:w="12240" w:h="15840"/>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Noto Serif CJK SC" w:hAnsi="Noto Serif CJK SC" w:eastAsia="Noto Serif CJK SC"/>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Noto Serif CJK SC" w:hAnsi="Noto Serif CJK SC" w:eastAsia="Noto Serif CJK SC"/>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Noto Serif CJK SC" w:hAnsi="Noto Serif CJK SC" w:eastAsia="Noto Serif CJK SC"/>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Noto Serif CJK SC" w:hAnsi="Noto Serif CJK SC" w:eastAsia="Noto Serif CJK SC"/>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rPr>
      <w:rFonts w:ascii="Noto Serif CJK SC" w:hAnsi="Noto Serif CJK SC" w:eastAsia="Noto Serif CJK SC"/>
      <w:sz w:val="20"/>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Yuan Yin Lao Ren Chinese Originals - Complete Full-Text Source Companion</dc:title>
  <dc:subject>Full Chinese source text companion with Ganges Mahamudra 17 lectures split</dc:subject>
  <dc:creator>OpenAI / ChatGPT assisted collation</dc:creator>
  <cp:keywords/>
  <dc:description>Generated for AtR Book Translations source-companion workflow.</dc:description>
  <cp:lastModifiedBy/>
  <cp:revision>1</cp:revision>
  <dcterms:created xsi:type="dcterms:W3CDTF">2013-12-23T23:15:00Z</dcterms:created>
  <dcterms:modified xsi:type="dcterms:W3CDTF">2013-12-23T23:15:00Z</dcterms:modified>
  <cp:category/>
</cp:coreProperties>
</file>